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0E6F3" w14:textId="77777777" w:rsidR="00D22DD0" w:rsidRPr="00125B41" w:rsidRDefault="00000000" w:rsidP="00125B41">
      <w:pPr>
        <w:spacing w:after="0" w:line="360" w:lineRule="auto"/>
        <w:jc w:val="center"/>
        <w:rPr>
          <w:rFonts w:ascii="Times New Roman" w:hAnsi="Times New Roman" w:cs="Times New Roman"/>
          <w:b/>
          <w:sz w:val="24"/>
          <w:szCs w:val="24"/>
        </w:rPr>
      </w:pPr>
      <w:r w:rsidRPr="00125B41">
        <w:rPr>
          <w:rFonts w:ascii="Times New Roman" w:hAnsi="Times New Roman" w:cs="Times New Roman"/>
          <w:b/>
          <w:sz w:val="24"/>
          <w:szCs w:val="24"/>
        </w:rPr>
        <w:t>ANUNȚ CONCURS PENTRU OCUPAREA POSTULUI VACANT</w:t>
      </w:r>
      <w:r w:rsidRPr="00125B41">
        <w:rPr>
          <w:rFonts w:ascii="Times New Roman" w:hAnsi="Times New Roman" w:cs="Times New Roman"/>
          <w:b/>
          <w:sz w:val="24"/>
          <w:szCs w:val="24"/>
        </w:rPr>
        <w:br/>
        <w:t>DE ÎNGRIJITOR I (M)</w:t>
      </w:r>
    </w:p>
    <w:p w14:paraId="520318E7" w14:textId="77777777" w:rsidR="00125B41" w:rsidRPr="00125B41" w:rsidRDefault="00125B41" w:rsidP="00125B41">
      <w:pPr>
        <w:spacing w:after="0" w:line="360" w:lineRule="auto"/>
        <w:jc w:val="center"/>
        <w:rPr>
          <w:rFonts w:ascii="Times New Roman" w:hAnsi="Times New Roman" w:cs="Times New Roman"/>
          <w:sz w:val="24"/>
          <w:szCs w:val="24"/>
        </w:rPr>
      </w:pPr>
    </w:p>
    <w:p w14:paraId="40E20665" w14:textId="7DB08DF1" w:rsidR="00D22DD0" w:rsidRDefault="005C2DDE" w:rsidP="005C2DDE">
      <w:pPr>
        <w:spacing w:after="0" w:line="360" w:lineRule="auto"/>
        <w:jc w:val="both"/>
        <w:rPr>
          <w:rFonts w:ascii="Times New Roman" w:hAnsi="Times New Roman" w:cs="Times New Roman"/>
          <w:sz w:val="24"/>
          <w:szCs w:val="24"/>
        </w:rPr>
      </w:pPr>
      <w:r w:rsidRPr="005C2DDE">
        <w:rPr>
          <w:rFonts w:ascii="Times New Roman" w:hAnsi="Times New Roman" w:cs="Times New Roman"/>
          <w:b/>
          <w:bCs/>
          <w:sz w:val="24"/>
          <w:szCs w:val="24"/>
        </w:rPr>
        <w:t>A.)</w:t>
      </w:r>
      <w:r>
        <w:rPr>
          <w:rFonts w:ascii="Times New Roman" w:hAnsi="Times New Roman" w:cs="Times New Roman"/>
          <w:b/>
          <w:bCs/>
          <w:sz w:val="24"/>
          <w:szCs w:val="24"/>
        </w:rPr>
        <w:t xml:space="preserve"> </w:t>
      </w:r>
      <w:proofErr w:type="spellStart"/>
      <w:r w:rsidRPr="00125B41">
        <w:rPr>
          <w:rFonts w:ascii="Times New Roman" w:hAnsi="Times New Roman" w:cs="Times New Roman"/>
          <w:sz w:val="24"/>
          <w:szCs w:val="24"/>
        </w:rPr>
        <w:t>Centrul</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Școlar</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pentru</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Educație</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Incluzivă</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Albatros</w:t>
      </w:r>
      <w:proofErr w:type="spellEnd"/>
      <w:r w:rsidRPr="00125B41">
        <w:rPr>
          <w:rFonts w:ascii="Times New Roman" w:hAnsi="Times New Roman" w:cs="Times New Roman"/>
          <w:sz w:val="24"/>
          <w:szCs w:val="24"/>
        </w:rPr>
        <w:t xml:space="preserve">” Constanța, cu </w:t>
      </w:r>
      <w:proofErr w:type="spellStart"/>
      <w:r w:rsidRPr="00125B41">
        <w:rPr>
          <w:rFonts w:ascii="Times New Roman" w:hAnsi="Times New Roman" w:cs="Times New Roman"/>
          <w:sz w:val="24"/>
          <w:szCs w:val="24"/>
        </w:rPr>
        <w:t>sediul</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în</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Municipiul</w:t>
      </w:r>
      <w:proofErr w:type="spellEnd"/>
      <w:r w:rsidRPr="00125B41">
        <w:rPr>
          <w:rFonts w:ascii="Times New Roman" w:hAnsi="Times New Roman" w:cs="Times New Roman"/>
          <w:sz w:val="24"/>
          <w:szCs w:val="24"/>
        </w:rPr>
        <w:t xml:space="preserve"> Constanța, Str. </w:t>
      </w:r>
      <w:r w:rsidR="00DE232D">
        <w:rPr>
          <w:rFonts w:ascii="Times New Roman" w:hAnsi="Times New Roman" w:cs="Times New Roman"/>
          <w:sz w:val="24"/>
          <w:szCs w:val="24"/>
        </w:rPr>
        <w:t xml:space="preserve">Barbu Ștefănescu </w:t>
      </w:r>
      <w:proofErr w:type="spellStart"/>
      <w:r w:rsidR="00DE232D">
        <w:rPr>
          <w:rFonts w:ascii="Times New Roman" w:hAnsi="Times New Roman" w:cs="Times New Roman"/>
          <w:sz w:val="24"/>
          <w:szCs w:val="24"/>
        </w:rPr>
        <w:t>Delavrancea</w:t>
      </w:r>
      <w:proofErr w:type="spellEnd"/>
      <w:r w:rsidRPr="00125B41">
        <w:rPr>
          <w:rFonts w:ascii="Times New Roman" w:hAnsi="Times New Roman" w:cs="Times New Roman"/>
          <w:sz w:val="24"/>
          <w:szCs w:val="24"/>
        </w:rPr>
        <w:t>,</w:t>
      </w:r>
      <w:r w:rsidR="00DE232D">
        <w:rPr>
          <w:rFonts w:ascii="Times New Roman" w:hAnsi="Times New Roman" w:cs="Times New Roman"/>
          <w:sz w:val="24"/>
          <w:szCs w:val="24"/>
        </w:rPr>
        <w:t xml:space="preserve"> nr.55</w:t>
      </w:r>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organizează</w:t>
      </w:r>
      <w:proofErr w:type="spellEnd"/>
      <w:r w:rsidRPr="00125B41">
        <w:rPr>
          <w:rFonts w:ascii="Times New Roman" w:hAnsi="Times New Roman" w:cs="Times New Roman"/>
          <w:sz w:val="24"/>
          <w:szCs w:val="24"/>
        </w:rPr>
        <w:t xml:space="preserve"> concurs </w:t>
      </w:r>
      <w:proofErr w:type="spellStart"/>
      <w:r w:rsidRPr="00125B41">
        <w:rPr>
          <w:rFonts w:ascii="Times New Roman" w:hAnsi="Times New Roman" w:cs="Times New Roman"/>
          <w:sz w:val="24"/>
          <w:szCs w:val="24"/>
        </w:rPr>
        <w:t>în</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baza</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Hotărârii</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Guvernului</w:t>
      </w:r>
      <w:proofErr w:type="spellEnd"/>
      <w:r w:rsidRPr="00125B41">
        <w:rPr>
          <w:rFonts w:ascii="Times New Roman" w:hAnsi="Times New Roman" w:cs="Times New Roman"/>
          <w:sz w:val="24"/>
          <w:szCs w:val="24"/>
        </w:rPr>
        <w:t xml:space="preserve"> nr. 1336/2022 </w:t>
      </w:r>
      <w:proofErr w:type="spellStart"/>
      <w:r w:rsidRPr="00125B41">
        <w:rPr>
          <w:rFonts w:ascii="Times New Roman" w:hAnsi="Times New Roman" w:cs="Times New Roman"/>
          <w:sz w:val="24"/>
          <w:szCs w:val="24"/>
        </w:rPr>
        <w:t>pentru</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ocuparea</w:t>
      </w:r>
      <w:proofErr w:type="spellEnd"/>
      <w:r w:rsidRPr="00125B41">
        <w:rPr>
          <w:rFonts w:ascii="Times New Roman" w:hAnsi="Times New Roman" w:cs="Times New Roman"/>
          <w:sz w:val="24"/>
          <w:szCs w:val="24"/>
        </w:rPr>
        <w:t xml:space="preserve"> pe </w:t>
      </w:r>
      <w:proofErr w:type="spellStart"/>
      <w:r w:rsidRPr="00125B41">
        <w:rPr>
          <w:rFonts w:ascii="Times New Roman" w:hAnsi="Times New Roman" w:cs="Times New Roman"/>
          <w:sz w:val="24"/>
          <w:szCs w:val="24"/>
        </w:rPr>
        <w:t>perioadă</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nedeterminată</w:t>
      </w:r>
      <w:proofErr w:type="spellEnd"/>
      <w:r w:rsidRPr="00125B41">
        <w:rPr>
          <w:rFonts w:ascii="Times New Roman" w:hAnsi="Times New Roman" w:cs="Times New Roman"/>
          <w:sz w:val="24"/>
          <w:szCs w:val="24"/>
        </w:rPr>
        <w:t xml:space="preserve"> a </w:t>
      </w:r>
      <w:proofErr w:type="spellStart"/>
      <w:r w:rsidRPr="00125B41">
        <w:rPr>
          <w:rFonts w:ascii="Times New Roman" w:hAnsi="Times New Roman" w:cs="Times New Roman"/>
          <w:sz w:val="24"/>
          <w:szCs w:val="24"/>
        </w:rPr>
        <w:t>funcției</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contractua</w:t>
      </w:r>
      <w:r w:rsidR="00887384">
        <w:rPr>
          <w:rFonts w:ascii="Times New Roman" w:hAnsi="Times New Roman" w:cs="Times New Roman"/>
          <w:sz w:val="24"/>
          <w:szCs w:val="24"/>
        </w:rPr>
        <w:t>le</w:t>
      </w:r>
      <w:proofErr w:type="spellEnd"/>
      <w:r w:rsidR="00887384">
        <w:rPr>
          <w:rFonts w:ascii="Times New Roman" w:hAnsi="Times New Roman" w:cs="Times New Roman"/>
          <w:sz w:val="24"/>
          <w:szCs w:val="24"/>
        </w:rPr>
        <w:t xml:space="preserve"> de </w:t>
      </w:r>
      <w:proofErr w:type="spellStart"/>
      <w:r w:rsidR="00887384">
        <w:rPr>
          <w:rFonts w:ascii="Times New Roman" w:hAnsi="Times New Roman" w:cs="Times New Roman"/>
          <w:sz w:val="24"/>
          <w:szCs w:val="24"/>
        </w:rPr>
        <w:t>îngrijitor</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în</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cadrul</w:t>
      </w:r>
      <w:proofErr w:type="spellEnd"/>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compartimentului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Administrativ</w:t>
      </w:r>
      <w:proofErr w:type="spellEnd"/>
      <w:r>
        <w:rPr>
          <w:rFonts w:ascii="Times New Roman" w:hAnsi="Times New Roman" w:cs="Times New Roman"/>
          <w:sz w:val="24"/>
          <w:szCs w:val="24"/>
        </w:rPr>
        <w:t>/Personal</w:t>
      </w:r>
      <w:r w:rsidRPr="00125B41">
        <w:rPr>
          <w:rFonts w:ascii="Times New Roman" w:hAnsi="Times New Roman" w:cs="Times New Roman"/>
          <w:sz w:val="24"/>
          <w:szCs w:val="24"/>
        </w:rPr>
        <w:t xml:space="preserve"> </w:t>
      </w:r>
      <w:proofErr w:type="spellStart"/>
      <w:r w:rsidRPr="00125B41">
        <w:rPr>
          <w:rFonts w:ascii="Times New Roman" w:hAnsi="Times New Roman" w:cs="Times New Roman"/>
          <w:sz w:val="24"/>
          <w:szCs w:val="24"/>
        </w:rPr>
        <w:t>Nedidactic</w:t>
      </w:r>
      <w:proofErr w:type="spellEnd"/>
      <w:r w:rsidRPr="00125B41">
        <w:rPr>
          <w:rFonts w:ascii="Times New Roman" w:hAnsi="Times New Roman" w:cs="Times New Roman"/>
          <w:sz w:val="24"/>
          <w:szCs w:val="24"/>
        </w:rPr>
        <w:t>.</w:t>
      </w:r>
    </w:p>
    <w:p w14:paraId="46172FD4" w14:textId="77777777" w:rsidR="00887384" w:rsidRDefault="00887384" w:rsidP="00DE3FDB">
      <w:pPr>
        <w:spacing w:after="0" w:line="360" w:lineRule="auto"/>
        <w:ind w:firstLine="720"/>
        <w:jc w:val="both"/>
        <w:rPr>
          <w:rFonts w:ascii="Times New Roman" w:hAnsi="Times New Roman" w:cs="Times New Roman"/>
          <w:sz w:val="24"/>
          <w:szCs w:val="24"/>
        </w:rPr>
      </w:pPr>
    </w:p>
    <w:p w14:paraId="7A6DF546" w14:textId="4D174839" w:rsidR="00887384" w:rsidRPr="00887384" w:rsidRDefault="00887384" w:rsidP="00887384">
      <w:pPr>
        <w:spacing w:after="0" w:line="360" w:lineRule="auto"/>
        <w:ind w:firstLine="720"/>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 1. Nivelul postului: Execuție</w:t>
      </w:r>
    </w:p>
    <w:p w14:paraId="67676D19" w14:textId="4A0646C4" w:rsidR="00887384" w:rsidRPr="00887384" w:rsidRDefault="00887384" w:rsidP="00887384">
      <w:pPr>
        <w:spacing w:after="0" w:line="360" w:lineRule="auto"/>
        <w:ind w:firstLine="720"/>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 2. Denumirea postului: Îngrijitor I (M)</w:t>
      </w:r>
    </w:p>
    <w:p w14:paraId="05D13CDD" w14:textId="77777777" w:rsidR="00887384" w:rsidRPr="00887384" w:rsidRDefault="00887384" w:rsidP="00887384">
      <w:pPr>
        <w:spacing w:after="0" w:line="360" w:lineRule="auto"/>
        <w:ind w:firstLine="720"/>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 3. Numărul de posturi: 1 post, normă întreagă (8 ore/zi, 40 ore/săptămână), pe perioadă nedeterminată</w:t>
      </w:r>
    </w:p>
    <w:p w14:paraId="4718A986" w14:textId="77777777" w:rsidR="00887384" w:rsidRPr="00887384" w:rsidRDefault="00887384" w:rsidP="00887384">
      <w:pPr>
        <w:spacing w:after="0" w:line="360" w:lineRule="auto"/>
        <w:rPr>
          <w:rFonts w:ascii="Times New Roman" w:eastAsia="Times New Roman" w:hAnsi="Times New Roman" w:cs="Times New Roman"/>
          <w:sz w:val="24"/>
          <w:szCs w:val="24"/>
          <w:lang w:val="ro-RO" w:eastAsia="ro-RO"/>
        </w:rPr>
      </w:pPr>
    </w:p>
    <w:p w14:paraId="182C5F36" w14:textId="089946AE" w:rsidR="00887384" w:rsidRPr="00887384" w:rsidRDefault="005C2DDE" w:rsidP="00887384">
      <w:pPr>
        <w:spacing w:after="0" w:line="360" w:lineRule="auto"/>
        <w:jc w:val="both"/>
        <w:outlineLvl w:val="2"/>
        <w:rPr>
          <w:rFonts w:ascii="Times New Roman" w:eastAsia="Times New Roman" w:hAnsi="Times New Roman" w:cs="Times New Roman"/>
          <w:color w:val="1F4D78"/>
          <w:sz w:val="24"/>
          <w:szCs w:val="24"/>
          <w:lang w:val="ro-RO" w:eastAsia="ro-RO"/>
        </w:rPr>
      </w:pPr>
      <w:r>
        <w:rPr>
          <w:rFonts w:ascii="Times New Roman" w:eastAsia="Times New Roman" w:hAnsi="Times New Roman" w:cs="Times New Roman"/>
          <w:b/>
          <w:bCs/>
          <w:color w:val="000000"/>
          <w:sz w:val="24"/>
          <w:szCs w:val="24"/>
          <w:lang w:val="ro-RO" w:eastAsia="ro-RO"/>
        </w:rPr>
        <w:t xml:space="preserve">B.) </w:t>
      </w:r>
      <w:r w:rsidR="00887384" w:rsidRPr="00887384">
        <w:rPr>
          <w:rFonts w:ascii="Times New Roman" w:eastAsia="Times New Roman" w:hAnsi="Times New Roman" w:cs="Times New Roman"/>
          <w:b/>
          <w:bCs/>
          <w:color w:val="000000"/>
          <w:sz w:val="24"/>
          <w:szCs w:val="24"/>
          <w:lang w:val="ro-RO" w:eastAsia="ro-RO"/>
        </w:rPr>
        <w:t>Documente solicitate candidaţilor pentru întocmirea dosarului de concurs, conform art. 35 din H.G. 1336/2022</w:t>
      </w:r>
    </w:p>
    <w:p w14:paraId="794D52CF"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a) formular de înscriere la concurs, conform modelului prevăzut în anexa nr. 2 la H.G. nr. 1336/2022, pus la dispoziția candidaților la secretariatul instituției;</w:t>
      </w:r>
    </w:p>
    <w:p w14:paraId="266ED83F"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b) copia actului de identitate sau orice alt document care atestă identitatea, potrivit legii, aflate în termen de valabilitate;</w:t>
      </w:r>
    </w:p>
    <w:p w14:paraId="056AA4E8"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 copia certificatului de căsătorie sau a altui document prin care s-a realizat schimbarea de nume, după caz;</w:t>
      </w:r>
    </w:p>
    <w:p w14:paraId="67451EB6"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1B8226D"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e) copia carnetului de muncă, a adeverinței eliberate de angajator pentru perioada lucrată, care să ateste vechimea în muncă și în specialitatea studiilor solicitate pentru ocuparea postului;</w:t>
      </w:r>
    </w:p>
    <w:p w14:paraId="700DA888"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f) certificat de cazier judiciar sau, după caz, extrasul de pe cazierul judiciar. Potrivit art. 35 alin. (5) din H.G. nr. 1336/2022, acesta poate fi înlocuit cu o declarație pe propria răspundere privind antecedentele penale; în acest caz, candidatul declarat admis la selecția dosarelor care nu a solicitat expres instituției obținerea informațiilor privind antecedentele </w:t>
      </w:r>
      <w:r w:rsidRPr="00887384">
        <w:rPr>
          <w:rFonts w:ascii="Times New Roman" w:eastAsia="Times New Roman" w:hAnsi="Times New Roman" w:cs="Times New Roman"/>
          <w:color w:val="000000"/>
          <w:sz w:val="24"/>
          <w:szCs w:val="24"/>
          <w:lang w:val="ro-RO" w:eastAsia="ro-RO"/>
        </w:rPr>
        <w:lastRenderedPageBreak/>
        <w:t>penale are obligația de a depune originalul documentului cel târziu până la data susținerii probei scrise;</w:t>
      </w:r>
    </w:p>
    <w:p w14:paraId="570749B0"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g) certificat medical eliberat de medicul specialist de medicina muncii, conform Ordinului MS/MEC nr. 55/3.335/2026, emis pe baza avizului medicului specialist psihiatru și a adeverinței medicale eliberate de medicul de familie, cu cel mult 6 luni anterior derulării concursului;</w:t>
      </w:r>
    </w:p>
    <w:p w14:paraId="4DA2CE83"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9D94ECE"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i) curriculum vitae, model comun european.</w:t>
      </w:r>
    </w:p>
    <w:p w14:paraId="206E1608"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Copiile documentelor prevăzute la lit. b) – e) se prezintă însoțite de documentele originale, în vederea certificării pentru conformitate cu originalul de către secretarul comisiei de concurs (art. 35 alin. (4) din H.G. nr. 1336/2022).</w:t>
      </w:r>
    </w:p>
    <w:p w14:paraId="66BB914F" w14:textId="77777777" w:rsidR="005C2DDE" w:rsidRDefault="005C2DDE" w:rsidP="005C2DDE">
      <w:pPr>
        <w:spacing w:after="0" w:line="360" w:lineRule="auto"/>
        <w:jc w:val="both"/>
        <w:rPr>
          <w:rFonts w:ascii="Times New Roman" w:eastAsia="Times New Roman" w:hAnsi="Times New Roman" w:cs="Times New Roman"/>
          <w:color w:val="000000"/>
          <w:sz w:val="24"/>
          <w:szCs w:val="24"/>
          <w:lang w:val="ro-RO" w:eastAsia="ro-RO"/>
        </w:rPr>
      </w:pPr>
    </w:p>
    <w:p w14:paraId="049794B2" w14:textId="248D95E1" w:rsidR="005C2DDE" w:rsidRPr="005C2DDE" w:rsidRDefault="005C2DDE" w:rsidP="005C2DDE">
      <w:pPr>
        <w:pStyle w:val="ListParagraph"/>
        <w:numPr>
          <w:ilvl w:val="0"/>
          <w:numId w:val="11"/>
        </w:numPr>
        <w:spacing w:after="0" w:line="360" w:lineRule="auto"/>
        <w:jc w:val="both"/>
        <w:rPr>
          <w:rFonts w:ascii="Times New Roman" w:eastAsia="Times New Roman" w:hAnsi="Times New Roman" w:cs="Times New Roman"/>
          <w:color w:val="000000"/>
          <w:sz w:val="24"/>
          <w:szCs w:val="24"/>
          <w:lang w:val="ro-RO" w:eastAsia="ro-RO"/>
        </w:rPr>
      </w:pPr>
      <w:r w:rsidRPr="005C2DDE">
        <w:rPr>
          <w:rFonts w:ascii="Times New Roman" w:eastAsia="Times New Roman" w:hAnsi="Times New Roman" w:cs="Times New Roman"/>
          <w:color w:val="000000"/>
          <w:sz w:val="24"/>
          <w:szCs w:val="24"/>
          <w:lang w:val="ro-RO" w:eastAsia="ro-RO"/>
        </w:rPr>
        <w:t>Dosarele de înscriere se depun la secretariatul instituției (Str. Barbu Ștefănescu Delavrancea nr. 55, Constanța), în perioada 02.11.2026 – 13.11.2026, între orele 09:00 – 15:00.</w:t>
      </w:r>
    </w:p>
    <w:p w14:paraId="4630172D" w14:textId="43C9126E" w:rsidR="005C2DDE" w:rsidRPr="005C2DDE" w:rsidRDefault="005C2DDE" w:rsidP="005C2DDE">
      <w:pPr>
        <w:pStyle w:val="ListParagraph"/>
        <w:numPr>
          <w:ilvl w:val="0"/>
          <w:numId w:val="11"/>
        </w:numPr>
        <w:spacing w:after="0" w:line="360" w:lineRule="auto"/>
        <w:jc w:val="both"/>
        <w:rPr>
          <w:rFonts w:ascii="Times New Roman" w:eastAsia="Times New Roman" w:hAnsi="Times New Roman" w:cs="Times New Roman"/>
          <w:color w:val="000000"/>
          <w:sz w:val="24"/>
          <w:szCs w:val="24"/>
          <w:lang w:val="ro-RO" w:eastAsia="ro-RO"/>
        </w:rPr>
      </w:pPr>
      <w:r w:rsidRPr="005C2DDE">
        <w:rPr>
          <w:rFonts w:ascii="Times New Roman" w:eastAsia="Times New Roman" w:hAnsi="Times New Roman" w:cs="Times New Roman"/>
          <w:color w:val="000000"/>
          <w:sz w:val="24"/>
          <w:szCs w:val="24"/>
          <w:lang w:val="ro-RO" w:eastAsia="ro-RO"/>
        </w:rPr>
        <w:t>Informații: tel. 0341/173232, e-mail: centrulalbatros@yahoo.com;.</w:t>
      </w:r>
    </w:p>
    <w:p w14:paraId="3DF60120" w14:textId="77777777" w:rsidR="005C2DDE" w:rsidRPr="005C2DDE" w:rsidRDefault="005C2DDE" w:rsidP="005C2DDE">
      <w:pPr>
        <w:pStyle w:val="ListParagraph"/>
        <w:numPr>
          <w:ilvl w:val="0"/>
          <w:numId w:val="11"/>
        </w:numPr>
        <w:spacing w:after="0" w:line="360" w:lineRule="auto"/>
        <w:jc w:val="both"/>
        <w:rPr>
          <w:rFonts w:ascii="Times New Roman" w:eastAsia="Times New Roman" w:hAnsi="Times New Roman" w:cs="Times New Roman"/>
          <w:color w:val="000000"/>
          <w:sz w:val="24"/>
          <w:szCs w:val="24"/>
          <w:lang w:val="ro-RO" w:eastAsia="ro-RO"/>
        </w:rPr>
      </w:pPr>
      <w:r w:rsidRPr="005C2DDE">
        <w:rPr>
          <w:rFonts w:ascii="Times New Roman" w:eastAsia="Times New Roman" w:hAnsi="Times New Roman" w:cs="Times New Roman"/>
          <w:color w:val="000000"/>
          <w:sz w:val="24"/>
          <w:szCs w:val="24"/>
          <w:lang w:val="ro-RO" w:eastAsia="ro-RO"/>
        </w:rPr>
        <w:t>Termenul-limită de depunere a dosarelor: 13.11.2026, ora 15:00.</w:t>
      </w:r>
    </w:p>
    <w:p w14:paraId="20B11F29" w14:textId="77777777" w:rsidR="00887384" w:rsidRPr="00887384" w:rsidRDefault="00887384" w:rsidP="00887384">
      <w:pPr>
        <w:spacing w:after="0" w:line="360" w:lineRule="auto"/>
        <w:rPr>
          <w:rFonts w:ascii="Times New Roman" w:eastAsia="Times New Roman" w:hAnsi="Times New Roman" w:cs="Times New Roman"/>
          <w:sz w:val="24"/>
          <w:szCs w:val="24"/>
          <w:lang w:val="ro-RO" w:eastAsia="ro-RO"/>
        </w:rPr>
      </w:pPr>
    </w:p>
    <w:p w14:paraId="29FFC427"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p>
    <w:p w14:paraId="276E4A52" w14:textId="5D5393A1" w:rsidR="00887384" w:rsidRPr="00887384" w:rsidRDefault="005C2DDE" w:rsidP="00887384">
      <w:pPr>
        <w:spacing w:after="0" w:line="36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b/>
          <w:bCs/>
          <w:color w:val="000000"/>
          <w:sz w:val="24"/>
          <w:szCs w:val="24"/>
          <w:lang w:val="ro-RO" w:eastAsia="ro-RO"/>
        </w:rPr>
        <w:t>C.) Condițiile generale prevăzute de art. 15 din H.G. nr. 1336/2022</w:t>
      </w:r>
    </w:p>
    <w:p w14:paraId="4D25EDF3"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 xml:space="preserve">Poate ocupa un post vacant sau temporar vacant persoana care îndeplinește condițiile prevăzute de Legea nr. 53/2003 — Codul muncii, republicată, cu modificările și </w:t>
      </w:r>
      <w:r w:rsidRPr="00887384">
        <w:rPr>
          <w:rFonts w:ascii="Times New Roman" w:eastAsia="Times New Roman" w:hAnsi="Times New Roman" w:cs="Times New Roman"/>
          <w:color w:val="000000"/>
          <w:sz w:val="24"/>
          <w:szCs w:val="24"/>
          <w:lang w:val="ro-RO" w:eastAsia="ro-RO"/>
        </w:rPr>
        <w:lastRenderedPageBreak/>
        <w:t>completările ulterioare, și cerințele specifice prevăzute la art. 542 alin. (1) și (2) din Ordonanța de urgență a Guvernului nr. 57/2019 privind Codul administrativ, cu modificările și completările ulterioare:</w:t>
      </w:r>
    </w:p>
    <w:p w14:paraId="43266C07"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a) are cetățenia română sau cetățenia unui alt stat membru al Uniunii Europene, a unui stat parte la Acordul privind Spațiul Economic European (SEE) sau cetățenia Confederației Elvețiene;</w:t>
      </w:r>
    </w:p>
    <w:p w14:paraId="340B1FD6"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b) cunoaște limba română, scris și vorbit;</w:t>
      </w:r>
    </w:p>
    <w:p w14:paraId="29D11FAC"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c) are capacitate de muncă în conformitate cu prevederile Legii nr. 53/2003 — Codul muncii, republicată, cu modificările și completările ulterioare;</w:t>
      </w:r>
    </w:p>
    <w:p w14:paraId="56B8D589"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d) are o stare de sănătate corespunzătoare postului pentru care candidează, atestată pe baza adeverinței medicale eliberate de medicul de familie sau de unitățile sanitare abilitate;</w:t>
      </w:r>
    </w:p>
    <w:p w14:paraId="0BE4D0A0"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e) îndeplinește condițiile de studii, de vechime în specialitate și, după caz, alte condiții specifice potrivit cerințelor postului scos la concurs;</w:t>
      </w:r>
    </w:p>
    <w:p w14:paraId="64243428"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BF1DEE9" w14:textId="77777777" w:rsidR="00887384" w:rsidRPr="00887384" w:rsidRDefault="00887384" w:rsidP="00887384">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961460E" w14:textId="48A4D420" w:rsidR="00887384" w:rsidRPr="00887384" w:rsidRDefault="00887384" w:rsidP="005C2DDE">
      <w:pPr>
        <w:spacing w:after="0" w:line="360" w:lineRule="auto"/>
        <w:jc w:val="both"/>
        <w:rPr>
          <w:rFonts w:ascii="Times New Roman" w:eastAsia="Times New Roman" w:hAnsi="Times New Roman" w:cs="Times New Roman"/>
          <w:sz w:val="24"/>
          <w:szCs w:val="24"/>
          <w:lang w:val="ro-RO" w:eastAsia="ro-RO"/>
        </w:rPr>
      </w:pPr>
      <w:r w:rsidRPr="00887384">
        <w:rPr>
          <w:rFonts w:ascii="Times New Roman" w:eastAsia="Times New Roman" w:hAnsi="Times New Roman" w:cs="Times New Roman"/>
          <w:color w:val="000000"/>
          <w:sz w:val="24"/>
          <w:szCs w:val="24"/>
          <w:lang w:val="ro-RO"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3C98EEF" w14:textId="77777777" w:rsidR="00887384" w:rsidRPr="00E02ADD" w:rsidRDefault="00887384" w:rsidP="00887384">
      <w:pPr>
        <w:spacing w:after="0" w:line="360" w:lineRule="auto"/>
        <w:ind w:firstLine="720"/>
        <w:jc w:val="both"/>
        <w:rPr>
          <w:rFonts w:ascii="Times New Roman" w:eastAsia="Times New Roman" w:hAnsi="Times New Roman" w:cs="Times New Roman"/>
          <w:i/>
          <w:iCs/>
          <w:lang w:val="ro-RO" w:eastAsia="ro-RO"/>
        </w:rPr>
      </w:pPr>
      <w:r w:rsidRPr="00E02ADD">
        <w:rPr>
          <w:rFonts w:ascii="Times New Roman" w:eastAsia="Times New Roman" w:hAnsi="Times New Roman" w:cs="Times New Roman"/>
          <w:i/>
          <w:iCs/>
          <w:color w:val="000000"/>
          <w:lang w:val="ro-RO" w:eastAsia="ro-RO"/>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w:t>
      </w:r>
      <w:r w:rsidRPr="00E02ADD">
        <w:rPr>
          <w:rFonts w:ascii="Times New Roman" w:eastAsia="Times New Roman" w:hAnsi="Times New Roman" w:cs="Times New Roman"/>
          <w:i/>
          <w:iCs/>
          <w:color w:val="000000"/>
          <w:lang w:val="ro-RO" w:eastAsia="ro-RO"/>
        </w:rPr>
        <w:lastRenderedPageBreak/>
        <w:t>prezentarea certificatului medical emis de medicul specialist de medicina muncii. Certificatul se emite în baza avizului medicului specialist psihiatru, a adeverinței medicale eliberate de medicul de familie și a consultației specifice de medicina muncii.</w:t>
      </w:r>
    </w:p>
    <w:p w14:paraId="73EE55A1" w14:textId="77777777" w:rsidR="00DE3FDB" w:rsidRPr="00E02ADD" w:rsidRDefault="00DE3FDB" w:rsidP="00887384">
      <w:pPr>
        <w:spacing w:after="0" w:line="360" w:lineRule="auto"/>
        <w:jc w:val="both"/>
        <w:rPr>
          <w:rFonts w:ascii="Times New Roman" w:hAnsi="Times New Roman" w:cs="Times New Roman"/>
        </w:rPr>
      </w:pPr>
    </w:p>
    <w:p w14:paraId="3A1C335F" w14:textId="74FD8D2C" w:rsidR="00D22DD0" w:rsidRPr="00125B41" w:rsidRDefault="00000000" w:rsidP="00125B41">
      <w:pPr>
        <w:spacing w:after="0" w:line="360" w:lineRule="auto"/>
        <w:jc w:val="both"/>
        <w:rPr>
          <w:rFonts w:ascii="Times New Roman" w:hAnsi="Times New Roman" w:cs="Times New Roman"/>
          <w:sz w:val="24"/>
          <w:szCs w:val="24"/>
        </w:rPr>
      </w:pPr>
      <w:proofErr w:type="spellStart"/>
      <w:r w:rsidRPr="00125B41">
        <w:rPr>
          <w:rFonts w:ascii="Times New Roman" w:hAnsi="Times New Roman" w:cs="Times New Roman"/>
          <w:b/>
          <w:sz w:val="24"/>
          <w:szCs w:val="24"/>
        </w:rPr>
        <w:t>Condiții</w:t>
      </w:r>
      <w:proofErr w:type="spellEnd"/>
      <w:r w:rsidRPr="00125B41">
        <w:rPr>
          <w:rFonts w:ascii="Times New Roman" w:hAnsi="Times New Roman" w:cs="Times New Roman"/>
          <w:b/>
          <w:sz w:val="24"/>
          <w:szCs w:val="24"/>
        </w:rPr>
        <w:t xml:space="preserve"> </w:t>
      </w:r>
      <w:proofErr w:type="spellStart"/>
      <w:r w:rsidRPr="00125B41">
        <w:rPr>
          <w:rFonts w:ascii="Times New Roman" w:hAnsi="Times New Roman" w:cs="Times New Roman"/>
          <w:b/>
          <w:sz w:val="24"/>
          <w:szCs w:val="24"/>
        </w:rPr>
        <w:t>specifice</w:t>
      </w:r>
      <w:proofErr w:type="spellEnd"/>
      <w:r w:rsidRPr="00125B41">
        <w:rPr>
          <w:rFonts w:ascii="Times New Roman" w:hAnsi="Times New Roman" w:cs="Times New Roman"/>
          <w:b/>
          <w:sz w:val="24"/>
          <w:szCs w:val="24"/>
        </w:rPr>
        <w:t xml:space="preserve"> de </w:t>
      </w:r>
      <w:proofErr w:type="spellStart"/>
      <w:r w:rsidRPr="00125B41">
        <w:rPr>
          <w:rFonts w:ascii="Times New Roman" w:hAnsi="Times New Roman" w:cs="Times New Roman"/>
          <w:b/>
          <w:sz w:val="24"/>
          <w:szCs w:val="24"/>
        </w:rPr>
        <w:t>participare</w:t>
      </w:r>
      <w:proofErr w:type="spellEnd"/>
      <w:r w:rsidRPr="00125B41">
        <w:rPr>
          <w:rFonts w:ascii="Times New Roman" w:hAnsi="Times New Roman" w:cs="Times New Roman"/>
          <w:b/>
          <w:sz w:val="24"/>
          <w:szCs w:val="24"/>
        </w:rPr>
        <w:t xml:space="preserve"> la concurs:</w:t>
      </w:r>
    </w:p>
    <w:p w14:paraId="3FE24C59" w14:textId="3FCD7F85" w:rsidR="00DE232D" w:rsidRPr="00DE232D" w:rsidRDefault="00DE232D" w:rsidP="00DE232D">
      <w:pPr>
        <w:numPr>
          <w:ilvl w:val="0"/>
          <w:numId w:val="1"/>
        </w:numPr>
        <w:spacing w:after="0" w:line="360" w:lineRule="auto"/>
        <w:contextualSpacing/>
        <w:jc w:val="both"/>
        <w:rPr>
          <w:rFonts w:ascii="Times New Roman" w:hAnsi="Times New Roman" w:cs="Times New Roman"/>
          <w:bCs/>
          <w:sz w:val="24"/>
          <w:szCs w:val="24"/>
        </w:rPr>
      </w:pPr>
      <w:proofErr w:type="spellStart"/>
      <w:r w:rsidRPr="00DE232D">
        <w:rPr>
          <w:rFonts w:ascii="Times New Roman" w:hAnsi="Times New Roman" w:cs="Times New Roman"/>
          <w:bCs/>
          <w:sz w:val="24"/>
          <w:szCs w:val="24"/>
        </w:rPr>
        <w:t>Studii</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studii</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medii</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liceale</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sau</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profesionale</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absolvite</w:t>
      </w:r>
      <w:proofErr w:type="spellEnd"/>
      <w:r w:rsidRPr="00DE232D">
        <w:rPr>
          <w:rFonts w:ascii="Times New Roman" w:hAnsi="Times New Roman" w:cs="Times New Roman"/>
          <w:bCs/>
          <w:sz w:val="24"/>
          <w:szCs w:val="24"/>
        </w:rPr>
        <w:t xml:space="preserve"> cu </w:t>
      </w:r>
      <w:proofErr w:type="spellStart"/>
      <w:r w:rsidRPr="00DE232D">
        <w:rPr>
          <w:rFonts w:ascii="Times New Roman" w:hAnsi="Times New Roman" w:cs="Times New Roman"/>
          <w:bCs/>
          <w:sz w:val="24"/>
          <w:szCs w:val="24"/>
        </w:rPr>
        <w:t>diplomă</w:t>
      </w:r>
      <w:proofErr w:type="spellEnd"/>
      <w:r w:rsidRPr="00DE232D">
        <w:rPr>
          <w:rFonts w:ascii="Times New Roman" w:hAnsi="Times New Roman" w:cs="Times New Roman"/>
          <w:bCs/>
          <w:sz w:val="24"/>
          <w:szCs w:val="24"/>
        </w:rPr>
        <w:t>/</w:t>
      </w:r>
      <w:proofErr w:type="spellStart"/>
      <w:r w:rsidRPr="00DE232D">
        <w:rPr>
          <w:rFonts w:ascii="Times New Roman" w:hAnsi="Times New Roman" w:cs="Times New Roman"/>
          <w:bCs/>
          <w:sz w:val="24"/>
          <w:szCs w:val="24"/>
        </w:rPr>
        <w:t>certificat</w:t>
      </w:r>
      <w:proofErr w:type="spellEnd"/>
      <w:r w:rsidRPr="00DE232D">
        <w:rPr>
          <w:rFonts w:ascii="Times New Roman" w:hAnsi="Times New Roman" w:cs="Times New Roman"/>
          <w:bCs/>
          <w:sz w:val="24"/>
          <w:szCs w:val="24"/>
        </w:rPr>
        <w:t>;</w:t>
      </w:r>
    </w:p>
    <w:p w14:paraId="3A4FE43C" w14:textId="77777777" w:rsidR="00DE232D" w:rsidRPr="00DE232D" w:rsidRDefault="00DE232D" w:rsidP="00DE232D">
      <w:pPr>
        <w:numPr>
          <w:ilvl w:val="0"/>
          <w:numId w:val="1"/>
        </w:numPr>
        <w:spacing w:after="0" w:line="360" w:lineRule="auto"/>
        <w:contextualSpacing/>
        <w:jc w:val="both"/>
        <w:rPr>
          <w:rFonts w:ascii="Times New Roman" w:hAnsi="Times New Roman" w:cs="Times New Roman"/>
          <w:bCs/>
          <w:sz w:val="24"/>
          <w:szCs w:val="24"/>
        </w:rPr>
      </w:pPr>
      <w:proofErr w:type="spellStart"/>
      <w:r w:rsidRPr="00DE232D">
        <w:rPr>
          <w:rFonts w:ascii="Times New Roman" w:hAnsi="Times New Roman" w:cs="Times New Roman"/>
          <w:bCs/>
          <w:sz w:val="24"/>
          <w:szCs w:val="24"/>
        </w:rPr>
        <w:t>Vechime</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în</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specialitate</w:t>
      </w:r>
      <w:proofErr w:type="spellEnd"/>
      <w:r w:rsidRPr="00DE232D">
        <w:rPr>
          <w:rFonts w:ascii="Times New Roman" w:hAnsi="Times New Roman" w:cs="Times New Roman"/>
          <w:bCs/>
          <w:sz w:val="24"/>
          <w:szCs w:val="24"/>
        </w:rPr>
        <w:t xml:space="preserve">: nu se </w:t>
      </w:r>
      <w:proofErr w:type="spellStart"/>
      <w:r w:rsidRPr="00DE232D">
        <w:rPr>
          <w:rFonts w:ascii="Times New Roman" w:hAnsi="Times New Roman" w:cs="Times New Roman"/>
          <w:bCs/>
          <w:sz w:val="24"/>
          <w:szCs w:val="24"/>
        </w:rPr>
        <w:t>solicită</w:t>
      </w:r>
      <w:proofErr w:type="spellEnd"/>
      <w:r w:rsidRPr="00DE232D">
        <w:rPr>
          <w:rFonts w:ascii="Times New Roman" w:hAnsi="Times New Roman" w:cs="Times New Roman"/>
          <w:bCs/>
          <w:sz w:val="24"/>
          <w:szCs w:val="24"/>
        </w:rPr>
        <w:t>;</w:t>
      </w:r>
    </w:p>
    <w:p w14:paraId="25F39589" w14:textId="77777777" w:rsidR="00DE232D" w:rsidRPr="00DE232D" w:rsidRDefault="00DE232D" w:rsidP="00DE232D">
      <w:pPr>
        <w:numPr>
          <w:ilvl w:val="0"/>
          <w:numId w:val="1"/>
        </w:numPr>
        <w:spacing w:after="0" w:line="360" w:lineRule="auto"/>
        <w:contextualSpacing/>
        <w:jc w:val="both"/>
        <w:rPr>
          <w:rFonts w:ascii="Times New Roman" w:hAnsi="Times New Roman" w:cs="Times New Roman"/>
          <w:bCs/>
          <w:sz w:val="24"/>
          <w:szCs w:val="24"/>
        </w:rPr>
      </w:pPr>
      <w:proofErr w:type="spellStart"/>
      <w:r w:rsidRPr="00DE232D">
        <w:rPr>
          <w:rFonts w:ascii="Times New Roman" w:hAnsi="Times New Roman" w:cs="Times New Roman"/>
          <w:bCs/>
          <w:sz w:val="24"/>
          <w:szCs w:val="24"/>
        </w:rPr>
        <w:t>Vechime</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în</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muncă</w:t>
      </w:r>
      <w:proofErr w:type="spellEnd"/>
      <w:r w:rsidRPr="00DE232D">
        <w:rPr>
          <w:rFonts w:ascii="Times New Roman" w:hAnsi="Times New Roman" w:cs="Times New Roman"/>
          <w:bCs/>
          <w:sz w:val="24"/>
          <w:szCs w:val="24"/>
        </w:rPr>
        <w:t xml:space="preserve">: minimum 6 ani </w:t>
      </w:r>
      <w:proofErr w:type="spellStart"/>
      <w:r w:rsidRPr="00DE232D">
        <w:rPr>
          <w:rFonts w:ascii="Times New Roman" w:hAnsi="Times New Roman" w:cs="Times New Roman"/>
          <w:bCs/>
          <w:sz w:val="24"/>
          <w:szCs w:val="24"/>
        </w:rPr>
        <w:t>și</w:t>
      </w:r>
      <w:proofErr w:type="spellEnd"/>
      <w:r w:rsidRPr="00DE232D">
        <w:rPr>
          <w:rFonts w:ascii="Times New Roman" w:hAnsi="Times New Roman" w:cs="Times New Roman"/>
          <w:bCs/>
          <w:sz w:val="24"/>
          <w:szCs w:val="24"/>
        </w:rPr>
        <w:t xml:space="preserve"> 6 </w:t>
      </w:r>
      <w:proofErr w:type="spellStart"/>
      <w:r w:rsidRPr="00DE232D">
        <w:rPr>
          <w:rFonts w:ascii="Times New Roman" w:hAnsi="Times New Roman" w:cs="Times New Roman"/>
          <w:bCs/>
          <w:sz w:val="24"/>
          <w:szCs w:val="24"/>
        </w:rPr>
        <w:t>luni</w:t>
      </w:r>
      <w:proofErr w:type="spellEnd"/>
      <w:r w:rsidRPr="00DE232D">
        <w:rPr>
          <w:rFonts w:ascii="Times New Roman" w:hAnsi="Times New Roman" w:cs="Times New Roman"/>
          <w:bCs/>
          <w:sz w:val="24"/>
          <w:szCs w:val="24"/>
        </w:rPr>
        <w:t>;</w:t>
      </w:r>
    </w:p>
    <w:p w14:paraId="0CBC640B" w14:textId="77777777" w:rsidR="00DE232D" w:rsidRPr="00DE232D" w:rsidRDefault="00DE232D" w:rsidP="00DE232D">
      <w:pPr>
        <w:numPr>
          <w:ilvl w:val="0"/>
          <w:numId w:val="1"/>
        </w:numPr>
        <w:spacing w:after="0" w:line="360" w:lineRule="auto"/>
        <w:contextualSpacing/>
        <w:jc w:val="both"/>
        <w:rPr>
          <w:rFonts w:ascii="Times New Roman" w:hAnsi="Times New Roman" w:cs="Times New Roman"/>
          <w:bCs/>
          <w:sz w:val="24"/>
          <w:szCs w:val="24"/>
        </w:rPr>
      </w:pPr>
      <w:proofErr w:type="spellStart"/>
      <w:r w:rsidRPr="00DE232D">
        <w:rPr>
          <w:rFonts w:ascii="Times New Roman" w:hAnsi="Times New Roman" w:cs="Times New Roman"/>
          <w:bCs/>
          <w:sz w:val="24"/>
          <w:szCs w:val="24"/>
        </w:rPr>
        <w:t>Abilități</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specifice</w:t>
      </w:r>
      <w:proofErr w:type="spellEnd"/>
      <w:r w:rsidRPr="00DE232D">
        <w:rPr>
          <w:rFonts w:ascii="Times New Roman" w:hAnsi="Times New Roman" w:cs="Times New Roman"/>
          <w:bCs/>
          <w:sz w:val="24"/>
          <w:szCs w:val="24"/>
        </w:rPr>
        <w:t xml:space="preserve">: capacitate </w:t>
      </w:r>
      <w:proofErr w:type="spellStart"/>
      <w:r w:rsidRPr="00DE232D">
        <w:rPr>
          <w:rFonts w:ascii="Times New Roman" w:hAnsi="Times New Roman" w:cs="Times New Roman"/>
          <w:bCs/>
          <w:sz w:val="24"/>
          <w:szCs w:val="24"/>
        </w:rPr>
        <w:t>bună</w:t>
      </w:r>
      <w:proofErr w:type="spellEnd"/>
      <w:r w:rsidRPr="00DE232D">
        <w:rPr>
          <w:rFonts w:ascii="Times New Roman" w:hAnsi="Times New Roman" w:cs="Times New Roman"/>
          <w:bCs/>
          <w:sz w:val="24"/>
          <w:szCs w:val="24"/>
        </w:rPr>
        <w:t xml:space="preserve"> de </w:t>
      </w:r>
      <w:proofErr w:type="spellStart"/>
      <w:r w:rsidRPr="00DE232D">
        <w:rPr>
          <w:rFonts w:ascii="Times New Roman" w:hAnsi="Times New Roman" w:cs="Times New Roman"/>
          <w:bCs/>
          <w:sz w:val="24"/>
          <w:szCs w:val="24"/>
        </w:rPr>
        <w:t>efort</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fizic</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abilități</w:t>
      </w:r>
      <w:proofErr w:type="spellEnd"/>
      <w:r w:rsidRPr="00DE232D">
        <w:rPr>
          <w:rFonts w:ascii="Times New Roman" w:hAnsi="Times New Roman" w:cs="Times New Roman"/>
          <w:bCs/>
          <w:sz w:val="24"/>
          <w:szCs w:val="24"/>
        </w:rPr>
        <w:t xml:space="preserve"> de </w:t>
      </w:r>
      <w:proofErr w:type="spellStart"/>
      <w:r w:rsidRPr="00DE232D">
        <w:rPr>
          <w:rFonts w:ascii="Times New Roman" w:hAnsi="Times New Roman" w:cs="Times New Roman"/>
          <w:bCs/>
          <w:sz w:val="24"/>
          <w:szCs w:val="24"/>
        </w:rPr>
        <w:t>comunicare</w:t>
      </w:r>
      <w:proofErr w:type="spellEnd"/>
      <w:r w:rsidRPr="00DE232D">
        <w:rPr>
          <w:rFonts w:ascii="Times New Roman" w:hAnsi="Times New Roman" w:cs="Times New Roman"/>
          <w:bCs/>
          <w:sz w:val="24"/>
          <w:szCs w:val="24"/>
        </w:rPr>
        <w:t xml:space="preserve">, spirit de </w:t>
      </w:r>
      <w:proofErr w:type="spellStart"/>
      <w:r w:rsidRPr="00DE232D">
        <w:rPr>
          <w:rFonts w:ascii="Times New Roman" w:hAnsi="Times New Roman" w:cs="Times New Roman"/>
          <w:bCs/>
          <w:sz w:val="24"/>
          <w:szCs w:val="24"/>
        </w:rPr>
        <w:t>echipă</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și</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disponibilitate</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pentru</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lucru</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în</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două</w:t>
      </w:r>
      <w:proofErr w:type="spellEnd"/>
      <w:r w:rsidRPr="00DE232D">
        <w:rPr>
          <w:rFonts w:ascii="Times New Roman" w:hAnsi="Times New Roman" w:cs="Times New Roman"/>
          <w:bCs/>
          <w:sz w:val="24"/>
          <w:szCs w:val="24"/>
        </w:rPr>
        <w:t xml:space="preserve"> </w:t>
      </w:r>
      <w:proofErr w:type="spellStart"/>
      <w:r w:rsidRPr="00DE232D">
        <w:rPr>
          <w:rFonts w:ascii="Times New Roman" w:hAnsi="Times New Roman" w:cs="Times New Roman"/>
          <w:bCs/>
          <w:sz w:val="24"/>
          <w:szCs w:val="24"/>
        </w:rPr>
        <w:t>schimburi</w:t>
      </w:r>
      <w:proofErr w:type="spellEnd"/>
      <w:r w:rsidRPr="00DE232D">
        <w:rPr>
          <w:rFonts w:ascii="Times New Roman" w:hAnsi="Times New Roman" w:cs="Times New Roman"/>
          <w:bCs/>
          <w:sz w:val="24"/>
          <w:szCs w:val="24"/>
        </w:rPr>
        <w:t>.</w:t>
      </w:r>
    </w:p>
    <w:p w14:paraId="3A4DF6BF" w14:textId="77777777" w:rsidR="00125B41" w:rsidRDefault="00125B41" w:rsidP="00125B41">
      <w:pPr>
        <w:pStyle w:val="ListParagraph"/>
        <w:tabs>
          <w:tab w:val="num" w:pos="360"/>
        </w:tabs>
        <w:spacing w:after="0" w:line="360" w:lineRule="auto"/>
        <w:rPr>
          <w:rFonts w:ascii="Times New Roman" w:hAnsi="Times New Roman" w:cs="Times New Roman"/>
          <w:sz w:val="24"/>
          <w:szCs w:val="24"/>
        </w:rPr>
      </w:pPr>
    </w:p>
    <w:p w14:paraId="153F78EB" w14:textId="77777777" w:rsidR="00E02ADD" w:rsidRPr="00125B41" w:rsidRDefault="00E02ADD" w:rsidP="00125B41">
      <w:pPr>
        <w:pStyle w:val="ListParagraph"/>
        <w:tabs>
          <w:tab w:val="num" w:pos="360"/>
        </w:tabs>
        <w:spacing w:after="0" w:line="360" w:lineRule="auto"/>
        <w:rPr>
          <w:rFonts w:ascii="Times New Roman" w:hAnsi="Times New Roman" w:cs="Times New Roman"/>
          <w:sz w:val="24"/>
          <w:szCs w:val="24"/>
        </w:rPr>
      </w:pPr>
    </w:p>
    <w:p w14:paraId="58A59930" w14:textId="52C48C5C" w:rsidR="00D22DD0" w:rsidRPr="00125B41" w:rsidRDefault="005C2DDE" w:rsidP="00125B41">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D.) </w:t>
      </w:r>
      <w:proofErr w:type="spellStart"/>
      <w:r w:rsidRPr="00125B41">
        <w:rPr>
          <w:rFonts w:ascii="Times New Roman" w:hAnsi="Times New Roman" w:cs="Times New Roman"/>
          <w:b/>
          <w:sz w:val="24"/>
          <w:szCs w:val="24"/>
        </w:rPr>
        <w:t>Tematică</w:t>
      </w:r>
      <w:proofErr w:type="spellEnd"/>
      <w:r w:rsidRPr="00125B41">
        <w:rPr>
          <w:rFonts w:ascii="Times New Roman" w:hAnsi="Times New Roman" w:cs="Times New Roman"/>
          <w:b/>
          <w:sz w:val="24"/>
          <w:szCs w:val="24"/>
        </w:rPr>
        <w:t xml:space="preserve"> </w:t>
      </w:r>
      <w:proofErr w:type="spellStart"/>
      <w:r w:rsidRPr="00125B41">
        <w:rPr>
          <w:rFonts w:ascii="Times New Roman" w:hAnsi="Times New Roman" w:cs="Times New Roman"/>
          <w:b/>
          <w:sz w:val="24"/>
          <w:szCs w:val="24"/>
        </w:rPr>
        <w:t>și</w:t>
      </w:r>
      <w:proofErr w:type="spellEnd"/>
      <w:r w:rsidRPr="00125B41">
        <w:rPr>
          <w:rFonts w:ascii="Times New Roman" w:hAnsi="Times New Roman" w:cs="Times New Roman"/>
          <w:b/>
          <w:sz w:val="24"/>
          <w:szCs w:val="24"/>
        </w:rPr>
        <w:t xml:space="preserve"> </w:t>
      </w:r>
      <w:proofErr w:type="spellStart"/>
      <w:r w:rsidRPr="00125B41">
        <w:rPr>
          <w:rFonts w:ascii="Times New Roman" w:hAnsi="Times New Roman" w:cs="Times New Roman"/>
          <w:b/>
          <w:sz w:val="24"/>
          <w:szCs w:val="24"/>
        </w:rPr>
        <w:t>Bibliografie</w:t>
      </w:r>
      <w:proofErr w:type="spellEnd"/>
    </w:p>
    <w:p w14:paraId="5B906A49" w14:textId="267901E2" w:rsidR="00DE232D" w:rsidRPr="00DE232D" w:rsidRDefault="00DE232D" w:rsidP="00DE232D">
      <w:pPr>
        <w:numPr>
          <w:ilvl w:val="0"/>
          <w:numId w:val="1"/>
        </w:numPr>
        <w:spacing w:after="0" w:line="360" w:lineRule="auto"/>
        <w:contextualSpacing/>
        <w:rPr>
          <w:rFonts w:ascii="Times New Roman" w:hAnsi="Times New Roman" w:cs="Times New Roman"/>
          <w:sz w:val="24"/>
          <w:szCs w:val="24"/>
        </w:rPr>
      </w:pPr>
      <w:r w:rsidRPr="00DE232D">
        <w:rPr>
          <w:rFonts w:ascii="Times New Roman" w:hAnsi="Times New Roman" w:cs="Times New Roman"/>
          <w:sz w:val="24"/>
          <w:szCs w:val="24"/>
        </w:rPr>
        <w:t xml:space="preserve">Tematica 1: Reguli generale și tehnici de curățenie, </w:t>
      </w:r>
      <w:proofErr w:type="spellStart"/>
      <w:r w:rsidRPr="00DE232D">
        <w:rPr>
          <w:rFonts w:ascii="Times New Roman" w:hAnsi="Times New Roman" w:cs="Times New Roman"/>
          <w:sz w:val="24"/>
          <w:szCs w:val="24"/>
        </w:rPr>
        <w:t>dezinfecție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și</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igienizare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în</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unitățile</w:t>
      </w:r>
      <w:proofErr w:type="spellEnd"/>
      <w:r w:rsidRPr="00DE232D">
        <w:rPr>
          <w:rFonts w:ascii="Times New Roman" w:hAnsi="Times New Roman" w:cs="Times New Roman"/>
          <w:sz w:val="24"/>
          <w:szCs w:val="24"/>
        </w:rPr>
        <w:t xml:space="preserve"> de </w:t>
      </w:r>
      <w:proofErr w:type="spellStart"/>
      <w:r w:rsidRPr="00DE232D">
        <w:rPr>
          <w:rFonts w:ascii="Times New Roman" w:hAnsi="Times New Roman" w:cs="Times New Roman"/>
          <w:sz w:val="24"/>
          <w:szCs w:val="24"/>
        </w:rPr>
        <w:t>învățământ</w:t>
      </w:r>
      <w:proofErr w:type="spellEnd"/>
      <w:r w:rsidRPr="00DE232D">
        <w:rPr>
          <w:rFonts w:ascii="Times New Roman" w:hAnsi="Times New Roman" w:cs="Times New Roman"/>
          <w:sz w:val="24"/>
          <w:szCs w:val="24"/>
        </w:rPr>
        <w:t>.</w:t>
      </w:r>
    </w:p>
    <w:p w14:paraId="3256A11C" w14:textId="77777777" w:rsidR="00DE232D" w:rsidRPr="00DE232D" w:rsidRDefault="00DE232D" w:rsidP="00DE232D">
      <w:pPr>
        <w:numPr>
          <w:ilvl w:val="0"/>
          <w:numId w:val="1"/>
        </w:numPr>
        <w:spacing w:after="0" w:line="360" w:lineRule="auto"/>
        <w:contextualSpacing/>
        <w:rPr>
          <w:rFonts w:ascii="Times New Roman" w:hAnsi="Times New Roman" w:cs="Times New Roman"/>
          <w:sz w:val="24"/>
          <w:szCs w:val="24"/>
        </w:rPr>
      </w:pPr>
      <w:r w:rsidRPr="00DE232D">
        <w:rPr>
          <w:rFonts w:ascii="Times New Roman" w:hAnsi="Times New Roman" w:cs="Times New Roman"/>
          <w:sz w:val="24"/>
          <w:szCs w:val="24"/>
        </w:rPr>
        <w:t xml:space="preserve">Tematica 2: Norme de securitate în utilizarea substanțelor </w:t>
      </w:r>
      <w:proofErr w:type="spellStart"/>
      <w:r w:rsidRPr="00DE232D">
        <w:rPr>
          <w:rFonts w:ascii="Times New Roman" w:hAnsi="Times New Roman" w:cs="Times New Roman"/>
          <w:sz w:val="24"/>
          <w:szCs w:val="24"/>
        </w:rPr>
        <w:t>chimice</w:t>
      </w:r>
      <w:proofErr w:type="spellEnd"/>
      <w:r w:rsidRPr="00DE232D">
        <w:rPr>
          <w:rFonts w:ascii="Times New Roman" w:hAnsi="Times New Roman" w:cs="Times New Roman"/>
          <w:sz w:val="24"/>
          <w:szCs w:val="24"/>
        </w:rPr>
        <w:t xml:space="preserve"> de </w:t>
      </w:r>
      <w:proofErr w:type="spellStart"/>
      <w:r w:rsidRPr="00DE232D">
        <w:rPr>
          <w:rFonts w:ascii="Times New Roman" w:hAnsi="Times New Roman" w:cs="Times New Roman"/>
          <w:sz w:val="24"/>
          <w:szCs w:val="24"/>
        </w:rPr>
        <w:t>curățenie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și</w:t>
      </w:r>
      <w:proofErr w:type="spellEnd"/>
      <w:r w:rsidRPr="00DE232D">
        <w:rPr>
          <w:rFonts w:ascii="Times New Roman" w:hAnsi="Times New Roman" w:cs="Times New Roman"/>
          <w:sz w:val="24"/>
          <w:szCs w:val="24"/>
        </w:rPr>
        <w:t xml:space="preserve"> a </w:t>
      </w:r>
      <w:proofErr w:type="spellStart"/>
      <w:r w:rsidRPr="00DE232D">
        <w:rPr>
          <w:rFonts w:ascii="Times New Roman" w:hAnsi="Times New Roman" w:cs="Times New Roman"/>
          <w:sz w:val="24"/>
          <w:szCs w:val="24"/>
        </w:rPr>
        <w:t>produselor</w:t>
      </w:r>
      <w:proofErr w:type="spellEnd"/>
      <w:r w:rsidRPr="00DE232D">
        <w:rPr>
          <w:rFonts w:ascii="Times New Roman" w:hAnsi="Times New Roman" w:cs="Times New Roman"/>
          <w:sz w:val="24"/>
          <w:szCs w:val="24"/>
        </w:rPr>
        <w:t xml:space="preserve"> biocide.</w:t>
      </w:r>
    </w:p>
    <w:p w14:paraId="406F81F8" w14:textId="77777777" w:rsidR="00DE232D" w:rsidRPr="00DE232D" w:rsidRDefault="00DE232D" w:rsidP="00DE232D">
      <w:pPr>
        <w:numPr>
          <w:ilvl w:val="0"/>
          <w:numId w:val="1"/>
        </w:numPr>
        <w:spacing w:after="0" w:line="360" w:lineRule="auto"/>
        <w:contextualSpacing/>
        <w:rPr>
          <w:rFonts w:ascii="Times New Roman" w:hAnsi="Times New Roman" w:cs="Times New Roman"/>
          <w:sz w:val="24"/>
          <w:szCs w:val="24"/>
        </w:rPr>
      </w:pPr>
      <w:r w:rsidRPr="00DE232D">
        <w:rPr>
          <w:rFonts w:ascii="Times New Roman" w:hAnsi="Times New Roman" w:cs="Times New Roman"/>
          <w:sz w:val="24"/>
          <w:szCs w:val="24"/>
        </w:rPr>
        <w:t xml:space="preserve">Tematica 3: Obligațiile lucrătorului privind securitatea și sănătatea în </w:t>
      </w:r>
      <w:proofErr w:type="spellStart"/>
      <w:r w:rsidRPr="00DE232D">
        <w:rPr>
          <w:rFonts w:ascii="Times New Roman" w:hAnsi="Times New Roman" w:cs="Times New Roman"/>
          <w:sz w:val="24"/>
          <w:szCs w:val="24"/>
        </w:rPr>
        <w:t>muncă</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și</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comportamentul</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în</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caz</w:t>
      </w:r>
      <w:proofErr w:type="spellEnd"/>
      <w:r w:rsidRPr="00DE232D">
        <w:rPr>
          <w:rFonts w:ascii="Times New Roman" w:hAnsi="Times New Roman" w:cs="Times New Roman"/>
          <w:sz w:val="24"/>
          <w:szCs w:val="24"/>
        </w:rPr>
        <w:t xml:space="preserve"> de </w:t>
      </w:r>
      <w:proofErr w:type="spellStart"/>
      <w:r w:rsidRPr="00DE232D">
        <w:rPr>
          <w:rFonts w:ascii="Times New Roman" w:hAnsi="Times New Roman" w:cs="Times New Roman"/>
          <w:sz w:val="24"/>
          <w:szCs w:val="24"/>
        </w:rPr>
        <w:t>urgență</w:t>
      </w:r>
      <w:proofErr w:type="spellEnd"/>
      <w:r w:rsidRPr="00DE232D">
        <w:rPr>
          <w:rFonts w:ascii="Times New Roman" w:hAnsi="Times New Roman" w:cs="Times New Roman"/>
          <w:sz w:val="24"/>
          <w:szCs w:val="24"/>
        </w:rPr>
        <w:t>.</w:t>
      </w:r>
    </w:p>
    <w:p w14:paraId="10D9D5EC" w14:textId="77777777" w:rsidR="00DE232D" w:rsidRPr="00DE232D" w:rsidRDefault="00DE232D" w:rsidP="00DE232D">
      <w:pPr>
        <w:numPr>
          <w:ilvl w:val="0"/>
          <w:numId w:val="1"/>
        </w:numPr>
        <w:spacing w:after="0" w:line="360" w:lineRule="auto"/>
        <w:contextualSpacing/>
        <w:rPr>
          <w:rFonts w:ascii="Times New Roman" w:hAnsi="Times New Roman" w:cs="Times New Roman"/>
          <w:sz w:val="24"/>
          <w:szCs w:val="24"/>
        </w:rPr>
      </w:pPr>
      <w:r w:rsidRPr="00DE232D">
        <w:rPr>
          <w:rFonts w:ascii="Times New Roman" w:hAnsi="Times New Roman" w:cs="Times New Roman"/>
          <w:sz w:val="24"/>
          <w:szCs w:val="24"/>
        </w:rPr>
        <w:t xml:space="preserve">Bibliografie 1: Ordinul ministrului sănătății nr. 1456/2020 pentru aprobarea Normelor de igienă din unitățile pentru ocrotirea, educarea, instruirea, odihna și recreerea copiilor </w:t>
      </w:r>
      <w:proofErr w:type="spellStart"/>
      <w:r w:rsidRPr="00DE232D">
        <w:rPr>
          <w:rFonts w:ascii="Times New Roman" w:hAnsi="Times New Roman" w:cs="Times New Roman"/>
          <w:sz w:val="24"/>
          <w:szCs w:val="24"/>
        </w:rPr>
        <w:t>și</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tinerilor</w:t>
      </w:r>
      <w:proofErr w:type="spellEnd"/>
      <w:r w:rsidRPr="00DE232D">
        <w:rPr>
          <w:rFonts w:ascii="Times New Roman" w:hAnsi="Times New Roman" w:cs="Times New Roman"/>
          <w:sz w:val="24"/>
          <w:szCs w:val="24"/>
        </w:rPr>
        <w:t xml:space="preserve">, cu </w:t>
      </w:r>
      <w:proofErr w:type="spellStart"/>
      <w:r w:rsidRPr="00DE232D">
        <w:rPr>
          <w:rFonts w:ascii="Times New Roman" w:hAnsi="Times New Roman" w:cs="Times New Roman"/>
          <w:sz w:val="24"/>
          <w:szCs w:val="24"/>
        </w:rPr>
        <w:t>modificările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și</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completările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ulterioare</w:t>
      </w:r>
      <w:proofErr w:type="spellEnd"/>
      <w:r w:rsidRPr="00DE232D">
        <w:rPr>
          <w:rFonts w:ascii="Times New Roman" w:hAnsi="Times New Roman" w:cs="Times New Roman"/>
          <w:sz w:val="24"/>
          <w:szCs w:val="24"/>
        </w:rPr>
        <w:t>;</w:t>
      </w:r>
    </w:p>
    <w:p w14:paraId="0FF07583" w14:textId="77777777" w:rsidR="00DE232D" w:rsidRPr="00DE232D" w:rsidRDefault="00DE232D" w:rsidP="00DE232D">
      <w:pPr>
        <w:numPr>
          <w:ilvl w:val="0"/>
          <w:numId w:val="1"/>
        </w:numPr>
        <w:spacing w:after="0" w:line="360" w:lineRule="auto"/>
        <w:contextualSpacing/>
        <w:rPr>
          <w:rFonts w:ascii="Times New Roman" w:hAnsi="Times New Roman" w:cs="Times New Roman"/>
          <w:sz w:val="24"/>
          <w:szCs w:val="24"/>
        </w:rPr>
      </w:pPr>
      <w:r w:rsidRPr="00DE232D">
        <w:rPr>
          <w:rFonts w:ascii="Times New Roman" w:hAnsi="Times New Roman" w:cs="Times New Roman"/>
          <w:sz w:val="24"/>
          <w:szCs w:val="24"/>
        </w:rPr>
        <w:t xml:space="preserve">Bibliografie 2: Legea securității și sănătății în muncă nr. 319/2006, cu </w:t>
      </w:r>
      <w:proofErr w:type="spellStart"/>
      <w:r w:rsidRPr="00DE232D">
        <w:rPr>
          <w:rFonts w:ascii="Times New Roman" w:hAnsi="Times New Roman" w:cs="Times New Roman"/>
          <w:sz w:val="24"/>
          <w:szCs w:val="24"/>
        </w:rPr>
        <w:t>modificările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și</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completările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ulterioare</w:t>
      </w:r>
      <w:proofErr w:type="spellEnd"/>
      <w:r w:rsidRPr="00DE232D">
        <w:rPr>
          <w:rFonts w:ascii="Times New Roman" w:hAnsi="Times New Roman" w:cs="Times New Roman"/>
          <w:sz w:val="24"/>
          <w:szCs w:val="24"/>
        </w:rPr>
        <w:t xml:space="preserve"> – </w:t>
      </w:r>
      <w:proofErr w:type="spellStart"/>
      <w:r w:rsidRPr="00DE232D">
        <w:rPr>
          <w:rFonts w:ascii="Times New Roman" w:hAnsi="Times New Roman" w:cs="Times New Roman"/>
          <w:sz w:val="24"/>
          <w:szCs w:val="24"/>
        </w:rPr>
        <w:t>obligațiile</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lucrătorilor</w:t>
      </w:r>
      <w:proofErr w:type="spellEnd"/>
      <w:r w:rsidRPr="00DE232D">
        <w:rPr>
          <w:rFonts w:ascii="Times New Roman" w:hAnsi="Times New Roman" w:cs="Times New Roman"/>
          <w:sz w:val="24"/>
          <w:szCs w:val="24"/>
        </w:rPr>
        <w:t>;</w:t>
      </w:r>
    </w:p>
    <w:p w14:paraId="16D8CD9A" w14:textId="77777777" w:rsidR="00DE232D" w:rsidRPr="00DE232D" w:rsidRDefault="00DE232D" w:rsidP="00DE232D">
      <w:pPr>
        <w:numPr>
          <w:ilvl w:val="0"/>
          <w:numId w:val="1"/>
        </w:numPr>
        <w:spacing w:after="0" w:line="360" w:lineRule="auto"/>
        <w:contextualSpacing/>
        <w:rPr>
          <w:rFonts w:ascii="Times New Roman" w:hAnsi="Times New Roman" w:cs="Times New Roman"/>
          <w:sz w:val="24"/>
          <w:szCs w:val="24"/>
        </w:rPr>
      </w:pPr>
      <w:r w:rsidRPr="00DE232D">
        <w:rPr>
          <w:rFonts w:ascii="Times New Roman" w:hAnsi="Times New Roman" w:cs="Times New Roman"/>
          <w:sz w:val="24"/>
          <w:szCs w:val="24"/>
        </w:rPr>
        <w:t xml:space="preserve">Bibliografie 3: Fișele tehnice de securitate și instrucțiunile de utilizare ale produselor de curățenie și dezinfecție utilizate în unitate, puse la dispoziția candidaților, spre consultare, la secretariatul instituției, pe </w:t>
      </w:r>
      <w:proofErr w:type="spellStart"/>
      <w:r w:rsidRPr="00DE232D">
        <w:rPr>
          <w:rFonts w:ascii="Times New Roman" w:hAnsi="Times New Roman" w:cs="Times New Roman"/>
          <w:sz w:val="24"/>
          <w:szCs w:val="24"/>
        </w:rPr>
        <w:t>toată</w:t>
      </w:r>
      <w:proofErr w:type="spellEnd"/>
      <w:r w:rsidRPr="00DE232D">
        <w:rPr>
          <w:rFonts w:ascii="Times New Roman" w:hAnsi="Times New Roman" w:cs="Times New Roman"/>
          <w:sz w:val="24"/>
          <w:szCs w:val="24"/>
        </w:rPr>
        <w:t xml:space="preserve"> </w:t>
      </w:r>
      <w:proofErr w:type="spellStart"/>
      <w:r w:rsidRPr="00DE232D">
        <w:rPr>
          <w:rFonts w:ascii="Times New Roman" w:hAnsi="Times New Roman" w:cs="Times New Roman"/>
          <w:sz w:val="24"/>
          <w:szCs w:val="24"/>
        </w:rPr>
        <w:t>perioada</w:t>
      </w:r>
      <w:proofErr w:type="spellEnd"/>
      <w:r w:rsidRPr="00DE232D">
        <w:rPr>
          <w:rFonts w:ascii="Times New Roman" w:hAnsi="Times New Roman" w:cs="Times New Roman"/>
          <w:sz w:val="24"/>
          <w:szCs w:val="24"/>
        </w:rPr>
        <w:t xml:space="preserve"> de </w:t>
      </w:r>
      <w:proofErr w:type="spellStart"/>
      <w:r w:rsidRPr="00DE232D">
        <w:rPr>
          <w:rFonts w:ascii="Times New Roman" w:hAnsi="Times New Roman" w:cs="Times New Roman"/>
          <w:sz w:val="24"/>
          <w:szCs w:val="24"/>
        </w:rPr>
        <w:t>depunere</w:t>
      </w:r>
      <w:proofErr w:type="spellEnd"/>
      <w:r w:rsidRPr="00DE232D">
        <w:rPr>
          <w:rFonts w:ascii="Times New Roman" w:hAnsi="Times New Roman" w:cs="Times New Roman"/>
          <w:sz w:val="24"/>
          <w:szCs w:val="24"/>
        </w:rPr>
        <w:t xml:space="preserve"> a </w:t>
      </w:r>
      <w:proofErr w:type="spellStart"/>
      <w:r w:rsidRPr="00DE232D">
        <w:rPr>
          <w:rFonts w:ascii="Times New Roman" w:hAnsi="Times New Roman" w:cs="Times New Roman"/>
          <w:sz w:val="24"/>
          <w:szCs w:val="24"/>
        </w:rPr>
        <w:t>dosarelor</w:t>
      </w:r>
      <w:proofErr w:type="spellEnd"/>
      <w:r w:rsidRPr="00DE232D">
        <w:rPr>
          <w:rFonts w:ascii="Times New Roman" w:hAnsi="Times New Roman" w:cs="Times New Roman"/>
          <w:sz w:val="24"/>
          <w:szCs w:val="24"/>
        </w:rPr>
        <w:t>.</w:t>
      </w:r>
    </w:p>
    <w:p w14:paraId="73C67F70" w14:textId="77777777" w:rsidR="005C2DDE" w:rsidRDefault="005C2DDE" w:rsidP="005C2DDE">
      <w:pPr>
        <w:rPr>
          <w:rFonts w:ascii="Times New Roman" w:hAnsi="Times New Roman" w:cs="Times New Roman"/>
          <w:b/>
          <w:sz w:val="24"/>
          <w:szCs w:val="24"/>
        </w:rPr>
      </w:pPr>
    </w:p>
    <w:p w14:paraId="5949943D" w14:textId="38B430F2" w:rsidR="005C2DDE" w:rsidRPr="009B171B" w:rsidRDefault="005C2DDE" w:rsidP="005C2DDE">
      <w:pPr>
        <w:rPr>
          <w:rFonts w:ascii="Times New Roman" w:hAnsi="Times New Roman" w:cs="Times New Roman"/>
          <w:sz w:val="24"/>
          <w:szCs w:val="24"/>
        </w:rPr>
      </w:pPr>
      <w:r>
        <w:rPr>
          <w:rFonts w:ascii="Times New Roman" w:hAnsi="Times New Roman" w:cs="Times New Roman"/>
          <w:b/>
          <w:sz w:val="24"/>
          <w:szCs w:val="24"/>
        </w:rPr>
        <w:t xml:space="preserve">E.) </w:t>
      </w:r>
      <w:proofErr w:type="spellStart"/>
      <w:r w:rsidRPr="009B171B">
        <w:rPr>
          <w:rFonts w:ascii="Times New Roman" w:hAnsi="Times New Roman" w:cs="Times New Roman"/>
          <w:b/>
          <w:sz w:val="24"/>
          <w:szCs w:val="24"/>
        </w:rPr>
        <w:t>Calendarul</w:t>
      </w:r>
      <w:proofErr w:type="spellEnd"/>
      <w:r w:rsidRPr="009B171B">
        <w:rPr>
          <w:rFonts w:ascii="Times New Roman" w:hAnsi="Times New Roman" w:cs="Times New Roman"/>
          <w:b/>
          <w:sz w:val="24"/>
          <w:szCs w:val="24"/>
        </w:rPr>
        <w:t xml:space="preserve"> de </w:t>
      </w:r>
      <w:proofErr w:type="spellStart"/>
      <w:r w:rsidRPr="009B171B">
        <w:rPr>
          <w:rFonts w:ascii="Times New Roman" w:hAnsi="Times New Roman" w:cs="Times New Roman"/>
          <w:b/>
          <w:sz w:val="24"/>
          <w:szCs w:val="24"/>
        </w:rPr>
        <w:t>desfășurare</w:t>
      </w:r>
      <w:proofErr w:type="spellEnd"/>
      <w:r w:rsidRPr="009B171B">
        <w:rPr>
          <w:rFonts w:ascii="Times New Roman" w:hAnsi="Times New Roman" w:cs="Times New Roman"/>
          <w:b/>
          <w:sz w:val="24"/>
          <w:szCs w:val="24"/>
        </w:rPr>
        <w:t xml:space="preserve"> a </w:t>
      </w:r>
      <w:proofErr w:type="spellStart"/>
      <w:r w:rsidRPr="009B171B">
        <w:rPr>
          <w:rFonts w:ascii="Times New Roman" w:hAnsi="Times New Roman" w:cs="Times New Roman"/>
          <w:b/>
          <w:sz w:val="24"/>
          <w:szCs w:val="24"/>
        </w:rPr>
        <w:t>concursului</w:t>
      </w:r>
      <w:proofErr w:type="spellEnd"/>
    </w:p>
    <w:p w14:paraId="76C8DACC"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Publicarea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anunțului</w:t>
      </w:r>
      <w:proofErr w:type="spellEnd"/>
      <w:r w:rsidRPr="009B171B">
        <w:rPr>
          <w:rFonts w:ascii="Times New Roman" w:hAnsi="Times New Roman" w:cs="Times New Roman"/>
          <w:sz w:val="24"/>
          <w:szCs w:val="24"/>
        </w:rPr>
        <w:t xml:space="preserve">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pagina</w:t>
      </w:r>
      <w:proofErr w:type="spellEnd"/>
      <w:r w:rsidRPr="009B171B">
        <w:rPr>
          <w:rFonts w:ascii="Times New Roman" w:hAnsi="Times New Roman" w:cs="Times New Roman"/>
          <w:sz w:val="24"/>
          <w:szCs w:val="24"/>
        </w:rPr>
        <w:t xml:space="preserve"> de internet a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portalul</w:t>
      </w:r>
      <w:proofErr w:type="spellEnd"/>
      <w:r w:rsidRPr="009B171B">
        <w:rPr>
          <w:rFonts w:ascii="Times New Roman" w:hAnsi="Times New Roman" w:cs="Times New Roman"/>
          <w:sz w:val="24"/>
          <w:szCs w:val="24"/>
        </w:rPr>
        <w:t xml:space="preserve"> posturi.gov.ro): 30.10.2026;</w:t>
      </w:r>
    </w:p>
    <w:p w14:paraId="16544A77"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lastRenderedPageBreak/>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xml:space="preserve">: 02.11.2026 – 13.11.2026, interval </w:t>
      </w:r>
      <w:proofErr w:type="spellStart"/>
      <w:r w:rsidRPr="009B171B">
        <w:rPr>
          <w:rFonts w:ascii="Times New Roman" w:hAnsi="Times New Roman" w:cs="Times New Roman"/>
          <w:sz w:val="24"/>
          <w:szCs w:val="24"/>
        </w:rPr>
        <w:t>orar</w:t>
      </w:r>
      <w:proofErr w:type="spellEnd"/>
      <w:r w:rsidRPr="009B171B">
        <w:rPr>
          <w:rFonts w:ascii="Times New Roman" w:hAnsi="Times New Roman" w:cs="Times New Roman"/>
          <w:sz w:val="24"/>
          <w:szCs w:val="24"/>
        </w:rPr>
        <w:t xml:space="preserve"> 09:00 – 15:00, la </w:t>
      </w:r>
      <w:proofErr w:type="spellStart"/>
      <w:r w:rsidRPr="009B171B">
        <w:rPr>
          <w:rFonts w:ascii="Times New Roman" w:hAnsi="Times New Roman" w:cs="Times New Roman"/>
          <w:sz w:val="24"/>
          <w:szCs w:val="24"/>
        </w:rPr>
        <w:t>secretariatul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w:t>
      </w:r>
    </w:p>
    <w:p w14:paraId="3AB96F94"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16.11.2026;</w:t>
      </w:r>
    </w:p>
    <w:p w14:paraId="76FA4B04"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16.11.2026,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7B1CD8E0"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17.11.2026,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1CB91678"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18.11.2026,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039FAE46"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Susținerea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scrise</w:t>
      </w:r>
      <w:proofErr w:type="spellEnd"/>
      <w:r w:rsidRPr="009B171B">
        <w:rPr>
          <w:rFonts w:ascii="Times New Roman" w:hAnsi="Times New Roman" w:cs="Times New Roman"/>
          <w:sz w:val="24"/>
          <w:szCs w:val="24"/>
        </w:rPr>
        <w:t xml:space="preserve">: 24.11.2026, ora 09:00,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(Str. Barbu Ștefănescu </w:t>
      </w:r>
      <w:proofErr w:type="spellStart"/>
      <w:r w:rsidRPr="009B171B">
        <w:rPr>
          <w:rFonts w:ascii="Times New Roman" w:hAnsi="Times New Roman" w:cs="Times New Roman"/>
          <w:sz w:val="24"/>
          <w:szCs w:val="24"/>
        </w:rPr>
        <w:t>Delavrancea</w:t>
      </w:r>
      <w:proofErr w:type="spellEnd"/>
      <w:r w:rsidRPr="009B171B">
        <w:rPr>
          <w:rFonts w:ascii="Times New Roman" w:hAnsi="Times New Roman" w:cs="Times New Roman"/>
          <w:sz w:val="24"/>
          <w:szCs w:val="24"/>
        </w:rPr>
        <w:t xml:space="preserve"> nr. 55, Constanța);</w:t>
      </w:r>
    </w:p>
    <w:p w14:paraId="1FED5B25"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scrise</w:t>
      </w:r>
      <w:proofErr w:type="spellEnd"/>
      <w:r w:rsidRPr="009B171B">
        <w:rPr>
          <w:rFonts w:ascii="Times New Roman" w:hAnsi="Times New Roman" w:cs="Times New Roman"/>
          <w:sz w:val="24"/>
          <w:szCs w:val="24"/>
        </w:rPr>
        <w:t xml:space="preserve">: 24.11.2026,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6FCE5841"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25.11.2026,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12:00;</w:t>
      </w:r>
    </w:p>
    <w:p w14:paraId="5A1CB032"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25.11.2026,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19A04E4D"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Susținerea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interviului</w:t>
      </w:r>
      <w:proofErr w:type="spellEnd"/>
      <w:r w:rsidRPr="009B171B">
        <w:rPr>
          <w:rFonts w:ascii="Times New Roman" w:hAnsi="Times New Roman" w:cs="Times New Roman"/>
          <w:sz w:val="24"/>
          <w:szCs w:val="24"/>
        </w:rPr>
        <w:t xml:space="preserve">: 26.11.2026, ora 10:00, la </w:t>
      </w:r>
      <w:proofErr w:type="spellStart"/>
      <w:r w:rsidRPr="009B171B">
        <w:rPr>
          <w:rFonts w:ascii="Times New Roman" w:hAnsi="Times New Roman" w:cs="Times New Roman"/>
          <w:sz w:val="24"/>
          <w:szCs w:val="24"/>
        </w:rPr>
        <w:t>sediul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instituției</w:t>
      </w:r>
      <w:proofErr w:type="spellEnd"/>
      <w:r w:rsidRPr="009B171B">
        <w:rPr>
          <w:rFonts w:ascii="Times New Roman" w:hAnsi="Times New Roman" w:cs="Times New Roman"/>
          <w:sz w:val="24"/>
          <w:szCs w:val="24"/>
        </w:rPr>
        <w:t xml:space="preserve"> (Str. Barbu Ștefănescu </w:t>
      </w:r>
      <w:proofErr w:type="spellStart"/>
      <w:r w:rsidRPr="009B171B">
        <w:rPr>
          <w:rFonts w:ascii="Times New Roman" w:hAnsi="Times New Roman" w:cs="Times New Roman"/>
          <w:sz w:val="24"/>
          <w:szCs w:val="24"/>
        </w:rPr>
        <w:t>Delavrancea</w:t>
      </w:r>
      <w:proofErr w:type="spellEnd"/>
      <w:r w:rsidRPr="009B171B">
        <w:rPr>
          <w:rFonts w:ascii="Times New Roman" w:hAnsi="Times New Roman" w:cs="Times New Roman"/>
          <w:sz w:val="24"/>
          <w:szCs w:val="24"/>
        </w:rPr>
        <w:t xml:space="preserve"> nr. 55, Constanța);</w:t>
      </w:r>
    </w:p>
    <w:p w14:paraId="35E8952C"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interviului</w:t>
      </w:r>
      <w:proofErr w:type="spellEnd"/>
      <w:r w:rsidRPr="009B171B">
        <w:rPr>
          <w:rFonts w:ascii="Times New Roman" w:hAnsi="Times New Roman" w:cs="Times New Roman"/>
          <w:sz w:val="24"/>
          <w:szCs w:val="24"/>
        </w:rPr>
        <w:t xml:space="preserve">: 26.11.2026,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36AF917A"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Depunerea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27.11.2026,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086CBCA8"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Soluționarea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contestațiilor</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privind</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02.12.2026,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12:00 (30.11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01.12.2026 sunt </w:t>
      </w:r>
      <w:proofErr w:type="spellStart"/>
      <w:r w:rsidRPr="009B171B">
        <w:rPr>
          <w:rFonts w:ascii="Times New Roman" w:hAnsi="Times New Roman" w:cs="Times New Roman"/>
          <w:sz w:val="24"/>
          <w:szCs w:val="24"/>
        </w:rPr>
        <w:t>zile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libere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legale</w:t>
      </w:r>
      <w:proofErr w:type="spellEnd"/>
      <w:r w:rsidRPr="009B171B">
        <w:rPr>
          <w:rFonts w:ascii="Times New Roman" w:hAnsi="Times New Roman" w:cs="Times New Roman"/>
          <w:sz w:val="24"/>
          <w:szCs w:val="24"/>
        </w:rPr>
        <w:t>);</w:t>
      </w:r>
    </w:p>
    <w:p w14:paraId="4E8E2982"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Afișarea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rezultatelor</w:t>
      </w:r>
      <w:proofErr w:type="spellEnd"/>
      <w:r w:rsidRPr="009B171B">
        <w:rPr>
          <w:rFonts w:ascii="Times New Roman" w:hAnsi="Times New Roman" w:cs="Times New Roman"/>
          <w:sz w:val="24"/>
          <w:szCs w:val="24"/>
        </w:rPr>
        <w:t xml:space="preserve"> finale ale </w:t>
      </w:r>
      <w:proofErr w:type="spellStart"/>
      <w:r w:rsidRPr="009B171B">
        <w:rPr>
          <w:rFonts w:ascii="Times New Roman" w:hAnsi="Times New Roman" w:cs="Times New Roman"/>
          <w:sz w:val="24"/>
          <w:szCs w:val="24"/>
        </w:rPr>
        <w:t>concursului</w:t>
      </w:r>
      <w:proofErr w:type="spellEnd"/>
      <w:r w:rsidRPr="009B171B">
        <w:rPr>
          <w:rFonts w:ascii="Times New Roman" w:hAnsi="Times New Roman" w:cs="Times New Roman"/>
          <w:sz w:val="24"/>
          <w:szCs w:val="24"/>
        </w:rPr>
        <w:t xml:space="preserve">: 02.12.2026, </w:t>
      </w:r>
      <w:proofErr w:type="spellStart"/>
      <w:r w:rsidRPr="009B171B">
        <w:rPr>
          <w:rFonts w:ascii="Times New Roman" w:hAnsi="Times New Roman" w:cs="Times New Roman"/>
          <w:sz w:val="24"/>
          <w:szCs w:val="24"/>
        </w:rPr>
        <w:t>până</w:t>
      </w:r>
      <w:proofErr w:type="spellEnd"/>
      <w:r w:rsidRPr="009B171B">
        <w:rPr>
          <w:rFonts w:ascii="Times New Roman" w:hAnsi="Times New Roman" w:cs="Times New Roman"/>
          <w:sz w:val="24"/>
          <w:szCs w:val="24"/>
        </w:rPr>
        <w:t xml:space="preserve"> la ora 16:00.</w:t>
      </w:r>
    </w:p>
    <w:p w14:paraId="3EDB4E12" w14:textId="77777777" w:rsidR="005C2DDE" w:rsidRPr="009B171B" w:rsidRDefault="005C2DDE" w:rsidP="005C2DDE">
      <w:pPr>
        <w:spacing w:before="200"/>
        <w:rPr>
          <w:rFonts w:ascii="Times New Roman" w:hAnsi="Times New Roman" w:cs="Times New Roman"/>
          <w:sz w:val="24"/>
          <w:szCs w:val="24"/>
        </w:rPr>
      </w:pPr>
      <w:r>
        <w:rPr>
          <w:rFonts w:ascii="Times New Roman" w:hAnsi="Times New Roman" w:cs="Times New Roman"/>
          <w:b/>
          <w:sz w:val="24"/>
          <w:szCs w:val="24"/>
        </w:rPr>
        <w:t xml:space="preserve">F.) </w:t>
      </w:r>
      <w:proofErr w:type="spellStart"/>
      <w:r>
        <w:rPr>
          <w:rFonts w:ascii="Times New Roman" w:hAnsi="Times New Roman" w:cs="Times New Roman"/>
          <w:b/>
          <w:sz w:val="24"/>
          <w:szCs w:val="24"/>
        </w:rPr>
        <w:t>Probele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concursului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și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punctajul</w:t>
      </w:r>
      <w:proofErr w:type="spellEnd"/>
      <w:r>
        <w:rPr>
          <w:rFonts w:ascii="Times New Roman" w:hAnsi="Times New Roman" w:cs="Times New Roman"/>
          <w:b/>
          <w:sz w:val="24"/>
          <w:szCs w:val="24"/>
        </w:rPr>
        <w:t xml:space="preserve"> minim de </w:t>
      </w:r>
      <w:proofErr w:type="spellStart"/>
      <w:r>
        <w:rPr>
          <w:rFonts w:ascii="Times New Roman" w:hAnsi="Times New Roman" w:cs="Times New Roman"/>
          <w:b/>
          <w:sz w:val="24"/>
          <w:szCs w:val="24"/>
        </w:rPr>
        <w:t>promovare</w:t>
      </w:r>
      <w:proofErr w:type="spellEnd"/>
    </w:p>
    <w:p w14:paraId="7E4EED50"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Concursul</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constă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în</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trei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etape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succesive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selecția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dosarelor</w:t>
      </w:r>
      <w:proofErr w:type="spellEnd"/>
      <w:r w:rsidRPr="009B171B">
        <w:rPr>
          <w:rFonts w:ascii="Times New Roman" w:hAnsi="Times New Roman" w:cs="Times New Roman"/>
          <w:sz w:val="24"/>
          <w:szCs w:val="24"/>
        </w:rPr>
        <w:t xml:space="preserve"> de </w:t>
      </w:r>
      <w:proofErr w:type="spellStart"/>
      <w:r w:rsidRPr="009B171B">
        <w:rPr>
          <w:rFonts w:ascii="Times New Roman" w:hAnsi="Times New Roman" w:cs="Times New Roman"/>
          <w:sz w:val="24"/>
          <w:szCs w:val="24"/>
        </w:rPr>
        <w:t>înscriere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w:t>
      </w:r>
    </w:p>
    <w:p w14:paraId="34F32208" w14:textId="77777777" w:rsidR="005C2DDE" w:rsidRPr="009B171B" w:rsidRDefault="005C2DDE" w:rsidP="005C2DDE">
      <w:pPr>
        <w:pStyle w:val="ListBullet"/>
        <w:spacing w:after="0" w:line="360" w:lineRule="auto"/>
        <w:rPr>
          <w:rFonts w:ascii="Times New Roman" w:hAnsi="Times New Roman" w:cs="Times New Roman"/>
          <w:sz w:val="24"/>
          <w:szCs w:val="24"/>
        </w:rPr>
      </w:pPr>
      <w:r w:rsidRPr="009B171B">
        <w:rPr>
          <w:rFonts w:ascii="Times New Roman" w:hAnsi="Times New Roman" w:cs="Times New Roman"/>
          <w:sz w:val="24"/>
          <w:szCs w:val="24"/>
        </w:rPr>
        <w:t xml:space="preserve">Proba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interviul</w:t>
      </w:r>
      <w:proofErr w:type="spellEnd"/>
      <w:r w:rsidRPr="009B171B">
        <w:rPr>
          <w:rFonts w:ascii="Times New Roman" w:hAnsi="Times New Roman" w:cs="Times New Roman"/>
          <w:sz w:val="24"/>
          <w:szCs w:val="24"/>
        </w:rPr>
        <w:t xml:space="preserve"> se </w:t>
      </w:r>
      <w:proofErr w:type="spellStart"/>
      <w:r w:rsidRPr="009B171B">
        <w:rPr>
          <w:rFonts w:ascii="Times New Roman" w:hAnsi="Times New Roman" w:cs="Times New Roman"/>
          <w:sz w:val="24"/>
          <w:szCs w:val="24"/>
        </w:rPr>
        <w:t>notează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fiecare</w:t>
      </w:r>
      <w:proofErr w:type="spellEnd"/>
      <w:r w:rsidRPr="009B171B">
        <w:rPr>
          <w:rFonts w:ascii="Times New Roman" w:hAnsi="Times New Roman" w:cs="Times New Roman"/>
          <w:sz w:val="24"/>
          <w:szCs w:val="24"/>
        </w:rPr>
        <w:t xml:space="preserve"> cu maximum 100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Punctajul</w:t>
      </w:r>
      <w:proofErr w:type="spellEnd"/>
      <w:r w:rsidRPr="009B171B">
        <w:rPr>
          <w:rFonts w:ascii="Times New Roman" w:hAnsi="Times New Roman" w:cs="Times New Roman"/>
          <w:sz w:val="24"/>
          <w:szCs w:val="24"/>
        </w:rPr>
        <w:t xml:space="preserve"> minim de </w:t>
      </w:r>
      <w:proofErr w:type="spellStart"/>
      <w:r w:rsidRPr="009B171B">
        <w:rPr>
          <w:rFonts w:ascii="Times New Roman" w:hAnsi="Times New Roman" w:cs="Times New Roman"/>
          <w:sz w:val="24"/>
          <w:szCs w:val="24"/>
        </w:rPr>
        <w:t>promovare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este</w:t>
      </w:r>
      <w:proofErr w:type="spellEnd"/>
      <w:r w:rsidRPr="009B171B">
        <w:rPr>
          <w:rFonts w:ascii="Times New Roman" w:hAnsi="Times New Roman" w:cs="Times New Roman"/>
          <w:sz w:val="24"/>
          <w:szCs w:val="24"/>
        </w:rPr>
        <w:t xml:space="preserve"> de 50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respectiv</w:t>
      </w:r>
      <w:proofErr w:type="spellEnd"/>
      <w:r w:rsidRPr="009B171B">
        <w:rPr>
          <w:rFonts w:ascii="Times New Roman" w:hAnsi="Times New Roman" w:cs="Times New Roman"/>
          <w:sz w:val="24"/>
          <w:szCs w:val="24"/>
        </w:rPr>
        <w:t xml:space="preserve"> de 50 de </w:t>
      </w:r>
      <w:proofErr w:type="spellStart"/>
      <w:r w:rsidRPr="009B171B">
        <w:rPr>
          <w:rFonts w:ascii="Times New Roman" w:hAnsi="Times New Roman" w:cs="Times New Roman"/>
          <w:sz w:val="24"/>
          <w:szCs w:val="24"/>
        </w:rPr>
        <w:t>puncte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interviu</w:t>
      </w:r>
      <w:proofErr w:type="spellEnd"/>
      <w:r w:rsidRPr="009B171B">
        <w:rPr>
          <w:rFonts w:ascii="Times New Roman" w:hAnsi="Times New Roman" w:cs="Times New Roman"/>
          <w:sz w:val="24"/>
          <w:szCs w:val="24"/>
        </w:rPr>
        <w:t xml:space="preserve"> (art. 45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xml:space="preserve">. (2)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art. 46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(3) din H.G. nr. 1336/2022).</w:t>
      </w:r>
    </w:p>
    <w:p w14:paraId="6E6D4C11" w14:textId="77777777" w:rsidR="005C2DDE" w:rsidRPr="009B171B" w:rsidRDefault="005C2DDE" w:rsidP="005C2DDE">
      <w:pPr>
        <w:pStyle w:val="ListBullet"/>
        <w:spacing w:after="0" w:line="360" w:lineRule="auto"/>
        <w:rPr>
          <w:rFonts w:ascii="Times New Roman" w:hAnsi="Times New Roman" w:cs="Times New Roman"/>
          <w:sz w:val="24"/>
          <w:szCs w:val="24"/>
        </w:rPr>
      </w:pPr>
      <w:proofErr w:type="spellStart"/>
      <w:r w:rsidRPr="009B171B">
        <w:rPr>
          <w:rFonts w:ascii="Times New Roman" w:hAnsi="Times New Roman" w:cs="Times New Roman"/>
          <w:sz w:val="24"/>
          <w:szCs w:val="24"/>
        </w:rPr>
        <w:t>Subiectele</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pentru</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proba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scrisă</w:t>
      </w:r>
      <w:proofErr w:type="spellEnd"/>
      <w:r w:rsidRPr="009B171B">
        <w:rPr>
          <w:rFonts w:ascii="Times New Roman" w:hAnsi="Times New Roman" w:cs="Times New Roman"/>
          <w:sz w:val="24"/>
          <w:szCs w:val="24"/>
        </w:rPr>
        <w:t xml:space="preserve"> se </w:t>
      </w:r>
      <w:proofErr w:type="spellStart"/>
      <w:r w:rsidRPr="009B171B">
        <w:rPr>
          <w:rFonts w:ascii="Times New Roman" w:hAnsi="Times New Roman" w:cs="Times New Roman"/>
          <w:sz w:val="24"/>
          <w:szCs w:val="24"/>
        </w:rPr>
        <w:t>stabilesc</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exclusiv</w:t>
      </w:r>
      <w:proofErr w:type="spellEnd"/>
      <w:r w:rsidRPr="009B171B">
        <w:rPr>
          <w:rFonts w:ascii="Times New Roman" w:hAnsi="Times New Roman" w:cs="Times New Roman"/>
          <w:sz w:val="24"/>
          <w:szCs w:val="24"/>
        </w:rPr>
        <w:t xml:space="preserve"> pe </w:t>
      </w:r>
      <w:proofErr w:type="spellStart"/>
      <w:r w:rsidRPr="009B171B">
        <w:rPr>
          <w:rFonts w:ascii="Times New Roman" w:hAnsi="Times New Roman" w:cs="Times New Roman"/>
          <w:sz w:val="24"/>
          <w:szCs w:val="24"/>
        </w:rPr>
        <w:t>baza</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tematicii</w:t>
      </w:r>
      <w:proofErr w:type="spellEnd"/>
      <w:r w:rsidRPr="009B171B">
        <w:rPr>
          <w:rFonts w:ascii="Times New Roman" w:hAnsi="Times New Roman" w:cs="Times New Roman"/>
          <w:sz w:val="24"/>
          <w:szCs w:val="24"/>
        </w:rPr>
        <w:t xml:space="preserve"> </w:t>
      </w:r>
      <w:proofErr w:type="spellStart"/>
      <w:r w:rsidRPr="009B171B">
        <w:rPr>
          <w:rFonts w:ascii="Times New Roman" w:hAnsi="Times New Roman" w:cs="Times New Roman"/>
          <w:sz w:val="24"/>
          <w:szCs w:val="24"/>
        </w:rPr>
        <w:t>și</w:t>
      </w:r>
      <w:proofErr w:type="spellEnd"/>
      <w:r w:rsidRPr="009B171B">
        <w:rPr>
          <w:rFonts w:ascii="Times New Roman" w:hAnsi="Times New Roman" w:cs="Times New Roman"/>
          <w:sz w:val="24"/>
          <w:szCs w:val="24"/>
        </w:rPr>
        <w:t xml:space="preserve"> a </w:t>
      </w:r>
      <w:proofErr w:type="spellStart"/>
      <w:r w:rsidRPr="009B171B">
        <w:rPr>
          <w:rFonts w:ascii="Times New Roman" w:hAnsi="Times New Roman" w:cs="Times New Roman"/>
          <w:sz w:val="24"/>
          <w:szCs w:val="24"/>
        </w:rPr>
        <w:t>bibliografiei</w:t>
      </w:r>
      <w:proofErr w:type="spellEnd"/>
      <w:r w:rsidRPr="009B171B">
        <w:rPr>
          <w:rFonts w:ascii="Times New Roman" w:hAnsi="Times New Roman" w:cs="Times New Roman"/>
          <w:sz w:val="24"/>
          <w:szCs w:val="24"/>
        </w:rPr>
        <w:t xml:space="preserve"> de concurs (art. 38 </w:t>
      </w:r>
      <w:proofErr w:type="spellStart"/>
      <w:r w:rsidRPr="009B171B">
        <w:rPr>
          <w:rFonts w:ascii="Times New Roman" w:hAnsi="Times New Roman" w:cs="Times New Roman"/>
          <w:sz w:val="24"/>
          <w:szCs w:val="24"/>
        </w:rPr>
        <w:t>alin</w:t>
      </w:r>
      <w:proofErr w:type="spellEnd"/>
      <w:r w:rsidRPr="009B171B">
        <w:rPr>
          <w:rFonts w:ascii="Times New Roman" w:hAnsi="Times New Roman" w:cs="Times New Roman"/>
          <w:sz w:val="24"/>
          <w:szCs w:val="24"/>
        </w:rPr>
        <w:t>. (3) din H.G. nr. 1336/2022).</w:t>
      </w:r>
    </w:p>
    <w:p w14:paraId="406BF15D" w14:textId="77777777" w:rsidR="005C2DDE" w:rsidRPr="005C2DDE" w:rsidRDefault="005C2DDE" w:rsidP="005C2DDE">
      <w:pPr>
        <w:autoSpaceDE w:val="0"/>
        <w:autoSpaceDN w:val="0"/>
        <w:adjustRightInd w:val="0"/>
        <w:spacing w:after="0" w:line="360" w:lineRule="auto"/>
        <w:jc w:val="center"/>
        <w:rPr>
          <w:rFonts w:ascii="Times New Roman" w:eastAsia="Times New Roman" w:hAnsi="Times New Roman" w:cs="Times New Roman"/>
          <w:b/>
          <w:sz w:val="24"/>
          <w:szCs w:val="24"/>
          <w:lang w:val="ro-RO"/>
        </w:rPr>
      </w:pPr>
      <w:r w:rsidRPr="005C2DDE">
        <w:rPr>
          <w:rFonts w:ascii="Times New Roman" w:eastAsia="Times New Roman" w:hAnsi="Times New Roman" w:cs="Times New Roman"/>
          <w:b/>
          <w:sz w:val="24"/>
          <w:szCs w:val="24"/>
          <w:lang w:val="ro-RO"/>
        </w:rPr>
        <w:t>Director,</w:t>
      </w:r>
    </w:p>
    <w:p w14:paraId="08175BDF" w14:textId="77777777" w:rsidR="005C2DDE" w:rsidRPr="005C2DDE" w:rsidRDefault="005C2DDE" w:rsidP="005C2DDE">
      <w:pPr>
        <w:autoSpaceDE w:val="0"/>
        <w:autoSpaceDN w:val="0"/>
        <w:adjustRightInd w:val="0"/>
        <w:spacing w:after="0" w:line="360" w:lineRule="auto"/>
        <w:jc w:val="center"/>
        <w:rPr>
          <w:rFonts w:ascii="Times New Roman" w:eastAsia="Times New Roman" w:hAnsi="Times New Roman" w:cs="Times New Roman"/>
          <w:b/>
          <w:sz w:val="24"/>
          <w:szCs w:val="24"/>
          <w:lang w:val="ro-RO"/>
        </w:rPr>
      </w:pPr>
      <w:r w:rsidRPr="005C2DDE">
        <w:rPr>
          <w:rFonts w:ascii="Times New Roman" w:eastAsia="Times New Roman" w:hAnsi="Times New Roman" w:cs="Times New Roman"/>
          <w:b/>
          <w:sz w:val="24"/>
          <w:szCs w:val="24"/>
          <w:lang w:val="ro-RO"/>
        </w:rPr>
        <w:t>Prof. dr. ing. Ristea Nicoleta-Luminița</w:t>
      </w:r>
    </w:p>
    <w:p w14:paraId="14D7555F" w14:textId="77777777" w:rsidR="005C2DDE" w:rsidRDefault="005C2DDE" w:rsidP="005C2DDE">
      <w:pPr>
        <w:rPr>
          <w:rFonts w:ascii="Times New Roman" w:hAnsi="Times New Roman" w:cs="Times New Roman"/>
          <w:sz w:val="24"/>
          <w:szCs w:val="24"/>
        </w:rPr>
      </w:pPr>
    </w:p>
    <w:p w14:paraId="355C6AAD" w14:textId="302C9BD5" w:rsidR="005C2DDE" w:rsidRPr="005C2DDE" w:rsidRDefault="005C2DDE" w:rsidP="005C2DDE">
      <w:pPr>
        <w:tabs>
          <w:tab w:val="left" w:pos="3456"/>
        </w:tabs>
      </w:pPr>
      <w:r>
        <w:tab/>
      </w:r>
    </w:p>
    <w:sectPr w:rsidR="005C2DDE" w:rsidRPr="005C2DDE"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C349D" w14:textId="77777777" w:rsidR="00FE6273" w:rsidRDefault="00FE6273" w:rsidP="00DE232D">
      <w:pPr>
        <w:spacing w:after="0" w:line="240" w:lineRule="auto"/>
      </w:pPr>
      <w:r>
        <w:separator/>
      </w:r>
    </w:p>
  </w:endnote>
  <w:endnote w:type="continuationSeparator" w:id="0">
    <w:p w14:paraId="61EF4BDE" w14:textId="77777777" w:rsidR="00FE6273" w:rsidRDefault="00FE6273" w:rsidP="00DE2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C3398" w14:textId="77777777" w:rsidR="00FE6273" w:rsidRDefault="00FE6273" w:rsidP="00DE232D">
      <w:pPr>
        <w:spacing w:after="0" w:line="240" w:lineRule="auto"/>
      </w:pPr>
      <w:r>
        <w:separator/>
      </w:r>
    </w:p>
  </w:footnote>
  <w:footnote w:type="continuationSeparator" w:id="0">
    <w:p w14:paraId="18ED3390" w14:textId="77777777" w:rsidR="00FE6273" w:rsidRDefault="00FE6273" w:rsidP="00DE2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ADF0" w14:textId="488A7FE4" w:rsidR="00DE232D" w:rsidRDefault="00DE232D">
    <w:pPr>
      <w:pStyle w:val="Header"/>
    </w:pPr>
    <w:r w:rsidRPr="00F91428">
      <w:rPr>
        <w:noProof/>
        <w:lang w:val="ro-RO" w:eastAsia="ro-RO"/>
      </w:rPr>
      <w:drawing>
        <wp:anchor distT="0" distB="0" distL="114300" distR="114300" simplePos="0" relativeHeight="251659264" behindDoc="1" locked="0" layoutInCell="1" allowOverlap="1" wp14:anchorId="04591FBB" wp14:editId="35A8D265">
          <wp:simplePos x="0" y="0"/>
          <wp:positionH relativeFrom="column">
            <wp:posOffset>-601980</wp:posOffset>
          </wp:positionH>
          <wp:positionV relativeFrom="paragraph">
            <wp:posOffset>-289560</wp:posOffset>
          </wp:positionV>
          <wp:extent cx="2110740" cy="541020"/>
          <wp:effectExtent l="0" t="0" r="381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a:srcRect/>
                  <a:stretch>
                    <a:fillRect/>
                  </a:stretch>
                </pic:blipFill>
                <pic:spPr>
                  <a:xfrm>
                    <a:off x="0" y="0"/>
                    <a:ext cx="2110740" cy="5410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143"/>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5E2BFA"/>
    <w:multiLevelType w:val="hybridMultilevel"/>
    <w:tmpl w:val="BB94C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B311B3"/>
    <w:multiLevelType w:val="hybridMultilevel"/>
    <w:tmpl w:val="1A5816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052572">
    <w:abstractNumId w:val="8"/>
  </w:num>
  <w:num w:numId="2" w16cid:durableId="1467814074">
    <w:abstractNumId w:val="6"/>
  </w:num>
  <w:num w:numId="3" w16cid:durableId="44985269">
    <w:abstractNumId w:val="5"/>
  </w:num>
  <w:num w:numId="4" w16cid:durableId="337275948">
    <w:abstractNumId w:val="4"/>
  </w:num>
  <w:num w:numId="5" w16cid:durableId="1631471957">
    <w:abstractNumId w:val="7"/>
  </w:num>
  <w:num w:numId="6" w16cid:durableId="223761498">
    <w:abstractNumId w:val="3"/>
  </w:num>
  <w:num w:numId="7" w16cid:durableId="1470515455">
    <w:abstractNumId w:val="2"/>
  </w:num>
  <w:num w:numId="8" w16cid:durableId="771314431">
    <w:abstractNumId w:val="1"/>
  </w:num>
  <w:num w:numId="9" w16cid:durableId="1727875466">
    <w:abstractNumId w:val="0"/>
  </w:num>
  <w:num w:numId="10" w16cid:durableId="158077674">
    <w:abstractNumId w:val="9"/>
  </w:num>
  <w:num w:numId="11" w16cid:durableId="13476331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B41"/>
    <w:rsid w:val="0015074B"/>
    <w:rsid w:val="0016237D"/>
    <w:rsid w:val="0029639D"/>
    <w:rsid w:val="002B47C4"/>
    <w:rsid w:val="00326F90"/>
    <w:rsid w:val="005C2DDE"/>
    <w:rsid w:val="00752DA1"/>
    <w:rsid w:val="00822585"/>
    <w:rsid w:val="00887384"/>
    <w:rsid w:val="00900240"/>
    <w:rsid w:val="00AA1D8D"/>
    <w:rsid w:val="00AC533B"/>
    <w:rsid w:val="00B364E4"/>
    <w:rsid w:val="00B47730"/>
    <w:rsid w:val="00B540BE"/>
    <w:rsid w:val="00C90D8E"/>
    <w:rsid w:val="00CB0664"/>
    <w:rsid w:val="00D22DD0"/>
    <w:rsid w:val="00D35C0E"/>
    <w:rsid w:val="00DC0554"/>
    <w:rsid w:val="00DE232D"/>
    <w:rsid w:val="00DE3FDB"/>
    <w:rsid w:val="00E02ADD"/>
    <w:rsid w:val="00E96B2F"/>
    <w:rsid w:val="00F33336"/>
    <w:rsid w:val="00FC693F"/>
    <w:rsid w:val="00FE62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5B1858"/>
  <w14:defaultImageDpi w14:val="300"/>
  <w15:docId w15:val="{FCCADB86-9471-43F9-A7DE-19B21CCF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1510</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78 78</cp:lastModifiedBy>
  <cp:revision>3</cp:revision>
  <dcterms:created xsi:type="dcterms:W3CDTF">2026-10-29T08:22:00Z</dcterms:created>
  <dcterms:modified xsi:type="dcterms:W3CDTF">2026-10-29T09:32:00Z</dcterms:modified>
  <cp:category/>
</cp:coreProperties>
</file>