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E27C5" w14:textId="77777777" w:rsidR="0013184E" w:rsidRDefault="0013184E">
      <w:pPr>
        <w:jc w:val="center"/>
        <w:rPr>
          <w:rFonts w:ascii="Times New Roman" w:hAnsi="Times New Roman" w:cs="Times New Roman"/>
          <w:b/>
          <w:sz w:val="24"/>
          <w:szCs w:val="24"/>
        </w:rPr>
      </w:pPr>
    </w:p>
    <w:p w14:paraId="27A346BB" w14:textId="459F773D" w:rsidR="001714C8" w:rsidRDefault="00000000">
      <w:pPr>
        <w:jc w:val="center"/>
        <w:rPr>
          <w:rFonts w:ascii="Times New Roman" w:hAnsi="Times New Roman" w:cs="Times New Roman"/>
          <w:b/>
          <w:sz w:val="24"/>
          <w:szCs w:val="24"/>
        </w:rPr>
      </w:pPr>
      <w:r w:rsidRPr="009B171B">
        <w:rPr>
          <w:rFonts w:ascii="Times New Roman" w:hAnsi="Times New Roman" w:cs="Times New Roman"/>
          <w:b/>
          <w:sz w:val="24"/>
          <w:szCs w:val="24"/>
        </w:rPr>
        <w:t>ANUNȚ CONCURS PENTRU OCUPAREA POSTULUI VACANT</w:t>
      </w:r>
      <w:r w:rsidRPr="009B171B">
        <w:rPr>
          <w:rFonts w:ascii="Times New Roman" w:hAnsi="Times New Roman" w:cs="Times New Roman"/>
          <w:b/>
          <w:sz w:val="24"/>
          <w:szCs w:val="24"/>
        </w:rPr>
        <w:br/>
        <w:t>DE SECRETAR I (S)</w:t>
      </w:r>
    </w:p>
    <w:p w14:paraId="2E137C7F" w14:textId="77777777" w:rsidR="009B171B" w:rsidRPr="009B171B" w:rsidRDefault="009B171B">
      <w:pPr>
        <w:jc w:val="center"/>
        <w:rPr>
          <w:rFonts w:ascii="Times New Roman" w:hAnsi="Times New Roman" w:cs="Times New Roman"/>
          <w:sz w:val="24"/>
          <w:szCs w:val="24"/>
        </w:rPr>
      </w:pPr>
    </w:p>
    <w:p w14:paraId="1F337A51" w14:textId="7E4DC0AD" w:rsidR="00B5312E" w:rsidRDefault="00432890" w:rsidP="00432890">
      <w:pPr>
        <w:spacing w:after="0" w:line="360" w:lineRule="auto"/>
        <w:jc w:val="both"/>
        <w:rPr>
          <w:rFonts w:ascii="Times New Roman" w:hAnsi="Times New Roman" w:cs="Times New Roman"/>
          <w:sz w:val="24"/>
          <w:szCs w:val="24"/>
        </w:rPr>
      </w:pPr>
      <w:r w:rsidRPr="00432890">
        <w:rPr>
          <w:rFonts w:ascii="Times New Roman" w:hAnsi="Times New Roman" w:cs="Times New Roman"/>
          <w:b/>
          <w:bCs/>
          <w:sz w:val="24"/>
          <w:szCs w:val="24"/>
        </w:rPr>
        <w:t>A.)</w:t>
      </w:r>
      <w:r>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Centrul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Școlar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Educație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Incluzivă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Albatros</w:t>
      </w:r>
      <w:proofErr w:type="spellEnd"/>
      <w:r w:rsidRPr="009B171B">
        <w:rPr>
          <w:rFonts w:ascii="Times New Roman" w:hAnsi="Times New Roman" w:cs="Times New Roman"/>
          <w:sz w:val="24"/>
          <w:szCs w:val="24"/>
        </w:rPr>
        <w:t xml:space="preserve">” Constanța, cu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Municipiul</w:t>
      </w:r>
      <w:proofErr w:type="spellEnd"/>
      <w:r w:rsidRPr="009B171B">
        <w:rPr>
          <w:rFonts w:ascii="Times New Roman" w:hAnsi="Times New Roman" w:cs="Times New Roman"/>
          <w:sz w:val="24"/>
          <w:szCs w:val="24"/>
        </w:rPr>
        <w:t xml:space="preserve"> Constanța, Str. </w:t>
      </w:r>
      <w:r w:rsidR="001452B8">
        <w:rPr>
          <w:rFonts w:ascii="Times New Roman" w:hAnsi="Times New Roman" w:cs="Times New Roman"/>
          <w:sz w:val="24"/>
          <w:szCs w:val="24"/>
        </w:rPr>
        <w:t xml:space="preserve">Barbu Ștefănescu </w:t>
      </w:r>
      <w:proofErr w:type="spellStart"/>
      <w:r w:rsidR="001452B8">
        <w:rPr>
          <w:rFonts w:ascii="Times New Roman" w:hAnsi="Times New Roman" w:cs="Times New Roman"/>
          <w:sz w:val="24"/>
          <w:szCs w:val="24"/>
        </w:rPr>
        <w:t>Delavrancea</w:t>
      </w:r>
      <w:proofErr w:type="spellEnd"/>
      <w:r w:rsidRPr="009B171B">
        <w:rPr>
          <w:rFonts w:ascii="Times New Roman" w:hAnsi="Times New Roman" w:cs="Times New Roman"/>
          <w:sz w:val="24"/>
          <w:szCs w:val="24"/>
        </w:rPr>
        <w:t>,</w:t>
      </w:r>
      <w:r w:rsidR="001452B8">
        <w:rPr>
          <w:rFonts w:ascii="Times New Roman" w:hAnsi="Times New Roman" w:cs="Times New Roman"/>
          <w:sz w:val="24"/>
          <w:szCs w:val="24"/>
        </w:rPr>
        <w:t xml:space="preserve"> nr 55</w:t>
      </w:r>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organizează</w:t>
      </w:r>
      <w:proofErr w:type="spellEnd"/>
      <w:r w:rsidRPr="009B171B">
        <w:rPr>
          <w:rFonts w:ascii="Times New Roman" w:hAnsi="Times New Roman" w:cs="Times New Roman"/>
          <w:sz w:val="24"/>
          <w:szCs w:val="24"/>
        </w:rPr>
        <w:t xml:space="preserve"> concurs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baza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Hotărârii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Guvernului</w:t>
      </w:r>
      <w:proofErr w:type="spellEnd"/>
      <w:r w:rsidRPr="009B171B">
        <w:rPr>
          <w:rFonts w:ascii="Times New Roman" w:hAnsi="Times New Roman" w:cs="Times New Roman"/>
          <w:sz w:val="24"/>
          <w:szCs w:val="24"/>
        </w:rPr>
        <w:t xml:space="preserve"> nr. 1336/2022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ocuparea</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perioadă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nedeterminată</w:t>
      </w:r>
      <w:proofErr w:type="spellEnd"/>
      <w:r w:rsidRPr="009B171B">
        <w:rPr>
          <w:rFonts w:ascii="Times New Roman" w:hAnsi="Times New Roman" w:cs="Times New Roman"/>
          <w:sz w:val="24"/>
          <w:szCs w:val="24"/>
        </w:rPr>
        <w:t xml:space="preserve"> a </w:t>
      </w:r>
      <w:proofErr w:type="spellStart"/>
      <w:r w:rsidRPr="009B171B">
        <w:rPr>
          <w:rFonts w:ascii="Times New Roman" w:hAnsi="Times New Roman" w:cs="Times New Roman"/>
          <w:sz w:val="24"/>
          <w:szCs w:val="24"/>
        </w:rPr>
        <w:t>funcției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contractuale</w:t>
      </w:r>
      <w:proofErr w:type="spellEnd"/>
      <w:r w:rsidRPr="009B171B">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execuție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vacante</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Secretar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cadrul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compartimentului</w:t>
      </w:r>
      <w:proofErr w:type="spellEnd"/>
      <w:r w:rsidRPr="009B171B">
        <w:rPr>
          <w:rFonts w:ascii="Times New Roman" w:hAnsi="Times New Roman" w:cs="Times New Roman"/>
          <w:sz w:val="24"/>
          <w:szCs w:val="24"/>
        </w:rPr>
        <w:t xml:space="preserve"> Secretariat</w:t>
      </w:r>
      <w:r w:rsidR="00B5312E">
        <w:rPr>
          <w:rFonts w:ascii="Times New Roman" w:hAnsi="Times New Roman" w:cs="Times New Roman"/>
          <w:sz w:val="24"/>
          <w:szCs w:val="24"/>
        </w:rPr>
        <w:t>/Personal Didactic auxiliar.</w:t>
      </w:r>
    </w:p>
    <w:p w14:paraId="0B2B3B44" w14:textId="77777777" w:rsidR="00B5312E" w:rsidRDefault="00B5312E" w:rsidP="0013184E">
      <w:pPr>
        <w:spacing w:after="0" w:line="360" w:lineRule="auto"/>
        <w:ind w:firstLine="720"/>
        <w:jc w:val="both"/>
        <w:rPr>
          <w:rFonts w:ascii="Times New Roman" w:hAnsi="Times New Roman" w:cs="Times New Roman"/>
          <w:sz w:val="24"/>
          <w:szCs w:val="24"/>
        </w:rPr>
      </w:pPr>
    </w:p>
    <w:p w14:paraId="14E82A8E" w14:textId="468BD329" w:rsidR="00B5312E" w:rsidRPr="00887384" w:rsidRDefault="00B5312E" w:rsidP="00B5312E">
      <w:pPr>
        <w:spacing w:after="0" w:line="360" w:lineRule="auto"/>
        <w:ind w:firstLine="720"/>
        <w:jc w:val="both"/>
        <w:rPr>
          <w:rFonts w:ascii="Times New Roman" w:eastAsia="Times New Roman" w:hAnsi="Times New Roman" w:cs="Times New Roman"/>
          <w:sz w:val="24"/>
          <w:szCs w:val="24"/>
          <w:lang w:val="ro-RO" w:eastAsia="ro-RO"/>
        </w:rPr>
      </w:pPr>
      <w:r>
        <w:rPr>
          <w:rFonts w:ascii="Times New Roman" w:hAnsi="Times New Roman" w:cs="Times New Roman"/>
          <w:sz w:val="24"/>
          <w:szCs w:val="24"/>
        </w:rPr>
        <w:t xml:space="preserve"> </w:t>
      </w:r>
      <w:r w:rsidRPr="00887384">
        <w:rPr>
          <w:rFonts w:ascii="Times New Roman" w:eastAsia="Times New Roman" w:hAnsi="Times New Roman" w:cs="Times New Roman"/>
          <w:color w:val="000000"/>
          <w:sz w:val="24"/>
          <w:szCs w:val="24"/>
          <w:lang w:val="ro-RO" w:eastAsia="ro-RO"/>
        </w:rPr>
        <w:t>1. Nivelul postului: Execuție</w:t>
      </w:r>
    </w:p>
    <w:p w14:paraId="29B534BF" w14:textId="5380EF23" w:rsidR="00B5312E" w:rsidRPr="00887384" w:rsidRDefault="00B5312E" w:rsidP="00B5312E">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2. Denumirea postului:</w:t>
      </w:r>
      <w:r>
        <w:rPr>
          <w:rFonts w:ascii="Times New Roman" w:eastAsia="Times New Roman" w:hAnsi="Times New Roman" w:cs="Times New Roman"/>
          <w:color w:val="000000"/>
          <w:sz w:val="24"/>
          <w:szCs w:val="24"/>
          <w:lang w:val="ro-RO" w:eastAsia="ro-RO"/>
        </w:rPr>
        <w:t xml:space="preserve"> Secretar I (S)</w:t>
      </w:r>
      <w:r w:rsidRPr="00887384">
        <w:rPr>
          <w:rFonts w:ascii="Times New Roman" w:eastAsia="Times New Roman" w:hAnsi="Times New Roman" w:cs="Times New Roman"/>
          <w:color w:val="000000"/>
          <w:sz w:val="24"/>
          <w:szCs w:val="24"/>
          <w:lang w:val="ro-RO" w:eastAsia="ro-RO"/>
        </w:rPr>
        <w:t xml:space="preserve"> </w:t>
      </w:r>
    </w:p>
    <w:p w14:paraId="27B54ED7" w14:textId="77777777" w:rsidR="00B5312E" w:rsidRPr="00887384" w:rsidRDefault="00B5312E" w:rsidP="00B5312E">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3. Numărul de posturi: 1 post, normă întreagă (8 ore/zi, 40 ore/săptămână), pe perioadă nedeterminată</w:t>
      </w:r>
    </w:p>
    <w:p w14:paraId="719E6492" w14:textId="77777777" w:rsidR="00B5312E" w:rsidRPr="00887384" w:rsidRDefault="00B5312E" w:rsidP="00B5312E">
      <w:pPr>
        <w:spacing w:after="0" w:line="360" w:lineRule="auto"/>
        <w:rPr>
          <w:rFonts w:ascii="Times New Roman" w:eastAsia="Times New Roman" w:hAnsi="Times New Roman" w:cs="Times New Roman"/>
          <w:sz w:val="24"/>
          <w:szCs w:val="24"/>
          <w:lang w:val="ro-RO" w:eastAsia="ro-RO"/>
        </w:rPr>
      </w:pPr>
    </w:p>
    <w:p w14:paraId="64852667" w14:textId="7D65E0B0" w:rsidR="00B5312E" w:rsidRPr="00887384" w:rsidRDefault="00432890" w:rsidP="00B5312E">
      <w:pPr>
        <w:spacing w:after="0" w:line="360" w:lineRule="auto"/>
        <w:jc w:val="both"/>
        <w:outlineLvl w:val="2"/>
        <w:rPr>
          <w:rFonts w:ascii="Times New Roman" w:eastAsia="Times New Roman" w:hAnsi="Times New Roman" w:cs="Times New Roman"/>
          <w:color w:val="1F4D78"/>
          <w:sz w:val="24"/>
          <w:szCs w:val="24"/>
          <w:lang w:val="ro-RO" w:eastAsia="ro-RO"/>
        </w:rPr>
      </w:pPr>
      <w:r>
        <w:rPr>
          <w:rFonts w:ascii="Times New Roman" w:eastAsia="Times New Roman" w:hAnsi="Times New Roman" w:cs="Times New Roman"/>
          <w:b/>
          <w:bCs/>
          <w:color w:val="000000"/>
          <w:sz w:val="24"/>
          <w:szCs w:val="24"/>
          <w:lang w:val="ro-RO" w:eastAsia="ro-RO"/>
        </w:rPr>
        <w:t xml:space="preserve">B.) </w:t>
      </w:r>
      <w:r w:rsidR="00B5312E" w:rsidRPr="00887384">
        <w:rPr>
          <w:rFonts w:ascii="Times New Roman" w:eastAsia="Times New Roman" w:hAnsi="Times New Roman" w:cs="Times New Roman"/>
          <w:b/>
          <w:bCs/>
          <w:color w:val="000000"/>
          <w:sz w:val="24"/>
          <w:szCs w:val="24"/>
          <w:lang w:val="ro-RO" w:eastAsia="ro-RO"/>
        </w:rPr>
        <w:t>Documente solicitate candidaţilor pentru întocmirea dosarului de concurs, conform art. 35 din H.G. 1336/2022</w:t>
      </w:r>
    </w:p>
    <w:p w14:paraId="631F36E0"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formular de înscriere la concurs, conform modelului prevăzut în anexa nr. 2 la H.G. nr. 1336/2022, pus la dispoziția candidaților la secretariatul instituției;</w:t>
      </w:r>
    </w:p>
    <w:p w14:paraId="3F891A13"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copia actului de identitate sau orice alt document care atestă identitatea, potrivit legii, aflate în termen de valabilitate;</w:t>
      </w:r>
    </w:p>
    <w:p w14:paraId="09BA178F"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copia certificatului de căsătorie sau a altui document prin care s-a realizat schimbarea de nume, după caz;</w:t>
      </w:r>
    </w:p>
    <w:p w14:paraId="43267575"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574DF4C"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copia carnetului de muncă, a adeverinței eliberate de angajator pentru perioada lucrată, care să ateste vechimea în muncă și în specialitatea studiilor solicitate pentru ocuparea postului;</w:t>
      </w:r>
    </w:p>
    <w:p w14:paraId="5FA73F9F"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f) certificat de cazier judiciar sau, după caz, extrasul de pe cazierul judiciar. Potrivit art. 35 alin. (5) din H.G. nr. 1336/2022, acesta poate fi înlocuit cu o declarație pe propria </w:t>
      </w:r>
      <w:r w:rsidRPr="00887384">
        <w:rPr>
          <w:rFonts w:ascii="Times New Roman" w:eastAsia="Times New Roman" w:hAnsi="Times New Roman" w:cs="Times New Roman"/>
          <w:color w:val="000000"/>
          <w:sz w:val="24"/>
          <w:szCs w:val="24"/>
          <w:lang w:val="ro-RO" w:eastAsia="ro-RO"/>
        </w:rPr>
        <w:lastRenderedPageBreak/>
        <w:t>răspundere privind antecedentele penale; în acest caz, candidatul declarat admis la selecția dosarelor care nu a solicitat expres instituției obținerea informațiilor privind antecedentele penale are obligația de a depune originalul documentului cel târziu până la data susținerii probei scrise;</w:t>
      </w:r>
    </w:p>
    <w:p w14:paraId="2E40AEE0"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certificat medical eliberat de medicul specialist de medicina muncii, conform Ordinului MS/MEC nr. 55/3.335/2026, emis pe baza avizului medicului specialist psihiatru și a adeverinței medicale eliberate de medicul de familie, cu cel mult 6 luni anterior derulării concursului;</w:t>
      </w:r>
    </w:p>
    <w:p w14:paraId="02818160"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D4CE39E" w14:textId="77777777" w:rsidR="00B5312E" w:rsidRDefault="00B5312E" w:rsidP="00B5312E">
      <w:pPr>
        <w:spacing w:after="0" w:line="360" w:lineRule="auto"/>
        <w:jc w:val="both"/>
        <w:rPr>
          <w:rFonts w:ascii="Times New Roman" w:eastAsia="Times New Roman" w:hAnsi="Times New Roman" w:cs="Times New Roman"/>
          <w:color w:val="000000"/>
          <w:sz w:val="24"/>
          <w:szCs w:val="24"/>
          <w:lang w:val="ro-RO" w:eastAsia="ro-RO"/>
        </w:rPr>
      </w:pPr>
      <w:r w:rsidRPr="00887384">
        <w:rPr>
          <w:rFonts w:ascii="Times New Roman" w:eastAsia="Times New Roman" w:hAnsi="Times New Roman" w:cs="Times New Roman"/>
          <w:color w:val="000000"/>
          <w:sz w:val="24"/>
          <w:szCs w:val="24"/>
          <w:lang w:val="ro-RO" w:eastAsia="ro-RO"/>
        </w:rPr>
        <w:t>i) curriculum vitae, model comun european.</w:t>
      </w:r>
    </w:p>
    <w:p w14:paraId="24B70C39" w14:textId="77777777" w:rsidR="00B5312E" w:rsidRDefault="00B5312E" w:rsidP="00B5312E">
      <w:pPr>
        <w:spacing w:after="0" w:line="360" w:lineRule="auto"/>
        <w:jc w:val="both"/>
        <w:rPr>
          <w:rFonts w:ascii="Times New Roman" w:eastAsia="Times New Roman" w:hAnsi="Times New Roman" w:cs="Times New Roman"/>
          <w:color w:val="000000"/>
          <w:sz w:val="24"/>
          <w:szCs w:val="24"/>
          <w:lang w:val="ro-RO" w:eastAsia="ro-RO"/>
        </w:rPr>
      </w:pPr>
      <w:r w:rsidRPr="00887384">
        <w:rPr>
          <w:rFonts w:ascii="Times New Roman" w:eastAsia="Times New Roman" w:hAnsi="Times New Roman" w:cs="Times New Roman"/>
          <w:color w:val="000000"/>
          <w:sz w:val="24"/>
          <w:szCs w:val="24"/>
          <w:lang w:val="ro-RO" w:eastAsia="ro-RO"/>
        </w:rPr>
        <w:t>Copiile documentelor prevăzute la lit. b) – e) se prezintă însoțite de documentele originale, în vederea certificării pentru conformitate cu originalul de către secretarul comisiei de concurs (art. 35 alin. (4) din H.G. nr. 1336/2022).</w:t>
      </w:r>
    </w:p>
    <w:p w14:paraId="6DA08FAB" w14:textId="77777777" w:rsidR="00432890" w:rsidRPr="00887384" w:rsidRDefault="00432890" w:rsidP="00B5312E">
      <w:pPr>
        <w:spacing w:after="0" w:line="360" w:lineRule="auto"/>
        <w:jc w:val="both"/>
        <w:rPr>
          <w:rFonts w:ascii="Times New Roman" w:eastAsia="Times New Roman" w:hAnsi="Times New Roman" w:cs="Times New Roman"/>
          <w:sz w:val="24"/>
          <w:szCs w:val="24"/>
          <w:lang w:val="ro-RO" w:eastAsia="ro-RO"/>
        </w:rPr>
      </w:pPr>
    </w:p>
    <w:p w14:paraId="2E50559A" w14:textId="77777777" w:rsidR="00432890" w:rsidRPr="005C2DDE" w:rsidRDefault="00432890" w:rsidP="00432890">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Dosarele de înscriere se depun la secretariatul instituției (Str. Barbu Ștefănescu Delavrancea nr. 55, Constanța), în perioada 02.11.2026 – 13.11.2026, între orele 09:00 – 15:00.</w:t>
      </w:r>
    </w:p>
    <w:p w14:paraId="5AF0D2E7" w14:textId="7566853E" w:rsidR="00432890" w:rsidRPr="005C2DDE" w:rsidRDefault="00432890" w:rsidP="00432890">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 xml:space="preserve">Informații: tel. 0341/173232, e-mail: centrulalbatros@yahoo.com; </w:t>
      </w:r>
    </w:p>
    <w:p w14:paraId="63D7DF94" w14:textId="77777777" w:rsidR="00432890" w:rsidRDefault="00432890" w:rsidP="00432890">
      <w:pPr>
        <w:pStyle w:val="ListParagraph"/>
        <w:numPr>
          <w:ilvl w:val="0"/>
          <w:numId w:val="10"/>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Termenul-limită de depunere a dosarelor: 13.11.2026, ora 15:00.</w:t>
      </w:r>
    </w:p>
    <w:p w14:paraId="5835342D" w14:textId="77777777" w:rsidR="006C7484" w:rsidRDefault="006C7484" w:rsidP="006C7484">
      <w:pPr>
        <w:spacing w:after="0" w:line="360" w:lineRule="auto"/>
        <w:jc w:val="both"/>
        <w:rPr>
          <w:rFonts w:ascii="Times New Roman" w:eastAsia="Times New Roman" w:hAnsi="Times New Roman" w:cs="Times New Roman"/>
          <w:color w:val="000000"/>
          <w:sz w:val="24"/>
          <w:szCs w:val="24"/>
          <w:lang w:val="ro-RO" w:eastAsia="ro-RO"/>
        </w:rPr>
      </w:pPr>
    </w:p>
    <w:p w14:paraId="5D29EE22" w14:textId="77777777" w:rsidR="006C7484" w:rsidRPr="006C7484" w:rsidRDefault="006C7484" w:rsidP="006C7484">
      <w:pPr>
        <w:spacing w:after="0" w:line="360" w:lineRule="auto"/>
        <w:jc w:val="both"/>
        <w:rPr>
          <w:rFonts w:ascii="Times New Roman" w:eastAsia="Times New Roman" w:hAnsi="Times New Roman" w:cs="Times New Roman"/>
          <w:color w:val="000000"/>
          <w:sz w:val="24"/>
          <w:szCs w:val="24"/>
          <w:lang w:val="ro-RO" w:eastAsia="ro-RO"/>
        </w:rPr>
      </w:pPr>
    </w:p>
    <w:p w14:paraId="40D2FA13"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p>
    <w:p w14:paraId="78D0821E" w14:textId="52A82BDD" w:rsidR="00B5312E" w:rsidRPr="00887384" w:rsidRDefault="00432890" w:rsidP="00B5312E">
      <w:pPr>
        <w:spacing w:after="0" w:line="36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b/>
          <w:bCs/>
          <w:color w:val="000000"/>
          <w:sz w:val="24"/>
          <w:szCs w:val="24"/>
          <w:lang w:val="ro-RO" w:eastAsia="ro-RO"/>
        </w:rPr>
        <w:lastRenderedPageBreak/>
        <w:t>C.) Condițiile generale prevăzute de art. 15 din H.G. nr. 1336/2022</w:t>
      </w:r>
    </w:p>
    <w:p w14:paraId="721CA338"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FAE91F4"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are cetățenia română sau cetățenia unui alt stat membru al Uniunii Europene, a unui stat parte la Acordul privind Spațiul Economic European (SEE) sau cetățenia Confederației Elvețiene;</w:t>
      </w:r>
    </w:p>
    <w:p w14:paraId="77222C28"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cunoaște limba română, scris și vorbit;</w:t>
      </w:r>
    </w:p>
    <w:p w14:paraId="7504F7A9"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are capacitate de muncă în conformitate cu prevederile Legii nr. 53/2003 — Codul muncii, republicată, cu modificările și completările ulterioare;</w:t>
      </w:r>
    </w:p>
    <w:p w14:paraId="5A9DF56B"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d) are o stare de sănătate corespunzătoare postului pentru care candidează, atestată pe baza adeverinței medicale eliberate de medicul de familie sau de unitățile sanitare abilitate;</w:t>
      </w:r>
    </w:p>
    <w:p w14:paraId="78DD00C7"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îndeplinește condițiile de studii, de vechime în specialitate și, după caz, alte condiții specifice potrivit cerințelor postului scos la concurs;</w:t>
      </w:r>
    </w:p>
    <w:p w14:paraId="5173DC9C"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4E3327F" w14:textId="77777777" w:rsidR="00B5312E" w:rsidRPr="00887384" w:rsidRDefault="00B5312E" w:rsidP="00B5312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65BAF3B" w14:textId="18A79EF5" w:rsidR="00B5312E" w:rsidRPr="00887384" w:rsidRDefault="00B5312E" w:rsidP="00432890">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65E74AD" w14:textId="77777777" w:rsidR="00B5312E" w:rsidRPr="00432890" w:rsidRDefault="00B5312E" w:rsidP="00B5312E">
      <w:pPr>
        <w:spacing w:after="0" w:line="360" w:lineRule="auto"/>
        <w:ind w:firstLine="720"/>
        <w:jc w:val="both"/>
        <w:rPr>
          <w:rFonts w:ascii="Times New Roman" w:eastAsia="Times New Roman" w:hAnsi="Times New Roman" w:cs="Times New Roman"/>
          <w:i/>
          <w:iCs/>
          <w:lang w:val="ro-RO" w:eastAsia="ro-RO"/>
        </w:rPr>
      </w:pPr>
      <w:r w:rsidRPr="00432890">
        <w:rPr>
          <w:rFonts w:ascii="Times New Roman" w:eastAsia="Times New Roman" w:hAnsi="Times New Roman" w:cs="Times New Roman"/>
          <w:i/>
          <w:iCs/>
          <w:color w:val="000000"/>
          <w:lang w:val="ro-RO" w:eastAsia="ro-RO"/>
        </w:rPr>
        <w:lastRenderedPageBreak/>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C7F27CD" w14:textId="322BEB13" w:rsidR="001714C8" w:rsidRPr="009B171B" w:rsidRDefault="001714C8" w:rsidP="00432890">
      <w:pPr>
        <w:spacing w:after="0" w:line="360" w:lineRule="auto"/>
        <w:jc w:val="both"/>
        <w:rPr>
          <w:rFonts w:ascii="Times New Roman" w:hAnsi="Times New Roman" w:cs="Times New Roman"/>
          <w:sz w:val="24"/>
          <w:szCs w:val="24"/>
        </w:rPr>
      </w:pPr>
    </w:p>
    <w:p w14:paraId="6526C7E0" w14:textId="164AE9F4" w:rsidR="001714C8" w:rsidRPr="009B171B" w:rsidRDefault="00000000">
      <w:pPr>
        <w:rPr>
          <w:rFonts w:ascii="Times New Roman" w:hAnsi="Times New Roman" w:cs="Times New Roman"/>
          <w:sz w:val="24"/>
          <w:szCs w:val="24"/>
        </w:rPr>
      </w:pPr>
      <w:proofErr w:type="spellStart"/>
      <w:r w:rsidRPr="009B171B">
        <w:rPr>
          <w:rFonts w:ascii="Times New Roman" w:hAnsi="Times New Roman" w:cs="Times New Roman"/>
          <w:b/>
          <w:sz w:val="24"/>
          <w:szCs w:val="24"/>
        </w:rPr>
        <w:t>Condiții</w:t>
      </w:r>
      <w:proofErr w:type="spellEnd"/>
      <w:r w:rsidRPr="009B171B">
        <w:rPr>
          <w:rFonts w:ascii="Times New Roman" w:hAnsi="Times New Roman" w:cs="Times New Roman"/>
          <w:b/>
          <w:sz w:val="24"/>
          <w:szCs w:val="24"/>
        </w:rPr>
        <w:t xml:space="preserve"> </w:t>
      </w:r>
      <w:proofErr w:type="spellStart"/>
      <w:r w:rsidRPr="009B171B">
        <w:rPr>
          <w:rFonts w:ascii="Times New Roman" w:hAnsi="Times New Roman" w:cs="Times New Roman"/>
          <w:b/>
          <w:sz w:val="24"/>
          <w:szCs w:val="24"/>
        </w:rPr>
        <w:t>specifice</w:t>
      </w:r>
      <w:proofErr w:type="spellEnd"/>
      <w:r w:rsidRPr="009B171B">
        <w:rPr>
          <w:rFonts w:ascii="Times New Roman" w:hAnsi="Times New Roman" w:cs="Times New Roman"/>
          <w:b/>
          <w:sz w:val="24"/>
          <w:szCs w:val="24"/>
        </w:rPr>
        <w:t xml:space="preserve"> de </w:t>
      </w:r>
      <w:proofErr w:type="spellStart"/>
      <w:r w:rsidRPr="009B171B">
        <w:rPr>
          <w:rFonts w:ascii="Times New Roman" w:hAnsi="Times New Roman" w:cs="Times New Roman"/>
          <w:b/>
          <w:sz w:val="24"/>
          <w:szCs w:val="24"/>
        </w:rPr>
        <w:t>participare</w:t>
      </w:r>
      <w:proofErr w:type="spellEnd"/>
      <w:r w:rsidRPr="009B171B">
        <w:rPr>
          <w:rFonts w:ascii="Times New Roman" w:hAnsi="Times New Roman" w:cs="Times New Roman"/>
          <w:b/>
          <w:sz w:val="24"/>
          <w:szCs w:val="24"/>
        </w:rPr>
        <w:t xml:space="preserve"> la concurs:</w:t>
      </w:r>
    </w:p>
    <w:p w14:paraId="7819EF02" w14:textId="371ECB7D" w:rsidR="0013184E" w:rsidRDefault="00432890" w:rsidP="00432890">
      <w:pPr>
        <w:pStyle w:val="ListParagraph"/>
        <w:numPr>
          <w:ilvl w:val="0"/>
          <w:numId w:val="12"/>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Studii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superioare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lungă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durată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universitare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licență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absolvite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diplomă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domeniul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Științe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juridice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Științe</w:t>
      </w:r>
      <w:proofErr w:type="spellEnd"/>
      <w:r>
        <w:rPr>
          <w:rFonts w:ascii="Times New Roman" w:hAnsi="Times New Roman" w:cs="Times New Roman"/>
          <w:sz w:val="24"/>
          <w:szCs w:val="24"/>
        </w:rPr>
        <w:t xml:space="preserve"> administrative, </w:t>
      </w:r>
      <w:proofErr w:type="spellStart"/>
      <w:r>
        <w:rPr>
          <w:rFonts w:ascii="Times New Roman" w:hAnsi="Times New Roman" w:cs="Times New Roman"/>
          <w:sz w:val="24"/>
          <w:szCs w:val="24"/>
        </w:rPr>
        <w:t>Științe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Filologie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Litere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Științe</w:t>
      </w:r>
      <w:proofErr w:type="spellEnd"/>
      <w:r>
        <w:rPr>
          <w:rFonts w:ascii="Times New Roman" w:hAnsi="Times New Roman" w:cs="Times New Roman"/>
          <w:sz w:val="24"/>
          <w:szCs w:val="24"/>
        </w:rPr>
        <w:t xml:space="preserve"> ale </w:t>
      </w:r>
      <w:proofErr w:type="spellStart"/>
      <w:r>
        <w:rPr>
          <w:rFonts w:ascii="Times New Roman" w:hAnsi="Times New Roman" w:cs="Times New Roman"/>
          <w:sz w:val="24"/>
          <w:szCs w:val="24"/>
        </w:rPr>
        <w:t>educației</w:t>
      </w:r>
      <w:proofErr w:type="spellEnd"/>
      <w:r>
        <w:rPr>
          <w:rFonts w:ascii="Times New Roman" w:hAnsi="Times New Roman" w:cs="Times New Roman"/>
          <w:sz w:val="24"/>
          <w:szCs w:val="24"/>
        </w:rPr>
        <w:t>;</w:t>
      </w:r>
    </w:p>
    <w:p w14:paraId="1D5CB1DD" w14:textId="77777777" w:rsidR="0013184E" w:rsidRDefault="00432890" w:rsidP="00432890">
      <w:pPr>
        <w:pStyle w:val="ListParagraph"/>
        <w:numPr>
          <w:ilvl w:val="0"/>
          <w:numId w:val="12"/>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Vechime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specialitatea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studiilor</w:t>
      </w:r>
      <w:proofErr w:type="spellEnd"/>
      <w:r>
        <w:rPr>
          <w:rFonts w:ascii="Times New Roman" w:hAnsi="Times New Roman" w:cs="Times New Roman"/>
          <w:sz w:val="24"/>
          <w:szCs w:val="24"/>
        </w:rPr>
        <w:t xml:space="preserve">: minimum 6 ani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luni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de secretariat, </w:t>
      </w:r>
      <w:proofErr w:type="spellStart"/>
      <w:r>
        <w:rPr>
          <w:rFonts w:ascii="Times New Roman" w:hAnsi="Times New Roman" w:cs="Times New Roman"/>
          <w:sz w:val="24"/>
          <w:szCs w:val="24"/>
        </w:rPr>
        <w:t>administrație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management de </w:t>
      </w:r>
      <w:proofErr w:type="spellStart"/>
      <w:r>
        <w:rPr>
          <w:rFonts w:ascii="Times New Roman" w:hAnsi="Times New Roman" w:cs="Times New Roman"/>
          <w:sz w:val="24"/>
          <w:szCs w:val="24"/>
        </w:rPr>
        <w:t>documente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publice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învățământ</w:t>
      </w:r>
      <w:proofErr w:type="spellEnd"/>
      <w:r>
        <w:rPr>
          <w:rFonts w:ascii="Times New Roman" w:hAnsi="Times New Roman" w:cs="Times New Roman"/>
          <w:sz w:val="24"/>
          <w:szCs w:val="24"/>
        </w:rPr>
        <w:t>;</w:t>
      </w:r>
    </w:p>
    <w:p w14:paraId="082025E2" w14:textId="77777777" w:rsidR="0013184E" w:rsidRDefault="00432890" w:rsidP="00432890">
      <w:pPr>
        <w:pStyle w:val="ListParagraph"/>
        <w:numPr>
          <w:ilvl w:val="0"/>
          <w:numId w:val="12"/>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Cunoștințe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operare</w:t>
      </w:r>
      <w:proofErr w:type="spellEnd"/>
      <w:r>
        <w:rPr>
          <w:rFonts w:ascii="Times New Roman" w:hAnsi="Times New Roman" w:cs="Times New Roman"/>
          <w:sz w:val="24"/>
          <w:szCs w:val="24"/>
        </w:rPr>
        <w:t xml:space="preserve"> PC la </w:t>
      </w:r>
      <w:proofErr w:type="spellStart"/>
      <w:r>
        <w:rPr>
          <w:rFonts w:ascii="Times New Roman" w:hAnsi="Times New Roman" w:cs="Times New Roman"/>
          <w:sz w:val="24"/>
          <w:szCs w:val="24"/>
        </w:rPr>
        <w:t>nivel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avansat</w:t>
      </w:r>
      <w:proofErr w:type="spellEnd"/>
      <w:r>
        <w:rPr>
          <w:rFonts w:ascii="Times New Roman" w:hAnsi="Times New Roman" w:cs="Times New Roman"/>
          <w:sz w:val="24"/>
          <w:szCs w:val="24"/>
        </w:rPr>
        <w:t xml:space="preserve"> (MS Office – Word, Excel; </w:t>
      </w:r>
      <w:proofErr w:type="spellStart"/>
      <w:r>
        <w:rPr>
          <w:rFonts w:ascii="Times New Roman" w:hAnsi="Times New Roman" w:cs="Times New Roman"/>
          <w:sz w:val="24"/>
          <w:szCs w:val="24"/>
        </w:rPr>
        <w:t>gestionarea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bazelor</w:t>
      </w:r>
      <w:proofErr w:type="spellEnd"/>
      <w:r>
        <w:rPr>
          <w:rFonts w:ascii="Times New Roman" w:hAnsi="Times New Roman" w:cs="Times New Roman"/>
          <w:sz w:val="24"/>
          <w:szCs w:val="24"/>
        </w:rPr>
        <w:t xml:space="preserve"> de date). </w:t>
      </w:r>
      <w:proofErr w:type="spellStart"/>
      <w:r>
        <w:rPr>
          <w:rFonts w:ascii="Times New Roman" w:hAnsi="Times New Roman" w:cs="Times New Roman"/>
          <w:sz w:val="24"/>
          <w:szCs w:val="24"/>
        </w:rPr>
        <w:t>Cunoașterea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platformelor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informatice</w:t>
      </w:r>
      <w:proofErr w:type="spellEnd"/>
      <w:r>
        <w:rPr>
          <w:rFonts w:ascii="Times New Roman" w:hAnsi="Times New Roman" w:cs="Times New Roman"/>
          <w:sz w:val="24"/>
          <w:szCs w:val="24"/>
        </w:rPr>
        <w:t xml:space="preserve"> SIIIR, </w:t>
      </w:r>
      <w:proofErr w:type="spellStart"/>
      <w:r>
        <w:rPr>
          <w:rFonts w:ascii="Times New Roman" w:hAnsi="Times New Roman" w:cs="Times New Roman"/>
          <w:sz w:val="24"/>
          <w:szCs w:val="24"/>
        </w:rPr>
        <w:t>Edusal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REGES-ONLINE se </w:t>
      </w:r>
      <w:proofErr w:type="spellStart"/>
      <w:r>
        <w:rPr>
          <w:rFonts w:ascii="Times New Roman" w:hAnsi="Times New Roman" w:cs="Times New Roman"/>
          <w:sz w:val="24"/>
          <w:szCs w:val="24"/>
        </w:rPr>
        <w:t>evaluează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w:t>
      </w:r>
    </w:p>
    <w:p w14:paraId="09E0FF5D" w14:textId="1159FE20" w:rsidR="001714C8" w:rsidRPr="009B171B" w:rsidRDefault="00432890">
      <w:pPr>
        <w:rPr>
          <w:rFonts w:ascii="Times New Roman" w:hAnsi="Times New Roman" w:cs="Times New Roman"/>
          <w:sz w:val="24"/>
          <w:szCs w:val="24"/>
        </w:rPr>
      </w:pPr>
      <w:r>
        <w:rPr>
          <w:rFonts w:ascii="Times New Roman" w:hAnsi="Times New Roman" w:cs="Times New Roman"/>
          <w:b/>
          <w:sz w:val="24"/>
          <w:szCs w:val="24"/>
        </w:rPr>
        <w:t xml:space="preserve">D.) </w:t>
      </w:r>
      <w:proofErr w:type="spellStart"/>
      <w:r w:rsidRPr="009B171B">
        <w:rPr>
          <w:rFonts w:ascii="Times New Roman" w:hAnsi="Times New Roman" w:cs="Times New Roman"/>
          <w:b/>
          <w:sz w:val="24"/>
          <w:szCs w:val="24"/>
        </w:rPr>
        <w:t>Tematică</w:t>
      </w:r>
      <w:proofErr w:type="spellEnd"/>
      <w:r w:rsidRPr="009B171B">
        <w:rPr>
          <w:rFonts w:ascii="Times New Roman" w:hAnsi="Times New Roman" w:cs="Times New Roman"/>
          <w:b/>
          <w:sz w:val="24"/>
          <w:szCs w:val="24"/>
        </w:rPr>
        <w:t xml:space="preserve"> </w:t>
      </w:r>
      <w:proofErr w:type="spellStart"/>
      <w:r w:rsidRPr="009B171B">
        <w:rPr>
          <w:rFonts w:ascii="Times New Roman" w:hAnsi="Times New Roman" w:cs="Times New Roman"/>
          <w:b/>
          <w:sz w:val="24"/>
          <w:szCs w:val="24"/>
        </w:rPr>
        <w:t>și</w:t>
      </w:r>
      <w:proofErr w:type="spellEnd"/>
      <w:r w:rsidRPr="009B171B">
        <w:rPr>
          <w:rFonts w:ascii="Times New Roman" w:hAnsi="Times New Roman" w:cs="Times New Roman"/>
          <w:b/>
          <w:sz w:val="24"/>
          <w:szCs w:val="24"/>
        </w:rPr>
        <w:t xml:space="preserve"> </w:t>
      </w:r>
      <w:proofErr w:type="spellStart"/>
      <w:r w:rsidRPr="009B171B">
        <w:rPr>
          <w:rFonts w:ascii="Times New Roman" w:hAnsi="Times New Roman" w:cs="Times New Roman"/>
          <w:b/>
          <w:sz w:val="24"/>
          <w:szCs w:val="24"/>
        </w:rPr>
        <w:t>Bibliografie</w:t>
      </w:r>
      <w:proofErr w:type="spellEnd"/>
    </w:p>
    <w:p w14:paraId="25CF9A41"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Tematica</w:t>
      </w:r>
      <w:proofErr w:type="spellEnd"/>
      <w:r w:rsidRPr="001452B8">
        <w:rPr>
          <w:rFonts w:ascii="Times New Roman" w:hAnsi="Times New Roman" w:cs="Times New Roman"/>
          <w:sz w:val="24"/>
          <w:szCs w:val="24"/>
        </w:rPr>
        <w:t xml:space="preserve"> 1: </w:t>
      </w:r>
      <w:proofErr w:type="spellStart"/>
      <w:r w:rsidRPr="001452B8">
        <w:rPr>
          <w:rFonts w:ascii="Times New Roman" w:hAnsi="Times New Roman" w:cs="Times New Roman"/>
          <w:sz w:val="24"/>
          <w:szCs w:val="24"/>
        </w:rPr>
        <w:t>Managementul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documentelor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școlare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întocmirea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eliberarea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păstrarea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actelor</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studii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a </w:t>
      </w:r>
      <w:proofErr w:type="spellStart"/>
      <w:r w:rsidRPr="001452B8">
        <w:rPr>
          <w:rFonts w:ascii="Times New Roman" w:hAnsi="Times New Roman" w:cs="Times New Roman"/>
          <w:sz w:val="24"/>
          <w:szCs w:val="24"/>
        </w:rPr>
        <w:t>documentelor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școlare</w:t>
      </w:r>
      <w:proofErr w:type="spellEnd"/>
      <w:r w:rsidRPr="001452B8">
        <w:rPr>
          <w:rFonts w:ascii="Times New Roman" w:hAnsi="Times New Roman" w:cs="Times New Roman"/>
          <w:sz w:val="24"/>
          <w:szCs w:val="24"/>
        </w:rPr>
        <w:t>).</w:t>
      </w:r>
    </w:p>
    <w:p w14:paraId="545A043A"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Tematica</w:t>
      </w:r>
      <w:proofErr w:type="spellEnd"/>
      <w:r w:rsidRPr="001452B8">
        <w:rPr>
          <w:rFonts w:ascii="Times New Roman" w:hAnsi="Times New Roman" w:cs="Times New Roman"/>
          <w:sz w:val="24"/>
          <w:szCs w:val="24"/>
        </w:rPr>
        <w:t xml:space="preserve"> 2: </w:t>
      </w:r>
      <w:proofErr w:type="spellStart"/>
      <w:r w:rsidRPr="001452B8">
        <w:rPr>
          <w:rFonts w:ascii="Times New Roman" w:hAnsi="Times New Roman" w:cs="Times New Roman"/>
          <w:sz w:val="24"/>
          <w:szCs w:val="24"/>
        </w:rPr>
        <w:t>Legislația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muncii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salarizarea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în</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sistemul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bugetar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contractul</w:t>
      </w:r>
      <w:proofErr w:type="spellEnd"/>
      <w:r w:rsidRPr="001452B8">
        <w:rPr>
          <w:rFonts w:ascii="Times New Roman" w:hAnsi="Times New Roman" w:cs="Times New Roman"/>
          <w:sz w:val="24"/>
          <w:szCs w:val="24"/>
        </w:rPr>
        <w:t xml:space="preserve"> individual de </w:t>
      </w:r>
      <w:proofErr w:type="spellStart"/>
      <w:r w:rsidRPr="001452B8">
        <w:rPr>
          <w:rFonts w:ascii="Times New Roman" w:hAnsi="Times New Roman" w:cs="Times New Roman"/>
          <w:sz w:val="24"/>
          <w:szCs w:val="24"/>
        </w:rPr>
        <w:t>muncă</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timpul</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muncă</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încetarea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raporturilor</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muncă</w:t>
      </w:r>
      <w:proofErr w:type="spellEnd"/>
      <w:r w:rsidRPr="001452B8">
        <w:rPr>
          <w:rFonts w:ascii="Times New Roman" w:hAnsi="Times New Roman" w:cs="Times New Roman"/>
          <w:sz w:val="24"/>
          <w:szCs w:val="24"/>
        </w:rPr>
        <w:t>).</w:t>
      </w:r>
    </w:p>
    <w:p w14:paraId="1C60F698"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Tematica</w:t>
      </w:r>
      <w:proofErr w:type="spellEnd"/>
      <w:r w:rsidRPr="001452B8">
        <w:rPr>
          <w:rFonts w:ascii="Times New Roman" w:hAnsi="Times New Roman" w:cs="Times New Roman"/>
          <w:sz w:val="24"/>
          <w:szCs w:val="24"/>
        </w:rPr>
        <w:t xml:space="preserve"> 3: </w:t>
      </w:r>
      <w:proofErr w:type="spellStart"/>
      <w:r w:rsidRPr="001452B8">
        <w:rPr>
          <w:rFonts w:ascii="Times New Roman" w:hAnsi="Times New Roman" w:cs="Times New Roman"/>
          <w:sz w:val="24"/>
          <w:szCs w:val="24"/>
        </w:rPr>
        <w:t>Regimul</w:t>
      </w:r>
      <w:proofErr w:type="spellEnd"/>
      <w:r w:rsidRPr="001452B8">
        <w:rPr>
          <w:rFonts w:ascii="Times New Roman" w:hAnsi="Times New Roman" w:cs="Times New Roman"/>
          <w:sz w:val="24"/>
          <w:szCs w:val="24"/>
        </w:rPr>
        <w:t xml:space="preserve"> juridic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normele</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arhivare</w:t>
      </w:r>
      <w:proofErr w:type="spellEnd"/>
      <w:r w:rsidRPr="001452B8">
        <w:rPr>
          <w:rFonts w:ascii="Times New Roman" w:hAnsi="Times New Roman" w:cs="Times New Roman"/>
          <w:sz w:val="24"/>
          <w:szCs w:val="24"/>
        </w:rPr>
        <w:t xml:space="preserve"> a </w:t>
      </w:r>
      <w:proofErr w:type="spellStart"/>
      <w:r w:rsidRPr="001452B8">
        <w:rPr>
          <w:rFonts w:ascii="Times New Roman" w:hAnsi="Times New Roman" w:cs="Times New Roman"/>
          <w:sz w:val="24"/>
          <w:szCs w:val="24"/>
        </w:rPr>
        <w:t>documentelor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în</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instituțiile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publice</w:t>
      </w:r>
      <w:proofErr w:type="spellEnd"/>
      <w:r w:rsidRPr="001452B8">
        <w:rPr>
          <w:rFonts w:ascii="Times New Roman" w:hAnsi="Times New Roman" w:cs="Times New Roman"/>
          <w:sz w:val="24"/>
          <w:szCs w:val="24"/>
        </w:rPr>
        <w:t>.</w:t>
      </w:r>
    </w:p>
    <w:p w14:paraId="4EE0F0AC"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1: </w:t>
      </w:r>
      <w:proofErr w:type="spellStart"/>
      <w:r w:rsidRPr="001452B8">
        <w:rPr>
          <w:rFonts w:ascii="Times New Roman" w:hAnsi="Times New Roman" w:cs="Times New Roman"/>
          <w:sz w:val="24"/>
          <w:szCs w:val="24"/>
        </w:rPr>
        <w:t>Legea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învățământului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preuniversitar</w:t>
      </w:r>
      <w:proofErr w:type="spellEnd"/>
      <w:r w:rsidRPr="001452B8">
        <w:rPr>
          <w:rFonts w:ascii="Times New Roman" w:hAnsi="Times New Roman" w:cs="Times New Roman"/>
          <w:sz w:val="24"/>
          <w:szCs w:val="24"/>
        </w:rPr>
        <w:t xml:space="preserve"> nr. 198/2023,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w:t>
      </w:r>
    </w:p>
    <w:p w14:paraId="267DCCF4"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2: </w:t>
      </w:r>
      <w:proofErr w:type="spellStart"/>
      <w:r w:rsidRPr="001452B8">
        <w:rPr>
          <w:rFonts w:ascii="Times New Roman" w:hAnsi="Times New Roman" w:cs="Times New Roman"/>
          <w:sz w:val="24"/>
          <w:szCs w:val="24"/>
        </w:rPr>
        <w:t>Ordinul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ministrului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educației</w:t>
      </w:r>
      <w:proofErr w:type="spellEnd"/>
      <w:r w:rsidRPr="001452B8">
        <w:rPr>
          <w:rFonts w:ascii="Times New Roman" w:hAnsi="Times New Roman" w:cs="Times New Roman"/>
          <w:sz w:val="24"/>
          <w:szCs w:val="24"/>
        </w:rPr>
        <w:t xml:space="preserve"> nr. 5726/2024 </w:t>
      </w:r>
      <w:proofErr w:type="spellStart"/>
      <w:r w:rsidRPr="001452B8">
        <w:rPr>
          <w:rFonts w:ascii="Times New Roman" w:hAnsi="Times New Roman" w:cs="Times New Roman"/>
          <w:sz w:val="24"/>
          <w:szCs w:val="24"/>
        </w:rPr>
        <w:t>privind</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aprobarea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Regulamentului-cadru</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organizare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funcționare</w:t>
      </w:r>
      <w:proofErr w:type="spellEnd"/>
      <w:r w:rsidRPr="001452B8">
        <w:rPr>
          <w:rFonts w:ascii="Times New Roman" w:hAnsi="Times New Roman" w:cs="Times New Roman"/>
          <w:sz w:val="24"/>
          <w:szCs w:val="24"/>
        </w:rPr>
        <w:t xml:space="preserve"> a </w:t>
      </w:r>
      <w:proofErr w:type="spellStart"/>
      <w:r w:rsidRPr="001452B8">
        <w:rPr>
          <w:rFonts w:ascii="Times New Roman" w:hAnsi="Times New Roman" w:cs="Times New Roman"/>
          <w:sz w:val="24"/>
          <w:szCs w:val="24"/>
        </w:rPr>
        <w:t>unităților</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învățământ</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preuniversitar</w:t>
      </w:r>
      <w:proofErr w:type="spellEnd"/>
      <w:r w:rsidRPr="001452B8">
        <w:rPr>
          <w:rFonts w:ascii="Times New Roman" w:hAnsi="Times New Roman" w:cs="Times New Roman"/>
          <w:sz w:val="24"/>
          <w:szCs w:val="24"/>
        </w:rPr>
        <w:t xml:space="preserve"> (ROFUIP),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w:t>
      </w:r>
    </w:p>
    <w:p w14:paraId="432C77A5"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3: </w:t>
      </w:r>
      <w:proofErr w:type="spellStart"/>
      <w:r w:rsidRPr="001452B8">
        <w:rPr>
          <w:rFonts w:ascii="Times New Roman" w:hAnsi="Times New Roman" w:cs="Times New Roman"/>
          <w:sz w:val="24"/>
          <w:szCs w:val="24"/>
        </w:rPr>
        <w:t>Ordinul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ministrului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educației</w:t>
      </w:r>
      <w:proofErr w:type="spellEnd"/>
      <w:r w:rsidRPr="001452B8">
        <w:rPr>
          <w:rFonts w:ascii="Times New Roman" w:hAnsi="Times New Roman" w:cs="Times New Roman"/>
          <w:sz w:val="24"/>
          <w:szCs w:val="24"/>
        </w:rPr>
        <w:t xml:space="preserve"> nr. 4634/2024 </w:t>
      </w:r>
      <w:proofErr w:type="spellStart"/>
      <w:r w:rsidRPr="001452B8">
        <w:rPr>
          <w:rFonts w:ascii="Times New Roman" w:hAnsi="Times New Roman" w:cs="Times New Roman"/>
          <w:sz w:val="24"/>
          <w:szCs w:val="24"/>
        </w:rPr>
        <w:t>privind</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aprobarea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Regulamentului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privind</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regimul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actelor</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studii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al </w:t>
      </w:r>
      <w:proofErr w:type="spellStart"/>
      <w:r w:rsidRPr="001452B8">
        <w:rPr>
          <w:rFonts w:ascii="Times New Roman" w:hAnsi="Times New Roman" w:cs="Times New Roman"/>
          <w:sz w:val="24"/>
          <w:szCs w:val="24"/>
        </w:rPr>
        <w:t>documentelor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școlare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gestionate</w:t>
      </w:r>
      <w:proofErr w:type="spellEnd"/>
      <w:r w:rsidRPr="001452B8">
        <w:rPr>
          <w:rFonts w:ascii="Times New Roman" w:hAnsi="Times New Roman" w:cs="Times New Roman"/>
          <w:sz w:val="24"/>
          <w:szCs w:val="24"/>
        </w:rPr>
        <w:t xml:space="preserve"> </w:t>
      </w:r>
      <w:r w:rsidRPr="001452B8">
        <w:rPr>
          <w:rFonts w:ascii="Times New Roman" w:hAnsi="Times New Roman" w:cs="Times New Roman"/>
          <w:sz w:val="24"/>
          <w:szCs w:val="24"/>
        </w:rPr>
        <w:lastRenderedPageBreak/>
        <w:t xml:space="preserve">de </w:t>
      </w:r>
      <w:proofErr w:type="spellStart"/>
      <w:r w:rsidRPr="001452B8">
        <w:rPr>
          <w:rFonts w:ascii="Times New Roman" w:hAnsi="Times New Roman" w:cs="Times New Roman"/>
          <w:sz w:val="24"/>
          <w:szCs w:val="24"/>
        </w:rPr>
        <w:t>unitățile</w:t>
      </w:r>
      <w:proofErr w:type="spellEnd"/>
      <w:r w:rsidRPr="001452B8">
        <w:rPr>
          <w:rFonts w:ascii="Times New Roman" w:hAnsi="Times New Roman" w:cs="Times New Roman"/>
          <w:sz w:val="24"/>
          <w:szCs w:val="24"/>
        </w:rPr>
        <w:t xml:space="preserve"> de </w:t>
      </w:r>
      <w:proofErr w:type="spellStart"/>
      <w:r w:rsidRPr="001452B8">
        <w:rPr>
          <w:rFonts w:ascii="Times New Roman" w:hAnsi="Times New Roman" w:cs="Times New Roman"/>
          <w:sz w:val="24"/>
          <w:szCs w:val="24"/>
        </w:rPr>
        <w:t>învățământ</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preuniversitar</w:t>
      </w:r>
      <w:proofErr w:type="spellEnd"/>
      <w:r w:rsidRPr="001452B8">
        <w:rPr>
          <w:rFonts w:ascii="Times New Roman" w:hAnsi="Times New Roman" w:cs="Times New Roman"/>
          <w:sz w:val="24"/>
          <w:szCs w:val="24"/>
        </w:rPr>
        <w:t xml:space="preserve">,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inclusiv</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prin</w:t>
      </w:r>
      <w:proofErr w:type="spellEnd"/>
      <w:r w:rsidRPr="001452B8">
        <w:rPr>
          <w:rFonts w:ascii="Times New Roman" w:hAnsi="Times New Roman" w:cs="Times New Roman"/>
          <w:sz w:val="24"/>
          <w:szCs w:val="24"/>
        </w:rPr>
        <w:t xml:space="preserve"> OMEC nr. 3010/2026);</w:t>
      </w:r>
    </w:p>
    <w:p w14:paraId="1BF6C7F7"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4: </w:t>
      </w:r>
      <w:proofErr w:type="spellStart"/>
      <w:r w:rsidRPr="001452B8">
        <w:rPr>
          <w:rFonts w:ascii="Times New Roman" w:hAnsi="Times New Roman" w:cs="Times New Roman"/>
          <w:sz w:val="24"/>
          <w:szCs w:val="24"/>
        </w:rPr>
        <w:t>Legea</w:t>
      </w:r>
      <w:proofErr w:type="spellEnd"/>
      <w:r w:rsidRPr="001452B8">
        <w:rPr>
          <w:rFonts w:ascii="Times New Roman" w:hAnsi="Times New Roman" w:cs="Times New Roman"/>
          <w:sz w:val="24"/>
          <w:szCs w:val="24"/>
        </w:rPr>
        <w:t xml:space="preserve"> nr. 53/2003 – </w:t>
      </w:r>
      <w:proofErr w:type="spellStart"/>
      <w:r w:rsidRPr="001452B8">
        <w:rPr>
          <w:rFonts w:ascii="Times New Roman" w:hAnsi="Times New Roman" w:cs="Times New Roman"/>
          <w:sz w:val="24"/>
          <w:szCs w:val="24"/>
        </w:rPr>
        <w:t>Codul</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muncii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republicată</w:t>
      </w:r>
      <w:proofErr w:type="spellEnd"/>
      <w:r w:rsidRPr="001452B8">
        <w:rPr>
          <w:rFonts w:ascii="Times New Roman" w:hAnsi="Times New Roman" w:cs="Times New Roman"/>
          <w:sz w:val="24"/>
          <w:szCs w:val="24"/>
        </w:rPr>
        <w:t xml:space="preserve">,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w:t>
      </w:r>
    </w:p>
    <w:p w14:paraId="65620C18"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5: </w:t>
      </w:r>
      <w:proofErr w:type="spellStart"/>
      <w:r w:rsidRPr="001452B8">
        <w:rPr>
          <w:rFonts w:ascii="Times New Roman" w:hAnsi="Times New Roman" w:cs="Times New Roman"/>
          <w:sz w:val="24"/>
          <w:szCs w:val="24"/>
        </w:rPr>
        <w:t>Legea-cadru</w:t>
      </w:r>
      <w:proofErr w:type="spellEnd"/>
      <w:r w:rsidRPr="001452B8">
        <w:rPr>
          <w:rFonts w:ascii="Times New Roman" w:hAnsi="Times New Roman" w:cs="Times New Roman"/>
          <w:sz w:val="24"/>
          <w:szCs w:val="24"/>
        </w:rPr>
        <w:t xml:space="preserve"> nr. 153/2017 </w:t>
      </w:r>
      <w:proofErr w:type="spellStart"/>
      <w:r w:rsidRPr="001452B8">
        <w:rPr>
          <w:rFonts w:ascii="Times New Roman" w:hAnsi="Times New Roman" w:cs="Times New Roman"/>
          <w:sz w:val="24"/>
          <w:szCs w:val="24"/>
        </w:rPr>
        <w:t>privind</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salarizarea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personalului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plătit</w:t>
      </w:r>
      <w:proofErr w:type="spellEnd"/>
      <w:r w:rsidRPr="001452B8">
        <w:rPr>
          <w:rFonts w:ascii="Times New Roman" w:hAnsi="Times New Roman" w:cs="Times New Roman"/>
          <w:sz w:val="24"/>
          <w:szCs w:val="24"/>
        </w:rPr>
        <w:t xml:space="preserve"> din </w:t>
      </w:r>
      <w:proofErr w:type="spellStart"/>
      <w:r w:rsidRPr="001452B8">
        <w:rPr>
          <w:rFonts w:ascii="Times New Roman" w:hAnsi="Times New Roman" w:cs="Times New Roman"/>
          <w:sz w:val="24"/>
          <w:szCs w:val="24"/>
        </w:rPr>
        <w:t>fonduri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publice</w:t>
      </w:r>
      <w:proofErr w:type="spellEnd"/>
      <w:r w:rsidRPr="001452B8">
        <w:rPr>
          <w:rFonts w:ascii="Times New Roman" w:hAnsi="Times New Roman" w:cs="Times New Roman"/>
          <w:sz w:val="24"/>
          <w:szCs w:val="24"/>
        </w:rPr>
        <w:t xml:space="preserve">,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w:t>
      </w:r>
    </w:p>
    <w:p w14:paraId="7D76EBDA" w14:textId="77777777" w:rsidR="001452B8" w:rsidRPr="001452B8" w:rsidRDefault="001452B8" w:rsidP="001452B8">
      <w:pPr>
        <w:numPr>
          <w:ilvl w:val="0"/>
          <w:numId w:val="1"/>
        </w:numPr>
        <w:spacing w:after="0" w:line="360" w:lineRule="auto"/>
        <w:contextualSpacing/>
        <w:jc w:val="both"/>
        <w:rPr>
          <w:rFonts w:ascii="Times New Roman" w:hAnsi="Times New Roman" w:cs="Times New Roman"/>
          <w:sz w:val="24"/>
          <w:szCs w:val="24"/>
        </w:rPr>
      </w:pPr>
      <w:proofErr w:type="spellStart"/>
      <w:r w:rsidRPr="001452B8">
        <w:rPr>
          <w:rFonts w:ascii="Times New Roman" w:hAnsi="Times New Roman" w:cs="Times New Roman"/>
          <w:sz w:val="24"/>
          <w:szCs w:val="24"/>
        </w:rPr>
        <w:t>Bibliografie</w:t>
      </w:r>
      <w:proofErr w:type="spellEnd"/>
      <w:r w:rsidRPr="001452B8">
        <w:rPr>
          <w:rFonts w:ascii="Times New Roman" w:hAnsi="Times New Roman" w:cs="Times New Roman"/>
          <w:sz w:val="24"/>
          <w:szCs w:val="24"/>
        </w:rPr>
        <w:t xml:space="preserve"> 6: </w:t>
      </w:r>
      <w:proofErr w:type="spellStart"/>
      <w:r w:rsidRPr="001452B8">
        <w:rPr>
          <w:rFonts w:ascii="Times New Roman" w:hAnsi="Times New Roman" w:cs="Times New Roman"/>
          <w:sz w:val="24"/>
          <w:szCs w:val="24"/>
        </w:rPr>
        <w:t>Legea</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Arhivelor</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Naționale</w:t>
      </w:r>
      <w:proofErr w:type="spellEnd"/>
      <w:r w:rsidRPr="001452B8">
        <w:rPr>
          <w:rFonts w:ascii="Times New Roman" w:hAnsi="Times New Roman" w:cs="Times New Roman"/>
          <w:sz w:val="24"/>
          <w:szCs w:val="24"/>
        </w:rPr>
        <w:t xml:space="preserve"> nr. 16/1996, </w:t>
      </w:r>
      <w:proofErr w:type="spellStart"/>
      <w:r w:rsidRPr="001452B8">
        <w:rPr>
          <w:rFonts w:ascii="Times New Roman" w:hAnsi="Times New Roman" w:cs="Times New Roman"/>
          <w:sz w:val="24"/>
          <w:szCs w:val="24"/>
        </w:rPr>
        <w:t>republicată</w:t>
      </w:r>
      <w:proofErr w:type="spellEnd"/>
      <w:r w:rsidRPr="001452B8">
        <w:rPr>
          <w:rFonts w:ascii="Times New Roman" w:hAnsi="Times New Roman" w:cs="Times New Roman"/>
          <w:sz w:val="24"/>
          <w:szCs w:val="24"/>
        </w:rPr>
        <w:t xml:space="preserve">, cu </w:t>
      </w:r>
      <w:proofErr w:type="spellStart"/>
      <w:r w:rsidRPr="001452B8">
        <w:rPr>
          <w:rFonts w:ascii="Times New Roman" w:hAnsi="Times New Roman" w:cs="Times New Roman"/>
          <w:sz w:val="24"/>
          <w:szCs w:val="24"/>
        </w:rPr>
        <w:t>modificările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și</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completările</w:t>
      </w:r>
      <w:proofErr w:type="spellEnd"/>
      <w:r w:rsidRPr="001452B8">
        <w:rPr>
          <w:rFonts w:ascii="Times New Roman" w:hAnsi="Times New Roman" w:cs="Times New Roman"/>
          <w:sz w:val="24"/>
          <w:szCs w:val="24"/>
        </w:rPr>
        <w:t xml:space="preserve"> </w:t>
      </w:r>
      <w:proofErr w:type="spellStart"/>
      <w:r w:rsidRPr="001452B8">
        <w:rPr>
          <w:rFonts w:ascii="Times New Roman" w:hAnsi="Times New Roman" w:cs="Times New Roman"/>
          <w:sz w:val="24"/>
          <w:szCs w:val="24"/>
        </w:rPr>
        <w:t>ulterioare</w:t>
      </w:r>
      <w:proofErr w:type="spellEnd"/>
      <w:r w:rsidRPr="001452B8">
        <w:rPr>
          <w:rFonts w:ascii="Times New Roman" w:hAnsi="Times New Roman" w:cs="Times New Roman"/>
          <w:sz w:val="24"/>
          <w:szCs w:val="24"/>
        </w:rPr>
        <w:t>.</w:t>
      </w:r>
    </w:p>
    <w:p w14:paraId="1AA5516E" w14:textId="77777777" w:rsidR="00432890" w:rsidRDefault="00432890" w:rsidP="00432890">
      <w:pPr>
        <w:spacing w:after="0" w:line="360" w:lineRule="auto"/>
        <w:ind w:left="360"/>
        <w:contextualSpacing/>
        <w:jc w:val="both"/>
        <w:rPr>
          <w:rFonts w:ascii="Times New Roman" w:hAnsi="Times New Roman" w:cs="Times New Roman"/>
          <w:sz w:val="24"/>
          <w:szCs w:val="24"/>
        </w:rPr>
      </w:pPr>
    </w:p>
    <w:p w14:paraId="119C1C5C" w14:textId="71634D7A" w:rsidR="00432890" w:rsidRPr="009B171B" w:rsidRDefault="00432890" w:rsidP="00432890">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E.) </w:t>
      </w:r>
      <w:proofErr w:type="spellStart"/>
      <w:r w:rsidRPr="009B171B">
        <w:rPr>
          <w:rFonts w:ascii="Times New Roman" w:hAnsi="Times New Roman" w:cs="Times New Roman"/>
          <w:b/>
          <w:sz w:val="24"/>
          <w:szCs w:val="24"/>
        </w:rPr>
        <w:t>Calendarul</w:t>
      </w:r>
      <w:proofErr w:type="spellEnd"/>
      <w:r w:rsidRPr="009B171B">
        <w:rPr>
          <w:rFonts w:ascii="Times New Roman" w:hAnsi="Times New Roman" w:cs="Times New Roman"/>
          <w:b/>
          <w:sz w:val="24"/>
          <w:szCs w:val="24"/>
        </w:rPr>
        <w:t xml:space="preserve"> de </w:t>
      </w:r>
      <w:proofErr w:type="spellStart"/>
      <w:r w:rsidRPr="009B171B">
        <w:rPr>
          <w:rFonts w:ascii="Times New Roman" w:hAnsi="Times New Roman" w:cs="Times New Roman"/>
          <w:b/>
          <w:sz w:val="24"/>
          <w:szCs w:val="24"/>
        </w:rPr>
        <w:t>desfășurare</w:t>
      </w:r>
      <w:proofErr w:type="spellEnd"/>
      <w:r w:rsidRPr="009B171B">
        <w:rPr>
          <w:rFonts w:ascii="Times New Roman" w:hAnsi="Times New Roman" w:cs="Times New Roman"/>
          <w:b/>
          <w:sz w:val="24"/>
          <w:szCs w:val="24"/>
        </w:rPr>
        <w:t xml:space="preserve"> a </w:t>
      </w:r>
      <w:proofErr w:type="spellStart"/>
      <w:r w:rsidRPr="009B171B">
        <w:rPr>
          <w:rFonts w:ascii="Times New Roman" w:hAnsi="Times New Roman" w:cs="Times New Roman"/>
          <w:b/>
          <w:sz w:val="24"/>
          <w:szCs w:val="24"/>
        </w:rPr>
        <w:t>concursului</w:t>
      </w:r>
      <w:proofErr w:type="spellEnd"/>
    </w:p>
    <w:p w14:paraId="2CF8B4D0"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Publicarea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anunțului</w:t>
      </w:r>
      <w:proofErr w:type="spellEnd"/>
      <w:r w:rsidRPr="009B171B">
        <w:rPr>
          <w:rFonts w:ascii="Times New Roman" w:hAnsi="Times New Roman" w:cs="Times New Roman"/>
          <w:sz w:val="24"/>
          <w:szCs w:val="24"/>
        </w:rPr>
        <w:t xml:space="preserve">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pagina</w:t>
      </w:r>
      <w:proofErr w:type="spellEnd"/>
      <w:r w:rsidRPr="009B171B">
        <w:rPr>
          <w:rFonts w:ascii="Times New Roman" w:hAnsi="Times New Roman" w:cs="Times New Roman"/>
          <w:sz w:val="24"/>
          <w:szCs w:val="24"/>
        </w:rPr>
        <w:t xml:space="preserve"> de internet a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portalul</w:t>
      </w:r>
      <w:proofErr w:type="spellEnd"/>
      <w:r w:rsidRPr="009B171B">
        <w:rPr>
          <w:rFonts w:ascii="Times New Roman" w:hAnsi="Times New Roman" w:cs="Times New Roman"/>
          <w:sz w:val="24"/>
          <w:szCs w:val="24"/>
        </w:rPr>
        <w:t xml:space="preserve"> posturi.gov.ro): 30.10.2026;</w:t>
      </w:r>
    </w:p>
    <w:p w14:paraId="5643030E"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02.11.2026 – 13.11.2026, interval </w:t>
      </w:r>
      <w:proofErr w:type="spellStart"/>
      <w:r w:rsidRPr="009B171B">
        <w:rPr>
          <w:rFonts w:ascii="Times New Roman" w:hAnsi="Times New Roman" w:cs="Times New Roman"/>
          <w:sz w:val="24"/>
          <w:szCs w:val="24"/>
        </w:rPr>
        <w:t>orar</w:t>
      </w:r>
      <w:proofErr w:type="spellEnd"/>
      <w:r w:rsidRPr="009B171B">
        <w:rPr>
          <w:rFonts w:ascii="Times New Roman" w:hAnsi="Times New Roman" w:cs="Times New Roman"/>
          <w:sz w:val="24"/>
          <w:szCs w:val="24"/>
        </w:rPr>
        <w:t xml:space="preserve"> 09:00 – 15:00, la </w:t>
      </w:r>
      <w:proofErr w:type="spellStart"/>
      <w:r w:rsidRPr="009B171B">
        <w:rPr>
          <w:rFonts w:ascii="Times New Roman" w:hAnsi="Times New Roman" w:cs="Times New Roman"/>
          <w:sz w:val="24"/>
          <w:szCs w:val="24"/>
        </w:rPr>
        <w:t>secretariatul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w:t>
      </w:r>
    </w:p>
    <w:p w14:paraId="63D90979"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16.11.2026;</w:t>
      </w:r>
    </w:p>
    <w:p w14:paraId="184D5B8C"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ABDD59C"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0FB8B404"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18.11.2026,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3BDEB7F9"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ora 09:00,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6A449FF9"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5BA0F76"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w:t>
      </w:r>
    </w:p>
    <w:p w14:paraId="2DF0134F"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E2197B0"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ora 10:00,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19C51A8C"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39983E02"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27.11.2026,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208FA1B4"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lastRenderedPageBreak/>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 (30.11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01.12.2026 sunt </w:t>
      </w:r>
      <w:proofErr w:type="spellStart"/>
      <w:r w:rsidRPr="009B171B">
        <w:rPr>
          <w:rFonts w:ascii="Times New Roman" w:hAnsi="Times New Roman" w:cs="Times New Roman"/>
          <w:sz w:val="24"/>
          <w:szCs w:val="24"/>
        </w:rPr>
        <w:t>zile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libere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legale</w:t>
      </w:r>
      <w:proofErr w:type="spellEnd"/>
      <w:r w:rsidRPr="009B171B">
        <w:rPr>
          <w:rFonts w:ascii="Times New Roman" w:hAnsi="Times New Roman" w:cs="Times New Roman"/>
          <w:sz w:val="24"/>
          <w:szCs w:val="24"/>
        </w:rPr>
        <w:t>);</w:t>
      </w:r>
    </w:p>
    <w:p w14:paraId="413B3B1A"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finale ale </w:t>
      </w:r>
      <w:proofErr w:type="spellStart"/>
      <w:r w:rsidRPr="009B171B">
        <w:rPr>
          <w:rFonts w:ascii="Times New Roman" w:hAnsi="Times New Roman" w:cs="Times New Roman"/>
          <w:sz w:val="24"/>
          <w:szCs w:val="24"/>
        </w:rPr>
        <w:t>concursului</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8571D94" w14:textId="77777777" w:rsidR="00432890" w:rsidRPr="009B171B" w:rsidRDefault="00432890" w:rsidP="00432890">
      <w:pPr>
        <w:spacing w:before="200" w:after="0" w:line="360" w:lineRule="auto"/>
        <w:rPr>
          <w:rFonts w:ascii="Times New Roman" w:hAnsi="Times New Roman" w:cs="Times New Roman"/>
          <w:sz w:val="24"/>
          <w:szCs w:val="24"/>
        </w:rPr>
      </w:pPr>
      <w:r>
        <w:rPr>
          <w:rFonts w:ascii="Times New Roman" w:hAnsi="Times New Roman" w:cs="Times New Roman"/>
          <w:b/>
          <w:sz w:val="24"/>
          <w:szCs w:val="24"/>
        </w:rPr>
        <w:t xml:space="preserve">F.) </w:t>
      </w:r>
      <w:proofErr w:type="spellStart"/>
      <w:r>
        <w:rPr>
          <w:rFonts w:ascii="Times New Roman" w:hAnsi="Times New Roman" w:cs="Times New Roman"/>
          <w:b/>
          <w:sz w:val="24"/>
          <w:szCs w:val="24"/>
        </w:rPr>
        <w:t>Probele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concursului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și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punctajul</w:t>
      </w:r>
      <w:proofErr w:type="spellEnd"/>
      <w:r>
        <w:rPr>
          <w:rFonts w:ascii="Times New Roman" w:hAnsi="Times New Roman" w:cs="Times New Roman"/>
          <w:b/>
          <w:sz w:val="24"/>
          <w:szCs w:val="24"/>
        </w:rPr>
        <w:t xml:space="preserve"> minim de </w:t>
      </w:r>
      <w:proofErr w:type="spellStart"/>
      <w:r>
        <w:rPr>
          <w:rFonts w:ascii="Times New Roman" w:hAnsi="Times New Roman" w:cs="Times New Roman"/>
          <w:b/>
          <w:sz w:val="24"/>
          <w:szCs w:val="24"/>
        </w:rPr>
        <w:t>promovare</w:t>
      </w:r>
      <w:proofErr w:type="spellEnd"/>
    </w:p>
    <w:p w14:paraId="61167508"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Concursul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constă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trei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etape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succesive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w:t>
      </w:r>
    </w:p>
    <w:p w14:paraId="35948B93" w14:textId="77777777" w:rsidR="00432890" w:rsidRPr="009B171B" w:rsidRDefault="00432890" w:rsidP="00432890">
      <w:pPr>
        <w:pStyle w:val="ListBullet"/>
        <w:spacing w:after="0" w:line="360" w:lineRule="auto"/>
        <w:rPr>
          <w:rFonts w:ascii="Times New Roman" w:hAnsi="Times New Roman" w:cs="Times New Roman"/>
          <w:sz w:val="24"/>
          <w:szCs w:val="24"/>
        </w:rPr>
      </w:pPr>
      <w:r w:rsidRPr="009B171B">
        <w:rPr>
          <w:rFonts w:ascii="Times New Roman" w:hAnsi="Times New Roman" w:cs="Times New Roman"/>
          <w:sz w:val="24"/>
          <w:szCs w:val="24"/>
        </w:rPr>
        <w:t xml:space="preserve">Proba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notează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fiecare</w:t>
      </w:r>
      <w:proofErr w:type="spellEnd"/>
      <w:r w:rsidRPr="009B171B">
        <w:rPr>
          <w:rFonts w:ascii="Times New Roman" w:hAnsi="Times New Roman" w:cs="Times New Roman"/>
          <w:sz w:val="24"/>
          <w:szCs w:val="24"/>
        </w:rPr>
        <w:t xml:space="preserve"> cu maximum 100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Punctajul</w:t>
      </w:r>
      <w:proofErr w:type="spellEnd"/>
      <w:r w:rsidRPr="009B171B">
        <w:rPr>
          <w:rFonts w:ascii="Times New Roman" w:hAnsi="Times New Roman" w:cs="Times New Roman"/>
          <w:sz w:val="24"/>
          <w:szCs w:val="24"/>
        </w:rPr>
        <w:t xml:space="preserve"> minim de </w:t>
      </w:r>
      <w:proofErr w:type="spellStart"/>
      <w:r w:rsidRPr="009B171B">
        <w:rPr>
          <w:rFonts w:ascii="Times New Roman" w:hAnsi="Times New Roman" w:cs="Times New Roman"/>
          <w:sz w:val="24"/>
          <w:szCs w:val="24"/>
        </w:rPr>
        <w:t>promovare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este</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respectiv</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w:t>
      </w:r>
      <w:proofErr w:type="spellEnd"/>
      <w:r w:rsidRPr="009B171B">
        <w:rPr>
          <w:rFonts w:ascii="Times New Roman" w:hAnsi="Times New Roman" w:cs="Times New Roman"/>
          <w:sz w:val="24"/>
          <w:szCs w:val="24"/>
        </w:rPr>
        <w:t xml:space="preserve"> (art. 45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xml:space="preserve">. (2)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art. 46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1EBB4DD0" w14:textId="77777777" w:rsidR="00432890" w:rsidRPr="009B171B" w:rsidRDefault="00432890" w:rsidP="00432890">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Subiectele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stabilesc</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exclusiv</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baza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tematicii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 </w:t>
      </w:r>
      <w:proofErr w:type="spellStart"/>
      <w:r w:rsidRPr="009B171B">
        <w:rPr>
          <w:rFonts w:ascii="Times New Roman" w:hAnsi="Times New Roman" w:cs="Times New Roman"/>
          <w:sz w:val="24"/>
          <w:szCs w:val="24"/>
        </w:rPr>
        <w:t>bibliografiei</w:t>
      </w:r>
      <w:proofErr w:type="spellEnd"/>
      <w:r w:rsidRPr="009B171B">
        <w:rPr>
          <w:rFonts w:ascii="Times New Roman" w:hAnsi="Times New Roman" w:cs="Times New Roman"/>
          <w:sz w:val="24"/>
          <w:szCs w:val="24"/>
        </w:rPr>
        <w:t xml:space="preserve"> de concurs (art. 38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3572D682" w14:textId="77777777" w:rsidR="00432890" w:rsidRPr="001452B8" w:rsidRDefault="00432890" w:rsidP="00432890">
      <w:pPr>
        <w:spacing w:after="0" w:line="360" w:lineRule="auto"/>
        <w:ind w:left="360"/>
        <w:contextualSpacing/>
        <w:jc w:val="both"/>
        <w:rPr>
          <w:rFonts w:ascii="Times New Roman" w:hAnsi="Times New Roman" w:cs="Times New Roman"/>
          <w:sz w:val="24"/>
          <w:szCs w:val="24"/>
        </w:rPr>
      </w:pPr>
    </w:p>
    <w:p w14:paraId="0C83E25D" w14:textId="77777777" w:rsidR="001452B8" w:rsidRPr="001452B8" w:rsidRDefault="001452B8" w:rsidP="001452B8">
      <w:pPr>
        <w:spacing w:after="0" w:line="360" w:lineRule="auto"/>
        <w:ind w:left="360" w:hanging="360"/>
        <w:contextualSpacing/>
        <w:jc w:val="both"/>
        <w:rPr>
          <w:rFonts w:ascii="Times New Roman" w:hAnsi="Times New Roman" w:cs="Times New Roman"/>
          <w:sz w:val="24"/>
          <w:szCs w:val="24"/>
        </w:rPr>
      </w:pPr>
    </w:p>
    <w:p w14:paraId="131252D8" w14:textId="77777777" w:rsidR="00432890" w:rsidRPr="005C2DDE" w:rsidRDefault="00432890" w:rsidP="00432890">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Director,</w:t>
      </w:r>
    </w:p>
    <w:p w14:paraId="4100D846" w14:textId="77777777" w:rsidR="00432890" w:rsidRPr="005C2DDE" w:rsidRDefault="00432890" w:rsidP="00432890">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Prof. dr. ing. Ristea Nicoleta-Luminița</w:t>
      </w:r>
    </w:p>
    <w:p w14:paraId="5875CAEC" w14:textId="77777777" w:rsidR="00432890" w:rsidRDefault="00432890" w:rsidP="00432890">
      <w:pPr>
        <w:rPr>
          <w:rFonts w:ascii="Times New Roman" w:hAnsi="Times New Roman" w:cs="Times New Roman"/>
          <w:sz w:val="24"/>
          <w:szCs w:val="24"/>
        </w:rPr>
      </w:pPr>
    </w:p>
    <w:p w14:paraId="7966F4F8" w14:textId="03673D16" w:rsidR="001714C8" w:rsidRPr="009B171B" w:rsidRDefault="001714C8" w:rsidP="001452B8">
      <w:pPr>
        <w:pStyle w:val="ListBullet"/>
        <w:numPr>
          <w:ilvl w:val="0"/>
          <w:numId w:val="0"/>
        </w:numPr>
        <w:spacing w:after="0" w:line="360" w:lineRule="auto"/>
        <w:ind w:left="360"/>
        <w:rPr>
          <w:rFonts w:ascii="Times New Roman" w:hAnsi="Times New Roman" w:cs="Times New Roman"/>
          <w:sz w:val="24"/>
          <w:szCs w:val="24"/>
        </w:rPr>
      </w:pPr>
    </w:p>
    <w:sectPr w:rsidR="001714C8" w:rsidRPr="009B171B"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ECB40" w14:textId="77777777" w:rsidR="00780C10" w:rsidRDefault="00780C10" w:rsidP="0013184E">
      <w:pPr>
        <w:spacing w:after="0" w:line="240" w:lineRule="auto"/>
      </w:pPr>
      <w:r>
        <w:separator/>
      </w:r>
    </w:p>
  </w:endnote>
  <w:endnote w:type="continuationSeparator" w:id="0">
    <w:p w14:paraId="77A8F755" w14:textId="77777777" w:rsidR="00780C10" w:rsidRDefault="00780C10" w:rsidP="00131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A043" w14:textId="77777777" w:rsidR="00780C10" w:rsidRDefault="00780C10" w:rsidP="0013184E">
      <w:pPr>
        <w:spacing w:after="0" w:line="240" w:lineRule="auto"/>
      </w:pPr>
      <w:r>
        <w:separator/>
      </w:r>
    </w:p>
  </w:footnote>
  <w:footnote w:type="continuationSeparator" w:id="0">
    <w:p w14:paraId="7BD0E501" w14:textId="77777777" w:rsidR="00780C10" w:rsidRDefault="00780C10" w:rsidP="00131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1D21" w14:textId="3159FB59" w:rsidR="0013184E" w:rsidRDefault="0013184E">
    <w:pPr>
      <w:pStyle w:val="Header"/>
    </w:pPr>
    <w:r w:rsidRPr="00F91428">
      <w:rPr>
        <w:noProof/>
        <w:lang w:val="ro-RO" w:eastAsia="ro-RO"/>
      </w:rPr>
      <w:drawing>
        <wp:anchor distT="0" distB="0" distL="114300" distR="114300" simplePos="0" relativeHeight="251659264" behindDoc="1" locked="0" layoutInCell="1" allowOverlap="1" wp14:anchorId="640C5C06" wp14:editId="46E2DE76">
          <wp:simplePos x="0" y="0"/>
          <wp:positionH relativeFrom="column">
            <wp:posOffset>-868680</wp:posOffset>
          </wp:positionH>
          <wp:positionV relativeFrom="paragraph">
            <wp:posOffset>-342900</wp:posOffset>
          </wp:positionV>
          <wp:extent cx="2628900" cy="800100"/>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rcRect/>
                  <a:stretch>
                    <a:fillRect/>
                  </a:stretch>
                </pic:blipFill>
                <pic:spPr>
                  <a:xfrm>
                    <a:off x="0" y="0"/>
                    <a:ext cx="2628900" cy="8001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143"/>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472A43"/>
    <w:multiLevelType w:val="hybridMultilevel"/>
    <w:tmpl w:val="24645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33CF4"/>
    <w:multiLevelType w:val="hybridMultilevel"/>
    <w:tmpl w:val="1C542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B311B3"/>
    <w:multiLevelType w:val="hybridMultilevel"/>
    <w:tmpl w:val="1A5816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346102">
    <w:abstractNumId w:val="8"/>
  </w:num>
  <w:num w:numId="2" w16cid:durableId="1093622241">
    <w:abstractNumId w:val="6"/>
  </w:num>
  <w:num w:numId="3" w16cid:durableId="1382553904">
    <w:abstractNumId w:val="5"/>
  </w:num>
  <w:num w:numId="4" w16cid:durableId="1728915677">
    <w:abstractNumId w:val="4"/>
  </w:num>
  <w:num w:numId="5" w16cid:durableId="100689425">
    <w:abstractNumId w:val="7"/>
  </w:num>
  <w:num w:numId="6" w16cid:durableId="1850289876">
    <w:abstractNumId w:val="3"/>
  </w:num>
  <w:num w:numId="7" w16cid:durableId="1963343346">
    <w:abstractNumId w:val="2"/>
  </w:num>
  <w:num w:numId="8" w16cid:durableId="1612514850">
    <w:abstractNumId w:val="1"/>
  </w:num>
  <w:num w:numId="9" w16cid:durableId="953364816">
    <w:abstractNumId w:val="0"/>
  </w:num>
  <w:num w:numId="10" w16cid:durableId="1347633172">
    <w:abstractNumId w:val="11"/>
  </w:num>
  <w:num w:numId="11" w16cid:durableId="756436514">
    <w:abstractNumId w:val="9"/>
  </w:num>
  <w:num w:numId="12" w16cid:durableId="2029943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184E"/>
    <w:rsid w:val="001452B8"/>
    <w:rsid w:val="0015074B"/>
    <w:rsid w:val="0016237D"/>
    <w:rsid w:val="001714C8"/>
    <w:rsid w:val="0029639D"/>
    <w:rsid w:val="00320CE6"/>
    <w:rsid w:val="00326F90"/>
    <w:rsid w:val="003F00B8"/>
    <w:rsid w:val="00432890"/>
    <w:rsid w:val="00481B09"/>
    <w:rsid w:val="005A143B"/>
    <w:rsid w:val="006C7484"/>
    <w:rsid w:val="00780C10"/>
    <w:rsid w:val="00896C05"/>
    <w:rsid w:val="009B171B"/>
    <w:rsid w:val="00AA1D8D"/>
    <w:rsid w:val="00AA4563"/>
    <w:rsid w:val="00AC7564"/>
    <w:rsid w:val="00B47730"/>
    <w:rsid w:val="00B5312E"/>
    <w:rsid w:val="00C90D8E"/>
    <w:rsid w:val="00CB0664"/>
    <w:rsid w:val="00CD7472"/>
    <w:rsid w:val="00CF0239"/>
    <w:rsid w:val="00E94A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7A6897"/>
  <w14:defaultImageDpi w14:val="300"/>
  <w15:docId w15:val="{896AB368-0356-464C-8748-FF1A24D5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78 78</cp:lastModifiedBy>
  <cp:revision>2</cp:revision>
  <cp:lastPrinted>2026-10-28T10:37:00Z</cp:lastPrinted>
  <dcterms:created xsi:type="dcterms:W3CDTF">2026-10-29T09:27:00Z</dcterms:created>
  <dcterms:modified xsi:type="dcterms:W3CDTF">2026-10-29T09:27:00Z</dcterms:modified>
  <cp:category/>
</cp:coreProperties>
</file>