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1FF14" w14:textId="77777777" w:rsidR="00A1443E" w:rsidRDefault="00000000">
      <w:pPr>
        <w:jc w:val="center"/>
        <w:rPr>
          <w:rFonts w:ascii="Times New Roman" w:hAnsi="Times New Roman" w:cs="Times New Roman"/>
          <w:b/>
          <w:sz w:val="24"/>
          <w:szCs w:val="24"/>
        </w:rPr>
      </w:pPr>
      <w:r w:rsidRPr="006979AD">
        <w:rPr>
          <w:rFonts w:ascii="Times New Roman" w:hAnsi="Times New Roman" w:cs="Times New Roman"/>
          <w:b/>
          <w:sz w:val="24"/>
          <w:szCs w:val="24"/>
        </w:rPr>
        <w:t>ANUNȚ CONCURS PENTRU OCUPAREA POSTULUI VACANT</w:t>
      </w:r>
      <w:r w:rsidRPr="006979AD">
        <w:rPr>
          <w:rFonts w:ascii="Times New Roman" w:hAnsi="Times New Roman" w:cs="Times New Roman"/>
          <w:b/>
          <w:sz w:val="24"/>
          <w:szCs w:val="24"/>
        </w:rPr>
        <w:br/>
        <w:t>DE ADMINISTRATOR PATRIMONIU I (S)</w:t>
      </w:r>
    </w:p>
    <w:p w14:paraId="233AC213" w14:textId="77777777" w:rsidR="006979AD" w:rsidRPr="006979AD" w:rsidRDefault="006979AD">
      <w:pPr>
        <w:jc w:val="center"/>
        <w:rPr>
          <w:rFonts w:ascii="Times New Roman" w:hAnsi="Times New Roman" w:cs="Times New Roman"/>
          <w:sz w:val="24"/>
          <w:szCs w:val="24"/>
        </w:rPr>
      </w:pPr>
    </w:p>
    <w:p w14:paraId="21756823" w14:textId="7F456640" w:rsidR="00A1443E" w:rsidRDefault="005A1EE7" w:rsidP="005A1EE7">
      <w:pPr>
        <w:spacing w:after="0" w:line="360" w:lineRule="auto"/>
        <w:jc w:val="both"/>
        <w:rPr>
          <w:rFonts w:ascii="Times New Roman" w:hAnsi="Times New Roman" w:cs="Times New Roman"/>
          <w:sz w:val="24"/>
          <w:szCs w:val="24"/>
        </w:rPr>
      </w:pPr>
      <w:r w:rsidRPr="005A1EE7">
        <w:rPr>
          <w:rFonts w:ascii="Times New Roman" w:hAnsi="Times New Roman" w:cs="Times New Roman"/>
          <w:b/>
          <w:bCs/>
          <w:sz w:val="24"/>
          <w:szCs w:val="24"/>
        </w:rPr>
        <w:t>A</w:t>
      </w:r>
      <w:r>
        <w:rPr>
          <w:rFonts w:ascii="Times New Roman" w:hAnsi="Times New Roman" w:cs="Times New Roman"/>
          <w:b/>
          <w:bCs/>
          <w:sz w:val="24"/>
          <w:szCs w:val="24"/>
        </w:rPr>
        <w:t>.</w:t>
      </w:r>
      <w:r w:rsidRPr="005A1EE7">
        <w:rPr>
          <w:rFonts w:ascii="Times New Roman" w:hAnsi="Times New Roman" w:cs="Times New Roman"/>
          <w:b/>
          <w:bCs/>
          <w:sz w:val="24"/>
          <w:szCs w:val="24"/>
        </w:rPr>
        <w:t>)</w:t>
      </w:r>
      <w:r>
        <w:rPr>
          <w:rFonts w:ascii="Times New Roman" w:hAnsi="Times New Roman" w:cs="Times New Roman"/>
          <w:b/>
          <w:bCs/>
          <w:sz w:val="24"/>
          <w:szCs w:val="24"/>
        </w:rPr>
        <w:t xml:space="preserve"> </w:t>
      </w:r>
      <w:proofErr w:type="spellStart"/>
      <w:r w:rsidRPr="005A1EE7">
        <w:rPr>
          <w:rFonts w:ascii="Times New Roman" w:hAnsi="Times New Roman" w:cs="Times New Roman"/>
          <w:b/>
          <w:bCs/>
          <w:sz w:val="24"/>
          <w:szCs w:val="24"/>
        </w:rPr>
        <w:t>Centrul</w:t>
      </w:r>
      <w:proofErr w:type="spellEnd"/>
      <w:r w:rsidRPr="005A1EE7">
        <w:rPr>
          <w:rFonts w:ascii="Times New Roman" w:hAnsi="Times New Roman" w:cs="Times New Roman"/>
          <w:b/>
          <w:bCs/>
          <w:sz w:val="24"/>
          <w:szCs w:val="24"/>
        </w:rPr>
        <w:t xml:space="preserve"> </w:t>
      </w:r>
      <w:proofErr w:type="spellStart"/>
      <w:r w:rsidRPr="005A1EE7">
        <w:rPr>
          <w:rFonts w:ascii="Times New Roman" w:hAnsi="Times New Roman" w:cs="Times New Roman"/>
          <w:b/>
          <w:bCs/>
          <w:sz w:val="24"/>
          <w:szCs w:val="24"/>
        </w:rPr>
        <w:t>Școlar</w:t>
      </w:r>
      <w:proofErr w:type="spellEnd"/>
      <w:r w:rsidRPr="005A1EE7">
        <w:rPr>
          <w:rFonts w:ascii="Times New Roman" w:hAnsi="Times New Roman" w:cs="Times New Roman"/>
          <w:b/>
          <w:bCs/>
          <w:sz w:val="24"/>
          <w:szCs w:val="24"/>
        </w:rPr>
        <w:t xml:space="preserve"> </w:t>
      </w:r>
      <w:proofErr w:type="spellStart"/>
      <w:r w:rsidRPr="005A1EE7">
        <w:rPr>
          <w:rFonts w:ascii="Times New Roman" w:hAnsi="Times New Roman" w:cs="Times New Roman"/>
          <w:b/>
          <w:bCs/>
          <w:sz w:val="24"/>
          <w:szCs w:val="24"/>
        </w:rPr>
        <w:t>pentru</w:t>
      </w:r>
      <w:proofErr w:type="spellEnd"/>
      <w:r w:rsidRPr="005A1EE7">
        <w:rPr>
          <w:rFonts w:ascii="Times New Roman" w:hAnsi="Times New Roman" w:cs="Times New Roman"/>
          <w:b/>
          <w:bCs/>
          <w:sz w:val="24"/>
          <w:szCs w:val="24"/>
        </w:rPr>
        <w:t xml:space="preserve"> </w:t>
      </w:r>
      <w:proofErr w:type="spellStart"/>
      <w:r w:rsidRPr="005A1EE7">
        <w:rPr>
          <w:rFonts w:ascii="Times New Roman" w:hAnsi="Times New Roman" w:cs="Times New Roman"/>
          <w:b/>
          <w:bCs/>
          <w:sz w:val="24"/>
          <w:szCs w:val="24"/>
        </w:rPr>
        <w:t>Educație</w:t>
      </w:r>
      <w:proofErr w:type="spellEnd"/>
      <w:r w:rsidRPr="005A1EE7">
        <w:rPr>
          <w:rFonts w:ascii="Times New Roman" w:hAnsi="Times New Roman" w:cs="Times New Roman"/>
          <w:b/>
          <w:bCs/>
          <w:sz w:val="24"/>
          <w:szCs w:val="24"/>
        </w:rPr>
        <w:t xml:space="preserve"> Incluzivă „Albatros” Constanța</w:t>
      </w:r>
      <w:r w:rsidRPr="006979AD">
        <w:rPr>
          <w:rFonts w:ascii="Times New Roman" w:hAnsi="Times New Roman" w:cs="Times New Roman"/>
          <w:sz w:val="24"/>
          <w:szCs w:val="24"/>
        </w:rPr>
        <w:t xml:space="preserve">, cu sediul în Municipiul Constanța, Str. </w:t>
      </w:r>
      <w:r w:rsidR="00416F22">
        <w:rPr>
          <w:rFonts w:ascii="Times New Roman" w:hAnsi="Times New Roman" w:cs="Times New Roman"/>
          <w:sz w:val="24"/>
          <w:szCs w:val="24"/>
        </w:rPr>
        <w:t xml:space="preserve">Barbu Ștefănescu </w:t>
      </w:r>
      <w:proofErr w:type="spellStart"/>
      <w:r w:rsidR="00416F22">
        <w:rPr>
          <w:rFonts w:ascii="Times New Roman" w:hAnsi="Times New Roman" w:cs="Times New Roman"/>
          <w:sz w:val="24"/>
          <w:szCs w:val="24"/>
        </w:rPr>
        <w:t>Delavrancea</w:t>
      </w:r>
      <w:proofErr w:type="spellEnd"/>
      <w:r w:rsidRPr="006979AD">
        <w:rPr>
          <w:rFonts w:ascii="Times New Roman" w:hAnsi="Times New Roman" w:cs="Times New Roman"/>
          <w:sz w:val="24"/>
          <w:szCs w:val="24"/>
        </w:rPr>
        <w:t>,</w:t>
      </w:r>
      <w:r w:rsidR="00416F22">
        <w:rPr>
          <w:rFonts w:ascii="Times New Roman" w:hAnsi="Times New Roman" w:cs="Times New Roman"/>
          <w:sz w:val="24"/>
          <w:szCs w:val="24"/>
        </w:rPr>
        <w:t xml:space="preserve"> nr. 55</w:t>
      </w:r>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organizează</w:t>
      </w:r>
      <w:proofErr w:type="spellEnd"/>
      <w:r w:rsidRPr="006979AD">
        <w:rPr>
          <w:rFonts w:ascii="Times New Roman" w:hAnsi="Times New Roman" w:cs="Times New Roman"/>
          <w:sz w:val="24"/>
          <w:szCs w:val="24"/>
        </w:rPr>
        <w:t xml:space="preserve"> concurs </w:t>
      </w:r>
      <w:proofErr w:type="spellStart"/>
      <w:r w:rsidRPr="006979AD">
        <w:rPr>
          <w:rFonts w:ascii="Times New Roman" w:hAnsi="Times New Roman" w:cs="Times New Roman"/>
          <w:sz w:val="24"/>
          <w:szCs w:val="24"/>
        </w:rPr>
        <w:t>în</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baza</w:t>
      </w:r>
      <w:proofErr w:type="spellEnd"/>
      <w:r w:rsidRPr="006979AD">
        <w:rPr>
          <w:rFonts w:ascii="Times New Roman" w:hAnsi="Times New Roman" w:cs="Times New Roman"/>
          <w:sz w:val="24"/>
          <w:szCs w:val="24"/>
        </w:rPr>
        <w:t xml:space="preserve"> Hotărârii Guvernului nr. 1336/2022 </w:t>
      </w:r>
      <w:proofErr w:type="spellStart"/>
      <w:r w:rsidRPr="006979AD">
        <w:rPr>
          <w:rFonts w:ascii="Times New Roman" w:hAnsi="Times New Roman" w:cs="Times New Roman"/>
          <w:sz w:val="24"/>
          <w:szCs w:val="24"/>
        </w:rPr>
        <w:t>pentru</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ocuparea</w:t>
      </w:r>
      <w:proofErr w:type="spellEnd"/>
      <w:r w:rsidRPr="006979AD">
        <w:rPr>
          <w:rFonts w:ascii="Times New Roman" w:hAnsi="Times New Roman" w:cs="Times New Roman"/>
          <w:sz w:val="24"/>
          <w:szCs w:val="24"/>
        </w:rPr>
        <w:t xml:space="preserve"> pe </w:t>
      </w:r>
      <w:proofErr w:type="spellStart"/>
      <w:r w:rsidRPr="006979AD">
        <w:rPr>
          <w:rFonts w:ascii="Times New Roman" w:hAnsi="Times New Roman" w:cs="Times New Roman"/>
          <w:sz w:val="24"/>
          <w:szCs w:val="24"/>
        </w:rPr>
        <w:t>perioadă</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nedeterminată</w:t>
      </w:r>
      <w:proofErr w:type="spellEnd"/>
      <w:r w:rsidRPr="006979AD">
        <w:rPr>
          <w:rFonts w:ascii="Times New Roman" w:hAnsi="Times New Roman" w:cs="Times New Roman"/>
          <w:sz w:val="24"/>
          <w:szCs w:val="24"/>
        </w:rPr>
        <w:t xml:space="preserve"> a </w:t>
      </w:r>
      <w:proofErr w:type="spellStart"/>
      <w:r w:rsidRPr="006979AD">
        <w:rPr>
          <w:rFonts w:ascii="Times New Roman" w:hAnsi="Times New Roman" w:cs="Times New Roman"/>
          <w:sz w:val="24"/>
          <w:szCs w:val="24"/>
        </w:rPr>
        <w:t>funcției</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contractuale</w:t>
      </w:r>
      <w:proofErr w:type="spellEnd"/>
      <w:r w:rsidRPr="006979AD">
        <w:rPr>
          <w:rFonts w:ascii="Times New Roman" w:hAnsi="Times New Roman" w:cs="Times New Roman"/>
          <w:sz w:val="24"/>
          <w:szCs w:val="24"/>
        </w:rPr>
        <w:t xml:space="preserve"> de </w:t>
      </w:r>
      <w:proofErr w:type="spellStart"/>
      <w:r w:rsidRPr="006979AD">
        <w:rPr>
          <w:rFonts w:ascii="Times New Roman" w:hAnsi="Times New Roman" w:cs="Times New Roman"/>
          <w:sz w:val="24"/>
          <w:szCs w:val="24"/>
        </w:rPr>
        <w:t>execuție</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vacante</w:t>
      </w:r>
      <w:proofErr w:type="spellEnd"/>
      <w:r w:rsidRPr="006979AD">
        <w:rPr>
          <w:rFonts w:ascii="Times New Roman" w:hAnsi="Times New Roman" w:cs="Times New Roman"/>
          <w:sz w:val="24"/>
          <w:szCs w:val="24"/>
        </w:rPr>
        <w:t xml:space="preserve"> de Administrator</w:t>
      </w:r>
      <w:r w:rsidR="00D213F5">
        <w:rPr>
          <w:rFonts w:ascii="Times New Roman" w:hAnsi="Times New Roman" w:cs="Times New Roman"/>
          <w:sz w:val="24"/>
          <w:szCs w:val="24"/>
        </w:rPr>
        <w:t xml:space="preserve"> de</w:t>
      </w:r>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Patrimoniu</w:t>
      </w:r>
      <w:proofErr w:type="spellEnd"/>
      <w:r w:rsidRPr="006979AD">
        <w:rPr>
          <w:rFonts w:ascii="Times New Roman" w:hAnsi="Times New Roman" w:cs="Times New Roman"/>
          <w:sz w:val="24"/>
          <w:szCs w:val="24"/>
        </w:rPr>
        <w:t xml:space="preserve"> </w:t>
      </w:r>
      <w:proofErr w:type="spellStart"/>
      <w:r w:rsidR="00D213F5">
        <w:rPr>
          <w:rFonts w:ascii="Times New Roman" w:hAnsi="Times New Roman" w:cs="Times New Roman"/>
          <w:sz w:val="24"/>
          <w:szCs w:val="24"/>
        </w:rPr>
        <w:t>în</w:t>
      </w:r>
      <w:proofErr w:type="spellEnd"/>
      <w:r w:rsidR="00D213F5">
        <w:rPr>
          <w:rFonts w:ascii="Times New Roman" w:hAnsi="Times New Roman" w:cs="Times New Roman"/>
          <w:sz w:val="24"/>
          <w:szCs w:val="24"/>
        </w:rPr>
        <w:t xml:space="preserve"> </w:t>
      </w:r>
      <w:proofErr w:type="spellStart"/>
      <w:r w:rsidR="00D213F5">
        <w:rPr>
          <w:rFonts w:ascii="Times New Roman" w:hAnsi="Times New Roman" w:cs="Times New Roman"/>
          <w:sz w:val="24"/>
          <w:szCs w:val="24"/>
        </w:rPr>
        <w:t>cadrul</w:t>
      </w:r>
      <w:proofErr w:type="spellEnd"/>
      <w:r w:rsidR="00D213F5">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compartimentului</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Administrativ</w:t>
      </w:r>
      <w:proofErr w:type="spellEnd"/>
      <w:r w:rsidR="00D213F5">
        <w:rPr>
          <w:rFonts w:ascii="Times New Roman" w:hAnsi="Times New Roman" w:cs="Times New Roman"/>
          <w:sz w:val="24"/>
          <w:szCs w:val="24"/>
        </w:rPr>
        <w:t>/Personal Didactic auxiliar</w:t>
      </w:r>
      <w:r w:rsidRPr="006979AD">
        <w:rPr>
          <w:rFonts w:ascii="Times New Roman" w:hAnsi="Times New Roman" w:cs="Times New Roman"/>
          <w:sz w:val="24"/>
          <w:szCs w:val="24"/>
        </w:rPr>
        <w:t>.</w:t>
      </w:r>
    </w:p>
    <w:p w14:paraId="11D75AD0" w14:textId="77777777" w:rsidR="00D213F5" w:rsidRDefault="00D213F5" w:rsidP="00140AF4">
      <w:pPr>
        <w:spacing w:after="0" w:line="360" w:lineRule="auto"/>
        <w:ind w:firstLine="720"/>
        <w:jc w:val="both"/>
        <w:rPr>
          <w:rFonts w:ascii="Times New Roman" w:hAnsi="Times New Roman" w:cs="Times New Roman"/>
          <w:sz w:val="24"/>
          <w:szCs w:val="24"/>
        </w:rPr>
      </w:pPr>
    </w:p>
    <w:p w14:paraId="30A9B950" w14:textId="542968C8" w:rsidR="00D213F5" w:rsidRPr="00887384" w:rsidRDefault="00D213F5" w:rsidP="00D213F5">
      <w:pPr>
        <w:spacing w:after="0" w:line="360" w:lineRule="auto"/>
        <w:ind w:firstLine="72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color w:val="000000"/>
          <w:sz w:val="24"/>
          <w:szCs w:val="24"/>
          <w:lang w:val="ro-RO" w:eastAsia="ro-RO"/>
        </w:rPr>
        <w:t xml:space="preserve"> </w:t>
      </w:r>
      <w:r w:rsidRPr="00887384">
        <w:rPr>
          <w:rFonts w:ascii="Times New Roman" w:eastAsia="Times New Roman" w:hAnsi="Times New Roman" w:cs="Times New Roman"/>
          <w:color w:val="000000"/>
          <w:sz w:val="24"/>
          <w:szCs w:val="24"/>
          <w:lang w:val="ro-RO" w:eastAsia="ro-RO"/>
        </w:rPr>
        <w:t>1. Nivelul postului: Execuție</w:t>
      </w:r>
    </w:p>
    <w:p w14:paraId="7A370E12" w14:textId="16A531C4" w:rsidR="00D213F5" w:rsidRPr="00887384" w:rsidRDefault="00D213F5" w:rsidP="00D213F5">
      <w:pPr>
        <w:spacing w:after="0" w:line="360" w:lineRule="auto"/>
        <w:ind w:firstLine="720"/>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 xml:space="preserve"> 2. Denumirea postului:</w:t>
      </w:r>
      <w:r>
        <w:rPr>
          <w:rFonts w:ascii="Times New Roman" w:eastAsia="Times New Roman" w:hAnsi="Times New Roman" w:cs="Times New Roman"/>
          <w:color w:val="000000"/>
          <w:sz w:val="24"/>
          <w:szCs w:val="24"/>
          <w:lang w:val="ro-RO" w:eastAsia="ro-RO"/>
        </w:rPr>
        <w:t xml:space="preserve"> Administrator de patrimoniu I (S)</w:t>
      </w:r>
    </w:p>
    <w:p w14:paraId="2D23CAD7" w14:textId="77777777" w:rsidR="00D213F5" w:rsidRPr="00887384" w:rsidRDefault="00D213F5" w:rsidP="00D213F5">
      <w:pPr>
        <w:spacing w:after="0" w:line="360" w:lineRule="auto"/>
        <w:ind w:firstLine="720"/>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 xml:space="preserve"> 3. Numărul de posturi: 1 post, normă întreagă (8 ore/zi, 40 ore/săptămână), pe perioadă nedeterminată</w:t>
      </w:r>
    </w:p>
    <w:p w14:paraId="51296F26" w14:textId="77777777" w:rsidR="00D213F5" w:rsidRPr="00887384" w:rsidRDefault="00D213F5" w:rsidP="00D213F5">
      <w:pPr>
        <w:spacing w:after="0" w:line="360" w:lineRule="auto"/>
        <w:rPr>
          <w:rFonts w:ascii="Times New Roman" w:eastAsia="Times New Roman" w:hAnsi="Times New Roman" w:cs="Times New Roman"/>
          <w:sz w:val="24"/>
          <w:szCs w:val="24"/>
          <w:lang w:val="ro-RO" w:eastAsia="ro-RO"/>
        </w:rPr>
      </w:pPr>
    </w:p>
    <w:p w14:paraId="3D99E4DD" w14:textId="7C661D17" w:rsidR="00D213F5" w:rsidRPr="00887384" w:rsidRDefault="005A1EE7" w:rsidP="00D213F5">
      <w:pPr>
        <w:spacing w:after="0" w:line="360" w:lineRule="auto"/>
        <w:jc w:val="both"/>
        <w:outlineLvl w:val="2"/>
        <w:rPr>
          <w:rFonts w:ascii="Times New Roman" w:eastAsia="Times New Roman" w:hAnsi="Times New Roman" w:cs="Times New Roman"/>
          <w:color w:val="1F4D78"/>
          <w:sz w:val="24"/>
          <w:szCs w:val="24"/>
          <w:lang w:val="ro-RO" w:eastAsia="ro-RO"/>
        </w:rPr>
      </w:pPr>
      <w:r>
        <w:rPr>
          <w:rFonts w:ascii="Times New Roman" w:eastAsia="Times New Roman" w:hAnsi="Times New Roman" w:cs="Times New Roman"/>
          <w:b/>
          <w:bCs/>
          <w:color w:val="000000"/>
          <w:sz w:val="24"/>
          <w:szCs w:val="24"/>
          <w:lang w:val="ro-RO" w:eastAsia="ro-RO"/>
        </w:rPr>
        <w:t xml:space="preserve">B.) </w:t>
      </w:r>
      <w:r w:rsidR="00D213F5" w:rsidRPr="00887384">
        <w:rPr>
          <w:rFonts w:ascii="Times New Roman" w:eastAsia="Times New Roman" w:hAnsi="Times New Roman" w:cs="Times New Roman"/>
          <w:b/>
          <w:bCs/>
          <w:color w:val="000000"/>
          <w:sz w:val="24"/>
          <w:szCs w:val="24"/>
          <w:lang w:val="ro-RO" w:eastAsia="ro-RO"/>
        </w:rPr>
        <w:t>Documente solicitate candidaţilor pentru întocmirea dosarului de concurs, conform art. 35 din H.G. 1336/2022</w:t>
      </w:r>
    </w:p>
    <w:p w14:paraId="53EDC6E1"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a) formular de înscriere la concurs, conform modelului prevăzut în anexa nr. 2 la H.G. nr. 1336/2022, pus la dispoziția candidaților la secretariatul instituției;</w:t>
      </w:r>
    </w:p>
    <w:p w14:paraId="63F38259"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b) copia actului de identitate sau orice alt document care atestă identitatea, potrivit legii, aflate în termen de valabilitate;</w:t>
      </w:r>
    </w:p>
    <w:p w14:paraId="0FDC7DA8"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c) copia certificatului de căsătorie sau a altui document prin care s-a realizat schimbarea de nume, după caz;</w:t>
      </w:r>
    </w:p>
    <w:p w14:paraId="18CD4A09"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169DF0FF"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e) copia carnetului de muncă, a adeverinței eliberate de angajator pentru perioada lucrată, care să ateste vechimea în muncă și în specialitatea studiilor solicitate pentru ocuparea postului;</w:t>
      </w:r>
    </w:p>
    <w:p w14:paraId="4433232E"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 xml:space="preserve">f) certificat de cazier judiciar sau, după caz, extrasul de pe cazierul judiciar. Potrivit art. 35 alin. (5) din H.G. nr. 1336/2022, acesta poate fi înlocuit cu o declarație pe propria răspundere privind antecedentele penale; în acest caz, candidatul declarat admis la selecția </w:t>
      </w:r>
      <w:r w:rsidRPr="00887384">
        <w:rPr>
          <w:rFonts w:ascii="Times New Roman" w:eastAsia="Times New Roman" w:hAnsi="Times New Roman" w:cs="Times New Roman"/>
          <w:color w:val="000000"/>
          <w:sz w:val="24"/>
          <w:szCs w:val="24"/>
          <w:lang w:val="ro-RO" w:eastAsia="ro-RO"/>
        </w:rPr>
        <w:lastRenderedPageBreak/>
        <w:t>dosarelor care nu a solicitat expres instituției obținerea informațiilor privind antecedentele penale are obligația de a depune originalul documentului cel târziu până la data susținerii probei scrise;</w:t>
      </w:r>
    </w:p>
    <w:p w14:paraId="78D96C8E"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g) certificat medical eliberat de medicul specialist de medicina muncii, conform Ordinului MS/MEC nr. 55/3.335/2026, emis pe baza avizului medicului specialist psihiatru și a adeverinței medicale eliberate de medicul de familie, cu cel mult 6 luni anterior derulării concursului;</w:t>
      </w:r>
    </w:p>
    <w:p w14:paraId="4826836A"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88C4EDB"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i) curriculum vitae, model comun european.</w:t>
      </w:r>
    </w:p>
    <w:p w14:paraId="15B7D98E"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Copiile documentelor prevăzute la lit. b) – e) se prezintă însoțite de documentele originale, în vederea certificării pentru conformitate cu originalul de către secretarul comisiei de concurs (art. 35 alin. (4) din H.G. nr. 1336/2022).</w:t>
      </w:r>
    </w:p>
    <w:p w14:paraId="09B9D6C4" w14:textId="77777777" w:rsidR="00D213F5" w:rsidRPr="00887384" w:rsidRDefault="00D213F5" w:rsidP="00D213F5">
      <w:pPr>
        <w:spacing w:after="0" w:line="360" w:lineRule="auto"/>
        <w:rPr>
          <w:rFonts w:ascii="Times New Roman" w:eastAsia="Times New Roman" w:hAnsi="Times New Roman" w:cs="Times New Roman"/>
          <w:sz w:val="24"/>
          <w:szCs w:val="24"/>
          <w:lang w:val="ro-RO" w:eastAsia="ro-RO"/>
        </w:rPr>
      </w:pPr>
    </w:p>
    <w:p w14:paraId="74747CDD" w14:textId="77777777" w:rsidR="005A1EE7" w:rsidRPr="0015342E" w:rsidRDefault="00D213F5" w:rsidP="0015342E">
      <w:pPr>
        <w:pStyle w:val="ListParagraph"/>
        <w:numPr>
          <w:ilvl w:val="0"/>
          <w:numId w:val="10"/>
        </w:numPr>
        <w:spacing w:after="0" w:line="360" w:lineRule="auto"/>
        <w:jc w:val="both"/>
        <w:rPr>
          <w:rFonts w:ascii="Times New Roman" w:eastAsia="Times New Roman" w:hAnsi="Times New Roman" w:cs="Times New Roman"/>
          <w:color w:val="000000"/>
          <w:sz w:val="24"/>
          <w:szCs w:val="24"/>
          <w:lang w:val="ro-RO" w:eastAsia="ro-RO"/>
        </w:rPr>
      </w:pPr>
      <w:r w:rsidRPr="0015342E">
        <w:rPr>
          <w:rFonts w:ascii="Times New Roman" w:eastAsia="Times New Roman" w:hAnsi="Times New Roman" w:cs="Times New Roman"/>
          <w:color w:val="000000"/>
          <w:sz w:val="24"/>
          <w:szCs w:val="24"/>
          <w:lang w:val="ro-RO" w:eastAsia="ro-RO"/>
        </w:rPr>
        <w:t>Dosarele de înscriere se depun la secretariatul instituției (Str. Barbu Ștefănescu Delavrancea nr. 55, Constanța), în perioada 02.11.2026 – 13.11.2026, între orele 09:00 – 15:00.</w:t>
      </w:r>
    </w:p>
    <w:p w14:paraId="3970E150" w14:textId="0EC0343A" w:rsidR="00D213F5" w:rsidRPr="0015342E" w:rsidRDefault="00D213F5" w:rsidP="0015342E">
      <w:pPr>
        <w:pStyle w:val="ListParagraph"/>
        <w:numPr>
          <w:ilvl w:val="0"/>
          <w:numId w:val="10"/>
        </w:numPr>
        <w:spacing w:after="0" w:line="360" w:lineRule="auto"/>
        <w:jc w:val="both"/>
        <w:rPr>
          <w:rFonts w:ascii="Times New Roman" w:eastAsia="Times New Roman" w:hAnsi="Times New Roman" w:cs="Times New Roman"/>
          <w:color w:val="000000"/>
          <w:sz w:val="24"/>
          <w:szCs w:val="24"/>
          <w:lang w:val="ro-RO" w:eastAsia="ro-RO"/>
        </w:rPr>
      </w:pPr>
      <w:r w:rsidRPr="0015342E">
        <w:rPr>
          <w:rFonts w:ascii="Times New Roman" w:eastAsia="Times New Roman" w:hAnsi="Times New Roman" w:cs="Times New Roman"/>
          <w:color w:val="000000"/>
          <w:sz w:val="24"/>
          <w:szCs w:val="24"/>
          <w:lang w:val="ro-RO" w:eastAsia="ro-RO"/>
        </w:rPr>
        <w:t xml:space="preserve">Informații: tel. 0341/173232, e-mail: centrulalbatros@yahoo.com; </w:t>
      </w:r>
    </w:p>
    <w:p w14:paraId="46F3E81E" w14:textId="2D276AC0" w:rsidR="005A1EE7" w:rsidRPr="0015342E" w:rsidRDefault="005A1EE7" w:rsidP="0015342E">
      <w:pPr>
        <w:pStyle w:val="ListParagraph"/>
        <w:numPr>
          <w:ilvl w:val="0"/>
          <w:numId w:val="10"/>
        </w:numPr>
        <w:spacing w:after="0" w:line="360" w:lineRule="auto"/>
        <w:jc w:val="both"/>
        <w:rPr>
          <w:rFonts w:ascii="Times New Roman" w:eastAsia="Times New Roman" w:hAnsi="Times New Roman" w:cs="Times New Roman"/>
          <w:color w:val="000000"/>
          <w:sz w:val="24"/>
          <w:szCs w:val="24"/>
          <w:lang w:val="ro-RO" w:eastAsia="ro-RO"/>
        </w:rPr>
      </w:pPr>
      <w:r w:rsidRPr="0015342E">
        <w:rPr>
          <w:rFonts w:ascii="Times New Roman" w:eastAsia="Times New Roman" w:hAnsi="Times New Roman" w:cs="Times New Roman"/>
          <w:color w:val="000000"/>
          <w:sz w:val="24"/>
          <w:szCs w:val="24"/>
          <w:lang w:val="ro-RO" w:eastAsia="ro-RO"/>
        </w:rPr>
        <w:t>Termenul-limită de depunere a dosarelor: 13.11.2026, ora 15:00.</w:t>
      </w:r>
    </w:p>
    <w:p w14:paraId="3A80982C"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p>
    <w:p w14:paraId="725AAF37" w14:textId="106F725C" w:rsidR="00D213F5" w:rsidRPr="00887384" w:rsidRDefault="005A1EE7" w:rsidP="00D213F5">
      <w:pPr>
        <w:spacing w:after="0" w:line="36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b/>
          <w:bCs/>
          <w:color w:val="000000"/>
          <w:sz w:val="24"/>
          <w:szCs w:val="24"/>
          <w:lang w:val="ro-RO" w:eastAsia="ro-RO"/>
        </w:rPr>
        <w:t>C.) Condițiile generale prevăzute de art. 15 din H.G. nr. 1336/2022</w:t>
      </w:r>
    </w:p>
    <w:p w14:paraId="1C00CC04"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 xml:space="preserve">Poate ocupa un post vacant sau temporar vacant persoana care îndeplinește condițiile prevăzute de Legea nr. 53/2003 — Codul muncii, republicată, cu modificările și </w:t>
      </w:r>
      <w:r w:rsidRPr="00887384">
        <w:rPr>
          <w:rFonts w:ascii="Times New Roman" w:eastAsia="Times New Roman" w:hAnsi="Times New Roman" w:cs="Times New Roman"/>
          <w:color w:val="000000"/>
          <w:sz w:val="24"/>
          <w:szCs w:val="24"/>
          <w:lang w:val="ro-RO" w:eastAsia="ro-RO"/>
        </w:rPr>
        <w:lastRenderedPageBreak/>
        <w:t>completările ulterioare, și cerințele specifice prevăzute la art. 542 alin. (1) și (2) din Ordonanța de urgență a Guvernului nr. 57/2019 privind Codul administrativ, cu modificările și completările ulterioare:</w:t>
      </w:r>
    </w:p>
    <w:p w14:paraId="659F72D1"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a) are cetățenia română sau cetățenia unui alt stat membru al Uniunii Europene, a unui stat parte la Acordul privind Spațiul Economic European (SEE) sau cetățenia Confederației Elvețiene;</w:t>
      </w:r>
    </w:p>
    <w:p w14:paraId="3104B310"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b) cunoaște limba română, scris și vorbit;</w:t>
      </w:r>
    </w:p>
    <w:p w14:paraId="1C563F50"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c) are capacitate de muncă în conformitate cu prevederile Legii nr. 53/2003 — Codul muncii, republicată, cu modificările și completările ulterioare;</w:t>
      </w:r>
    </w:p>
    <w:p w14:paraId="33C79304"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d) are o stare de sănătate corespunzătoare postului pentru care candidează, atestată pe baza adeverinței medicale eliberate de medicul de familie sau de unitățile sanitare abilitate;</w:t>
      </w:r>
    </w:p>
    <w:p w14:paraId="0A5FC7B7"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e) îndeplinește condițiile de studii, de vechime în specialitate și, după caz, alte condiții specifice potrivit cerințelor postului scos la concurs;</w:t>
      </w:r>
    </w:p>
    <w:p w14:paraId="177D60FE"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FFEBBE0" w14:textId="77777777" w:rsidR="00D213F5" w:rsidRPr="00887384" w:rsidRDefault="00D213F5" w:rsidP="00D213F5">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4790F6B" w14:textId="5C20BA84" w:rsidR="00D213F5" w:rsidRPr="00887384" w:rsidRDefault="00D213F5" w:rsidP="001534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3514FA5" w14:textId="77777777" w:rsidR="00D213F5" w:rsidRPr="0015342E" w:rsidRDefault="00D213F5" w:rsidP="00D213F5">
      <w:pPr>
        <w:spacing w:after="0" w:line="360" w:lineRule="auto"/>
        <w:ind w:firstLine="720"/>
        <w:jc w:val="both"/>
        <w:rPr>
          <w:rFonts w:ascii="Times New Roman" w:eastAsia="Times New Roman" w:hAnsi="Times New Roman" w:cs="Times New Roman"/>
          <w:i/>
          <w:iCs/>
          <w:lang w:val="ro-RO" w:eastAsia="ro-RO"/>
        </w:rPr>
      </w:pPr>
      <w:r w:rsidRPr="0015342E">
        <w:rPr>
          <w:rFonts w:ascii="Times New Roman" w:eastAsia="Times New Roman" w:hAnsi="Times New Roman" w:cs="Times New Roman"/>
          <w:i/>
          <w:iCs/>
          <w:color w:val="000000"/>
          <w:lang w:val="ro-RO" w:eastAsia="ro-RO"/>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w:t>
      </w:r>
      <w:r w:rsidRPr="0015342E">
        <w:rPr>
          <w:rFonts w:ascii="Times New Roman" w:eastAsia="Times New Roman" w:hAnsi="Times New Roman" w:cs="Times New Roman"/>
          <w:i/>
          <w:iCs/>
          <w:color w:val="000000"/>
          <w:lang w:val="ro-RO" w:eastAsia="ro-RO"/>
        </w:rPr>
        <w:lastRenderedPageBreak/>
        <w:t>prezentarea certificatului medical emis de medicul specialist de medicina muncii. Certificatul se emite în baza avizului medicului specialist psihiatru, a adeverinței medicale eliberate de medicul de familie și a consultației specifice de medicina muncii.</w:t>
      </w:r>
    </w:p>
    <w:p w14:paraId="3323A138" w14:textId="77777777" w:rsidR="000B1FF5" w:rsidRPr="0015342E" w:rsidRDefault="000B1FF5" w:rsidP="00140AF4">
      <w:pPr>
        <w:spacing w:after="0" w:line="360" w:lineRule="auto"/>
        <w:ind w:firstLine="720"/>
        <w:jc w:val="both"/>
        <w:rPr>
          <w:rFonts w:ascii="Times New Roman" w:hAnsi="Times New Roman" w:cs="Times New Roman"/>
          <w:i/>
          <w:iCs/>
        </w:rPr>
      </w:pPr>
    </w:p>
    <w:p w14:paraId="2889984C" w14:textId="6B9E3E80" w:rsidR="00A1443E" w:rsidRPr="006979AD" w:rsidRDefault="00000000" w:rsidP="005A1EE7">
      <w:pPr>
        <w:rPr>
          <w:rFonts w:ascii="Times New Roman" w:hAnsi="Times New Roman" w:cs="Times New Roman"/>
          <w:sz w:val="24"/>
          <w:szCs w:val="24"/>
        </w:rPr>
      </w:pPr>
      <w:proofErr w:type="spellStart"/>
      <w:r w:rsidRPr="00140AF4">
        <w:rPr>
          <w:rFonts w:ascii="Times New Roman" w:hAnsi="Times New Roman" w:cs="Times New Roman"/>
          <w:b/>
          <w:sz w:val="24"/>
          <w:szCs w:val="24"/>
        </w:rPr>
        <w:t>Condiții</w:t>
      </w:r>
      <w:proofErr w:type="spellEnd"/>
      <w:r w:rsidRPr="00140AF4">
        <w:rPr>
          <w:rFonts w:ascii="Times New Roman" w:hAnsi="Times New Roman" w:cs="Times New Roman"/>
          <w:b/>
          <w:sz w:val="24"/>
          <w:szCs w:val="24"/>
        </w:rPr>
        <w:t xml:space="preserve"> </w:t>
      </w:r>
      <w:proofErr w:type="spellStart"/>
      <w:r w:rsidRPr="00140AF4">
        <w:rPr>
          <w:rFonts w:ascii="Times New Roman" w:hAnsi="Times New Roman" w:cs="Times New Roman"/>
          <w:b/>
          <w:sz w:val="24"/>
          <w:szCs w:val="24"/>
        </w:rPr>
        <w:t>specifice</w:t>
      </w:r>
      <w:proofErr w:type="spellEnd"/>
      <w:r w:rsidRPr="00140AF4">
        <w:rPr>
          <w:rFonts w:ascii="Times New Roman" w:hAnsi="Times New Roman" w:cs="Times New Roman"/>
          <w:b/>
          <w:sz w:val="24"/>
          <w:szCs w:val="24"/>
        </w:rPr>
        <w:t xml:space="preserve"> de </w:t>
      </w:r>
      <w:proofErr w:type="spellStart"/>
      <w:r w:rsidRPr="00140AF4">
        <w:rPr>
          <w:rFonts w:ascii="Times New Roman" w:hAnsi="Times New Roman" w:cs="Times New Roman"/>
          <w:b/>
          <w:sz w:val="24"/>
          <w:szCs w:val="24"/>
        </w:rPr>
        <w:t>participare</w:t>
      </w:r>
      <w:proofErr w:type="spellEnd"/>
      <w:r w:rsidRPr="00140AF4">
        <w:rPr>
          <w:rFonts w:ascii="Times New Roman" w:hAnsi="Times New Roman" w:cs="Times New Roman"/>
          <w:b/>
          <w:sz w:val="24"/>
          <w:szCs w:val="24"/>
        </w:rPr>
        <w:t xml:space="preserve"> la concurs:</w:t>
      </w:r>
    </w:p>
    <w:p w14:paraId="5BE75DB5" w14:textId="77777777" w:rsidR="00A1443E" w:rsidRPr="006979AD" w:rsidRDefault="00000000" w:rsidP="000B1FF5">
      <w:pPr>
        <w:pStyle w:val="ListBullet"/>
        <w:spacing w:after="0" w:line="360" w:lineRule="auto"/>
        <w:jc w:val="both"/>
        <w:rPr>
          <w:rFonts w:ascii="Times New Roman" w:hAnsi="Times New Roman" w:cs="Times New Roman"/>
          <w:sz w:val="24"/>
          <w:szCs w:val="24"/>
        </w:rPr>
      </w:pPr>
      <w:proofErr w:type="spellStart"/>
      <w:r w:rsidRPr="006979AD">
        <w:rPr>
          <w:rFonts w:ascii="Times New Roman" w:hAnsi="Times New Roman" w:cs="Times New Roman"/>
          <w:sz w:val="24"/>
          <w:szCs w:val="24"/>
        </w:rPr>
        <w:t>Studii</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studii</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superioare</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absolvite</w:t>
      </w:r>
      <w:proofErr w:type="spellEnd"/>
      <w:r w:rsidRPr="006979AD">
        <w:rPr>
          <w:rFonts w:ascii="Times New Roman" w:hAnsi="Times New Roman" w:cs="Times New Roman"/>
          <w:sz w:val="24"/>
          <w:szCs w:val="24"/>
        </w:rPr>
        <w:t xml:space="preserve"> cu </w:t>
      </w:r>
      <w:proofErr w:type="spellStart"/>
      <w:r w:rsidRPr="006979AD">
        <w:rPr>
          <w:rFonts w:ascii="Times New Roman" w:hAnsi="Times New Roman" w:cs="Times New Roman"/>
          <w:sz w:val="24"/>
          <w:szCs w:val="24"/>
        </w:rPr>
        <w:t>diplomă</w:t>
      </w:r>
      <w:proofErr w:type="spellEnd"/>
      <w:r w:rsidRPr="006979AD">
        <w:rPr>
          <w:rFonts w:ascii="Times New Roman" w:hAnsi="Times New Roman" w:cs="Times New Roman"/>
          <w:sz w:val="24"/>
          <w:szCs w:val="24"/>
        </w:rPr>
        <w:t xml:space="preserve"> de </w:t>
      </w:r>
      <w:proofErr w:type="spellStart"/>
      <w:r w:rsidRPr="006979AD">
        <w:rPr>
          <w:rFonts w:ascii="Times New Roman" w:hAnsi="Times New Roman" w:cs="Times New Roman"/>
          <w:sz w:val="24"/>
          <w:szCs w:val="24"/>
        </w:rPr>
        <w:t>licență</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în</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domeniul</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tehnic</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construcții</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instalații</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inginerie</w:t>
      </w:r>
      <w:proofErr w:type="spellEnd"/>
      <w:r w:rsidRPr="006979AD">
        <w:rPr>
          <w:rFonts w:ascii="Times New Roman" w:hAnsi="Times New Roman" w:cs="Times New Roman"/>
          <w:sz w:val="24"/>
          <w:szCs w:val="24"/>
        </w:rPr>
        <w:t xml:space="preserve">), economic </w:t>
      </w:r>
      <w:proofErr w:type="spellStart"/>
      <w:r w:rsidRPr="006979AD">
        <w:rPr>
          <w:rFonts w:ascii="Times New Roman" w:hAnsi="Times New Roman" w:cs="Times New Roman"/>
          <w:sz w:val="24"/>
          <w:szCs w:val="24"/>
        </w:rPr>
        <w:t>sau</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administrativ</w:t>
      </w:r>
      <w:proofErr w:type="spellEnd"/>
      <w:r w:rsidRPr="006979AD">
        <w:rPr>
          <w:rFonts w:ascii="Times New Roman" w:hAnsi="Times New Roman" w:cs="Times New Roman"/>
          <w:sz w:val="24"/>
          <w:szCs w:val="24"/>
        </w:rPr>
        <w:t>;</w:t>
      </w:r>
    </w:p>
    <w:p w14:paraId="4921D4C8" w14:textId="77777777" w:rsidR="00A1443E" w:rsidRPr="006979AD" w:rsidRDefault="00000000" w:rsidP="000B1FF5">
      <w:pPr>
        <w:pStyle w:val="ListBullet"/>
        <w:spacing w:after="0" w:line="360" w:lineRule="auto"/>
        <w:jc w:val="both"/>
        <w:rPr>
          <w:rFonts w:ascii="Times New Roman" w:hAnsi="Times New Roman" w:cs="Times New Roman"/>
          <w:sz w:val="24"/>
          <w:szCs w:val="24"/>
        </w:rPr>
      </w:pPr>
      <w:proofErr w:type="spellStart"/>
      <w:r w:rsidRPr="006979AD">
        <w:rPr>
          <w:rFonts w:ascii="Times New Roman" w:hAnsi="Times New Roman" w:cs="Times New Roman"/>
          <w:sz w:val="24"/>
          <w:szCs w:val="24"/>
        </w:rPr>
        <w:t>Vechime</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în</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specialitatea</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studiilor</w:t>
      </w:r>
      <w:proofErr w:type="spellEnd"/>
      <w:r w:rsidRPr="006979AD">
        <w:rPr>
          <w:rFonts w:ascii="Times New Roman" w:hAnsi="Times New Roman" w:cs="Times New Roman"/>
          <w:sz w:val="24"/>
          <w:szCs w:val="24"/>
        </w:rPr>
        <w:t xml:space="preserve">: minimum 6 ani </w:t>
      </w:r>
      <w:proofErr w:type="spellStart"/>
      <w:r w:rsidRPr="006979AD">
        <w:rPr>
          <w:rFonts w:ascii="Times New Roman" w:hAnsi="Times New Roman" w:cs="Times New Roman"/>
          <w:sz w:val="24"/>
          <w:szCs w:val="24"/>
        </w:rPr>
        <w:t>și</w:t>
      </w:r>
      <w:proofErr w:type="spellEnd"/>
      <w:r w:rsidRPr="006979AD">
        <w:rPr>
          <w:rFonts w:ascii="Times New Roman" w:hAnsi="Times New Roman" w:cs="Times New Roman"/>
          <w:sz w:val="24"/>
          <w:szCs w:val="24"/>
        </w:rPr>
        <w:t xml:space="preserve"> 6 </w:t>
      </w:r>
      <w:proofErr w:type="spellStart"/>
      <w:r w:rsidRPr="006979AD">
        <w:rPr>
          <w:rFonts w:ascii="Times New Roman" w:hAnsi="Times New Roman" w:cs="Times New Roman"/>
          <w:sz w:val="24"/>
          <w:szCs w:val="24"/>
        </w:rPr>
        <w:t>luni</w:t>
      </w:r>
      <w:proofErr w:type="spellEnd"/>
      <w:r w:rsidRPr="006979AD">
        <w:rPr>
          <w:rFonts w:ascii="Times New Roman" w:hAnsi="Times New Roman" w:cs="Times New Roman"/>
          <w:sz w:val="24"/>
          <w:szCs w:val="24"/>
        </w:rPr>
        <w:t>;</w:t>
      </w:r>
    </w:p>
    <w:p w14:paraId="31ECDF57" w14:textId="77777777" w:rsidR="00A1443E" w:rsidRPr="006979AD" w:rsidRDefault="00000000" w:rsidP="000B1FF5">
      <w:pPr>
        <w:pStyle w:val="ListBullet"/>
        <w:spacing w:after="0" w:line="360" w:lineRule="auto"/>
        <w:jc w:val="both"/>
        <w:rPr>
          <w:rFonts w:ascii="Times New Roman" w:hAnsi="Times New Roman" w:cs="Times New Roman"/>
          <w:sz w:val="24"/>
          <w:szCs w:val="24"/>
        </w:rPr>
      </w:pPr>
      <w:proofErr w:type="spellStart"/>
      <w:r w:rsidRPr="006979AD">
        <w:rPr>
          <w:rFonts w:ascii="Times New Roman" w:hAnsi="Times New Roman" w:cs="Times New Roman"/>
          <w:sz w:val="24"/>
          <w:szCs w:val="24"/>
        </w:rPr>
        <w:t>Cunoștințe</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legislația</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achizițiilor</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publice</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achiziții</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directe</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gestiunea</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stocurilor</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și</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inventarierea</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patrimoniului</w:t>
      </w:r>
      <w:proofErr w:type="spellEnd"/>
      <w:r w:rsidRPr="006979AD">
        <w:rPr>
          <w:rFonts w:ascii="Times New Roman" w:hAnsi="Times New Roman" w:cs="Times New Roman"/>
          <w:sz w:val="24"/>
          <w:szCs w:val="24"/>
        </w:rPr>
        <w:t xml:space="preserve">; </w:t>
      </w:r>
      <w:proofErr w:type="spellStart"/>
      <w:r w:rsidRPr="006979AD">
        <w:rPr>
          <w:rFonts w:ascii="Times New Roman" w:hAnsi="Times New Roman" w:cs="Times New Roman"/>
          <w:sz w:val="24"/>
          <w:szCs w:val="24"/>
        </w:rPr>
        <w:t>operare</w:t>
      </w:r>
      <w:proofErr w:type="spellEnd"/>
      <w:r w:rsidRPr="006979AD">
        <w:rPr>
          <w:rFonts w:ascii="Times New Roman" w:hAnsi="Times New Roman" w:cs="Times New Roman"/>
          <w:sz w:val="24"/>
          <w:szCs w:val="24"/>
        </w:rPr>
        <w:t xml:space="preserve"> PC.</w:t>
      </w:r>
    </w:p>
    <w:p w14:paraId="4954C979" w14:textId="41EF819C" w:rsidR="00A1443E" w:rsidRPr="00140AF4" w:rsidRDefault="005A1EE7" w:rsidP="00140AF4">
      <w:pPr>
        <w:spacing w:after="0" w:line="360" w:lineRule="auto"/>
        <w:rPr>
          <w:rFonts w:ascii="Times New Roman" w:hAnsi="Times New Roman" w:cs="Times New Roman"/>
          <w:sz w:val="24"/>
          <w:szCs w:val="24"/>
        </w:rPr>
      </w:pPr>
      <w:r>
        <w:rPr>
          <w:rFonts w:ascii="Times New Roman" w:hAnsi="Times New Roman" w:cs="Times New Roman"/>
          <w:b/>
          <w:sz w:val="24"/>
          <w:szCs w:val="24"/>
        </w:rPr>
        <w:t xml:space="preserve">D.) </w:t>
      </w:r>
      <w:proofErr w:type="spellStart"/>
      <w:r w:rsidRPr="00140AF4">
        <w:rPr>
          <w:rFonts w:ascii="Times New Roman" w:hAnsi="Times New Roman" w:cs="Times New Roman"/>
          <w:b/>
          <w:sz w:val="24"/>
          <w:szCs w:val="24"/>
        </w:rPr>
        <w:t>Tematică</w:t>
      </w:r>
      <w:proofErr w:type="spellEnd"/>
      <w:r w:rsidRPr="00140AF4">
        <w:rPr>
          <w:rFonts w:ascii="Times New Roman" w:hAnsi="Times New Roman" w:cs="Times New Roman"/>
          <w:b/>
          <w:sz w:val="24"/>
          <w:szCs w:val="24"/>
        </w:rPr>
        <w:t xml:space="preserve"> </w:t>
      </w:r>
      <w:proofErr w:type="spellStart"/>
      <w:r w:rsidRPr="00140AF4">
        <w:rPr>
          <w:rFonts w:ascii="Times New Roman" w:hAnsi="Times New Roman" w:cs="Times New Roman"/>
          <w:b/>
          <w:sz w:val="24"/>
          <w:szCs w:val="24"/>
        </w:rPr>
        <w:t>și</w:t>
      </w:r>
      <w:proofErr w:type="spellEnd"/>
      <w:r w:rsidRPr="00140AF4">
        <w:rPr>
          <w:rFonts w:ascii="Times New Roman" w:hAnsi="Times New Roman" w:cs="Times New Roman"/>
          <w:b/>
          <w:sz w:val="24"/>
          <w:szCs w:val="24"/>
        </w:rPr>
        <w:t xml:space="preserve"> </w:t>
      </w:r>
      <w:proofErr w:type="spellStart"/>
      <w:r w:rsidRPr="00140AF4">
        <w:rPr>
          <w:rFonts w:ascii="Times New Roman" w:hAnsi="Times New Roman" w:cs="Times New Roman"/>
          <w:b/>
          <w:sz w:val="24"/>
          <w:szCs w:val="24"/>
        </w:rPr>
        <w:t>Bibliografie</w:t>
      </w:r>
      <w:proofErr w:type="spellEnd"/>
    </w:p>
    <w:p w14:paraId="0BA72E0E" w14:textId="2B11D77E" w:rsidR="00F26013" w:rsidRPr="00F26013" w:rsidRDefault="00F26013" w:rsidP="00F26013">
      <w:pPr>
        <w:pStyle w:val="ListBullet"/>
        <w:spacing w:after="0" w:line="360" w:lineRule="auto"/>
        <w:jc w:val="both"/>
        <w:rPr>
          <w:rFonts w:ascii="Times New Roman" w:hAnsi="Times New Roman" w:cs="Times New Roman"/>
          <w:sz w:val="24"/>
          <w:szCs w:val="24"/>
        </w:rPr>
      </w:pPr>
      <w:proofErr w:type="spellStart"/>
      <w:r w:rsidRPr="00F26013">
        <w:rPr>
          <w:rFonts w:ascii="Times New Roman" w:hAnsi="Times New Roman" w:cs="Times New Roman"/>
          <w:sz w:val="24"/>
          <w:szCs w:val="24"/>
        </w:rPr>
        <w:t>Tematica</w:t>
      </w:r>
      <w:proofErr w:type="spellEnd"/>
      <w:r w:rsidRPr="00F26013">
        <w:rPr>
          <w:rFonts w:ascii="Times New Roman" w:hAnsi="Times New Roman" w:cs="Times New Roman"/>
          <w:sz w:val="24"/>
          <w:szCs w:val="24"/>
        </w:rPr>
        <w:t xml:space="preserve"> 1: </w:t>
      </w:r>
      <w:proofErr w:type="spellStart"/>
      <w:r w:rsidRPr="00F26013">
        <w:rPr>
          <w:rFonts w:ascii="Times New Roman" w:hAnsi="Times New Roman" w:cs="Times New Roman"/>
          <w:sz w:val="24"/>
          <w:szCs w:val="24"/>
        </w:rPr>
        <w:t>Norme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și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proceduri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privind</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organizarea</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și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efectuarea</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inventarierii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patrimoniului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mobil</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și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imobil</w:t>
      </w:r>
      <w:proofErr w:type="spellEnd"/>
      <w:r w:rsidRPr="00F26013">
        <w:rPr>
          <w:rFonts w:ascii="Times New Roman" w:hAnsi="Times New Roman" w:cs="Times New Roman"/>
          <w:sz w:val="24"/>
          <w:szCs w:val="24"/>
        </w:rPr>
        <w:t>.</w:t>
      </w:r>
    </w:p>
    <w:p w14:paraId="6740C88C" w14:textId="77777777" w:rsidR="00F26013" w:rsidRPr="00F26013" w:rsidRDefault="00F26013" w:rsidP="00F26013">
      <w:pPr>
        <w:pStyle w:val="ListBullet"/>
        <w:spacing w:after="0" w:line="360" w:lineRule="auto"/>
        <w:jc w:val="both"/>
        <w:rPr>
          <w:rFonts w:ascii="Times New Roman" w:hAnsi="Times New Roman" w:cs="Times New Roman"/>
          <w:sz w:val="24"/>
          <w:szCs w:val="24"/>
        </w:rPr>
      </w:pPr>
      <w:proofErr w:type="spellStart"/>
      <w:r w:rsidRPr="00F26013">
        <w:rPr>
          <w:rFonts w:ascii="Times New Roman" w:hAnsi="Times New Roman" w:cs="Times New Roman"/>
          <w:sz w:val="24"/>
          <w:szCs w:val="24"/>
        </w:rPr>
        <w:t>Tematica</w:t>
      </w:r>
      <w:proofErr w:type="spellEnd"/>
      <w:r w:rsidRPr="00F26013">
        <w:rPr>
          <w:rFonts w:ascii="Times New Roman" w:hAnsi="Times New Roman" w:cs="Times New Roman"/>
          <w:sz w:val="24"/>
          <w:szCs w:val="24"/>
        </w:rPr>
        <w:t xml:space="preserve"> 2: Reguli </w:t>
      </w:r>
      <w:proofErr w:type="spellStart"/>
      <w:r w:rsidRPr="00F26013">
        <w:rPr>
          <w:rFonts w:ascii="Times New Roman" w:hAnsi="Times New Roman" w:cs="Times New Roman"/>
          <w:sz w:val="24"/>
          <w:szCs w:val="24"/>
        </w:rPr>
        <w:t>și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etape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aplicabile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procesului</w:t>
      </w:r>
      <w:proofErr w:type="spellEnd"/>
      <w:r w:rsidRPr="00F26013">
        <w:rPr>
          <w:rFonts w:ascii="Times New Roman" w:hAnsi="Times New Roman" w:cs="Times New Roman"/>
          <w:sz w:val="24"/>
          <w:szCs w:val="24"/>
        </w:rPr>
        <w:t xml:space="preserve"> de </w:t>
      </w:r>
      <w:proofErr w:type="spellStart"/>
      <w:r w:rsidRPr="00F26013">
        <w:rPr>
          <w:rFonts w:ascii="Times New Roman" w:hAnsi="Times New Roman" w:cs="Times New Roman"/>
          <w:sz w:val="24"/>
          <w:szCs w:val="24"/>
        </w:rPr>
        <w:t>achiziție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directă</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în</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instituțiile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publice</w:t>
      </w:r>
      <w:proofErr w:type="spellEnd"/>
      <w:r w:rsidRPr="00F26013">
        <w:rPr>
          <w:rFonts w:ascii="Times New Roman" w:hAnsi="Times New Roman" w:cs="Times New Roman"/>
          <w:sz w:val="24"/>
          <w:szCs w:val="24"/>
        </w:rPr>
        <w:t>.</w:t>
      </w:r>
    </w:p>
    <w:p w14:paraId="3B5A88B0" w14:textId="77777777" w:rsidR="00F26013" w:rsidRPr="00F26013" w:rsidRDefault="00F26013" w:rsidP="00F26013">
      <w:pPr>
        <w:pStyle w:val="ListBullet"/>
        <w:spacing w:after="0" w:line="360" w:lineRule="auto"/>
        <w:jc w:val="both"/>
        <w:rPr>
          <w:rFonts w:ascii="Times New Roman" w:hAnsi="Times New Roman" w:cs="Times New Roman"/>
          <w:sz w:val="24"/>
          <w:szCs w:val="24"/>
        </w:rPr>
      </w:pPr>
      <w:proofErr w:type="spellStart"/>
      <w:r w:rsidRPr="00F26013">
        <w:rPr>
          <w:rFonts w:ascii="Times New Roman" w:hAnsi="Times New Roman" w:cs="Times New Roman"/>
          <w:sz w:val="24"/>
          <w:szCs w:val="24"/>
        </w:rPr>
        <w:t>Tematica</w:t>
      </w:r>
      <w:proofErr w:type="spellEnd"/>
      <w:r w:rsidRPr="00F26013">
        <w:rPr>
          <w:rFonts w:ascii="Times New Roman" w:hAnsi="Times New Roman" w:cs="Times New Roman"/>
          <w:sz w:val="24"/>
          <w:szCs w:val="24"/>
        </w:rPr>
        <w:t xml:space="preserve"> 3: </w:t>
      </w:r>
      <w:proofErr w:type="spellStart"/>
      <w:r w:rsidRPr="00F26013">
        <w:rPr>
          <w:rFonts w:ascii="Times New Roman" w:hAnsi="Times New Roman" w:cs="Times New Roman"/>
          <w:sz w:val="24"/>
          <w:szCs w:val="24"/>
        </w:rPr>
        <w:t>Obligațiile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instituțiilor</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privind</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securitatea</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și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sănătatea</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în</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muncă</w:t>
      </w:r>
      <w:proofErr w:type="spellEnd"/>
      <w:r w:rsidRPr="00F26013">
        <w:rPr>
          <w:rFonts w:ascii="Times New Roman" w:hAnsi="Times New Roman" w:cs="Times New Roman"/>
          <w:sz w:val="24"/>
          <w:szCs w:val="24"/>
        </w:rPr>
        <w:t xml:space="preserve"> (SSM) </w:t>
      </w:r>
      <w:proofErr w:type="spellStart"/>
      <w:r w:rsidRPr="00F26013">
        <w:rPr>
          <w:rFonts w:ascii="Times New Roman" w:hAnsi="Times New Roman" w:cs="Times New Roman"/>
          <w:sz w:val="24"/>
          <w:szCs w:val="24"/>
        </w:rPr>
        <w:t>și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apărarea</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împotriva</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incendiilor</w:t>
      </w:r>
      <w:proofErr w:type="spellEnd"/>
      <w:r w:rsidRPr="00F26013">
        <w:rPr>
          <w:rFonts w:ascii="Times New Roman" w:hAnsi="Times New Roman" w:cs="Times New Roman"/>
          <w:sz w:val="24"/>
          <w:szCs w:val="24"/>
        </w:rPr>
        <w:t xml:space="preserve"> (PSI).</w:t>
      </w:r>
    </w:p>
    <w:p w14:paraId="1B3A9C02" w14:textId="77777777" w:rsidR="00F26013" w:rsidRPr="00F26013" w:rsidRDefault="00F26013" w:rsidP="00F26013">
      <w:pPr>
        <w:pStyle w:val="ListBullet"/>
        <w:spacing w:after="0" w:line="360" w:lineRule="auto"/>
        <w:jc w:val="both"/>
        <w:rPr>
          <w:rFonts w:ascii="Times New Roman" w:hAnsi="Times New Roman" w:cs="Times New Roman"/>
          <w:sz w:val="24"/>
          <w:szCs w:val="24"/>
        </w:rPr>
      </w:pPr>
      <w:proofErr w:type="spellStart"/>
      <w:r w:rsidRPr="00F26013">
        <w:rPr>
          <w:rFonts w:ascii="Times New Roman" w:hAnsi="Times New Roman" w:cs="Times New Roman"/>
          <w:sz w:val="24"/>
          <w:szCs w:val="24"/>
        </w:rPr>
        <w:t>Bibliografie</w:t>
      </w:r>
      <w:proofErr w:type="spellEnd"/>
      <w:r w:rsidRPr="00F26013">
        <w:rPr>
          <w:rFonts w:ascii="Times New Roman" w:hAnsi="Times New Roman" w:cs="Times New Roman"/>
          <w:sz w:val="24"/>
          <w:szCs w:val="24"/>
        </w:rPr>
        <w:t xml:space="preserve"> 1: </w:t>
      </w:r>
      <w:proofErr w:type="spellStart"/>
      <w:r w:rsidRPr="00F26013">
        <w:rPr>
          <w:rFonts w:ascii="Times New Roman" w:hAnsi="Times New Roman" w:cs="Times New Roman"/>
          <w:sz w:val="24"/>
          <w:szCs w:val="24"/>
        </w:rPr>
        <w:t>Ordinul</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ministrului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finanțelor</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publice</w:t>
      </w:r>
      <w:proofErr w:type="spellEnd"/>
      <w:r w:rsidRPr="00F26013">
        <w:rPr>
          <w:rFonts w:ascii="Times New Roman" w:hAnsi="Times New Roman" w:cs="Times New Roman"/>
          <w:sz w:val="24"/>
          <w:szCs w:val="24"/>
        </w:rPr>
        <w:t xml:space="preserve"> nr. 2861/2009 </w:t>
      </w:r>
      <w:proofErr w:type="spellStart"/>
      <w:r w:rsidRPr="00F26013">
        <w:rPr>
          <w:rFonts w:ascii="Times New Roman" w:hAnsi="Times New Roman" w:cs="Times New Roman"/>
          <w:sz w:val="24"/>
          <w:szCs w:val="24"/>
        </w:rPr>
        <w:t>pentru</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aprobarea</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Normelor</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privind</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organizarea</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și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efectuarea</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inventarierii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elementelor</w:t>
      </w:r>
      <w:proofErr w:type="spellEnd"/>
      <w:r w:rsidRPr="00F26013">
        <w:rPr>
          <w:rFonts w:ascii="Times New Roman" w:hAnsi="Times New Roman" w:cs="Times New Roman"/>
          <w:sz w:val="24"/>
          <w:szCs w:val="24"/>
        </w:rPr>
        <w:t xml:space="preserve"> de natura </w:t>
      </w:r>
      <w:proofErr w:type="spellStart"/>
      <w:r w:rsidRPr="00F26013">
        <w:rPr>
          <w:rFonts w:ascii="Times New Roman" w:hAnsi="Times New Roman" w:cs="Times New Roman"/>
          <w:sz w:val="24"/>
          <w:szCs w:val="24"/>
        </w:rPr>
        <w:t>activelor</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datoriilor</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și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capitalurilor</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proprii</w:t>
      </w:r>
      <w:proofErr w:type="spellEnd"/>
      <w:r w:rsidRPr="00F26013">
        <w:rPr>
          <w:rFonts w:ascii="Times New Roman" w:hAnsi="Times New Roman" w:cs="Times New Roman"/>
          <w:sz w:val="24"/>
          <w:szCs w:val="24"/>
        </w:rPr>
        <w:t xml:space="preserve">, cu </w:t>
      </w:r>
      <w:proofErr w:type="spellStart"/>
      <w:r w:rsidRPr="00F26013">
        <w:rPr>
          <w:rFonts w:ascii="Times New Roman" w:hAnsi="Times New Roman" w:cs="Times New Roman"/>
          <w:sz w:val="24"/>
          <w:szCs w:val="24"/>
        </w:rPr>
        <w:t>modificările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și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completările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ulterioare</w:t>
      </w:r>
      <w:proofErr w:type="spellEnd"/>
      <w:r w:rsidRPr="00F26013">
        <w:rPr>
          <w:rFonts w:ascii="Times New Roman" w:hAnsi="Times New Roman" w:cs="Times New Roman"/>
          <w:sz w:val="24"/>
          <w:szCs w:val="24"/>
        </w:rPr>
        <w:t>;</w:t>
      </w:r>
    </w:p>
    <w:p w14:paraId="327FCAED" w14:textId="77777777" w:rsidR="00F26013" w:rsidRPr="00F26013" w:rsidRDefault="00F26013" w:rsidP="00F26013">
      <w:pPr>
        <w:pStyle w:val="ListBullet"/>
        <w:spacing w:after="0" w:line="360" w:lineRule="auto"/>
        <w:jc w:val="both"/>
        <w:rPr>
          <w:rFonts w:ascii="Times New Roman" w:hAnsi="Times New Roman" w:cs="Times New Roman"/>
          <w:sz w:val="24"/>
          <w:szCs w:val="24"/>
        </w:rPr>
      </w:pPr>
      <w:proofErr w:type="spellStart"/>
      <w:r w:rsidRPr="00F26013">
        <w:rPr>
          <w:rFonts w:ascii="Times New Roman" w:hAnsi="Times New Roman" w:cs="Times New Roman"/>
          <w:sz w:val="24"/>
          <w:szCs w:val="24"/>
        </w:rPr>
        <w:t>Bibliografie</w:t>
      </w:r>
      <w:proofErr w:type="spellEnd"/>
      <w:r w:rsidRPr="00F26013">
        <w:rPr>
          <w:rFonts w:ascii="Times New Roman" w:hAnsi="Times New Roman" w:cs="Times New Roman"/>
          <w:sz w:val="24"/>
          <w:szCs w:val="24"/>
        </w:rPr>
        <w:t xml:space="preserve"> 2: </w:t>
      </w:r>
      <w:proofErr w:type="spellStart"/>
      <w:r w:rsidRPr="00F26013">
        <w:rPr>
          <w:rFonts w:ascii="Times New Roman" w:hAnsi="Times New Roman" w:cs="Times New Roman"/>
          <w:sz w:val="24"/>
          <w:szCs w:val="24"/>
        </w:rPr>
        <w:t>Legea</w:t>
      </w:r>
      <w:proofErr w:type="spellEnd"/>
      <w:r w:rsidRPr="00F26013">
        <w:rPr>
          <w:rFonts w:ascii="Times New Roman" w:hAnsi="Times New Roman" w:cs="Times New Roman"/>
          <w:sz w:val="24"/>
          <w:szCs w:val="24"/>
        </w:rPr>
        <w:t xml:space="preserve"> nr. 98/2016 </w:t>
      </w:r>
      <w:proofErr w:type="spellStart"/>
      <w:r w:rsidRPr="00F26013">
        <w:rPr>
          <w:rFonts w:ascii="Times New Roman" w:hAnsi="Times New Roman" w:cs="Times New Roman"/>
          <w:sz w:val="24"/>
          <w:szCs w:val="24"/>
        </w:rPr>
        <w:t>privind</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achizițiile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publice</w:t>
      </w:r>
      <w:proofErr w:type="spellEnd"/>
      <w:r w:rsidRPr="00F26013">
        <w:rPr>
          <w:rFonts w:ascii="Times New Roman" w:hAnsi="Times New Roman" w:cs="Times New Roman"/>
          <w:sz w:val="24"/>
          <w:szCs w:val="24"/>
        </w:rPr>
        <w:t xml:space="preserve">, cu </w:t>
      </w:r>
      <w:proofErr w:type="spellStart"/>
      <w:r w:rsidRPr="00F26013">
        <w:rPr>
          <w:rFonts w:ascii="Times New Roman" w:hAnsi="Times New Roman" w:cs="Times New Roman"/>
          <w:sz w:val="24"/>
          <w:szCs w:val="24"/>
        </w:rPr>
        <w:t>modificările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și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completările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ulterioare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prevederile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privind</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achiziția</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directă</w:t>
      </w:r>
      <w:proofErr w:type="spellEnd"/>
      <w:r w:rsidRPr="00F26013">
        <w:rPr>
          <w:rFonts w:ascii="Times New Roman" w:hAnsi="Times New Roman" w:cs="Times New Roman"/>
          <w:sz w:val="24"/>
          <w:szCs w:val="24"/>
        </w:rPr>
        <w:t>);</w:t>
      </w:r>
    </w:p>
    <w:p w14:paraId="6B98A389" w14:textId="77777777" w:rsidR="00F26013" w:rsidRPr="00F26013" w:rsidRDefault="00F26013" w:rsidP="00F26013">
      <w:pPr>
        <w:pStyle w:val="ListBullet"/>
        <w:spacing w:after="0" w:line="360" w:lineRule="auto"/>
        <w:jc w:val="both"/>
        <w:rPr>
          <w:rFonts w:ascii="Times New Roman" w:hAnsi="Times New Roman" w:cs="Times New Roman"/>
          <w:sz w:val="24"/>
          <w:szCs w:val="24"/>
        </w:rPr>
      </w:pPr>
      <w:proofErr w:type="spellStart"/>
      <w:r w:rsidRPr="00F26013">
        <w:rPr>
          <w:rFonts w:ascii="Times New Roman" w:hAnsi="Times New Roman" w:cs="Times New Roman"/>
          <w:sz w:val="24"/>
          <w:szCs w:val="24"/>
        </w:rPr>
        <w:t>Bibliografie</w:t>
      </w:r>
      <w:proofErr w:type="spellEnd"/>
      <w:r w:rsidRPr="00F26013">
        <w:rPr>
          <w:rFonts w:ascii="Times New Roman" w:hAnsi="Times New Roman" w:cs="Times New Roman"/>
          <w:sz w:val="24"/>
          <w:szCs w:val="24"/>
        </w:rPr>
        <w:t xml:space="preserve"> 3: H.G. nr. 395/2016 </w:t>
      </w:r>
      <w:proofErr w:type="spellStart"/>
      <w:r w:rsidRPr="00F26013">
        <w:rPr>
          <w:rFonts w:ascii="Times New Roman" w:hAnsi="Times New Roman" w:cs="Times New Roman"/>
          <w:sz w:val="24"/>
          <w:szCs w:val="24"/>
        </w:rPr>
        <w:t>pentru</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aprobarea</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Normelor</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metodologice</w:t>
      </w:r>
      <w:proofErr w:type="spellEnd"/>
      <w:r w:rsidRPr="00F26013">
        <w:rPr>
          <w:rFonts w:ascii="Times New Roman" w:hAnsi="Times New Roman" w:cs="Times New Roman"/>
          <w:sz w:val="24"/>
          <w:szCs w:val="24"/>
        </w:rPr>
        <w:t xml:space="preserve"> de </w:t>
      </w:r>
      <w:proofErr w:type="spellStart"/>
      <w:r w:rsidRPr="00F26013">
        <w:rPr>
          <w:rFonts w:ascii="Times New Roman" w:hAnsi="Times New Roman" w:cs="Times New Roman"/>
          <w:sz w:val="24"/>
          <w:szCs w:val="24"/>
        </w:rPr>
        <w:t>aplicare</w:t>
      </w:r>
      <w:proofErr w:type="spellEnd"/>
      <w:r w:rsidRPr="00F26013">
        <w:rPr>
          <w:rFonts w:ascii="Times New Roman" w:hAnsi="Times New Roman" w:cs="Times New Roman"/>
          <w:sz w:val="24"/>
          <w:szCs w:val="24"/>
        </w:rPr>
        <w:t xml:space="preserve"> a </w:t>
      </w:r>
      <w:proofErr w:type="spellStart"/>
      <w:r w:rsidRPr="00F26013">
        <w:rPr>
          <w:rFonts w:ascii="Times New Roman" w:hAnsi="Times New Roman" w:cs="Times New Roman"/>
          <w:sz w:val="24"/>
          <w:szCs w:val="24"/>
        </w:rPr>
        <w:t>prevederilor</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referitoare</w:t>
      </w:r>
      <w:proofErr w:type="spellEnd"/>
      <w:r w:rsidRPr="00F26013">
        <w:rPr>
          <w:rFonts w:ascii="Times New Roman" w:hAnsi="Times New Roman" w:cs="Times New Roman"/>
          <w:sz w:val="24"/>
          <w:szCs w:val="24"/>
        </w:rPr>
        <w:t xml:space="preserve"> la </w:t>
      </w:r>
      <w:proofErr w:type="spellStart"/>
      <w:r w:rsidRPr="00F26013">
        <w:rPr>
          <w:rFonts w:ascii="Times New Roman" w:hAnsi="Times New Roman" w:cs="Times New Roman"/>
          <w:sz w:val="24"/>
          <w:szCs w:val="24"/>
        </w:rPr>
        <w:t>atribuirea</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contractului</w:t>
      </w:r>
      <w:proofErr w:type="spellEnd"/>
      <w:r w:rsidRPr="00F26013">
        <w:rPr>
          <w:rFonts w:ascii="Times New Roman" w:hAnsi="Times New Roman" w:cs="Times New Roman"/>
          <w:sz w:val="24"/>
          <w:szCs w:val="24"/>
        </w:rPr>
        <w:t xml:space="preserve"> de </w:t>
      </w:r>
      <w:proofErr w:type="spellStart"/>
      <w:r w:rsidRPr="00F26013">
        <w:rPr>
          <w:rFonts w:ascii="Times New Roman" w:hAnsi="Times New Roman" w:cs="Times New Roman"/>
          <w:sz w:val="24"/>
          <w:szCs w:val="24"/>
        </w:rPr>
        <w:t>achiziție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publică</w:t>
      </w:r>
      <w:proofErr w:type="spellEnd"/>
      <w:r w:rsidRPr="00F26013">
        <w:rPr>
          <w:rFonts w:ascii="Times New Roman" w:hAnsi="Times New Roman" w:cs="Times New Roman"/>
          <w:sz w:val="24"/>
          <w:szCs w:val="24"/>
        </w:rPr>
        <w:t>/</w:t>
      </w:r>
      <w:proofErr w:type="spellStart"/>
      <w:r w:rsidRPr="00F26013">
        <w:rPr>
          <w:rFonts w:ascii="Times New Roman" w:hAnsi="Times New Roman" w:cs="Times New Roman"/>
          <w:sz w:val="24"/>
          <w:szCs w:val="24"/>
        </w:rPr>
        <w:t>acordului-cadru</w:t>
      </w:r>
      <w:proofErr w:type="spellEnd"/>
      <w:r w:rsidRPr="00F26013">
        <w:rPr>
          <w:rFonts w:ascii="Times New Roman" w:hAnsi="Times New Roman" w:cs="Times New Roman"/>
          <w:sz w:val="24"/>
          <w:szCs w:val="24"/>
        </w:rPr>
        <w:t xml:space="preserve"> din </w:t>
      </w:r>
      <w:proofErr w:type="spellStart"/>
      <w:r w:rsidRPr="00F26013">
        <w:rPr>
          <w:rFonts w:ascii="Times New Roman" w:hAnsi="Times New Roman" w:cs="Times New Roman"/>
          <w:sz w:val="24"/>
          <w:szCs w:val="24"/>
        </w:rPr>
        <w:t>Legea</w:t>
      </w:r>
      <w:proofErr w:type="spellEnd"/>
      <w:r w:rsidRPr="00F26013">
        <w:rPr>
          <w:rFonts w:ascii="Times New Roman" w:hAnsi="Times New Roman" w:cs="Times New Roman"/>
          <w:sz w:val="24"/>
          <w:szCs w:val="24"/>
        </w:rPr>
        <w:t xml:space="preserve"> nr. 98/2016, cu </w:t>
      </w:r>
      <w:proofErr w:type="spellStart"/>
      <w:r w:rsidRPr="00F26013">
        <w:rPr>
          <w:rFonts w:ascii="Times New Roman" w:hAnsi="Times New Roman" w:cs="Times New Roman"/>
          <w:sz w:val="24"/>
          <w:szCs w:val="24"/>
        </w:rPr>
        <w:t>modificările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și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completările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ulterioare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prevederile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privind</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achiziția</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directă</w:t>
      </w:r>
      <w:proofErr w:type="spellEnd"/>
      <w:r w:rsidRPr="00F26013">
        <w:rPr>
          <w:rFonts w:ascii="Times New Roman" w:hAnsi="Times New Roman" w:cs="Times New Roman"/>
          <w:sz w:val="24"/>
          <w:szCs w:val="24"/>
        </w:rPr>
        <w:t>);</w:t>
      </w:r>
    </w:p>
    <w:p w14:paraId="59C6BCDF" w14:textId="77777777" w:rsidR="00F26013" w:rsidRPr="00F26013" w:rsidRDefault="00F26013" w:rsidP="00F26013">
      <w:pPr>
        <w:pStyle w:val="ListBullet"/>
        <w:spacing w:after="0" w:line="360" w:lineRule="auto"/>
        <w:jc w:val="both"/>
        <w:rPr>
          <w:rFonts w:ascii="Times New Roman" w:hAnsi="Times New Roman" w:cs="Times New Roman"/>
          <w:sz w:val="24"/>
          <w:szCs w:val="24"/>
        </w:rPr>
      </w:pPr>
      <w:proofErr w:type="spellStart"/>
      <w:r w:rsidRPr="00F26013">
        <w:rPr>
          <w:rFonts w:ascii="Times New Roman" w:hAnsi="Times New Roman" w:cs="Times New Roman"/>
          <w:sz w:val="24"/>
          <w:szCs w:val="24"/>
        </w:rPr>
        <w:t>Bibliografie</w:t>
      </w:r>
      <w:proofErr w:type="spellEnd"/>
      <w:r w:rsidRPr="00F26013">
        <w:rPr>
          <w:rFonts w:ascii="Times New Roman" w:hAnsi="Times New Roman" w:cs="Times New Roman"/>
          <w:sz w:val="24"/>
          <w:szCs w:val="24"/>
        </w:rPr>
        <w:t xml:space="preserve"> 4: </w:t>
      </w:r>
      <w:proofErr w:type="spellStart"/>
      <w:r w:rsidRPr="00F26013">
        <w:rPr>
          <w:rFonts w:ascii="Times New Roman" w:hAnsi="Times New Roman" w:cs="Times New Roman"/>
          <w:sz w:val="24"/>
          <w:szCs w:val="24"/>
        </w:rPr>
        <w:t>Legea</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securității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și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sănătății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în</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muncă</w:t>
      </w:r>
      <w:proofErr w:type="spellEnd"/>
      <w:r w:rsidRPr="00F26013">
        <w:rPr>
          <w:rFonts w:ascii="Times New Roman" w:hAnsi="Times New Roman" w:cs="Times New Roman"/>
          <w:sz w:val="24"/>
          <w:szCs w:val="24"/>
        </w:rPr>
        <w:t xml:space="preserve"> nr. 319/2006, cu </w:t>
      </w:r>
      <w:proofErr w:type="spellStart"/>
      <w:r w:rsidRPr="00F26013">
        <w:rPr>
          <w:rFonts w:ascii="Times New Roman" w:hAnsi="Times New Roman" w:cs="Times New Roman"/>
          <w:sz w:val="24"/>
          <w:szCs w:val="24"/>
        </w:rPr>
        <w:t>modificările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și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completările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ulterioare</w:t>
      </w:r>
      <w:proofErr w:type="spellEnd"/>
      <w:r w:rsidRPr="00F26013">
        <w:rPr>
          <w:rFonts w:ascii="Times New Roman" w:hAnsi="Times New Roman" w:cs="Times New Roman"/>
          <w:sz w:val="24"/>
          <w:szCs w:val="24"/>
        </w:rPr>
        <w:t>;</w:t>
      </w:r>
    </w:p>
    <w:p w14:paraId="3848ABD3" w14:textId="77777777" w:rsidR="00F26013" w:rsidRPr="00F26013" w:rsidRDefault="00F26013" w:rsidP="00F26013">
      <w:pPr>
        <w:pStyle w:val="ListBullet"/>
        <w:spacing w:after="0" w:line="360" w:lineRule="auto"/>
        <w:jc w:val="both"/>
        <w:rPr>
          <w:rFonts w:ascii="Times New Roman" w:hAnsi="Times New Roman" w:cs="Times New Roman"/>
          <w:sz w:val="24"/>
          <w:szCs w:val="24"/>
        </w:rPr>
      </w:pPr>
      <w:proofErr w:type="spellStart"/>
      <w:r w:rsidRPr="00F26013">
        <w:rPr>
          <w:rFonts w:ascii="Times New Roman" w:hAnsi="Times New Roman" w:cs="Times New Roman"/>
          <w:sz w:val="24"/>
          <w:szCs w:val="24"/>
        </w:rPr>
        <w:t>Bibliografie</w:t>
      </w:r>
      <w:proofErr w:type="spellEnd"/>
      <w:r w:rsidRPr="00F26013">
        <w:rPr>
          <w:rFonts w:ascii="Times New Roman" w:hAnsi="Times New Roman" w:cs="Times New Roman"/>
          <w:sz w:val="24"/>
          <w:szCs w:val="24"/>
        </w:rPr>
        <w:t xml:space="preserve"> 5: </w:t>
      </w:r>
      <w:proofErr w:type="spellStart"/>
      <w:r w:rsidRPr="00F26013">
        <w:rPr>
          <w:rFonts w:ascii="Times New Roman" w:hAnsi="Times New Roman" w:cs="Times New Roman"/>
          <w:sz w:val="24"/>
          <w:szCs w:val="24"/>
        </w:rPr>
        <w:t>Legea</w:t>
      </w:r>
      <w:proofErr w:type="spellEnd"/>
      <w:r w:rsidRPr="00F26013">
        <w:rPr>
          <w:rFonts w:ascii="Times New Roman" w:hAnsi="Times New Roman" w:cs="Times New Roman"/>
          <w:sz w:val="24"/>
          <w:szCs w:val="24"/>
        </w:rPr>
        <w:t xml:space="preserve"> nr. 307/2006 </w:t>
      </w:r>
      <w:proofErr w:type="spellStart"/>
      <w:r w:rsidRPr="00F26013">
        <w:rPr>
          <w:rFonts w:ascii="Times New Roman" w:hAnsi="Times New Roman" w:cs="Times New Roman"/>
          <w:sz w:val="24"/>
          <w:szCs w:val="24"/>
        </w:rPr>
        <w:t>privind</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apărarea</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împotriva</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incendiilor</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republicată</w:t>
      </w:r>
      <w:proofErr w:type="spellEnd"/>
      <w:r w:rsidRPr="00F26013">
        <w:rPr>
          <w:rFonts w:ascii="Times New Roman" w:hAnsi="Times New Roman" w:cs="Times New Roman"/>
          <w:sz w:val="24"/>
          <w:szCs w:val="24"/>
        </w:rPr>
        <w:t xml:space="preserve">, cu </w:t>
      </w:r>
      <w:proofErr w:type="spellStart"/>
      <w:r w:rsidRPr="00F26013">
        <w:rPr>
          <w:rFonts w:ascii="Times New Roman" w:hAnsi="Times New Roman" w:cs="Times New Roman"/>
          <w:sz w:val="24"/>
          <w:szCs w:val="24"/>
        </w:rPr>
        <w:t>modificările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și</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completările</w:t>
      </w:r>
      <w:proofErr w:type="spellEnd"/>
      <w:r w:rsidRPr="00F26013">
        <w:rPr>
          <w:rFonts w:ascii="Times New Roman" w:hAnsi="Times New Roman" w:cs="Times New Roman"/>
          <w:sz w:val="24"/>
          <w:szCs w:val="24"/>
        </w:rPr>
        <w:t xml:space="preserve"> </w:t>
      </w:r>
      <w:proofErr w:type="spellStart"/>
      <w:r w:rsidRPr="00F26013">
        <w:rPr>
          <w:rFonts w:ascii="Times New Roman" w:hAnsi="Times New Roman" w:cs="Times New Roman"/>
          <w:sz w:val="24"/>
          <w:szCs w:val="24"/>
        </w:rPr>
        <w:t>ulterioare</w:t>
      </w:r>
      <w:proofErr w:type="spellEnd"/>
      <w:r w:rsidRPr="00F26013">
        <w:rPr>
          <w:rFonts w:ascii="Times New Roman" w:hAnsi="Times New Roman" w:cs="Times New Roman"/>
          <w:sz w:val="24"/>
          <w:szCs w:val="24"/>
        </w:rPr>
        <w:t>.</w:t>
      </w:r>
    </w:p>
    <w:p w14:paraId="5CED3D26" w14:textId="09CD910E" w:rsidR="005A1EE7" w:rsidRPr="009B171B" w:rsidRDefault="005A1EE7" w:rsidP="005A1EE7">
      <w:pPr>
        <w:spacing w:after="0" w:line="360" w:lineRule="auto"/>
        <w:rPr>
          <w:rFonts w:ascii="Times New Roman" w:hAnsi="Times New Roman" w:cs="Times New Roman"/>
          <w:sz w:val="24"/>
          <w:szCs w:val="24"/>
        </w:rPr>
      </w:pPr>
      <w:r>
        <w:rPr>
          <w:rFonts w:ascii="Times New Roman" w:hAnsi="Times New Roman" w:cs="Times New Roman"/>
          <w:b/>
          <w:sz w:val="24"/>
          <w:szCs w:val="24"/>
        </w:rPr>
        <w:t xml:space="preserve">E.) </w:t>
      </w:r>
      <w:proofErr w:type="spellStart"/>
      <w:r w:rsidRPr="009B171B">
        <w:rPr>
          <w:rFonts w:ascii="Times New Roman" w:hAnsi="Times New Roman" w:cs="Times New Roman"/>
          <w:b/>
          <w:sz w:val="24"/>
          <w:szCs w:val="24"/>
        </w:rPr>
        <w:t>Calendarul</w:t>
      </w:r>
      <w:proofErr w:type="spellEnd"/>
      <w:r w:rsidRPr="009B171B">
        <w:rPr>
          <w:rFonts w:ascii="Times New Roman" w:hAnsi="Times New Roman" w:cs="Times New Roman"/>
          <w:b/>
          <w:sz w:val="24"/>
          <w:szCs w:val="24"/>
        </w:rPr>
        <w:t xml:space="preserve"> de </w:t>
      </w:r>
      <w:proofErr w:type="spellStart"/>
      <w:r w:rsidRPr="009B171B">
        <w:rPr>
          <w:rFonts w:ascii="Times New Roman" w:hAnsi="Times New Roman" w:cs="Times New Roman"/>
          <w:b/>
          <w:sz w:val="24"/>
          <w:szCs w:val="24"/>
        </w:rPr>
        <w:t>desfășurare</w:t>
      </w:r>
      <w:proofErr w:type="spellEnd"/>
      <w:r w:rsidRPr="009B171B">
        <w:rPr>
          <w:rFonts w:ascii="Times New Roman" w:hAnsi="Times New Roman" w:cs="Times New Roman"/>
          <w:b/>
          <w:sz w:val="24"/>
          <w:szCs w:val="24"/>
        </w:rPr>
        <w:t xml:space="preserve"> a </w:t>
      </w:r>
      <w:proofErr w:type="spellStart"/>
      <w:r w:rsidRPr="009B171B">
        <w:rPr>
          <w:rFonts w:ascii="Times New Roman" w:hAnsi="Times New Roman" w:cs="Times New Roman"/>
          <w:b/>
          <w:sz w:val="24"/>
          <w:szCs w:val="24"/>
        </w:rPr>
        <w:t>concursului</w:t>
      </w:r>
      <w:proofErr w:type="spellEnd"/>
    </w:p>
    <w:p w14:paraId="144FCB93" w14:textId="77777777" w:rsidR="005A1EE7" w:rsidRPr="009B171B"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lastRenderedPageBreak/>
        <w:t>Publicarea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anunțului</w:t>
      </w:r>
      <w:proofErr w:type="spellEnd"/>
      <w:r w:rsidRPr="009B171B">
        <w:rPr>
          <w:rFonts w:ascii="Times New Roman" w:hAnsi="Times New Roman" w:cs="Times New Roman"/>
          <w:sz w:val="24"/>
          <w:szCs w:val="24"/>
        </w:rPr>
        <w:t xml:space="preserve"> (la </w:t>
      </w:r>
      <w:proofErr w:type="spellStart"/>
      <w:r w:rsidRPr="009B171B">
        <w:rPr>
          <w:rFonts w:ascii="Times New Roman" w:hAnsi="Times New Roman" w:cs="Times New Roman"/>
          <w:sz w:val="24"/>
          <w:szCs w:val="24"/>
        </w:rPr>
        <w:t>sediul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instituției</w:t>
      </w:r>
      <w:proofErr w:type="spellEnd"/>
      <w:r w:rsidRPr="009B171B">
        <w:rPr>
          <w:rFonts w:ascii="Times New Roman" w:hAnsi="Times New Roman" w:cs="Times New Roman"/>
          <w:sz w:val="24"/>
          <w:szCs w:val="24"/>
        </w:rPr>
        <w:t xml:space="preserve">, pe </w:t>
      </w:r>
      <w:proofErr w:type="spellStart"/>
      <w:r w:rsidRPr="009B171B">
        <w:rPr>
          <w:rFonts w:ascii="Times New Roman" w:hAnsi="Times New Roman" w:cs="Times New Roman"/>
          <w:sz w:val="24"/>
          <w:szCs w:val="24"/>
        </w:rPr>
        <w:t>pagina</w:t>
      </w:r>
      <w:proofErr w:type="spellEnd"/>
      <w:r w:rsidRPr="009B171B">
        <w:rPr>
          <w:rFonts w:ascii="Times New Roman" w:hAnsi="Times New Roman" w:cs="Times New Roman"/>
          <w:sz w:val="24"/>
          <w:szCs w:val="24"/>
        </w:rPr>
        <w:t xml:space="preserve"> de internet a </w:t>
      </w:r>
      <w:proofErr w:type="spellStart"/>
      <w:r w:rsidRPr="009B171B">
        <w:rPr>
          <w:rFonts w:ascii="Times New Roman" w:hAnsi="Times New Roman" w:cs="Times New Roman"/>
          <w:sz w:val="24"/>
          <w:szCs w:val="24"/>
        </w:rPr>
        <w:t>instituției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pe </w:t>
      </w:r>
      <w:proofErr w:type="spellStart"/>
      <w:r w:rsidRPr="009B171B">
        <w:rPr>
          <w:rFonts w:ascii="Times New Roman" w:hAnsi="Times New Roman" w:cs="Times New Roman"/>
          <w:sz w:val="24"/>
          <w:szCs w:val="24"/>
        </w:rPr>
        <w:t>portalul</w:t>
      </w:r>
      <w:proofErr w:type="spellEnd"/>
      <w:r w:rsidRPr="009B171B">
        <w:rPr>
          <w:rFonts w:ascii="Times New Roman" w:hAnsi="Times New Roman" w:cs="Times New Roman"/>
          <w:sz w:val="24"/>
          <w:szCs w:val="24"/>
        </w:rPr>
        <w:t xml:space="preserve"> posturi.gov.ro): 30.10.2026;</w:t>
      </w:r>
    </w:p>
    <w:p w14:paraId="56F49E4F" w14:textId="77777777" w:rsidR="005A1EE7" w:rsidRPr="009B171B"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Depunerea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de </w:t>
      </w:r>
      <w:proofErr w:type="spellStart"/>
      <w:r w:rsidRPr="009B171B">
        <w:rPr>
          <w:rFonts w:ascii="Times New Roman" w:hAnsi="Times New Roman" w:cs="Times New Roman"/>
          <w:sz w:val="24"/>
          <w:szCs w:val="24"/>
        </w:rPr>
        <w:t>înscriere</w:t>
      </w:r>
      <w:proofErr w:type="spellEnd"/>
      <w:r w:rsidRPr="009B171B">
        <w:rPr>
          <w:rFonts w:ascii="Times New Roman" w:hAnsi="Times New Roman" w:cs="Times New Roman"/>
          <w:sz w:val="24"/>
          <w:szCs w:val="24"/>
        </w:rPr>
        <w:t xml:space="preserve">: 02.11.2026 – 13.11.2026, interval </w:t>
      </w:r>
      <w:proofErr w:type="spellStart"/>
      <w:r w:rsidRPr="009B171B">
        <w:rPr>
          <w:rFonts w:ascii="Times New Roman" w:hAnsi="Times New Roman" w:cs="Times New Roman"/>
          <w:sz w:val="24"/>
          <w:szCs w:val="24"/>
        </w:rPr>
        <w:t>orar</w:t>
      </w:r>
      <w:proofErr w:type="spellEnd"/>
      <w:r w:rsidRPr="009B171B">
        <w:rPr>
          <w:rFonts w:ascii="Times New Roman" w:hAnsi="Times New Roman" w:cs="Times New Roman"/>
          <w:sz w:val="24"/>
          <w:szCs w:val="24"/>
        </w:rPr>
        <w:t xml:space="preserve"> 09:00 – 15:00, la </w:t>
      </w:r>
      <w:proofErr w:type="spellStart"/>
      <w:r w:rsidRPr="009B171B">
        <w:rPr>
          <w:rFonts w:ascii="Times New Roman" w:hAnsi="Times New Roman" w:cs="Times New Roman"/>
          <w:sz w:val="24"/>
          <w:szCs w:val="24"/>
        </w:rPr>
        <w:t>secretariatul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instituției</w:t>
      </w:r>
      <w:proofErr w:type="spellEnd"/>
      <w:r w:rsidRPr="009B171B">
        <w:rPr>
          <w:rFonts w:ascii="Times New Roman" w:hAnsi="Times New Roman" w:cs="Times New Roman"/>
          <w:sz w:val="24"/>
          <w:szCs w:val="24"/>
        </w:rPr>
        <w:t>;</w:t>
      </w:r>
    </w:p>
    <w:p w14:paraId="016A22AE" w14:textId="77777777" w:rsidR="005A1EE7" w:rsidRPr="009B171B"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Selecția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de </w:t>
      </w:r>
      <w:proofErr w:type="spellStart"/>
      <w:r w:rsidRPr="009B171B">
        <w:rPr>
          <w:rFonts w:ascii="Times New Roman" w:hAnsi="Times New Roman" w:cs="Times New Roman"/>
          <w:sz w:val="24"/>
          <w:szCs w:val="24"/>
        </w:rPr>
        <w:t>înscriere</w:t>
      </w:r>
      <w:proofErr w:type="spellEnd"/>
      <w:r w:rsidRPr="009B171B">
        <w:rPr>
          <w:rFonts w:ascii="Times New Roman" w:hAnsi="Times New Roman" w:cs="Times New Roman"/>
          <w:sz w:val="24"/>
          <w:szCs w:val="24"/>
        </w:rPr>
        <w:t>: 16.11.2026;</w:t>
      </w:r>
    </w:p>
    <w:p w14:paraId="5FC128DA" w14:textId="77777777" w:rsidR="005A1EE7" w:rsidRPr="009B171B"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selecției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16.11.2026,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10492384" w14:textId="77777777" w:rsidR="005A1EE7" w:rsidRPr="009B171B"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Depunerea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selecția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17.11.2026,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60E4489B" w14:textId="77777777" w:rsidR="005A1EE7" w:rsidRPr="009B171B"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Soluționarea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selecția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18.11.2026,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30C2515B" w14:textId="77777777" w:rsidR="005A1EE7" w:rsidRPr="009B171B"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Susținerea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probei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scrise</w:t>
      </w:r>
      <w:proofErr w:type="spellEnd"/>
      <w:r w:rsidRPr="009B171B">
        <w:rPr>
          <w:rFonts w:ascii="Times New Roman" w:hAnsi="Times New Roman" w:cs="Times New Roman"/>
          <w:sz w:val="24"/>
          <w:szCs w:val="24"/>
        </w:rPr>
        <w:t xml:space="preserve">: 24.11.2026, ora 09:00, la </w:t>
      </w:r>
      <w:proofErr w:type="spellStart"/>
      <w:r w:rsidRPr="009B171B">
        <w:rPr>
          <w:rFonts w:ascii="Times New Roman" w:hAnsi="Times New Roman" w:cs="Times New Roman"/>
          <w:sz w:val="24"/>
          <w:szCs w:val="24"/>
        </w:rPr>
        <w:t>sediul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instituției</w:t>
      </w:r>
      <w:proofErr w:type="spellEnd"/>
      <w:r w:rsidRPr="009B171B">
        <w:rPr>
          <w:rFonts w:ascii="Times New Roman" w:hAnsi="Times New Roman" w:cs="Times New Roman"/>
          <w:sz w:val="24"/>
          <w:szCs w:val="24"/>
        </w:rPr>
        <w:t xml:space="preserve"> (Str. Barbu Ștefănescu </w:t>
      </w:r>
      <w:proofErr w:type="spellStart"/>
      <w:r w:rsidRPr="009B171B">
        <w:rPr>
          <w:rFonts w:ascii="Times New Roman" w:hAnsi="Times New Roman" w:cs="Times New Roman"/>
          <w:sz w:val="24"/>
          <w:szCs w:val="24"/>
        </w:rPr>
        <w:t>Delavrancea</w:t>
      </w:r>
      <w:proofErr w:type="spellEnd"/>
      <w:r w:rsidRPr="009B171B">
        <w:rPr>
          <w:rFonts w:ascii="Times New Roman" w:hAnsi="Times New Roman" w:cs="Times New Roman"/>
          <w:sz w:val="24"/>
          <w:szCs w:val="24"/>
        </w:rPr>
        <w:t xml:space="preserve"> nr. 55, Constanța);</w:t>
      </w:r>
    </w:p>
    <w:p w14:paraId="29B7CAE1" w14:textId="77777777" w:rsidR="005A1EE7" w:rsidRPr="009B171B"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probei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scrise</w:t>
      </w:r>
      <w:proofErr w:type="spellEnd"/>
      <w:r w:rsidRPr="009B171B">
        <w:rPr>
          <w:rFonts w:ascii="Times New Roman" w:hAnsi="Times New Roman" w:cs="Times New Roman"/>
          <w:sz w:val="24"/>
          <w:szCs w:val="24"/>
        </w:rPr>
        <w:t xml:space="preserve">: 24.11.2026,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0AEEE3C5" w14:textId="77777777" w:rsidR="005A1EE7" w:rsidRPr="009B171B"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Depunerea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25.11.2026,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12:00;</w:t>
      </w:r>
    </w:p>
    <w:p w14:paraId="09A4C1BB" w14:textId="77777777" w:rsidR="005A1EE7" w:rsidRPr="009B171B"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Soluționarea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25.11.2026,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10A8C926" w14:textId="77777777" w:rsidR="005A1EE7" w:rsidRPr="009B171B"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Susținerea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interviului</w:t>
      </w:r>
      <w:proofErr w:type="spellEnd"/>
      <w:r w:rsidRPr="009B171B">
        <w:rPr>
          <w:rFonts w:ascii="Times New Roman" w:hAnsi="Times New Roman" w:cs="Times New Roman"/>
          <w:sz w:val="24"/>
          <w:szCs w:val="24"/>
        </w:rPr>
        <w:t xml:space="preserve">: 26.11.2026, ora 10:00, la </w:t>
      </w:r>
      <w:proofErr w:type="spellStart"/>
      <w:r w:rsidRPr="009B171B">
        <w:rPr>
          <w:rFonts w:ascii="Times New Roman" w:hAnsi="Times New Roman" w:cs="Times New Roman"/>
          <w:sz w:val="24"/>
          <w:szCs w:val="24"/>
        </w:rPr>
        <w:t>sediul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instituției</w:t>
      </w:r>
      <w:proofErr w:type="spellEnd"/>
      <w:r w:rsidRPr="009B171B">
        <w:rPr>
          <w:rFonts w:ascii="Times New Roman" w:hAnsi="Times New Roman" w:cs="Times New Roman"/>
          <w:sz w:val="24"/>
          <w:szCs w:val="24"/>
        </w:rPr>
        <w:t xml:space="preserve"> (Str. Barbu Ștefănescu </w:t>
      </w:r>
      <w:proofErr w:type="spellStart"/>
      <w:r w:rsidRPr="009B171B">
        <w:rPr>
          <w:rFonts w:ascii="Times New Roman" w:hAnsi="Times New Roman" w:cs="Times New Roman"/>
          <w:sz w:val="24"/>
          <w:szCs w:val="24"/>
        </w:rPr>
        <w:t>Delavrancea</w:t>
      </w:r>
      <w:proofErr w:type="spellEnd"/>
      <w:r w:rsidRPr="009B171B">
        <w:rPr>
          <w:rFonts w:ascii="Times New Roman" w:hAnsi="Times New Roman" w:cs="Times New Roman"/>
          <w:sz w:val="24"/>
          <w:szCs w:val="24"/>
        </w:rPr>
        <w:t xml:space="preserve"> nr. 55, Constanța);</w:t>
      </w:r>
    </w:p>
    <w:p w14:paraId="363982B5" w14:textId="77777777" w:rsidR="005A1EE7" w:rsidRPr="009B171B"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interviului</w:t>
      </w:r>
      <w:proofErr w:type="spellEnd"/>
      <w:r w:rsidRPr="009B171B">
        <w:rPr>
          <w:rFonts w:ascii="Times New Roman" w:hAnsi="Times New Roman" w:cs="Times New Roman"/>
          <w:sz w:val="24"/>
          <w:szCs w:val="24"/>
        </w:rPr>
        <w:t xml:space="preserve">: 26.11.2026,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575833AB" w14:textId="77777777" w:rsidR="005A1EE7" w:rsidRPr="009B171B"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Depunerea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w:t>
      </w:r>
      <w:proofErr w:type="spellEnd"/>
      <w:r w:rsidRPr="009B171B">
        <w:rPr>
          <w:rFonts w:ascii="Times New Roman" w:hAnsi="Times New Roman" w:cs="Times New Roman"/>
          <w:sz w:val="24"/>
          <w:szCs w:val="24"/>
        </w:rPr>
        <w:t xml:space="preserve">: 27.11.2026,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6DC2FFC2" w14:textId="77777777" w:rsidR="005A1EE7" w:rsidRPr="009B171B"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Soluționarea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w:t>
      </w:r>
      <w:proofErr w:type="spellEnd"/>
      <w:r w:rsidRPr="009B171B">
        <w:rPr>
          <w:rFonts w:ascii="Times New Roman" w:hAnsi="Times New Roman" w:cs="Times New Roman"/>
          <w:sz w:val="24"/>
          <w:szCs w:val="24"/>
        </w:rPr>
        <w:t xml:space="preserve">: 02.12.2026,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12:00 (30.11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01.12.2026 sunt </w:t>
      </w:r>
      <w:proofErr w:type="spellStart"/>
      <w:r w:rsidRPr="009B171B">
        <w:rPr>
          <w:rFonts w:ascii="Times New Roman" w:hAnsi="Times New Roman" w:cs="Times New Roman"/>
          <w:sz w:val="24"/>
          <w:szCs w:val="24"/>
        </w:rPr>
        <w:t>zile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libere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legale</w:t>
      </w:r>
      <w:proofErr w:type="spellEnd"/>
      <w:r w:rsidRPr="009B171B">
        <w:rPr>
          <w:rFonts w:ascii="Times New Roman" w:hAnsi="Times New Roman" w:cs="Times New Roman"/>
          <w:sz w:val="24"/>
          <w:szCs w:val="24"/>
        </w:rPr>
        <w:t>);</w:t>
      </w:r>
    </w:p>
    <w:p w14:paraId="6CDAB11B" w14:textId="77777777" w:rsidR="005A1EE7" w:rsidRPr="009B171B"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finale ale </w:t>
      </w:r>
      <w:proofErr w:type="spellStart"/>
      <w:r w:rsidRPr="009B171B">
        <w:rPr>
          <w:rFonts w:ascii="Times New Roman" w:hAnsi="Times New Roman" w:cs="Times New Roman"/>
          <w:sz w:val="24"/>
          <w:szCs w:val="24"/>
        </w:rPr>
        <w:t>concursului</w:t>
      </w:r>
      <w:proofErr w:type="spellEnd"/>
      <w:r w:rsidRPr="009B171B">
        <w:rPr>
          <w:rFonts w:ascii="Times New Roman" w:hAnsi="Times New Roman" w:cs="Times New Roman"/>
          <w:sz w:val="24"/>
          <w:szCs w:val="24"/>
        </w:rPr>
        <w:t xml:space="preserve">: 02.12.2026,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1CC94DED" w14:textId="77777777" w:rsidR="005A1EE7" w:rsidRPr="009B171B" w:rsidRDefault="005A1EE7" w:rsidP="005A1EE7">
      <w:pPr>
        <w:spacing w:before="200" w:after="0" w:line="360" w:lineRule="auto"/>
        <w:rPr>
          <w:rFonts w:ascii="Times New Roman" w:hAnsi="Times New Roman" w:cs="Times New Roman"/>
          <w:sz w:val="24"/>
          <w:szCs w:val="24"/>
        </w:rPr>
      </w:pPr>
      <w:r>
        <w:rPr>
          <w:rFonts w:ascii="Times New Roman" w:hAnsi="Times New Roman" w:cs="Times New Roman"/>
          <w:b/>
          <w:sz w:val="24"/>
          <w:szCs w:val="24"/>
        </w:rPr>
        <w:t xml:space="preserve">F.) </w:t>
      </w:r>
      <w:proofErr w:type="spellStart"/>
      <w:r>
        <w:rPr>
          <w:rFonts w:ascii="Times New Roman" w:hAnsi="Times New Roman" w:cs="Times New Roman"/>
          <w:b/>
          <w:sz w:val="24"/>
          <w:szCs w:val="24"/>
        </w:rPr>
        <w:t>Probele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concursului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și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punctajul</w:t>
      </w:r>
      <w:proofErr w:type="spellEnd"/>
      <w:r>
        <w:rPr>
          <w:rFonts w:ascii="Times New Roman" w:hAnsi="Times New Roman" w:cs="Times New Roman"/>
          <w:b/>
          <w:sz w:val="24"/>
          <w:szCs w:val="24"/>
        </w:rPr>
        <w:t xml:space="preserve"> minim de </w:t>
      </w:r>
      <w:proofErr w:type="spellStart"/>
      <w:r>
        <w:rPr>
          <w:rFonts w:ascii="Times New Roman" w:hAnsi="Times New Roman" w:cs="Times New Roman"/>
          <w:b/>
          <w:sz w:val="24"/>
          <w:szCs w:val="24"/>
        </w:rPr>
        <w:t>promovare</w:t>
      </w:r>
      <w:proofErr w:type="spellEnd"/>
    </w:p>
    <w:p w14:paraId="71BF2CF9" w14:textId="77777777" w:rsidR="005A1EE7" w:rsidRPr="009B171B"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Concursul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constă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în</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trei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etape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succesive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selecția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de </w:t>
      </w:r>
      <w:proofErr w:type="spellStart"/>
      <w:r w:rsidRPr="009B171B">
        <w:rPr>
          <w:rFonts w:ascii="Times New Roman" w:hAnsi="Times New Roman" w:cs="Times New Roman"/>
          <w:sz w:val="24"/>
          <w:szCs w:val="24"/>
        </w:rPr>
        <w:t>înscriere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w:t>
      </w:r>
      <w:proofErr w:type="spellEnd"/>
      <w:r w:rsidRPr="009B171B">
        <w:rPr>
          <w:rFonts w:ascii="Times New Roman" w:hAnsi="Times New Roman" w:cs="Times New Roman"/>
          <w:sz w:val="24"/>
          <w:szCs w:val="24"/>
        </w:rPr>
        <w:t>.</w:t>
      </w:r>
    </w:p>
    <w:p w14:paraId="4E2D4F48" w14:textId="77777777" w:rsidR="005A1EE7" w:rsidRPr="009B171B" w:rsidRDefault="005A1EE7" w:rsidP="005A1EE7">
      <w:pPr>
        <w:pStyle w:val="ListBullet"/>
        <w:spacing w:after="0" w:line="360" w:lineRule="auto"/>
        <w:rPr>
          <w:rFonts w:ascii="Times New Roman" w:hAnsi="Times New Roman" w:cs="Times New Roman"/>
          <w:sz w:val="24"/>
          <w:szCs w:val="24"/>
        </w:rPr>
      </w:pPr>
      <w:r w:rsidRPr="009B171B">
        <w:rPr>
          <w:rFonts w:ascii="Times New Roman" w:hAnsi="Times New Roman" w:cs="Times New Roman"/>
          <w:sz w:val="24"/>
          <w:szCs w:val="24"/>
        </w:rPr>
        <w:t xml:space="preserve">Proba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w:t>
      </w:r>
      <w:proofErr w:type="spellEnd"/>
      <w:r w:rsidRPr="009B171B">
        <w:rPr>
          <w:rFonts w:ascii="Times New Roman" w:hAnsi="Times New Roman" w:cs="Times New Roman"/>
          <w:sz w:val="24"/>
          <w:szCs w:val="24"/>
        </w:rPr>
        <w:t xml:space="preserve"> se </w:t>
      </w:r>
      <w:proofErr w:type="spellStart"/>
      <w:r w:rsidRPr="009B171B">
        <w:rPr>
          <w:rFonts w:ascii="Times New Roman" w:hAnsi="Times New Roman" w:cs="Times New Roman"/>
          <w:sz w:val="24"/>
          <w:szCs w:val="24"/>
        </w:rPr>
        <w:t>notează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fiecare</w:t>
      </w:r>
      <w:proofErr w:type="spellEnd"/>
      <w:r w:rsidRPr="009B171B">
        <w:rPr>
          <w:rFonts w:ascii="Times New Roman" w:hAnsi="Times New Roman" w:cs="Times New Roman"/>
          <w:sz w:val="24"/>
          <w:szCs w:val="24"/>
        </w:rPr>
        <w:t xml:space="preserve"> cu maximum 100 de </w:t>
      </w:r>
      <w:proofErr w:type="spellStart"/>
      <w:r w:rsidRPr="009B171B">
        <w:rPr>
          <w:rFonts w:ascii="Times New Roman" w:hAnsi="Times New Roman" w:cs="Times New Roman"/>
          <w:sz w:val="24"/>
          <w:szCs w:val="24"/>
        </w:rPr>
        <w:t>puncte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Punctajul</w:t>
      </w:r>
      <w:proofErr w:type="spellEnd"/>
      <w:r w:rsidRPr="009B171B">
        <w:rPr>
          <w:rFonts w:ascii="Times New Roman" w:hAnsi="Times New Roman" w:cs="Times New Roman"/>
          <w:sz w:val="24"/>
          <w:szCs w:val="24"/>
        </w:rPr>
        <w:t xml:space="preserve"> minim de </w:t>
      </w:r>
      <w:proofErr w:type="spellStart"/>
      <w:r w:rsidRPr="009B171B">
        <w:rPr>
          <w:rFonts w:ascii="Times New Roman" w:hAnsi="Times New Roman" w:cs="Times New Roman"/>
          <w:sz w:val="24"/>
          <w:szCs w:val="24"/>
        </w:rPr>
        <w:t>promovare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este</w:t>
      </w:r>
      <w:proofErr w:type="spellEnd"/>
      <w:r w:rsidRPr="009B171B">
        <w:rPr>
          <w:rFonts w:ascii="Times New Roman" w:hAnsi="Times New Roman" w:cs="Times New Roman"/>
          <w:sz w:val="24"/>
          <w:szCs w:val="24"/>
        </w:rPr>
        <w:t xml:space="preserve"> de 50 de </w:t>
      </w:r>
      <w:proofErr w:type="spellStart"/>
      <w:r w:rsidRPr="009B171B">
        <w:rPr>
          <w:rFonts w:ascii="Times New Roman" w:hAnsi="Times New Roman" w:cs="Times New Roman"/>
          <w:sz w:val="24"/>
          <w:szCs w:val="24"/>
        </w:rPr>
        <w:t>puncte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pentru</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respectiv</w:t>
      </w:r>
      <w:proofErr w:type="spellEnd"/>
      <w:r w:rsidRPr="009B171B">
        <w:rPr>
          <w:rFonts w:ascii="Times New Roman" w:hAnsi="Times New Roman" w:cs="Times New Roman"/>
          <w:sz w:val="24"/>
          <w:szCs w:val="24"/>
        </w:rPr>
        <w:t xml:space="preserve"> de 50 de </w:t>
      </w:r>
      <w:proofErr w:type="spellStart"/>
      <w:r w:rsidRPr="009B171B">
        <w:rPr>
          <w:rFonts w:ascii="Times New Roman" w:hAnsi="Times New Roman" w:cs="Times New Roman"/>
          <w:sz w:val="24"/>
          <w:szCs w:val="24"/>
        </w:rPr>
        <w:t>puncte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pentru</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w:t>
      </w:r>
      <w:proofErr w:type="spellEnd"/>
      <w:r w:rsidRPr="009B171B">
        <w:rPr>
          <w:rFonts w:ascii="Times New Roman" w:hAnsi="Times New Roman" w:cs="Times New Roman"/>
          <w:sz w:val="24"/>
          <w:szCs w:val="24"/>
        </w:rPr>
        <w:t xml:space="preserve"> (art. 45 </w:t>
      </w:r>
      <w:proofErr w:type="spellStart"/>
      <w:r w:rsidRPr="009B171B">
        <w:rPr>
          <w:rFonts w:ascii="Times New Roman" w:hAnsi="Times New Roman" w:cs="Times New Roman"/>
          <w:sz w:val="24"/>
          <w:szCs w:val="24"/>
        </w:rPr>
        <w:t>alin</w:t>
      </w:r>
      <w:proofErr w:type="spellEnd"/>
      <w:r w:rsidRPr="009B171B">
        <w:rPr>
          <w:rFonts w:ascii="Times New Roman" w:hAnsi="Times New Roman" w:cs="Times New Roman"/>
          <w:sz w:val="24"/>
          <w:szCs w:val="24"/>
        </w:rPr>
        <w:t xml:space="preserve">. (2)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art. 46 </w:t>
      </w:r>
      <w:proofErr w:type="spellStart"/>
      <w:r w:rsidRPr="009B171B">
        <w:rPr>
          <w:rFonts w:ascii="Times New Roman" w:hAnsi="Times New Roman" w:cs="Times New Roman"/>
          <w:sz w:val="24"/>
          <w:szCs w:val="24"/>
        </w:rPr>
        <w:t>alin</w:t>
      </w:r>
      <w:proofErr w:type="spellEnd"/>
      <w:r w:rsidRPr="009B171B">
        <w:rPr>
          <w:rFonts w:ascii="Times New Roman" w:hAnsi="Times New Roman" w:cs="Times New Roman"/>
          <w:sz w:val="24"/>
          <w:szCs w:val="24"/>
        </w:rPr>
        <w:t>. (3) din H.G. nr. 1336/2022).</w:t>
      </w:r>
    </w:p>
    <w:p w14:paraId="3B475CB1" w14:textId="77777777" w:rsidR="005A1EE7" w:rsidRDefault="005A1EE7" w:rsidP="005A1EE7">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Subiectele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pentru</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se </w:t>
      </w:r>
      <w:proofErr w:type="spellStart"/>
      <w:r w:rsidRPr="009B171B">
        <w:rPr>
          <w:rFonts w:ascii="Times New Roman" w:hAnsi="Times New Roman" w:cs="Times New Roman"/>
          <w:sz w:val="24"/>
          <w:szCs w:val="24"/>
        </w:rPr>
        <w:t>stabilesc</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exclusiv</w:t>
      </w:r>
      <w:proofErr w:type="spellEnd"/>
      <w:r w:rsidRPr="009B171B">
        <w:rPr>
          <w:rFonts w:ascii="Times New Roman" w:hAnsi="Times New Roman" w:cs="Times New Roman"/>
          <w:sz w:val="24"/>
          <w:szCs w:val="24"/>
        </w:rPr>
        <w:t xml:space="preserve"> pe </w:t>
      </w:r>
      <w:proofErr w:type="spellStart"/>
      <w:r w:rsidRPr="009B171B">
        <w:rPr>
          <w:rFonts w:ascii="Times New Roman" w:hAnsi="Times New Roman" w:cs="Times New Roman"/>
          <w:sz w:val="24"/>
          <w:szCs w:val="24"/>
        </w:rPr>
        <w:t>baza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tematicii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a </w:t>
      </w:r>
      <w:proofErr w:type="spellStart"/>
      <w:r w:rsidRPr="009B171B">
        <w:rPr>
          <w:rFonts w:ascii="Times New Roman" w:hAnsi="Times New Roman" w:cs="Times New Roman"/>
          <w:sz w:val="24"/>
          <w:szCs w:val="24"/>
        </w:rPr>
        <w:t>bibliografiei</w:t>
      </w:r>
      <w:proofErr w:type="spellEnd"/>
      <w:r w:rsidRPr="009B171B">
        <w:rPr>
          <w:rFonts w:ascii="Times New Roman" w:hAnsi="Times New Roman" w:cs="Times New Roman"/>
          <w:sz w:val="24"/>
          <w:szCs w:val="24"/>
        </w:rPr>
        <w:t xml:space="preserve"> de concurs (art. 38 </w:t>
      </w:r>
      <w:proofErr w:type="spellStart"/>
      <w:r w:rsidRPr="009B171B">
        <w:rPr>
          <w:rFonts w:ascii="Times New Roman" w:hAnsi="Times New Roman" w:cs="Times New Roman"/>
          <w:sz w:val="24"/>
          <w:szCs w:val="24"/>
        </w:rPr>
        <w:t>alin</w:t>
      </w:r>
      <w:proofErr w:type="spellEnd"/>
      <w:r w:rsidRPr="009B171B">
        <w:rPr>
          <w:rFonts w:ascii="Times New Roman" w:hAnsi="Times New Roman" w:cs="Times New Roman"/>
          <w:sz w:val="24"/>
          <w:szCs w:val="24"/>
        </w:rPr>
        <w:t>. (3) din H.G. nr. 1336/2022).</w:t>
      </w:r>
    </w:p>
    <w:p w14:paraId="227ACC9F" w14:textId="77777777" w:rsidR="00E0140F" w:rsidRDefault="00E0140F" w:rsidP="00E0140F">
      <w:pPr>
        <w:pStyle w:val="ListBullet"/>
        <w:numPr>
          <w:ilvl w:val="0"/>
          <w:numId w:val="0"/>
        </w:numPr>
        <w:spacing w:after="0" w:line="360" w:lineRule="auto"/>
        <w:ind w:left="360" w:hanging="360"/>
        <w:rPr>
          <w:rFonts w:ascii="Times New Roman" w:hAnsi="Times New Roman" w:cs="Times New Roman"/>
          <w:sz w:val="24"/>
          <w:szCs w:val="24"/>
        </w:rPr>
      </w:pPr>
    </w:p>
    <w:p w14:paraId="5692BCFB" w14:textId="77777777" w:rsidR="00E0140F" w:rsidRPr="009B171B" w:rsidRDefault="00E0140F" w:rsidP="00E0140F">
      <w:pPr>
        <w:pStyle w:val="ListBullet"/>
        <w:numPr>
          <w:ilvl w:val="0"/>
          <w:numId w:val="0"/>
        </w:numPr>
        <w:spacing w:after="0" w:line="360" w:lineRule="auto"/>
        <w:ind w:left="360" w:hanging="360"/>
        <w:rPr>
          <w:rFonts w:ascii="Times New Roman" w:hAnsi="Times New Roman" w:cs="Times New Roman"/>
          <w:sz w:val="24"/>
          <w:szCs w:val="24"/>
        </w:rPr>
      </w:pPr>
    </w:p>
    <w:p w14:paraId="4D0201B0" w14:textId="77777777" w:rsidR="0015342E" w:rsidRPr="005C2DDE" w:rsidRDefault="0015342E" w:rsidP="0015342E">
      <w:pPr>
        <w:autoSpaceDE w:val="0"/>
        <w:autoSpaceDN w:val="0"/>
        <w:adjustRightInd w:val="0"/>
        <w:spacing w:after="0" w:line="360" w:lineRule="auto"/>
        <w:jc w:val="center"/>
        <w:rPr>
          <w:rFonts w:ascii="Times New Roman" w:eastAsia="Times New Roman" w:hAnsi="Times New Roman" w:cs="Times New Roman"/>
          <w:b/>
          <w:sz w:val="24"/>
          <w:szCs w:val="24"/>
          <w:lang w:val="ro-RO"/>
        </w:rPr>
      </w:pPr>
      <w:r w:rsidRPr="005C2DDE">
        <w:rPr>
          <w:rFonts w:ascii="Times New Roman" w:eastAsia="Times New Roman" w:hAnsi="Times New Roman" w:cs="Times New Roman"/>
          <w:b/>
          <w:sz w:val="24"/>
          <w:szCs w:val="24"/>
          <w:lang w:val="ro-RO"/>
        </w:rPr>
        <w:t>Director,</w:t>
      </w:r>
    </w:p>
    <w:p w14:paraId="61078D7C" w14:textId="77777777" w:rsidR="0015342E" w:rsidRPr="005C2DDE" w:rsidRDefault="0015342E" w:rsidP="0015342E">
      <w:pPr>
        <w:autoSpaceDE w:val="0"/>
        <w:autoSpaceDN w:val="0"/>
        <w:adjustRightInd w:val="0"/>
        <w:spacing w:after="0" w:line="360" w:lineRule="auto"/>
        <w:jc w:val="center"/>
        <w:rPr>
          <w:rFonts w:ascii="Times New Roman" w:eastAsia="Times New Roman" w:hAnsi="Times New Roman" w:cs="Times New Roman"/>
          <w:b/>
          <w:sz w:val="24"/>
          <w:szCs w:val="24"/>
          <w:lang w:val="ro-RO"/>
        </w:rPr>
      </w:pPr>
      <w:r w:rsidRPr="005C2DDE">
        <w:rPr>
          <w:rFonts w:ascii="Times New Roman" w:eastAsia="Times New Roman" w:hAnsi="Times New Roman" w:cs="Times New Roman"/>
          <w:b/>
          <w:sz w:val="24"/>
          <w:szCs w:val="24"/>
          <w:lang w:val="ro-RO"/>
        </w:rPr>
        <w:t>Prof. dr. ing. Ristea Nicoleta-Luminița</w:t>
      </w:r>
    </w:p>
    <w:p w14:paraId="79CBB1FF" w14:textId="77777777" w:rsidR="0015342E" w:rsidRDefault="0015342E" w:rsidP="0015342E">
      <w:pPr>
        <w:rPr>
          <w:rFonts w:ascii="Times New Roman" w:hAnsi="Times New Roman" w:cs="Times New Roman"/>
          <w:sz w:val="24"/>
          <w:szCs w:val="24"/>
        </w:rPr>
      </w:pPr>
    </w:p>
    <w:p w14:paraId="14EDF9FD" w14:textId="77777777" w:rsidR="0015342E" w:rsidRPr="006979AD" w:rsidRDefault="0015342E" w:rsidP="00F26013">
      <w:pPr>
        <w:pStyle w:val="ListBullet"/>
        <w:numPr>
          <w:ilvl w:val="0"/>
          <w:numId w:val="0"/>
        </w:numPr>
        <w:spacing w:after="0" w:line="360" w:lineRule="auto"/>
        <w:ind w:left="360"/>
        <w:jc w:val="both"/>
        <w:rPr>
          <w:rFonts w:ascii="Times New Roman" w:hAnsi="Times New Roman" w:cs="Times New Roman"/>
          <w:sz w:val="24"/>
          <w:szCs w:val="24"/>
        </w:rPr>
      </w:pPr>
    </w:p>
    <w:sectPr w:rsidR="0015342E" w:rsidRPr="006979AD"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DFEC8" w14:textId="77777777" w:rsidR="00331D5F" w:rsidRDefault="00331D5F" w:rsidP="00F26013">
      <w:pPr>
        <w:spacing w:after="0" w:line="240" w:lineRule="auto"/>
      </w:pPr>
      <w:r>
        <w:separator/>
      </w:r>
    </w:p>
  </w:endnote>
  <w:endnote w:type="continuationSeparator" w:id="0">
    <w:p w14:paraId="487836BA" w14:textId="77777777" w:rsidR="00331D5F" w:rsidRDefault="00331D5F" w:rsidP="00F26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AE9C2" w14:textId="77777777" w:rsidR="00331D5F" w:rsidRDefault="00331D5F" w:rsidP="00F26013">
      <w:pPr>
        <w:spacing w:after="0" w:line="240" w:lineRule="auto"/>
      </w:pPr>
      <w:r>
        <w:separator/>
      </w:r>
    </w:p>
  </w:footnote>
  <w:footnote w:type="continuationSeparator" w:id="0">
    <w:p w14:paraId="5D69683C" w14:textId="77777777" w:rsidR="00331D5F" w:rsidRDefault="00331D5F" w:rsidP="00F260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07742" w14:textId="028058EC" w:rsidR="00F26013" w:rsidRDefault="00F26013">
    <w:pPr>
      <w:pStyle w:val="Header"/>
    </w:pPr>
    <w:r w:rsidRPr="00F91428">
      <w:rPr>
        <w:noProof/>
        <w:lang w:val="ro-RO" w:eastAsia="ro-RO"/>
      </w:rPr>
      <w:drawing>
        <wp:anchor distT="0" distB="0" distL="114300" distR="114300" simplePos="0" relativeHeight="251659264" behindDoc="1" locked="0" layoutInCell="1" allowOverlap="1" wp14:anchorId="10E009AA" wp14:editId="0CC4811E">
          <wp:simplePos x="0" y="0"/>
          <wp:positionH relativeFrom="column">
            <wp:posOffset>-982980</wp:posOffset>
          </wp:positionH>
          <wp:positionV relativeFrom="paragraph">
            <wp:posOffset>-342900</wp:posOffset>
          </wp:positionV>
          <wp:extent cx="2628900" cy="800100"/>
          <wp:effectExtent l="0" t="0" r="0"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
                  <a:srcRect/>
                  <a:stretch>
                    <a:fillRect/>
                  </a:stretch>
                </pic:blipFill>
                <pic:spPr>
                  <a:xfrm>
                    <a:off x="0" y="0"/>
                    <a:ext cx="2628900" cy="8001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D143"/>
      </v:shape>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83B8C11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BF23C74"/>
    <w:multiLevelType w:val="hybridMultilevel"/>
    <w:tmpl w:val="AFAA8E8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1082560">
    <w:abstractNumId w:val="8"/>
  </w:num>
  <w:num w:numId="2" w16cid:durableId="1372145706">
    <w:abstractNumId w:val="6"/>
  </w:num>
  <w:num w:numId="3" w16cid:durableId="933590680">
    <w:abstractNumId w:val="5"/>
  </w:num>
  <w:num w:numId="4" w16cid:durableId="398747907">
    <w:abstractNumId w:val="4"/>
  </w:num>
  <w:num w:numId="5" w16cid:durableId="70809382">
    <w:abstractNumId w:val="7"/>
  </w:num>
  <w:num w:numId="6" w16cid:durableId="1010522871">
    <w:abstractNumId w:val="3"/>
  </w:num>
  <w:num w:numId="7" w16cid:durableId="1440636874">
    <w:abstractNumId w:val="2"/>
  </w:num>
  <w:num w:numId="8" w16cid:durableId="1403257167">
    <w:abstractNumId w:val="1"/>
  </w:num>
  <w:num w:numId="9" w16cid:durableId="446243825">
    <w:abstractNumId w:val="0"/>
  </w:num>
  <w:num w:numId="10" w16cid:durableId="15391976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031A"/>
    <w:rsid w:val="000B1FF5"/>
    <w:rsid w:val="00140AF4"/>
    <w:rsid w:val="0015074B"/>
    <w:rsid w:val="0015342E"/>
    <w:rsid w:val="0016237D"/>
    <w:rsid w:val="00243E94"/>
    <w:rsid w:val="0029639D"/>
    <w:rsid w:val="002F6765"/>
    <w:rsid w:val="00326F90"/>
    <w:rsid w:val="00331D5F"/>
    <w:rsid w:val="003A1395"/>
    <w:rsid w:val="00416F22"/>
    <w:rsid w:val="0053255E"/>
    <w:rsid w:val="005A1EE7"/>
    <w:rsid w:val="006979AD"/>
    <w:rsid w:val="008E0E43"/>
    <w:rsid w:val="00924163"/>
    <w:rsid w:val="00A1443E"/>
    <w:rsid w:val="00A80371"/>
    <w:rsid w:val="00AA1D8D"/>
    <w:rsid w:val="00AA6E3A"/>
    <w:rsid w:val="00B46880"/>
    <w:rsid w:val="00B47730"/>
    <w:rsid w:val="00C90D8E"/>
    <w:rsid w:val="00CB0664"/>
    <w:rsid w:val="00D213F5"/>
    <w:rsid w:val="00E0140F"/>
    <w:rsid w:val="00EA1347"/>
    <w:rsid w:val="00F26013"/>
    <w:rsid w:val="00F93A85"/>
    <w:rsid w:val="00FA4F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3DFE63"/>
  <w14:defaultImageDpi w14:val="300"/>
  <w15:docId w15:val="{82516F1F-9F12-4532-A313-83F4E1C08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1568</Words>
  <Characters>8942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78 78</cp:lastModifiedBy>
  <cp:revision>4</cp:revision>
  <cp:lastPrinted>2026-10-28T11:35:00Z</cp:lastPrinted>
  <dcterms:created xsi:type="dcterms:W3CDTF">2026-10-29T08:21:00Z</dcterms:created>
  <dcterms:modified xsi:type="dcterms:W3CDTF">2026-10-29T09:07:00Z</dcterms:modified>
  <cp:category/>
</cp:coreProperties>
</file>