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75F1" w14:textId="4990633C" w:rsidR="00B60CF3" w:rsidRDefault="008F617B" w:rsidP="008F617B">
      <w:pPr>
        <w:contextualSpacing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Nr. 2350/28.10.2026</w:t>
      </w:r>
    </w:p>
    <w:p w14:paraId="6859360C" w14:textId="77777777" w:rsidR="008F617B" w:rsidRPr="000D29A9" w:rsidRDefault="008F617B" w:rsidP="008F617B">
      <w:pPr>
        <w:contextualSpacing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569DCE0" w14:textId="226E1D50" w:rsidR="00B60CF3" w:rsidRPr="000D29A9" w:rsidRDefault="00B60CF3" w:rsidP="005C4F20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b/>
          <w:sz w:val="24"/>
          <w:szCs w:val="24"/>
          <w:lang w:val="ro-RO"/>
        </w:rPr>
        <w:t>Anunț organizare concurs</w:t>
      </w:r>
      <w:r w:rsidR="00BE5DB9" w:rsidRPr="000D29A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posturi contractuale conform H.G. 1336/2022</w:t>
      </w:r>
    </w:p>
    <w:p w14:paraId="42744B57" w14:textId="77777777" w:rsidR="00B60CF3" w:rsidRPr="000D29A9" w:rsidRDefault="00B60CF3" w:rsidP="005C4F20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FC2C8D0" w14:textId="77777777" w:rsidR="00B60CF3" w:rsidRPr="000D29A9" w:rsidRDefault="00B60CF3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BDE225" w14:textId="030917F3" w:rsidR="00D375D0" w:rsidRPr="000D29A9" w:rsidRDefault="00000000" w:rsidP="005C4F20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Centrul Școlar pentru Educație Incluzivă „Delfinul” Constanța, cu sediul în str. Semănătorului nr. 8, organizează concurs pentru ocuparea unui post contractual vacant, în condițiile H.G. nr. 1336/2022 și ale legislației aplicabile</w:t>
      </w:r>
      <w:r w:rsidR="00B60CF3" w:rsidRPr="000D29A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199AAD0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A. Informații despre post</w:t>
      </w:r>
    </w:p>
    <w:p w14:paraId="5F3AD3B0" w14:textId="4842BF27" w:rsidR="00D375D0" w:rsidRPr="000D29A9" w:rsidRDefault="00000000" w:rsidP="005C4F2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Denumire: secretar școală; nivel de execuție; 1 post vacant; perioadă nedeterminată.</w:t>
      </w:r>
    </w:p>
    <w:p w14:paraId="6ED7F6E1" w14:textId="2D36C7BF" w:rsidR="00D375D0" w:rsidRPr="000D29A9" w:rsidRDefault="00000000" w:rsidP="005C4F2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Studii / grad profesional: studii superioare, gradul II </w:t>
      </w:r>
      <w:r w:rsidR="00A3651C">
        <w:rPr>
          <w:rFonts w:ascii="Times New Roman" w:hAnsi="Times New Roman" w:cs="Times New Roman"/>
          <w:sz w:val="24"/>
          <w:szCs w:val="24"/>
          <w:lang w:val="ro-RO"/>
        </w:rPr>
        <w:t>(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A3651C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B60CF3" w:rsidRPr="000D29A9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9B68D96" w14:textId="1508DB61" w:rsidR="00C45C3B" w:rsidRPr="000D29A9" w:rsidRDefault="00000000" w:rsidP="005C4F2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Program: 8 ore/zi, 40 de ore/săptămână.</w:t>
      </w:r>
    </w:p>
    <w:p w14:paraId="752FD3C4" w14:textId="5B90B273" w:rsidR="00C45C3B" w:rsidRPr="000D29A9" w:rsidRDefault="00C45C3B" w:rsidP="005C4F2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Compartiment: didactic auxiliar, secretariat;</w:t>
      </w:r>
    </w:p>
    <w:p w14:paraId="68E3F9F0" w14:textId="210DEDF2" w:rsidR="00D375D0" w:rsidRPr="000D29A9" w:rsidRDefault="00000000" w:rsidP="005C4F2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Scop: organizarea activității de secretariat școlar, gestionarea evidențelor elevilor și personalului și realizarea operațiunilor de salarizare repartizate prin fișa postului.</w:t>
      </w:r>
    </w:p>
    <w:p w14:paraId="0CF86341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B. Atribuții principale</w:t>
      </w:r>
    </w:p>
    <w:p w14:paraId="300459C7" w14:textId="7518A0D5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Înregistrarea, repartizarea și evidența corespondenței, redactarea adreselor, adeverințelor și documentelor administrative.</w:t>
      </w:r>
    </w:p>
    <w:p w14:paraId="31F504BB" w14:textId="4CDEF3D4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Întocmirea, actualizarea și păstrarea documentelor școlare și a evidențelor privind elevii; operarea datelor în SIIIR, în limita drepturilor acordate.</w:t>
      </w:r>
    </w:p>
    <w:p w14:paraId="1FC340D1" w14:textId="203CEDCD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Gestionarea dosarelor de personal, a documentelor de încadrare, vechime, concedii și modificări ale raporturilor de muncă, în colaborare cu conducerea și compartimentele responsabile.</w:t>
      </w:r>
    </w:p>
    <w:p w14:paraId="209A6553" w14:textId="5C7B8685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Pregătirea și verificarea documentelor necesare salarizării, centralizarea pontajelor și operarea datelor în aplicațiile utilizate de instituție, conform atribuțiilor delegate.</w:t>
      </w:r>
    </w:p>
    <w:p w14:paraId="5E2DDAFF" w14:textId="09E48D3D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Sprijinirea procedurilor de înscriere, transfer, eliberare acte de studii și arhivarea documentelor, conform normelor aplicabile.</w:t>
      </w:r>
    </w:p>
    <w:p w14:paraId="20374B2B" w14:textId="200B065F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Asigurarea confidențialității și protecției datelor elevilor, familiilor și angajaților, inclusiv a informațiilor privind cerințele educaționale speciale.</w:t>
      </w:r>
    </w:p>
    <w:p w14:paraId="044B84FF" w14:textId="6200409A" w:rsidR="00D375D0" w:rsidRPr="000D29A9" w:rsidRDefault="00000000" w:rsidP="005C4F2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Relaționarea cu părinții/reprezentanții legali, cadrele didactice și instituțiile partenere, cu respectarea circuitului documentelor.</w:t>
      </w:r>
    </w:p>
    <w:p w14:paraId="6039CBFA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C. Condiții de participare</w:t>
      </w:r>
    </w:p>
    <w:p w14:paraId="24532F82" w14:textId="18603007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Condiții generale: cele prevăzute la art. 15 din H.G. nr. 1336/2022, în forma în vigoare la data organizării concursului</w:t>
      </w:r>
      <w:r w:rsidR="00C45C3B" w:rsidRPr="000D29A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673B70AD" w14:textId="0F80723B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are cetățenia română; </w:t>
      </w:r>
    </w:p>
    <w:p w14:paraId="6E5E87C5" w14:textId="4D0004BC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cunoaște limba română, scris și vorbit;</w:t>
      </w:r>
    </w:p>
    <w:p w14:paraId="3B8B7220" w14:textId="70BB7A61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lastRenderedPageBreak/>
        <w:t>are capacitate de muncă în conformitate cu prevederile Legii nr. 53/2003 — Codul muncii</w:t>
      </w:r>
    </w:p>
    <w:p w14:paraId="6FA5FC21" w14:textId="1009499A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are o stare de sănătate corespunzătoare postului pentru care candidează; </w:t>
      </w:r>
    </w:p>
    <w:p w14:paraId="4DC67B45" w14:textId="7DB5C263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îndeplinește condițiile de studii; </w:t>
      </w:r>
    </w:p>
    <w:p w14:paraId="5273D484" w14:textId="3A75C2FF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nu a fost condamnată; </w:t>
      </w:r>
    </w:p>
    <w:p w14:paraId="40ACAC9C" w14:textId="34F4A00D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nu execută o pedeapsă complementară prin care i-a fost interzisă exercitarea dreptului de a ocupa funcția;</w:t>
      </w:r>
    </w:p>
    <w:p w14:paraId="73A6DD46" w14:textId="496103C0" w:rsidR="00C45C3B" w:rsidRPr="000D29A9" w:rsidRDefault="00C45C3B" w:rsidP="005C4F2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nu a comis infracțiunile prevăzute la art. 1 alin. (2) din Legea nr. 118/2019.</w:t>
      </w:r>
    </w:p>
    <w:p w14:paraId="2652411B" w14:textId="07F3BE6F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b/>
          <w:sz w:val="24"/>
          <w:szCs w:val="24"/>
          <w:lang w:val="ro-RO"/>
        </w:rPr>
        <w:t>Condiții specifice</w:t>
      </w:r>
      <w:r w:rsidR="00C45C3B" w:rsidRPr="000D29A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3C986919" w14:textId="59BD2F2E" w:rsidR="00D375D0" w:rsidRPr="000D29A9" w:rsidRDefault="009C745F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Studii: absolvent de studii superioare;</w:t>
      </w:r>
    </w:p>
    <w:p w14:paraId="3E04B814" w14:textId="662448E4" w:rsidR="00D375D0" w:rsidRPr="000D29A9" w:rsidRDefault="00000000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Vechime în </w:t>
      </w:r>
      <w:r w:rsidR="009C745F"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muncă: </w:t>
      </w:r>
      <w:r w:rsidR="005D6BBD">
        <w:rPr>
          <w:rFonts w:ascii="Times New Roman" w:hAnsi="Times New Roman" w:cs="Times New Roman"/>
          <w:sz w:val="24"/>
          <w:szCs w:val="24"/>
          <w:lang w:val="ro-RO"/>
        </w:rPr>
        <w:t>minim 3 ani și 6 luni</w:t>
      </w:r>
    </w:p>
    <w:p w14:paraId="76DACB23" w14:textId="77777777" w:rsidR="009C745F" w:rsidRPr="000D29A9" w:rsidRDefault="00000000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Cunoștințe </w:t>
      </w:r>
      <w:r w:rsidR="009C745F"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avansate 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>de utilizare Word, Excel, e-mail</w:t>
      </w:r>
      <w:r w:rsidR="009C745F" w:rsidRPr="000D29A9">
        <w:rPr>
          <w:rFonts w:ascii="Times New Roman" w:hAnsi="Times New Roman" w:cs="Times New Roman"/>
          <w:sz w:val="24"/>
          <w:szCs w:val="24"/>
          <w:lang w:val="ro-RO"/>
        </w:rPr>
        <w:t>, baze de date;</w:t>
      </w:r>
    </w:p>
    <w:p w14:paraId="5616A27E" w14:textId="2392A4CF" w:rsidR="00D375D0" w:rsidRPr="000D29A9" w:rsidRDefault="009C745F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Cunoștinte de gestionare a aplicațiilor informatice de evidență școlară (SIIIR) și salarizare (EDUSAL, REGES);</w:t>
      </w:r>
    </w:p>
    <w:p w14:paraId="56B71618" w14:textId="00B0AE12" w:rsidR="009C745F" w:rsidRPr="000D29A9" w:rsidRDefault="009C745F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Cunoștinte solide privind încadrarea și salarizarea personalului angajat în instituțiile de învățământ;</w:t>
      </w:r>
    </w:p>
    <w:p w14:paraId="3D64A3B3" w14:textId="5571E6FF" w:rsidR="00D375D0" w:rsidRPr="000D29A9" w:rsidRDefault="00000000" w:rsidP="005C4F2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Capacitate de organizare, acuratețe în gestionarea documentelor, comunicare profesională și respectarea confidențialității.</w:t>
      </w:r>
    </w:p>
    <w:p w14:paraId="58E8E164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D. Dosarul de concurs</w:t>
      </w:r>
    </w:p>
    <w:p w14:paraId="5190A60C" w14:textId="77777777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Formular de înscriere (anexa nr. 2 la H.G. nr. 1336/2022); </w:t>
      </w:r>
    </w:p>
    <w:p w14:paraId="4DC8DC11" w14:textId="7B29819B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copie act de identitate</w:t>
      </w:r>
      <w:r w:rsidR="000D29A9"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 sau echivalent conform legii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</w:p>
    <w:p w14:paraId="39ADD7D7" w14:textId="77777777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documente privind schimbarea numelui, după caz; </w:t>
      </w:r>
    </w:p>
    <w:p w14:paraId="36B6616C" w14:textId="0F7C685F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copii ale diplomelor și certificatelor relevante</w:t>
      </w:r>
      <w:r w:rsidR="000D29A9"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 pentru postul vizat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</w:p>
    <w:p w14:paraId="3B3A55AC" w14:textId="5DE74FF3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documente care atestă vechimea</w:t>
      </w:r>
      <w:r w:rsidR="000D29A9"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 în muncă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</w:p>
    <w:p w14:paraId="3157F45A" w14:textId="30728D4F" w:rsidR="000D29A9" w:rsidRPr="000D29A9" w:rsidRDefault="000D29A9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certificat de cazier judiciar; </w:t>
      </w:r>
    </w:p>
    <w:p w14:paraId="6AE89083" w14:textId="77777777" w:rsidR="000D29A9" w:rsidRPr="000D29A9" w:rsidRDefault="000D29A9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certificat de integritate comportamentală; </w:t>
      </w:r>
    </w:p>
    <w:p w14:paraId="118FFAA6" w14:textId="2171EBB4" w:rsidR="000D29A9" w:rsidRPr="000D29A9" w:rsidRDefault="000D29A9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certificat medical emis de medicul specialist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medicina muncii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, conform MS/MEC 55/3335/2026; </w:t>
      </w:r>
    </w:p>
    <w:p w14:paraId="0CCED753" w14:textId="77777777" w:rsidR="000D29A9" w:rsidRPr="000D29A9" w:rsidRDefault="00000000" w:rsidP="005C4F2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 xml:space="preserve">curriculum vitae model european. </w:t>
      </w:r>
    </w:p>
    <w:p w14:paraId="791BB196" w14:textId="38721CFD" w:rsidR="00D375D0" w:rsidRPr="000D29A9" w:rsidRDefault="00000000" w:rsidP="005C4F20">
      <w:pPr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Originalele vor fi prezentate pentru certificarea copiilor.</w:t>
      </w:r>
    </w:p>
    <w:p w14:paraId="3678B5CA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E. Bibliografie și tematică propuse</w:t>
      </w:r>
    </w:p>
    <w:p w14:paraId="4FE2C83E" w14:textId="26F52B79" w:rsidR="00D375D0" w:rsidRPr="00CA3848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>Legea învățământului preuniversitar nr. 198/2023</w:t>
      </w:r>
      <w:r w:rsidR="00CA3848">
        <w:rPr>
          <w:rFonts w:ascii="Times New Roman" w:hAnsi="Times New Roman" w:cs="Times New Roman"/>
          <w:sz w:val="24"/>
          <w:szCs w:val="24"/>
          <w:lang w:val="ro-RO"/>
        </w:rPr>
        <w:t xml:space="preserve"> cu modificările și completările ulterioare;</w:t>
      </w:r>
    </w:p>
    <w:p w14:paraId="4A28E5C3" w14:textId="1A0149AE" w:rsidR="00D375D0" w:rsidRPr="00CA3848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>Regulamentul-cadru de organizare și funcționare a unităților de învățământ preuniversitar (OME nr. 5726/2024, cu modificările ulterioare)</w:t>
      </w:r>
      <w:r w:rsidR="00CA3848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E03519E" w14:textId="7E1079B2" w:rsidR="00D375D0" w:rsidRPr="00CA3848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 xml:space="preserve">Legea nr. 53/2003 – Codul muncii </w:t>
      </w:r>
      <w:r w:rsidR="00CA3848">
        <w:rPr>
          <w:rFonts w:ascii="Times New Roman" w:hAnsi="Times New Roman" w:cs="Times New Roman"/>
          <w:sz w:val="24"/>
          <w:szCs w:val="24"/>
          <w:lang w:val="ro-RO"/>
        </w:rPr>
        <w:t>cu modificările și completările ulterioare;</w:t>
      </w:r>
    </w:p>
    <w:p w14:paraId="005EE3D5" w14:textId="5B8CF376" w:rsidR="00D375D0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lastRenderedPageBreak/>
        <w:t>Legea-cadru nr. 153/2017 – salarizarea personalului plătit din fonduri publice, dispoziții aplicabile personalului din învățământ.</w:t>
      </w:r>
    </w:p>
    <w:p w14:paraId="3B0045A1" w14:textId="09FC5350" w:rsidR="00CA3848" w:rsidRDefault="00CA3848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Legea 360/29.11.2023 privind sistemul public de pensii;</w:t>
      </w:r>
    </w:p>
    <w:p w14:paraId="2CA023A8" w14:textId="6FDC00DD" w:rsidR="00CA3848" w:rsidRPr="007B75B9" w:rsidRDefault="00CA3848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OME nr. 7930/2024 pentru aprobarea normelor metodologice privind efectuarea concediului de odihnă pentru personalul didactic, de conducere, de îndrumare și control;</w:t>
      </w:r>
    </w:p>
    <w:p w14:paraId="53571627" w14:textId="4964EDE7" w:rsidR="00D375D0" w:rsidRPr="00CA3848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>Regulamentul (UE) 2016/679 (GDPR) și Legea nr. 190/2018 – protecția datelor personale.</w:t>
      </w:r>
    </w:p>
    <w:p w14:paraId="4EF9C3B7" w14:textId="4007904F" w:rsidR="00D375D0" w:rsidRPr="00CA3848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>Legea Arhivelor Naționale nr. 16/1996 – evidența, păstrarea și arhivarea documentelor.</w:t>
      </w:r>
    </w:p>
    <w:p w14:paraId="5ED61AC5" w14:textId="7D37F4EC" w:rsidR="00D375D0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3848">
        <w:rPr>
          <w:rFonts w:ascii="Times New Roman" w:hAnsi="Times New Roman" w:cs="Times New Roman"/>
          <w:sz w:val="24"/>
          <w:szCs w:val="24"/>
          <w:lang w:val="ro-RO"/>
        </w:rPr>
        <w:t>H.G. nr. 1336/2022 – organizarea concursurilor pentru posturi contractuale.</w:t>
      </w:r>
    </w:p>
    <w:p w14:paraId="7C135596" w14:textId="20B3A120" w:rsidR="00CA3848" w:rsidRDefault="007B75B9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O.M.E. nr. 4634/2024 pentru aprobarea Regulamentului privind regimul actelor de studii și al documentelor școlare gestionate de unitățile de învățământ;</w:t>
      </w:r>
    </w:p>
    <w:p w14:paraId="3403DD92" w14:textId="3C4E5B2B" w:rsidR="007B75B9" w:rsidRPr="005747E7" w:rsidRDefault="007B75B9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H.G. nr. 295/28.10.2025 privind REGES – online și OMMFTSS nr. 1107/06.05.2025 privind procedura de acces în vederea completării transmiterii și interogării datelor în/din REGES;</w:t>
      </w:r>
    </w:p>
    <w:p w14:paraId="6C4D23A7" w14:textId="72E472F2" w:rsidR="007B75B9" w:rsidRPr="005747E7" w:rsidRDefault="00000000" w:rsidP="005C4F2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47E7">
        <w:rPr>
          <w:rFonts w:ascii="Times New Roman" w:hAnsi="Times New Roman" w:cs="Times New Roman"/>
          <w:b/>
          <w:sz w:val="24"/>
          <w:szCs w:val="24"/>
          <w:lang w:val="ro-RO"/>
        </w:rPr>
        <w:t xml:space="preserve">Tematică: </w:t>
      </w:r>
    </w:p>
    <w:p w14:paraId="6768FF36" w14:textId="77777777" w:rsidR="005747E7" w:rsidRDefault="005747E7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documente de personal și evidența timpului de muncă; </w:t>
      </w:r>
    </w:p>
    <w:p w14:paraId="08B3CA52" w14:textId="571FDB8A" w:rsidR="005747E7" w:rsidRDefault="005747E7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>elemente de salarizare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 personalului</w:t>
      </w: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</w:p>
    <w:p w14:paraId="6F832B31" w14:textId="77777777" w:rsidR="005747E7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organizarea secretariatului școlar; </w:t>
      </w:r>
    </w:p>
    <w:p w14:paraId="6F39FEBF" w14:textId="77777777" w:rsidR="005747E7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circuitul și arhivarea documentelor; </w:t>
      </w:r>
    </w:p>
    <w:p w14:paraId="4CFC0E43" w14:textId="77777777" w:rsidR="005747E7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evidența elevilor și operarea SIIIR; </w:t>
      </w:r>
    </w:p>
    <w:p w14:paraId="51ECAEB8" w14:textId="77777777" w:rsidR="005747E7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confidențialitate și GDPR; </w:t>
      </w:r>
    </w:p>
    <w:p w14:paraId="346B0BFA" w14:textId="68E0FB38" w:rsidR="00D375D0" w:rsidRPr="007B75B9" w:rsidRDefault="00000000" w:rsidP="005C4F2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75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comunicarea instituțională </w:t>
      </w:r>
      <w:r w:rsidR="005747E7">
        <w:rPr>
          <w:rFonts w:ascii="Times New Roman" w:hAnsi="Times New Roman" w:cs="Times New Roman"/>
          <w:b/>
          <w:sz w:val="24"/>
          <w:szCs w:val="24"/>
          <w:lang w:val="ro-RO"/>
        </w:rPr>
        <w:t>și gestionarea corespondenței documentelor:</w:t>
      </w:r>
    </w:p>
    <w:p w14:paraId="09B73750" w14:textId="77777777" w:rsidR="00D375D0" w:rsidRPr="000D29A9" w:rsidRDefault="00000000" w:rsidP="005C4F20">
      <w:pPr>
        <w:pStyle w:val="Heading2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F. Calendarul de desfășurare a concursului (propunere: publicare 28.10.2026)</w:t>
      </w:r>
    </w:p>
    <w:p w14:paraId="54D1A219" w14:textId="77777777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Calendarul detaliat este prezentat în tabelul de mai jos.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5747E7" w:rsidRPr="000D29A9" w14:paraId="1E9BDFDF" w14:textId="77777777" w:rsidTr="008F617B">
        <w:trPr>
          <w:tblHeader/>
        </w:trPr>
        <w:tc>
          <w:tcPr>
            <w:tcW w:w="5211" w:type="dxa"/>
          </w:tcPr>
          <w:p w14:paraId="09446F1A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Etapă</w:t>
            </w:r>
          </w:p>
        </w:tc>
        <w:tc>
          <w:tcPr>
            <w:tcW w:w="4678" w:type="dxa"/>
          </w:tcPr>
          <w:p w14:paraId="21670001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/ ora</w:t>
            </w:r>
          </w:p>
        </w:tc>
      </w:tr>
      <w:tr w:rsidR="005747E7" w:rsidRPr="000D29A9" w14:paraId="09E4FBB1" w14:textId="77777777" w:rsidTr="005747E7">
        <w:tc>
          <w:tcPr>
            <w:tcW w:w="5211" w:type="dxa"/>
          </w:tcPr>
          <w:p w14:paraId="5CE82D8D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Publicarea anunțului</w:t>
            </w:r>
          </w:p>
        </w:tc>
        <w:tc>
          <w:tcPr>
            <w:tcW w:w="4678" w:type="dxa"/>
          </w:tcPr>
          <w:p w14:paraId="52285542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28.10.2026</w:t>
            </w:r>
          </w:p>
        </w:tc>
      </w:tr>
      <w:tr w:rsidR="005747E7" w:rsidRPr="000D29A9" w14:paraId="16F8907C" w14:textId="77777777" w:rsidTr="005747E7">
        <w:tc>
          <w:tcPr>
            <w:tcW w:w="5211" w:type="dxa"/>
          </w:tcPr>
          <w:p w14:paraId="3098633C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Depunerea dosarelor</w:t>
            </w:r>
          </w:p>
        </w:tc>
        <w:tc>
          <w:tcPr>
            <w:tcW w:w="4678" w:type="dxa"/>
          </w:tcPr>
          <w:p w14:paraId="6123B589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29.10–11.11.2026, ora 14:00</w:t>
            </w:r>
          </w:p>
        </w:tc>
      </w:tr>
      <w:tr w:rsidR="005747E7" w:rsidRPr="000D29A9" w14:paraId="6EBE326B" w14:textId="77777777" w:rsidTr="005747E7">
        <w:tc>
          <w:tcPr>
            <w:tcW w:w="5211" w:type="dxa"/>
          </w:tcPr>
          <w:p w14:paraId="58CBA8DB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4678" w:type="dxa"/>
          </w:tcPr>
          <w:p w14:paraId="1819C229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12–13.11.2026</w:t>
            </w:r>
          </w:p>
        </w:tc>
      </w:tr>
      <w:tr w:rsidR="005747E7" w:rsidRPr="000D29A9" w14:paraId="0954B587" w14:textId="77777777" w:rsidTr="005747E7">
        <w:tc>
          <w:tcPr>
            <w:tcW w:w="5211" w:type="dxa"/>
          </w:tcPr>
          <w:p w14:paraId="11A1248A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selecției</w:t>
            </w:r>
          </w:p>
        </w:tc>
        <w:tc>
          <w:tcPr>
            <w:tcW w:w="4678" w:type="dxa"/>
          </w:tcPr>
          <w:p w14:paraId="6E038ABC" w14:textId="1FD75A3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9724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.11.2026, ora 12:00</w:t>
            </w:r>
          </w:p>
        </w:tc>
      </w:tr>
      <w:tr w:rsidR="005747E7" w:rsidRPr="000D29A9" w14:paraId="389FF00A" w14:textId="77777777" w:rsidTr="005747E7">
        <w:tc>
          <w:tcPr>
            <w:tcW w:w="5211" w:type="dxa"/>
          </w:tcPr>
          <w:p w14:paraId="11C4C0D5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Contestații selecție</w:t>
            </w:r>
          </w:p>
        </w:tc>
        <w:tc>
          <w:tcPr>
            <w:tcW w:w="4678" w:type="dxa"/>
          </w:tcPr>
          <w:p w14:paraId="4426551D" w14:textId="3212E526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9724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.11.2026, până la ora 12:00</w:t>
            </w:r>
          </w:p>
        </w:tc>
      </w:tr>
      <w:tr w:rsidR="005747E7" w:rsidRPr="000D29A9" w14:paraId="4BE4876C" w14:textId="77777777" w:rsidTr="005747E7">
        <w:tc>
          <w:tcPr>
            <w:tcW w:w="5211" w:type="dxa"/>
          </w:tcPr>
          <w:p w14:paraId="6AC87384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Soluționare și afișare contestații selecție</w:t>
            </w:r>
          </w:p>
        </w:tc>
        <w:tc>
          <w:tcPr>
            <w:tcW w:w="4678" w:type="dxa"/>
          </w:tcPr>
          <w:p w14:paraId="27047E86" w14:textId="49BC82DA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9724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.11.2026, ora 1</w:t>
            </w:r>
            <w:r w:rsidR="009724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:00</w:t>
            </w:r>
          </w:p>
        </w:tc>
      </w:tr>
      <w:tr w:rsidR="005747E7" w:rsidRPr="000D29A9" w14:paraId="7BC523C4" w14:textId="77777777" w:rsidTr="005747E7">
        <w:tc>
          <w:tcPr>
            <w:tcW w:w="5211" w:type="dxa"/>
          </w:tcPr>
          <w:p w14:paraId="192C2443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4678" w:type="dxa"/>
          </w:tcPr>
          <w:p w14:paraId="4D77D2A4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19.11.2026, ora 10:00</w:t>
            </w:r>
          </w:p>
        </w:tc>
      </w:tr>
      <w:tr w:rsidR="005747E7" w:rsidRPr="000D29A9" w14:paraId="5CC0013E" w14:textId="77777777" w:rsidTr="005747E7">
        <w:tc>
          <w:tcPr>
            <w:tcW w:w="5211" w:type="dxa"/>
          </w:tcPr>
          <w:p w14:paraId="54FA0EE9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probei scrise</w:t>
            </w:r>
          </w:p>
        </w:tc>
        <w:tc>
          <w:tcPr>
            <w:tcW w:w="4678" w:type="dxa"/>
          </w:tcPr>
          <w:p w14:paraId="181AF277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20.11.2026, ora 12:00</w:t>
            </w:r>
          </w:p>
        </w:tc>
      </w:tr>
      <w:tr w:rsidR="005747E7" w:rsidRPr="000D29A9" w14:paraId="04534FC9" w14:textId="77777777" w:rsidTr="005747E7">
        <w:tc>
          <w:tcPr>
            <w:tcW w:w="5211" w:type="dxa"/>
          </w:tcPr>
          <w:p w14:paraId="4CFCA0E8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Contestații probă scrisă</w:t>
            </w:r>
          </w:p>
        </w:tc>
        <w:tc>
          <w:tcPr>
            <w:tcW w:w="4678" w:type="dxa"/>
          </w:tcPr>
          <w:p w14:paraId="12B5C804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23.11.2026, până la ora 12:00</w:t>
            </w:r>
          </w:p>
        </w:tc>
      </w:tr>
      <w:tr w:rsidR="005747E7" w:rsidRPr="000D29A9" w14:paraId="1AD9DDAA" w14:textId="77777777" w:rsidTr="005747E7">
        <w:tc>
          <w:tcPr>
            <w:tcW w:w="5211" w:type="dxa"/>
          </w:tcPr>
          <w:p w14:paraId="0B2884F9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Soluționare și afișare contestații</w:t>
            </w:r>
          </w:p>
        </w:tc>
        <w:tc>
          <w:tcPr>
            <w:tcW w:w="4678" w:type="dxa"/>
          </w:tcPr>
          <w:p w14:paraId="2C820BB7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24.11.2026, ora 16:00</w:t>
            </w:r>
          </w:p>
        </w:tc>
      </w:tr>
      <w:tr w:rsidR="005747E7" w:rsidRPr="000D29A9" w14:paraId="7F0F5885" w14:textId="77777777" w:rsidTr="005747E7">
        <w:tc>
          <w:tcPr>
            <w:tcW w:w="5211" w:type="dxa"/>
          </w:tcPr>
          <w:p w14:paraId="2DA9F00D" w14:textId="1CA4437C" w:rsidR="005747E7" w:rsidRPr="000D29A9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Proba practică </w:t>
            </w:r>
          </w:p>
        </w:tc>
        <w:tc>
          <w:tcPr>
            <w:tcW w:w="4678" w:type="dxa"/>
          </w:tcPr>
          <w:p w14:paraId="6B6AE63B" w14:textId="6ACD768D" w:rsidR="005747E7" w:rsidRPr="000D29A9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25.11.2026, începând cu ora 10.00</w:t>
            </w:r>
          </w:p>
        </w:tc>
      </w:tr>
      <w:tr w:rsidR="005747E7" w:rsidRPr="000D29A9" w14:paraId="0B7621CE" w14:textId="77777777" w:rsidTr="005747E7">
        <w:tc>
          <w:tcPr>
            <w:tcW w:w="5211" w:type="dxa"/>
          </w:tcPr>
          <w:p w14:paraId="073B1991" w14:textId="056F9579" w:rsidR="005747E7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rezultatelor probei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practice</w:t>
            </w:r>
          </w:p>
        </w:tc>
        <w:tc>
          <w:tcPr>
            <w:tcW w:w="4678" w:type="dxa"/>
          </w:tcPr>
          <w:p w14:paraId="01509523" w14:textId="6B8B305C" w:rsidR="005747E7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25.11.2026, ora 16.00</w:t>
            </w:r>
          </w:p>
        </w:tc>
      </w:tr>
      <w:tr w:rsidR="005747E7" w:rsidRPr="000D29A9" w14:paraId="51A4F96B" w14:textId="77777777" w:rsidTr="005747E7">
        <w:tc>
          <w:tcPr>
            <w:tcW w:w="5211" w:type="dxa"/>
          </w:tcPr>
          <w:p w14:paraId="5BA30BF2" w14:textId="2D510E40" w:rsidR="005747E7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Contestații probă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practică</w:t>
            </w:r>
          </w:p>
        </w:tc>
        <w:tc>
          <w:tcPr>
            <w:tcW w:w="4678" w:type="dxa"/>
          </w:tcPr>
          <w:p w14:paraId="190E38C7" w14:textId="7E3A8F5C" w:rsidR="005747E7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3459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.11.2026, </w:t>
            </w:r>
            <w:r w:rsidR="003B40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ora 16.00</w:t>
            </w:r>
          </w:p>
        </w:tc>
      </w:tr>
      <w:tr w:rsidR="005747E7" w:rsidRPr="000D29A9" w14:paraId="222660DD" w14:textId="77777777" w:rsidTr="005747E7">
        <w:tc>
          <w:tcPr>
            <w:tcW w:w="5211" w:type="dxa"/>
          </w:tcPr>
          <w:p w14:paraId="02061346" w14:textId="30B5346E" w:rsidR="005747E7" w:rsidRDefault="005747E7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Soluționare și afișare contestații</w:t>
            </w:r>
            <w:r w:rsidR="003459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probă practică</w:t>
            </w:r>
          </w:p>
        </w:tc>
        <w:tc>
          <w:tcPr>
            <w:tcW w:w="4678" w:type="dxa"/>
          </w:tcPr>
          <w:p w14:paraId="3E1E0EB1" w14:textId="67BF3793" w:rsidR="005747E7" w:rsidRDefault="0034595D" w:rsidP="005C4F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  <w:r w:rsidR="003B4048"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3B4048"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.2026, până la ora 12:00</w:t>
            </w:r>
          </w:p>
        </w:tc>
      </w:tr>
      <w:tr w:rsidR="005747E7" w:rsidRPr="000D29A9" w14:paraId="4E87975D" w14:textId="77777777" w:rsidTr="005747E7">
        <w:tc>
          <w:tcPr>
            <w:tcW w:w="5211" w:type="dxa"/>
          </w:tcPr>
          <w:p w14:paraId="331980CD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Interviu</w:t>
            </w:r>
          </w:p>
        </w:tc>
        <w:tc>
          <w:tcPr>
            <w:tcW w:w="4678" w:type="dxa"/>
          </w:tcPr>
          <w:p w14:paraId="746EFB3B" w14:textId="517CDECF" w:rsidR="005747E7" w:rsidRPr="000D29A9" w:rsidRDefault="003B4048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3459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.12.2026,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începând cu ora 10.00</w:t>
            </w:r>
          </w:p>
        </w:tc>
      </w:tr>
      <w:tr w:rsidR="005747E7" w:rsidRPr="000D29A9" w14:paraId="7825A27B" w14:textId="77777777" w:rsidTr="005747E7">
        <w:tc>
          <w:tcPr>
            <w:tcW w:w="5211" w:type="dxa"/>
          </w:tcPr>
          <w:p w14:paraId="42C698B6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interviului</w:t>
            </w:r>
          </w:p>
        </w:tc>
        <w:tc>
          <w:tcPr>
            <w:tcW w:w="4678" w:type="dxa"/>
          </w:tcPr>
          <w:p w14:paraId="57DD545C" w14:textId="4C7A2009" w:rsidR="005747E7" w:rsidRPr="000D29A9" w:rsidRDefault="003B4048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04.12.2026,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ora 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:00</w:t>
            </w:r>
          </w:p>
        </w:tc>
      </w:tr>
      <w:tr w:rsidR="005747E7" w:rsidRPr="000D29A9" w14:paraId="724CA7C1" w14:textId="77777777" w:rsidTr="005747E7">
        <w:tc>
          <w:tcPr>
            <w:tcW w:w="5211" w:type="dxa"/>
          </w:tcPr>
          <w:p w14:paraId="56D751A7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Contestații interviu</w:t>
            </w:r>
          </w:p>
        </w:tc>
        <w:tc>
          <w:tcPr>
            <w:tcW w:w="4678" w:type="dxa"/>
          </w:tcPr>
          <w:p w14:paraId="1D644F02" w14:textId="0D3FC4D9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3B40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.12.2026, până la ora 1</w:t>
            </w:r>
            <w:r w:rsidR="003B40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:00</w:t>
            </w:r>
          </w:p>
        </w:tc>
      </w:tr>
      <w:tr w:rsidR="005747E7" w:rsidRPr="000D29A9" w14:paraId="03C15409" w14:textId="77777777" w:rsidTr="005747E7">
        <w:tc>
          <w:tcPr>
            <w:tcW w:w="5211" w:type="dxa"/>
          </w:tcPr>
          <w:p w14:paraId="01CC9333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Soluționare și afișare contestații</w:t>
            </w:r>
          </w:p>
        </w:tc>
        <w:tc>
          <w:tcPr>
            <w:tcW w:w="4678" w:type="dxa"/>
          </w:tcPr>
          <w:p w14:paraId="2037B736" w14:textId="39AC31C5" w:rsidR="005747E7" w:rsidRPr="000D29A9" w:rsidRDefault="003B4048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08.12.2026, până la ora 16.00</w:t>
            </w:r>
          </w:p>
        </w:tc>
      </w:tr>
      <w:tr w:rsidR="005747E7" w:rsidRPr="000D29A9" w14:paraId="166EB590" w14:textId="77777777" w:rsidTr="005747E7">
        <w:tc>
          <w:tcPr>
            <w:tcW w:w="5211" w:type="dxa"/>
          </w:tcPr>
          <w:p w14:paraId="2AC1A1D5" w14:textId="77777777" w:rsidR="005747E7" w:rsidRPr="000D29A9" w:rsidRDefault="005747E7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finale</w:t>
            </w:r>
          </w:p>
        </w:tc>
        <w:tc>
          <w:tcPr>
            <w:tcW w:w="4678" w:type="dxa"/>
          </w:tcPr>
          <w:p w14:paraId="616A2392" w14:textId="01640478" w:rsidR="005747E7" w:rsidRPr="000D29A9" w:rsidRDefault="0034595D" w:rsidP="005C4F2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  <w:r w:rsidR="005747E7" w:rsidRPr="000D29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.12.2026, ora 12:00</w:t>
            </w:r>
          </w:p>
        </w:tc>
      </w:tr>
    </w:tbl>
    <w:p w14:paraId="303823C4" w14:textId="77777777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4C0D07F" w14:textId="77777777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40B7E1E" w14:textId="77777777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7F2009D" w14:textId="77777777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A0E7E52" w14:textId="77777777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10F039" w14:textId="77777777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• Locul desfășurării: CȘEI „Delfinul”, str. Semănătorului nr. 8, Constanța.</w:t>
      </w:r>
    </w:p>
    <w:p w14:paraId="09DC8BC8" w14:textId="77777777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• Contact: secretariat, telefon 0241 514 123.</w:t>
      </w:r>
    </w:p>
    <w:p w14:paraId="018CD802" w14:textId="77777777" w:rsidR="003B4048" w:rsidRDefault="003B4048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EB3FA9" w14:textId="1AB73584" w:rsidR="00D375D0" w:rsidRPr="000D29A9" w:rsidRDefault="0000000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29A9">
        <w:rPr>
          <w:rFonts w:ascii="Times New Roman" w:hAnsi="Times New Roman" w:cs="Times New Roman"/>
          <w:sz w:val="24"/>
          <w:szCs w:val="24"/>
          <w:lang w:val="ro-RO"/>
        </w:rPr>
        <w:t>DIRECTOR,</w:t>
      </w:r>
      <w:r w:rsidRPr="000D29A9">
        <w:rPr>
          <w:rFonts w:ascii="Times New Roman" w:hAnsi="Times New Roman" w:cs="Times New Roman"/>
          <w:sz w:val="24"/>
          <w:szCs w:val="24"/>
          <w:lang w:val="ro-RO"/>
        </w:rPr>
        <w:br/>
        <w:t>Prof. Radoslav Simina Ioana</w:t>
      </w:r>
    </w:p>
    <w:p w14:paraId="590CDA9C" w14:textId="5105954B" w:rsidR="00D375D0" w:rsidRPr="000D29A9" w:rsidRDefault="00D375D0" w:rsidP="005C4F20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D375D0" w:rsidRPr="000D29A9" w:rsidSect="00034616">
      <w:headerReference w:type="default" r:id="rId8"/>
      <w:pgSz w:w="12240" w:h="15840"/>
      <w:pgMar w:top="130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C617" w14:textId="77777777" w:rsidR="000A571D" w:rsidRDefault="000A571D">
      <w:pPr>
        <w:spacing w:after="0" w:line="240" w:lineRule="auto"/>
      </w:pPr>
      <w:r>
        <w:separator/>
      </w:r>
    </w:p>
  </w:endnote>
  <w:endnote w:type="continuationSeparator" w:id="0">
    <w:p w14:paraId="0A4D918B" w14:textId="77777777" w:rsidR="000A571D" w:rsidRDefault="000A5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1747F" w14:textId="77777777" w:rsidR="000A571D" w:rsidRDefault="000A571D">
      <w:pPr>
        <w:spacing w:after="0" w:line="240" w:lineRule="auto"/>
      </w:pPr>
      <w:r>
        <w:separator/>
      </w:r>
    </w:p>
  </w:footnote>
  <w:footnote w:type="continuationSeparator" w:id="0">
    <w:p w14:paraId="03B405C8" w14:textId="77777777" w:rsidR="000A571D" w:rsidRDefault="000A5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A771" w14:textId="05FA3433" w:rsidR="00D375D0" w:rsidRDefault="00B60CF3" w:rsidP="00B60CF3">
    <w:pPr>
      <w:pStyle w:val="Header"/>
      <w:jc w:val="center"/>
    </w:pPr>
    <w:r w:rsidRPr="007F0C11">
      <w:rPr>
        <w:rFonts w:cs="Arial"/>
        <w:noProof/>
      </w:rPr>
      <w:drawing>
        <wp:inline distT="0" distB="0" distL="0" distR="0" wp14:anchorId="6AB1461E" wp14:editId="2DDBD294">
          <wp:extent cx="3423920" cy="865505"/>
          <wp:effectExtent l="0" t="0" r="0" b="0"/>
          <wp:docPr id="1" name="Picture 1" descr="A screenshot of a cell phon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392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C97C18"/>
    <w:multiLevelType w:val="hybridMultilevel"/>
    <w:tmpl w:val="12A23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B787E"/>
    <w:multiLevelType w:val="hybridMultilevel"/>
    <w:tmpl w:val="A38A8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C5D8E"/>
    <w:multiLevelType w:val="hybridMultilevel"/>
    <w:tmpl w:val="BD448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41E3F"/>
    <w:multiLevelType w:val="hybridMultilevel"/>
    <w:tmpl w:val="30EE7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37CE4"/>
    <w:multiLevelType w:val="hybridMultilevel"/>
    <w:tmpl w:val="18B66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77FD7"/>
    <w:multiLevelType w:val="hybridMultilevel"/>
    <w:tmpl w:val="5BB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56B5B"/>
    <w:multiLevelType w:val="hybridMultilevel"/>
    <w:tmpl w:val="57E2CC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589307">
    <w:abstractNumId w:val="8"/>
  </w:num>
  <w:num w:numId="2" w16cid:durableId="1654483548">
    <w:abstractNumId w:val="6"/>
  </w:num>
  <w:num w:numId="3" w16cid:durableId="2019261136">
    <w:abstractNumId w:val="5"/>
  </w:num>
  <w:num w:numId="4" w16cid:durableId="1055355763">
    <w:abstractNumId w:val="4"/>
  </w:num>
  <w:num w:numId="5" w16cid:durableId="618728061">
    <w:abstractNumId w:val="7"/>
  </w:num>
  <w:num w:numId="6" w16cid:durableId="449710822">
    <w:abstractNumId w:val="3"/>
  </w:num>
  <w:num w:numId="7" w16cid:durableId="1644193550">
    <w:abstractNumId w:val="2"/>
  </w:num>
  <w:num w:numId="8" w16cid:durableId="1694453183">
    <w:abstractNumId w:val="1"/>
  </w:num>
  <w:num w:numId="9" w16cid:durableId="61831004">
    <w:abstractNumId w:val="0"/>
  </w:num>
  <w:num w:numId="10" w16cid:durableId="1559055353">
    <w:abstractNumId w:val="12"/>
  </w:num>
  <w:num w:numId="11" w16cid:durableId="54860053">
    <w:abstractNumId w:val="14"/>
  </w:num>
  <w:num w:numId="12" w16cid:durableId="1615598367">
    <w:abstractNumId w:val="13"/>
  </w:num>
  <w:num w:numId="13" w16cid:durableId="1004671895">
    <w:abstractNumId w:val="15"/>
  </w:num>
  <w:num w:numId="14" w16cid:durableId="1963875318">
    <w:abstractNumId w:val="11"/>
  </w:num>
  <w:num w:numId="15" w16cid:durableId="1132096923">
    <w:abstractNumId w:val="10"/>
  </w:num>
  <w:num w:numId="16" w16cid:durableId="1905989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71D"/>
    <w:rsid w:val="000D29A9"/>
    <w:rsid w:val="0012587B"/>
    <w:rsid w:val="0015074B"/>
    <w:rsid w:val="001A7122"/>
    <w:rsid w:val="0029639D"/>
    <w:rsid w:val="00326F90"/>
    <w:rsid w:val="0034595D"/>
    <w:rsid w:val="003B4048"/>
    <w:rsid w:val="005747E7"/>
    <w:rsid w:val="005C4F20"/>
    <w:rsid w:val="005D6BBD"/>
    <w:rsid w:val="00717208"/>
    <w:rsid w:val="007B75B9"/>
    <w:rsid w:val="00841620"/>
    <w:rsid w:val="008F617B"/>
    <w:rsid w:val="00913ACF"/>
    <w:rsid w:val="009724A0"/>
    <w:rsid w:val="009C745F"/>
    <w:rsid w:val="00A3651C"/>
    <w:rsid w:val="00AA1D8D"/>
    <w:rsid w:val="00AF04FF"/>
    <w:rsid w:val="00B45CC5"/>
    <w:rsid w:val="00B47730"/>
    <w:rsid w:val="00B60CF3"/>
    <w:rsid w:val="00BE5DB9"/>
    <w:rsid w:val="00C12D90"/>
    <w:rsid w:val="00C45C3B"/>
    <w:rsid w:val="00CA3848"/>
    <w:rsid w:val="00CB0664"/>
    <w:rsid w:val="00D375D0"/>
    <w:rsid w:val="00DE761C"/>
    <w:rsid w:val="00E931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3F414"/>
  <w14:defaultImageDpi w14:val="300"/>
  <w15:docId w15:val="{3759DE7B-9B2C-304D-986D-3CE4C3C0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Diana Cristina Carapcea</cp:lastModifiedBy>
  <cp:revision>7</cp:revision>
  <dcterms:created xsi:type="dcterms:W3CDTF">2013-12-23T23:15:00Z</dcterms:created>
  <dcterms:modified xsi:type="dcterms:W3CDTF">2026-10-28T09:47:00Z</dcterms:modified>
  <cp:category/>
</cp:coreProperties>
</file>