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0D42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ROMÂNIA</w:t>
      </w:r>
    </w:p>
    <w:p w14:paraId="344557F2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JUDEȚUL SATU MARE</w:t>
      </w:r>
    </w:p>
    <w:p w14:paraId="634BB6E1" w14:textId="77777777" w:rsidR="00643FBD" w:rsidRPr="002153C2" w:rsidRDefault="00DC7CA5">
      <w:pPr>
        <w:spacing w:after="40"/>
        <w:rPr>
          <w:lang w:val="pt-PT"/>
        </w:rPr>
      </w:pPr>
      <w:r w:rsidRPr="002153C2">
        <w:rPr>
          <w:b/>
          <w:lang w:val="pt-PT"/>
        </w:rPr>
        <w:t>PRIMĂRIA COMUNEI PIȘCOLT</w:t>
      </w:r>
    </w:p>
    <w:p w14:paraId="6AB3B904" w14:textId="77777777" w:rsidR="00643FBD" w:rsidRDefault="00DC7CA5">
      <w:pPr>
        <w:spacing w:after="40"/>
      </w:pPr>
      <w:proofErr w:type="spellStart"/>
      <w:r>
        <w:t>Pișcolt</w:t>
      </w:r>
      <w:proofErr w:type="spellEnd"/>
      <w:r>
        <w:t>, nr. 62, judeţul Satu Mare, 447250</w:t>
      </w:r>
    </w:p>
    <w:p w14:paraId="0BCDC225" w14:textId="77777777" w:rsidR="00643FBD" w:rsidRPr="002153C2" w:rsidRDefault="00DC7CA5">
      <w:pPr>
        <w:spacing w:after="40"/>
        <w:rPr>
          <w:lang w:val="pt-PT"/>
        </w:rPr>
      </w:pPr>
      <w:proofErr w:type="spellStart"/>
      <w:r w:rsidRPr="002153C2">
        <w:rPr>
          <w:lang w:val="pt-PT"/>
        </w:rPr>
        <w:t>Tel</w:t>
      </w:r>
      <w:proofErr w:type="spellEnd"/>
      <w:r w:rsidRPr="002153C2">
        <w:rPr>
          <w:lang w:val="pt-PT"/>
        </w:rPr>
        <w:t xml:space="preserve">/Fax: 0261 824800; e-mail: </w:t>
      </w:r>
      <w:proofErr w:type="gramStart"/>
      <w:r w:rsidRPr="002153C2">
        <w:rPr>
          <w:lang w:val="pt-PT"/>
        </w:rPr>
        <w:t>primariacomuneipiscolt@yahoo.com ;</w:t>
      </w:r>
      <w:proofErr w:type="gramEnd"/>
      <w:r w:rsidRPr="002153C2">
        <w:rPr>
          <w:lang w:val="pt-PT"/>
        </w:rPr>
        <w:t xml:space="preserve"> www.primariapiscolt.ro</w:t>
      </w:r>
    </w:p>
    <w:p w14:paraId="6F9DCA4C" w14:textId="1D733C2E" w:rsidR="00643FBD" w:rsidRPr="002153C2" w:rsidRDefault="00DC7CA5">
      <w:pPr>
        <w:spacing w:after="360"/>
        <w:rPr>
          <w:lang w:val="pt-PT"/>
        </w:rPr>
      </w:pPr>
      <w:proofErr w:type="spellStart"/>
      <w:r w:rsidRPr="002153C2">
        <w:rPr>
          <w:b/>
          <w:lang w:val="pt-PT"/>
        </w:rPr>
        <w:t>Nr</w:t>
      </w:r>
      <w:proofErr w:type="spellEnd"/>
      <w:r w:rsidRPr="002153C2">
        <w:rPr>
          <w:b/>
          <w:lang w:val="pt-PT"/>
        </w:rPr>
        <w:t xml:space="preserve">. </w:t>
      </w:r>
      <w:r w:rsidR="007F7992">
        <w:rPr>
          <w:b/>
          <w:lang w:val="pt-PT"/>
        </w:rPr>
        <w:t>49</w:t>
      </w:r>
      <w:r w:rsidR="00E674D2">
        <w:rPr>
          <w:b/>
          <w:lang w:val="pt-PT"/>
        </w:rPr>
        <w:t>91</w:t>
      </w:r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din</w:t>
      </w:r>
      <w:proofErr w:type="spellEnd"/>
      <w:r w:rsidRPr="002153C2">
        <w:rPr>
          <w:b/>
          <w:lang w:val="pt-PT"/>
        </w:rPr>
        <w:t xml:space="preserve"> 23.10.2026</w:t>
      </w:r>
    </w:p>
    <w:p w14:paraId="6C5B6DD8" w14:textId="0A91EE4F" w:rsidR="006C1C79" w:rsidRPr="006C1C79" w:rsidRDefault="00DC7CA5" w:rsidP="00282C87">
      <w:pPr>
        <w:spacing w:after="360" w:line="240" w:lineRule="auto"/>
        <w:jc w:val="center"/>
        <w:rPr>
          <w:b/>
          <w:sz w:val="32"/>
          <w:szCs w:val="32"/>
          <w:lang w:val="pt-PT"/>
        </w:rPr>
      </w:pPr>
      <w:r w:rsidRPr="00282C87">
        <w:rPr>
          <w:b/>
          <w:sz w:val="32"/>
          <w:szCs w:val="32"/>
          <w:lang w:val="pt-PT"/>
        </w:rPr>
        <w:t xml:space="preserve">ANUNȚ CONCURS DE RECRUTARE </w:t>
      </w:r>
    </w:p>
    <w:p w14:paraId="6855332B" w14:textId="703CCE97" w:rsidR="00643FBD" w:rsidRPr="002153C2" w:rsidRDefault="002153C2">
      <w:pPr>
        <w:spacing w:after="240"/>
        <w:rPr>
          <w:lang w:val="pt-PT"/>
        </w:rPr>
      </w:pPr>
      <w:r>
        <w:rPr>
          <w:lang w:val="pt-PT"/>
        </w:rPr>
        <w:tab/>
      </w:r>
      <w:proofErr w:type="spellStart"/>
      <w:r w:rsidR="00DC7CA5" w:rsidRPr="002153C2">
        <w:rPr>
          <w:lang w:val="pt-PT"/>
        </w:rPr>
        <w:t>Primăria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Pișcolt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județul</w:t>
      </w:r>
      <w:proofErr w:type="spellEnd"/>
      <w:r w:rsidR="00DC7CA5" w:rsidRPr="002153C2">
        <w:rPr>
          <w:lang w:val="pt-PT"/>
        </w:rPr>
        <w:t xml:space="preserve"> Satu Mare, </w:t>
      </w:r>
      <w:proofErr w:type="spellStart"/>
      <w:r w:rsidR="00DC7CA5" w:rsidRPr="002153C2">
        <w:rPr>
          <w:lang w:val="pt-PT"/>
        </w:rPr>
        <w:t>organizează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concurs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recrutare</w:t>
      </w:r>
      <w:proofErr w:type="spellEnd"/>
      <w:r w:rsidR="00596E40">
        <w:rPr>
          <w:lang w:val="pt-PT"/>
        </w:rPr>
        <w:t xml:space="preserve"> </w:t>
      </w:r>
      <w:proofErr w:type="spellStart"/>
      <w:r w:rsidR="00596E40" w:rsidRPr="00596E40">
        <w:rPr>
          <w:lang w:val="pt-PT"/>
        </w:rPr>
        <w:t>în</w:t>
      </w:r>
      <w:proofErr w:type="spellEnd"/>
      <w:r w:rsidR="00596E40" w:rsidRPr="00596E40">
        <w:rPr>
          <w:lang w:val="pt-PT"/>
        </w:rPr>
        <w:t xml:space="preserve"> afara </w:t>
      </w:r>
      <w:proofErr w:type="spellStart"/>
      <w:r w:rsidR="00596E40" w:rsidRPr="00596E40">
        <w:rPr>
          <w:lang w:val="pt-PT"/>
        </w:rPr>
        <w:t>Organigramei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pentru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ocuparea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pe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perioadă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determinată</w:t>
      </w:r>
      <w:proofErr w:type="spellEnd"/>
      <w:r w:rsidR="00DC7CA5" w:rsidRPr="002153C2">
        <w:rPr>
          <w:lang w:val="pt-PT"/>
        </w:rPr>
        <w:t xml:space="preserve">, a </w:t>
      </w:r>
      <w:proofErr w:type="spellStart"/>
      <w:r w:rsidR="00DC7CA5" w:rsidRPr="002153C2">
        <w:rPr>
          <w:lang w:val="pt-PT"/>
        </w:rPr>
        <w:t>postului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AB2F1D" w:rsidRPr="00AB2F1D">
        <w:rPr>
          <w:lang w:val="pt-PT"/>
        </w:rPr>
        <w:t>Tehnician</w:t>
      </w:r>
      <w:proofErr w:type="spellEnd"/>
      <w:r w:rsidR="00AB2F1D" w:rsidRPr="00AB2F1D">
        <w:rPr>
          <w:lang w:val="pt-PT"/>
        </w:rPr>
        <w:t xml:space="preserve"> </w:t>
      </w:r>
      <w:proofErr w:type="spellStart"/>
      <w:r w:rsidR="00AB2F1D" w:rsidRPr="00AB2F1D">
        <w:rPr>
          <w:lang w:val="pt-PT"/>
        </w:rPr>
        <w:t>Asistență</w:t>
      </w:r>
      <w:proofErr w:type="spellEnd"/>
      <w:r w:rsidR="00AB2F1D" w:rsidRPr="00AB2F1D">
        <w:rPr>
          <w:lang w:val="pt-PT"/>
        </w:rPr>
        <w:t xml:space="preserve"> </w:t>
      </w:r>
      <w:proofErr w:type="spellStart"/>
      <w:r w:rsidR="00AB2F1D" w:rsidRPr="00AB2F1D">
        <w:rPr>
          <w:lang w:val="pt-PT"/>
        </w:rPr>
        <w:t>Socială</w:t>
      </w:r>
      <w:proofErr w:type="spellEnd"/>
      <w:r w:rsidR="00AB2F1D" w:rsidRPr="00AB2F1D">
        <w:rPr>
          <w:lang w:val="pt-PT"/>
        </w:rPr>
        <w:t xml:space="preserve"> (</w:t>
      </w:r>
      <w:proofErr w:type="spellStart"/>
      <w:r w:rsidR="00AB2F1D" w:rsidRPr="00AB2F1D">
        <w:rPr>
          <w:lang w:val="pt-PT"/>
        </w:rPr>
        <w:t>Cod</w:t>
      </w:r>
      <w:proofErr w:type="spellEnd"/>
      <w:r w:rsidR="00AB2F1D" w:rsidRPr="00AB2F1D">
        <w:rPr>
          <w:lang w:val="pt-PT"/>
        </w:rPr>
        <w:t xml:space="preserve"> COR</w:t>
      </w:r>
      <w:r w:rsidR="00AB2F1D">
        <w:rPr>
          <w:lang w:val="pt-PT"/>
        </w:rPr>
        <w:t xml:space="preserve"> </w:t>
      </w:r>
      <w:r w:rsidR="00AB2F1D" w:rsidRPr="00AB2F1D">
        <w:rPr>
          <w:lang w:val="pt-PT"/>
        </w:rPr>
        <w:t>341201)</w:t>
      </w:r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funcție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contractuală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vacantă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execuție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din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cadrul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proiectului</w:t>
      </w:r>
      <w:proofErr w:type="spellEnd"/>
      <w:r w:rsidR="00DC7CA5" w:rsidRPr="002153C2">
        <w:rPr>
          <w:lang w:val="pt-PT"/>
        </w:rPr>
        <w:t xml:space="preserve"> „</w:t>
      </w:r>
      <w:proofErr w:type="spellStart"/>
      <w:r w:rsidR="00DC7CA5" w:rsidRPr="002153C2">
        <w:rPr>
          <w:lang w:val="pt-PT"/>
        </w:rPr>
        <w:t>Furnizare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servicii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integrate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în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comunitățile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rurale</w:t>
      </w:r>
      <w:proofErr w:type="spellEnd"/>
      <w:r w:rsidR="00DC7CA5" w:rsidRPr="002153C2">
        <w:rPr>
          <w:lang w:val="pt-PT"/>
        </w:rPr>
        <w:t xml:space="preserve"> - </w:t>
      </w:r>
      <w:proofErr w:type="spellStart"/>
      <w:r w:rsidR="00DC7CA5" w:rsidRPr="002153C2">
        <w:rPr>
          <w:lang w:val="pt-PT"/>
        </w:rPr>
        <w:t>facilitarea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accesului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persoanelor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vulnerabile</w:t>
      </w:r>
      <w:proofErr w:type="spellEnd"/>
      <w:r w:rsidR="00DC7CA5" w:rsidRPr="002153C2">
        <w:rPr>
          <w:lang w:val="pt-PT"/>
        </w:rPr>
        <w:t xml:space="preserve"> la </w:t>
      </w:r>
      <w:proofErr w:type="spellStart"/>
      <w:r w:rsidR="00DC7CA5" w:rsidRPr="002153C2">
        <w:rPr>
          <w:lang w:val="pt-PT"/>
        </w:rPr>
        <w:t>servicii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bază</w:t>
      </w:r>
      <w:proofErr w:type="spellEnd"/>
      <w:r w:rsidR="00DC7CA5" w:rsidRPr="002153C2">
        <w:rPr>
          <w:lang w:val="pt-PT"/>
        </w:rPr>
        <w:t xml:space="preserve"> eficiente </w:t>
      </w:r>
      <w:proofErr w:type="spellStart"/>
      <w:r w:rsidR="00DC7CA5" w:rsidRPr="002153C2">
        <w:rPr>
          <w:lang w:val="pt-PT"/>
        </w:rPr>
        <w:t>şi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calitate</w:t>
      </w:r>
      <w:proofErr w:type="spellEnd"/>
      <w:r w:rsidR="00DC7CA5" w:rsidRPr="002153C2">
        <w:rPr>
          <w:lang w:val="pt-PT"/>
        </w:rPr>
        <w:t xml:space="preserve"> [PIDS/586/PO4/339395]”.</w:t>
      </w:r>
    </w:p>
    <w:p w14:paraId="2798DEFA" w14:textId="4F4ABB07" w:rsidR="00643FBD" w:rsidRPr="002153C2" w:rsidRDefault="002153C2" w:rsidP="00441F98">
      <w:pPr>
        <w:spacing w:after="0"/>
        <w:rPr>
          <w:lang w:val="pt-PT"/>
        </w:rPr>
      </w:pPr>
      <w:r>
        <w:rPr>
          <w:lang w:val="pt-PT"/>
        </w:rPr>
        <w:tab/>
      </w:r>
      <w:proofErr w:type="spellStart"/>
      <w:r w:rsidR="00DC7CA5" w:rsidRPr="002153C2">
        <w:rPr>
          <w:lang w:val="pt-PT"/>
        </w:rPr>
        <w:t>Concursul</w:t>
      </w:r>
      <w:proofErr w:type="spellEnd"/>
      <w:r w:rsidR="00DC7CA5" w:rsidRPr="002153C2">
        <w:rPr>
          <w:lang w:val="pt-PT"/>
        </w:rPr>
        <w:t xml:space="preserve"> se </w:t>
      </w:r>
      <w:proofErr w:type="spellStart"/>
      <w:r w:rsidR="00DC7CA5" w:rsidRPr="002153C2">
        <w:rPr>
          <w:lang w:val="pt-PT"/>
        </w:rPr>
        <w:t>va</w:t>
      </w:r>
      <w:proofErr w:type="spellEnd"/>
      <w:r w:rsidR="00DC7CA5" w:rsidRPr="002153C2">
        <w:rPr>
          <w:lang w:val="pt-PT"/>
        </w:rPr>
        <w:t xml:space="preserve"> organiza la </w:t>
      </w:r>
      <w:proofErr w:type="spellStart"/>
      <w:r w:rsidR="00DC7CA5" w:rsidRPr="002153C2">
        <w:rPr>
          <w:lang w:val="pt-PT"/>
        </w:rPr>
        <w:t>sediul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Primăriei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comunei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Pișcolt</w:t>
      </w:r>
      <w:proofErr w:type="spellEnd"/>
      <w:r w:rsidR="00DC7CA5" w:rsidRPr="002153C2">
        <w:rPr>
          <w:lang w:val="pt-PT"/>
        </w:rPr>
        <w:t xml:space="preserve">, </w:t>
      </w:r>
      <w:proofErr w:type="spellStart"/>
      <w:r w:rsidR="00DC7CA5" w:rsidRPr="002153C2">
        <w:rPr>
          <w:lang w:val="pt-PT"/>
        </w:rPr>
        <w:t>nr</w:t>
      </w:r>
      <w:proofErr w:type="spellEnd"/>
      <w:r w:rsidR="00DC7CA5" w:rsidRPr="002153C2">
        <w:rPr>
          <w:lang w:val="pt-PT"/>
        </w:rPr>
        <w:t xml:space="preserve">. 62, </w:t>
      </w:r>
      <w:proofErr w:type="spellStart"/>
      <w:r w:rsidR="00DC7CA5" w:rsidRPr="002153C2">
        <w:rPr>
          <w:lang w:val="pt-PT"/>
        </w:rPr>
        <w:t>jud</w:t>
      </w:r>
      <w:proofErr w:type="spellEnd"/>
      <w:r w:rsidR="00DC7CA5" w:rsidRPr="002153C2">
        <w:rPr>
          <w:lang w:val="pt-PT"/>
        </w:rPr>
        <w:t xml:space="preserve">. Satu Mare </w:t>
      </w:r>
      <w:proofErr w:type="spellStart"/>
      <w:r w:rsidR="00DC7CA5" w:rsidRPr="002153C2">
        <w:rPr>
          <w:lang w:val="pt-PT"/>
        </w:rPr>
        <w:t>şi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constă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în</w:t>
      </w:r>
      <w:proofErr w:type="spellEnd"/>
      <w:r w:rsidR="00DC7CA5" w:rsidRPr="002153C2">
        <w:rPr>
          <w:lang w:val="pt-PT"/>
        </w:rPr>
        <w:t xml:space="preserve"> 3 </w:t>
      </w:r>
      <w:proofErr w:type="spellStart"/>
      <w:r w:rsidR="00DC7CA5" w:rsidRPr="002153C2">
        <w:rPr>
          <w:lang w:val="pt-PT"/>
        </w:rPr>
        <w:t>probe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succesive</w:t>
      </w:r>
      <w:proofErr w:type="spellEnd"/>
      <w:r w:rsidR="00DC7CA5" w:rsidRPr="002153C2">
        <w:rPr>
          <w:lang w:val="pt-PT"/>
        </w:rPr>
        <w:t>:</w:t>
      </w:r>
      <w:r w:rsidR="00DC7CA5" w:rsidRPr="002153C2">
        <w:rPr>
          <w:lang w:val="pt-PT"/>
        </w:rPr>
        <w:br/>
        <w:t xml:space="preserve">a. </w:t>
      </w:r>
      <w:proofErr w:type="spellStart"/>
      <w:r w:rsidR="00DC7CA5" w:rsidRPr="002153C2">
        <w:rPr>
          <w:lang w:val="pt-PT"/>
        </w:rPr>
        <w:t>verificarea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eligibilității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candidaților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  <w:t xml:space="preserve">b. proba </w:t>
      </w:r>
      <w:proofErr w:type="spellStart"/>
      <w:r w:rsidR="00DC7CA5" w:rsidRPr="002153C2">
        <w:rPr>
          <w:lang w:val="pt-PT"/>
        </w:rPr>
        <w:t>scrisă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  <w:t xml:space="preserve">c. </w:t>
      </w:r>
      <w:proofErr w:type="spellStart"/>
      <w:r w:rsidR="00DC7CA5" w:rsidRPr="002153C2">
        <w:rPr>
          <w:lang w:val="pt-PT"/>
        </w:rPr>
        <w:t>interviu</w:t>
      </w:r>
      <w:proofErr w:type="spellEnd"/>
      <w:r w:rsidR="00DC7CA5" w:rsidRPr="002153C2">
        <w:rPr>
          <w:lang w:val="pt-PT"/>
        </w:rPr>
        <w:t>;</w:t>
      </w:r>
      <w:r w:rsidR="00DC7CA5" w:rsidRPr="002153C2">
        <w:rPr>
          <w:lang w:val="pt-PT"/>
        </w:rPr>
        <w:br/>
      </w:r>
      <w:proofErr w:type="spellStart"/>
      <w:r w:rsidR="00DC7CA5" w:rsidRPr="002153C2">
        <w:rPr>
          <w:lang w:val="pt-PT"/>
        </w:rPr>
        <w:t>Fiecare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probă</w:t>
      </w:r>
      <w:proofErr w:type="spellEnd"/>
      <w:r w:rsidR="00DC7CA5" w:rsidRPr="002153C2">
        <w:rPr>
          <w:lang w:val="pt-PT"/>
        </w:rPr>
        <w:t xml:space="preserve"> de </w:t>
      </w:r>
      <w:proofErr w:type="spellStart"/>
      <w:r w:rsidR="00DC7CA5" w:rsidRPr="002153C2">
        <w:rPr>
          <w:lang w:val="pt-PT"/>
        </w:rPr>
        <w:t>concurs</w:t>
      </w:r>
      <w:proofErr w:type="spellEnd"/>
      <w:r w:rsidR="00DC7CA5" w:rsidRPr="002153C2">
        <w:rPr>
          <w:lang w:val="pt-PT"/>
        </w:rPr>
        <w:t xml:space="preserve"> are </w:t>
      </w:r>
      <w:proofErr w:type="spellStart"/>
      <w:r w:rsidR="00DC7CA5" w:rsidRPr="002153C2">
        <w:rPr>
          <w:lang w:val="pt-PT"/>
        </w:rPr>
        <w:t>caracter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eliminatoriu</w:t>
      </w:r>
      <w:proofErr w:type="spellEnd"/>
      <w:r w:rsidR="00DC7CA5" w:rsidRPr="002153C2">
        <w:rPr>
          <w:lang w:val="pt-PT"/>
        </w:rPr>
        <w:t xml:space="preserve">. Se </w:t>
      </w:r>
      <w:proofErr w:type="spellStart"/>
      <w:r w:rsidR="00DC7CA5" w:rsidRPr="002153C2">
        <w:rPr>
          <w:lang w:val="pt-PT"/>
        </w:rPr>
        <w:t>pot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prezenta</w:t>
      </w:r>
      <w:proofErr w:type="spellEnd"/>
      <w:r w:rsidR="00DC7CA5" w:rsidRPr="002153C2">
        <w:rPr>
          <w:lang w:val="pt-PT"/>
        </w:rPr>
        <w:t xml:space="preserve"> la </w:t>
      </w:r>
      <w:proofErr w:type="spellStart"/>
      <w:r w:rsidR="00DC7CA5" w:rsidRPr="002153C2">
        <w:rPr>
          <w:lang w:val="pt-PT"/>
        </w:rPr>
        <w:t>următoarea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probă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numai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candidații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declarați</w:t>
      </w:r>
      <w:proofErr w:type="spellEnd"/>
      <w:r w:rsidR="00DC7CA5" w:rsidRPr="002153C2">
        <w:rPr>
          <w:lang w:val="pt-PT"/>
        </w:rPr>
        <w:t xml:space="preserve"> </w:t>
      </w:r>
      <w:proofErr w:type="spellStart"/>
      <w:r w:rsidR="00DC7CA5" w:rsidRPr="002153C2">
        <w:rPr>
          <w:lang w:val="pt-PT"/>
        </w:rPr>
        <w:t>admişi</w:t>
      </w:r>
      <w:proofErr w:type="spellEnd"/>
      <w:r w:rsidR="00DC7CA5" w:rsidRPr="002153C2">
        <w:rPr>
          <w:lang w:val="pt-PT"/>
        </w:rPr>
        <w:t xml:space="preserve"> la proba </w:t>
      </w:r>
      <w:proofErr w:type="spellStart"/>
      <w:r w:rsidR="00DC7CA5" w:rsidRPr="002153C2">
        <w:rPr>
          <w:lang w:val="pt-PT"/>
        </w:rPr>
        <w:t>precedentă</w:t>
      </w:r>
      <w:proofErr w:type="spellEnd"/>
      <w:r w:rsidR="00DC7CA5" w:rsidRPr="002153C2">
        <w:rPr>
          <w:lang w:val="pt-PT"/>
        </w:rPr>
        <w:t>.</w:t>
      </w:r>
    </w:p>
    <w:p w14:paraId="2EAED4F1" w14:textId="71B1A627" w:rsidR="00643FBD" w:rsidRPr="002153C2" w:rsidRDefault="00DC7CA5" w:rsidP="00441F98">
      <w:pPr>
        <w:spacing w:after="0"/>
        <w:rPr>
          <w:lang w:val="pt-PT"/>
        </w:rPr>
      </w:pPr>
      <w:proofErr w:type="spellStart"/>
      <w:r w:rsidRPr="002153C2">
        <w:rPr>
          <w:b/>
          <w:lang w:val="pt-PT"/>
        </w:rPr>
        <w:t>Informații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generale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privind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postul</w:t>
      </w:r>
      <w:proofErr w:type="spellEnd"/>
      <w:r w:rsidRPr="002153C2">
        <w:rPr>
          <w:b/>
          <w:lang w:val="pt-PT"/>
        </w:rPr>
        <w:t>:</w:t>
      </w:r>
    </w:p>
    <w:p w14:paraId="042BFD44" w14:textId="5C962A4A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Denumirea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postului</w:t>
      </w:r>
      <w:proofErr w:type="spellEnd"/>
      <w:r w:rsidRPr="002153C2">
        <w:rPr>
          <w:lang w:val="pt-PT"/>
        </w:rPr>
        <w:t xml:space="preserve">: </w:t>
      </w:r>
      <w:proofErr w:type="spellStart"/>
      <w:r w:rsidR="00AB2F1D" w:rsidRPr="00441F98">
        <w:rPr>
          <w:b/>
          <w:bCs/>
          <w:lang w:val="pt-PT"/>
        </w:rPr>
        <w:t>Tehnician</w:t>
      </w:r>
      <w:proofErr w:type="spellEnd"/>
      <w:r w:rsidR="00AB2F1D" w:rsidRPr="00441F98">
        <w:rPr>
          <w:b/>
          <w:bCs/>
          <w:lang w:val="pt-PT"/>
        </w:rPr>
        <w:t xml:space="preserve"> </w:t>
      </w:r>
      <w:proofErr w:type="spellStart"/>
      <w:r w:rsidR="00AB2F1D" w:rsidRPr="00441F98">
        <w:rPr>
          <w:b/>
          <w:bCs/>
          <w:lang w:val="pt-PT"/>
        </w:rPr>
        <w:t>Asistență</w:t>
      </w:r>
      <w:proofErr w:type="spellEnd"/>
      <w:r w:rsidR="00AB2F1D" w:rsidRPr="00441F98">
        <w:rPr>
          <w:b/>
          <w:bCs/>
          <w:lang w:val="pt-PT"/>
        </w:rPr>
        <w:t xml:space="preserve"> </w:t>
      </w:r>
      <w:proofErr w:type="spellStart"/>
      <w:r w:rsidR="00AB2F1D" w:rsidRPr="00441F98">
        <w:rPr>
          <w:b/>
          <w:bCs/>
          <w:lang w:val="pt-PT"/>
        </w:rPr>
        <w:t>Socială</w:t>
      </w:r>
      <w:proofErr w:type="spellEnd"/>
      <w:r w:rsidR="00AB2F1D" w:rsidRPr="00441F98">
        <w:rPr>
          <w:b/>
          <w:bCs/>
          <w:lang w:val="pt-PT"/>
        </w:rPr>
        <w:t xml:space="preserve">, </w:t>
      </w:r>
      <w:proofErr w:type="spellStart"/>
      <w:r w:rsidR="00AB2F1D" w:rsidRPr="00441F98">
        <w:rPr>
          <w:b/>
          <w:bCs/>
          <w:lang w:val="pt-PT"/>
        </w:rPr>
        <w:t>Cod</w:t>
      </w:r>
      <w:proofErr w:type="spellEnd"/>
      <w:r w:rsidR="00AB2F1D" w:rsidRPr="00441F98">
        <w:rPr>
          <w:b/>
          <w:bCs/>
          <w:lang w:val="pt-PT"/>
        </w:rPr>
        <w:t xml:space="preserve"> COR: 341201</w:t>
      </w:r>
      <w:r w:rsidRPr="002153C2">
        <w:rPr>
          <w:lang w:val="pt-PT"/>
        </w:rPr>
        <w:t>;</w:t>
      </w:r>
    </w:p>
    <w:p w14:paraId="269FD9C5" w14:textId="5CF436BB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Nivelul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postului</w:t>
      </w:r>
      <w:proofErr w:type="spellEnd"/>
      <w:r w:rsidRPr="002153C2">
        <w:rPr>
          <w:lang w:val="pt-PT"/>
        </w:rPr>
        <w:t xml:space="preserve">: </w:t>
      </w:r>
      <w:proofErr w:type="spellStart"/>
      <w:r w:rsidRPr="00441F98">
        <w:rPr>
          <w:b/>
          <w:bCs/>
          <w:lang w:val="pt-PT"/>
        </w:rPr>
        <w:t>funcție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contractuală</w:t>
      </w:r>
      <w:proofErr w:type="spellEnd"/>
      <w:r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execuție</w:t>
      </w:r>
      <w:proofErr w:type="spellEnd"/>
      <w:r w:rsidR="00596E40">
        <w:rPr>
          <w:b/>
          <w:bCs/>
          <w:lang w:val="pt-PT"/>
        </w:rPr>
        <w:t xml:space="preserve"> </w:t>
      </w:r>
      <w:proofErr w:type="spellStart"/>
      <w:r w:rsidR="00596E40" w:rsidRPr="00596E40">
        <w:rPr>
          <w:b/>
          <w:bCs/>
          <w:lang w:val="pt-PT"/>
        </w:rPr>
        <w:t>în</w:t>
      </w:r>
      <w:proofErr w:type="spellEnd"/>
      <w:r w:rsidR="00596E40" w:rsidRPr="00596E40">
        <w:rPr>
          <w:b/>
          <w:bCs/>
          <w:lang w:val="pt-PT"/>
        </w:rPr>
        <w:t xml:space="preserve"> afara </w:t>
      </w:r>
      <w:proofErr w:type="spellStart"/>
      <w:r w:rsidR="00596E40" w:rsidRPr="00596E40">
        <w:rPr>
          <w:b/>
          <w:bCs/>
          <w:lang w:val="pt-PT"/>
        </w:rPr>
        <w:t>Organigramei</w:t>
      </w:r>
      <w:proofErr w:type="spellEnd"/>
      <w:r w:rsidRPr="002153C2">
        <w:rPr>
          <w:lang w:val="pt-PT"/>
        </w:rPr>
        <w:t xml:space="preserve">, </w:t>
      </w:r>
      <w:proofErr w:type="spellStart"/>
      <w:r w:rsidRPr="00441F98">
        <w:rPr>
          <w:b/>
          <w:bCs/>
          <w:lang w:val="pt-PT"/>
        </w:rPr>
        <w:t>membru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în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Echipa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Comunitară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Integrată</w:t>
      </w:r>
      <w:proofErr w:type="spellEnd"/>
      <w:r w:rsidRPr="00441F98">
        <w:rPr>
          <w:b/>
          <w:bCs/>
          <w:lang w:val="pt-PT"/>
        </w:rPr>
        <w:t xml:space="preserve"> (ECI) a </w:t>
      </w:r>
      <w:proofErr w:type="spellStart"/>
      <w:r w:rsidRPr="00441F98">
        <w:rPr>
          <w:b/>
          <w:bCs/>
          <w:lang w:val="pt-PT"/>
        </w:rPr>
        <w:t>proiectului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cod</w:t>
      </w:r>
      <w:proofErr w:type="spellEnd"/>
      <w:r w:rsidRPr="00441F98">
        <w:rPr>
          <w:b/>
          <w:bCs/>
          <w:lang w:val="pt-PT"/>
        </w:rPr>
        <w:t xml:space="preserve"> SMIS 339395;</w:t>
      </w:r>
    </w:p>
    <w:p w14:paraId="5D7219A8" w14:textId="77777777" w:rsidR="00643FBD" w:rsidRPr="002153C2" w:rsidRDefault="00DC7CA5" w:rsidP="00441F98">
      <w:pPr>
        <w:spacing w:after="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Durata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contractului</w:t>
      </w:r>
      <w:proofErr w:type="spellEnd"/>
      <w:r w:rsidRPr="002153C2">
        <w:rPr>
          <w:lang w:val="pt-PT"/>
        </w:rPr>
        <w:t xml:space="preserve">: </w:t>
      </w:r>
      <w:proofErr w:type="spellStart"/>
      <w:r w:rsidRPr="00441F98">
        <w:rPr>
          <w:b/>
          <w:bCs/>
          <w:lang w:val="pt-PT"/>
        </w:rPr>
        <w:t>determinată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până</w:t>
      </w:r>
      <w:proofErr w:type="spellEnd"/>
      <w:r w:rsidRPr="00441F98">
        <w:rPr>
          <w:b/>
          <w:bCs/>
          <w:lang w:val="pt-PT"/>
        </w:rPr>
        <w:t xml:space="preserve"> la 31.12.2029</w:t>
      </w:r>
      <w:r w:rsidRPr="002153C2">
        <w:rPr>
          <w:lang w:val="pt-PT"/>
        </w:rPr>
        <w:t>;</w:t>
      </w:r>
    </w:p>
    <w:p w14:paraId="7D4F199E" w14:textId="651753CC" w:rsidR="00643FBD" w:rsidRPr="00441F98" w:rsidRDefault="00DC7CA5" w:rsidP="00441F98">
      <w:pPr>
        <w:spacing w:after="0"/>
        <w:rPr>
          <w:b/>
          <w:bCs/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Durata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timpului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muncă</w:t>
      </w:r>
      <w:proofErr w:type="spellEnd"/>
      <w:r w:rsidRPr="002153C2">
        <w:rPr>
          <w:lang w:val="pt-PT"/>
        </w:rPr>
        <w:t xml:space="preserve">: </w:t>
      </w:r>
      <w:r w:rsidRPr="00441F98">
        <w:rPr>
          <w:b/>
          <w:bCs/>
          <w:lang w:val="pt-PT"/>
        </w:rPr>
        <w:t xml:space="preserve">o </w:t>
      </w:r>
      <w:proofErr w:type="spellStart"/>
      <w:r w:rsidR="006C1C79" w:rsidRPr="00441F98">
        <w:rPr>
          <w:b/>
          <w:bCs/>
          <w:lang w:val="pt-PT"/>
        </w:rPr>
        <w:t>jumătate</w:t>
      </w:r>
      <w:proofErr w:type="spellEnd"/>
      <w:r w:rsidR="006C1C79"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normă</w:t>
      </w:r>
      <w:proofErr w:type="spellEnd"/>
      <w:r w:rsidRPr="00441F98">
        <w:rPr>
          <w:b/>
          <w:bCs/>
          <w:lang w:val="pt-PT"/>
        </w:rPr>
        <w:t xml:space="preserve">, </w:t>
      </w:r>
      <w:proofErr w:type="spellStart"/>
      <w:r w:rsidRPr="00441F98">
        <w:rPr>
          <w:b/>
          <w:bCs/>
          <w:lang w:val="pt-PT"/>
        </w:rPr>
        <w:t>durata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normală</w:t>
      </w:r>
      <w:proofErr w:type="spellEnd"/>
      <w:r w:rsidRPr="00441F98">
        <w:rPr>
          <w:b/>
          <w:bCs/>
          <w:lang w:val="pt-PT"/>
        </w:rPr>
        <w:t xml:space="preserve"> a </w:t>
      </w:r>
      <w:proofErr w:type="spellStart"/>
      <w:r w:rsidRPr="00441F98">
        <w:rPr>
          <w:b/>
          <w:bCs/>
          <w:lang w:val="pt-PT"/>
        </w:rPr>
        <w:t>timpului</w:t>
      </w:r>
      <w:proofErr w:type="spellEnd"/>
      <w:r w:rsidRPr="00441F98">
        <w:rPr>
          <w:b/>
          <w:bCs/>
          <w:lang w:val="pt-PT"/>
        </w:rPr>
        <w:t xml:space="preserve"> de </w:t>
      </w:r>
      <w:proofErr w:type="spellStart"/>
      <w:r w:rsidRPr="00441F98">
        <w:rPr>
          <w:b/>
          <w:bCs/>
          <w:lang w:val="pt-PT"/>
        </w:rPr>
        <w:t>muncă</w:t>
      </w:r>
      <w:proofErr w:type="spellEnd"/>
      <w:r w:rsidRPr="00441F98">
        <w:rPr>
          <w:b/>
          <w:bCs/>
          <w:lang w:val="pt-PT"/>
        </w:rPr>
        <w:t xml:space="preserve"> </w:t>
      </w:r>
      <w:proofErr w:type="spellStart"/>
      <w:r w:rsidRPr="00441F98">
        <w:rPr>
          <w:b/>
          <w:bCs/>
          <w:lang w:val="pt-PT"/>
        </w:rPr>
        <w:t>fiind</w:t>
      </w:r>
      <w:proofErr w:type="spellEnd"/>
      <w:r w:rsidRPr="00441F98">
        <w:rPr>
          <w:b/>
          <w:bCs/>
          <w:lang w:val="pt-PT"/>
        </w:rPr>
        <w:t xml:space="preserve"> de </w:t>
      </w:r>
      <w:r w:rsidR="006C1C79" w:rsidRPr="00441F98">
        <w:rPr>
          <w:b/>
          <w:bCs/>
          <w:lang w:val="pt-PT"/>
        </w:rPr>
        <w:t>4</w:t>
      </w:r>
      <w:r w:rsidRPr="00441F98">
        <w:rPr>
          <w:b/>
          <w:bCs/>
          <w:lang w:val="pt-PT"/>
        </w:rPr>
        <w:t xml:space="preserve"> ore/</w:t>
      </w:r>
      <w:proofErr w:type="spellStart"/>
      <w:r w:rsidRPr="00441F98">
        <w:rPr>
          <w:b/>
          <w:bCs/>
          <w:lang w:val="pt-PT"/>
        </w:rPr>
        <w:t>zi</w:t>
      </w:r>
      <w:proofErr w:type="spellEnd"/>
      <w:r w:rsidRPr="00441F98">
        <w:rPr>
          <w:b/>
          <w:bCs/>
          <w:lang w:val="pt-PT"/>
        </w:rPr>
        <w:t xml:space="preserve"> - </w:t>
      </w:r>
      <w:r w:rsidR="006C1C79" w:rsidRPr="00441F98">
        <w:rPr>
          <w:b/>
          <w:bCs/>
          <w:lang w:val="pt-PT"/>
        </w:rPr>
        <w:t>2</w:t>
      </w:r>
      <w:r w:rsidRPr="00441F98">
        <w:rPr>
          <w:b/>
          <w:bCs/>
          <w:lang w:val="pt-PT"/>
        </w:rPr>
        <w:t>0 ore/</w:t>
      </w:r>
      <w:proofErr w:type="spellStart"/>
      <w:r w:rsidRPr="00441F98">
        <w:rPr>
          <w:b/>
          <w:bCs/>
          <w:lang w:val="pt-PT"/>
        </w:rPr>
        <w:t>săptămână</w:t>
      </w:r>
      <w:proofErr w:type="spellEnd"/>
      <w:r w:rsidRPr="00441F98">
        <w:rPr>
          <w:b/>
          <w:bCs/>
          <w:lang w:val="pt-PT"/>
        </w:rPr>
        <w:t>;</w:t>
      </w:r>
    </w:p>
    <w:p w14:paraId="52804C81" w14:textId="1F03D9FD" w:rsidR="00441F98" w:rsidRDefault="002153C2" w:rsidP="00441F98">
      <w:pPr>
        <w:spacing w:before="240" w:after="120" w:line="360" w:lineRule="auto"/>
        <w:rPr>
          <w:b/>
          <w:lang w:val="pt-PT"/>
        </w:rPr>
      </w:pPr>
      <w:r w:rsidRPr="006C1C79">
        <w:rPr>
          <w:b/>
          <w:lang w:val="pt-PT"/>
        </w:rPr>
        <w:tab/>
      </w:r>
      <w:proofErr w:type="spellStart"/>
      <w:r w:rsidR="00DC7CA5" w:rsidRPr="002153C2">
        <w:rPr>
          <w:b/>
          <w:lang w:val="pt-PT"/>
        </w:rPr>
        <w:t>Calendarul</w:t>
      </w:r>
      <w:proofErr w:type="spellEnd"/>
      <w:r w:rsidR="00DC7CA5" w:rsidRPr="002153C2">
        <w:rPr>
          <w:b/>
          <w:lang w:val="pt-PT"/>
        </w:rPr>
        <w:t xml:space="preserve"> </w:t>
      </w:r>
      <w:proofErr w:type="spellStart"/>
      <w:r w:rsidR="00DC7CA5" w:rsidRPr="002153C2">
        <w:rPr>
          <w:b/>
          <w:lang w:val="pt-PT"/>
        </w:rPr>
        <w:t>concursului</w:t>
      </w:r>
      <w:proofErr w:type="spellEnd"/>
      <w:r w:rsidR="00DC7CA5" w:rsidRPr="002153C2">
        <w:rPr>
          <w:b/>
          <w:lang w:val="pt-PT"/>
        </w:rPr>
        <w:t xml:space="preserve"> (</w:t>
      </w:r>
      <w:proofErr w:type="spellStart"/>
      <w:r w:rsidR="00DC7CA5" w:rsidRPr="002153C2">
        <w:rPr>
          <w:b/>
          <w:lang w:val="pt-PT"/>
        </w:rPr>
        <w:t>calculat</w:t>
      </w:r>
      <w:proofErr w:type="spellEnd"/>
      <w:r w:rsidR="00DC7CA5" w:rsidRPr="002153C2">
        <w:rPr>
          <w:b/>
          <w:lang w:val="pt-PT"/>
        </w:rPr>
        <w:t xml:space="preserve"> </w:t>
      </w:r>
      <w:proofErr w:type="spellStart"/>
      <w:r w:rsidR="00DC7CA5" w:rsidRPr="002153C2">
        <w:rPr>
          <w:b/>
          <w:lang w:val="pt-PT"/>
        </w:rPr>
        <w:t>conform</w:t>
      </w:r>
      <w:proofErr w:type="spellEnd"/>
      <w:r w:rsidR="00DC7CA5" w:rsidRPr="002153C2">
        <w:rPr>
          <w:b/>
          <w:lang w:val="pt-PT"/>
        </w:rPr>
        <w:t xml:space="preserve"> H.G. </w:t>
      </w:r>
      <w:proofErr w:type="spellStart"/>
      <w:r w:rsidR="00DC7CA5" w:rsidRPr="002153C2">
        <w:rPr>
          <w:b/>
          <w:lang w:val="pt-PT"/>
        </w:rPr>
        <w:t>nr</w:t>
      </w:r>
      <w:proofErr w:type="spellEnd"/>
      <w:r w:rsidR="00DC7CA5" w:rsidRPr="002153C2">
        <w:rPr>
          <w:b/>
          <w:lang w:val="pt-PT"/>
        </w:rPr>
        <w:t>. 1336/2022):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6062"/>
        <w:gridCol w:w="3827"/>
      </w:tblGrid>
      <w:tr w:rsidR="00643FBD" w14:paraId="0CA6AF44" w14:textId="77777777" w:rsidTr="00441F98">
        <w:tc>
          <w:tcPr>
            <w:tcW w:w="709" w:type="dxa"/>
          </w:tcPr>
          <w:p w14:paraId="5AA5A93E" w14:textId="77777777" w:rsidR="00643FBD" w:rsidRDefault="00DC7CA5" w:rsidP="00E674D2">
            <w:pPr>
              <w:spacing w:before="40" w:after="40"/>
              <w:jc w:val="center"/>
            </w:pPr>
            <w:r>
              <w:rPr>
                <w:b/>
              </w:rPr>
              <w:t xml:space="preserve">Nr. </w:t>
            </w:r>
            <w:proofErr w:type="spellStart"/>
            <w:r>
              <w:rPr>
                <w:b/>
              </w:rPr>
              <w:t>crt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062" w:type="dxa"/>
          </w:tcPr>
          <w:p w14:paraId="205A98E0" w14:textId="77777777" w:rsidR="00643FBD" w:rsidRDefault="00DC7CA5">
            <w:pPr>
              <w:spacing w:before="40" w:after="40"/>
            </w:pPr>
            <w:proofErr w:type="spellStart"/>
            <w:r>
              <w:rPr>
                <w:b/>
              </w:rPr>
              <w:t>Activităţi</w:t>
            </w:r>
            <w:proofErr w:type="spellEnd"/>
          </w:p>
        </w:tc>
        <w:tc>
          <w:tcPr>
            <w:tcW w:w="3827" w:type="dxa"/>
          </w:tcPr>
          <w:p w14:paraId="4EA78BB0" w14:textId="77777777" w:rsidR="00643FBD" w:rsidRDefault="00DC7CA5">
            <w:pPr>
              <w:spacing w:before="40" w:after="40"/>
            </w:pPr>
            <w:r>
              <w:rPr>
                <w:b/>
              </w:rPr>
              <w:t xml:space="preserve">Data / Termen </w:t>
            </w:r>
            <w:proofErr w:type="spellStart"/>
            <w:r>
              <w:rPr>
                <w:b/>
              </w:rPr>
              <w:t>limită</w:t>
            </w:r>
            <w:proofErr w:type="spellEnd"/>
          </w:p>
        </w:tc>
      </w:tr>
      <w:tr w:rsidR="00AB2F1D" w14:paraId="6364220A" w14:textId="77777777" w:rsidTr="00441F98">
        <w:tc>
          <w:tcPr>
            <w:tcW w:w="709" w:type="dxa"/>
          </w:tcPr>
          <w:p w14:paraId="719E6C63" w14:textId="77777777" w:rsidR="00AB2F1D" w:rsidRDefault="00AB2F1D" w:rsidP="00E674D2">
            <w:pPr>
              <w:spacing w:before="40" w:after="40"/>
              <w:jc w:val="center"/>
            </w:pPr>
            <w:r>
              <w:t>1.</w:t>
            </w:r>
          </w:p>
        </w:tc>
        <w:tc>
          <w:tcPr>
            <w:tcW w:w="6062" w:type="dxa"/>
          </w:tcPr>
          <w:p w14:paraId="65B10401" w14:textId="77777777" w:rsidR="00AB2F1D" w:rsidRDefault="00AB2F1D" w:rsidP="00AB2F1D">
            <w:pPr>
              <w:spacing w:before="40" w:after="40"/>
            </w:pPr>
            <w:proofErr w:type="spellStart"/>
            <w:r>
              <w:t>Publicarea</w:t>
            </w:r>
            <w:proofErr w:type="spellEnd"/>
            <w:r>
              <w:t xml:space="preserve"> </w:t>
            </w:r>
            <w:proofErr w:type="spellStart"/>
            <w:r>
              <w:t>anunțului</w:t>
            </w:r>
            <w:proofErr w:type="spellEnd"/>
          </w:p>
        </w:tc>
        <w:tc>
          <w:tcPr>
            <w:tcW w:w="3827" w:type="dxa"/>
          </w:tcPr>
          <w:p w14:paraId="52F385E2" w14:textId="25F52F89" w:rsidR="00AB2F1D" w:rsidRDefault="00AB2F1D" w:rsidP="00AB2F1D">
            <w:pPr>
              <w:spacing w:before="40" w:after="40"/>
            </w:pPr>
            <w:r w:rsidRPr="0079724B">
              <w:t>23.10.2026</w:t>
            </w:r>
          </w:p>
        </w:tc>
      </w:tr>
      <w:tr w:rsidR="00AB2F1D" w14:paraId="5FB26710" w14:textId="77777777" w:rsidTr="00441F98">
        <w:tc>
          <w:tcPr>
            <w:tcW w:w="709" w:type="dxa"/>
          </w:tcPr>
          <w:p w14:paraId="137ACBE7" w14:textId="77777777" w:rsidR="00AB2F1D" w:rsidRDefault="00AB2F1D" w:rsidP="00E674D2">
            <w:pPr>
              <w:spacing w:before="40" w:after="40"/>
              <w:jc w:val="center"/>
            </w:pPr>
            <w:r>
              <w:t>2.</w:t>
            </w:r>
          </w:p>
        </w:tc>
        <w:tc>
          <w:tcPr>
            <w:tcW w:w="6062" w:type="dxa"/>
          </w:tcPr>
          <w:p w14:paraId="68ED1077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r w:rsidRPr="002153C2">
              <w:rPr>
                <w:lang w:val="pt-PT"/>
              </w:rPr>
              <w:t xml:space="preserve">Data </w:t>
            </w:r>
            <w:proofErr w:type="spellStart"/>
            <w:r w:rsidRPr="002153C2">
              <w:rPr>
                <w:lang w:val="pt-PT"/>
              </w:rPr>
              <w:t>limită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pentru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participare</w:t>
            </w:r>
            <w:proofErr w:type="spellEnd"/>
            <w:r w:rsidRPr="002153C2">
              <w:rPr>
                <w:lang w:val="pt-PT"/>
              </w:rPr>
              <w:t xml:space="preserve"> la </w:t>
            </w:r>
            <w:proofErr w:type="spellStart"/>
            <w:r w:rsidRPr="002153C2">
              <w:rPr>
                <w:lang w:val="pt-PT"/>
              </w:rPr>
              <w:t>concurs</w:t>
            </w:r>
            <w:proofErr w:type="spellEnd"/>
            <w:r w:rsidRPr="002153C2">
              <w:rPr>
                <w:lang w:val="pt-PT"/>
              </w:rPr>
              <w:t xml:space="preserve"> la </w:t>
            </w:r>
            <w:proofErr w:type="spellStart"/>
            <w:r w:rsidRPr="002153C2">
              <w:rPr>
                <w:lang w:val="pt-PT"/>
              </w:rPr>
              <w:t>sediul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Primăriei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Comunei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Pișcolt</w:t>
            </w:r>
            <w:proofErr w:type="spellEnd"/>
          </w:p>
        </w:tc>
        <w:tc>
          <w:tcPr>
            <w:tcW w:w="3827" w:type="dxa"/>
          </w:tcPr>
          <w:p w14:paraId="699DA43B" w14:textId="5DC462AB" w:rsidR="00AB2F1D" w:rsidRDefault="00AB2F1D" w:rsidP="00AB2F1D">
            <w:pPr>
              <w:spacing w:before="40" w:after="40"/>
            </w:pPr>
            <w:r w:rsidRPr="0079724B">
              <w:t xml:space="preserve">26.10.2026 – 06.11.2026, </w:t>
            </w:r>
            <w:proofErr w:type="spellStart"/>
            <w:r w:rsidRPr="0079724B">
              <w:t>până</w:t>
            </w:r>
            <w:proofErr w:type="spellEnd"/>
            <w:r w:rsidRPr="0079724B">
              <w:t xml:space="preserve"> la ora 1</w:t>
            </w:r>
            <w:r>
              <w:t>4</w:t>
            </w:r>
            <w:r w:rsidRPr="0079724B">
              <w:t>:00</w:t>
            </w:r>
          </w:p>
        </w:tc>
      </w:tr>
      <w:tr w:rsidR="00AB2F1D" w14:paraId="03D97244" w14:textId="77777777" w:rsidTr="00441F98">
        <w:tc>
          <w:tcPr>
            <w:tcW w:w="709" w:type="dxa"/>
          </w:tcPr>
          <w:p w14:paraId="5A28C5C6" w14:textId="77777777" w:rsidR="00AB2F1D" w:rsidRDefault="00AB2F1D" w:rsidP="00E674D2">
            <w:pPr>
              <w:spacing w:before="40" w:after="40"/>
              <w:jc w:val="center"/>
            </w:pPr>
            <w:r>
              <w:t>3.</w:t>
            </w:r>
          </w:p>
        </w:tc>
        <w:tc>
          <w:tcPr>
            <w:tcW w:w="6062" w:type="dxa"/>
          </w:tcPr>
          <w:p w14:paraId="69382B86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Selecţia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către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membrii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comisiei</w:t>
            </w:r>
            <w:proofErr w:type="spellEnd"/>
            <w:r w:rsidRPr="002153C2">
              <w:rPr>
                <w:lang w:val="pt-PT"/>
              </w:rPr>
              <w:t xml:space="preserve"> de </w:t>
            </w:r>
            <w:proofErr w:type="spellStart"/>
            <w:r w:rsidRPr="002153C2">
              <w:rPr>
                <w:lang w:val="pt-PT"/>
              </w:rPr>
              <w:t>concurs</w:t>
            </w:r>
            <w:proofErr w:type="spellEnd"/>
          </w:p>
        </w:tc>
        <w:tc>
          <w:tcPr>
            <w:tcW w:w="3827" w:type="dxa"/>
          </w:tcPr>
          <w:p w14:paraId="2AEA916B" w14:textId="625E0577" w:rsidR="00AB2F1D" w:rsidRDefault="00AB2F1D" w:rsidP="00AB2F1D">
            <w:pPr>
              <w:spacing w:before="40" w:after="40"/>
            </w:pPr>
            <w:r w:rsidRPr="0079724B">
              <w:t>09.11.2026, ora 10:00</w:t>
            </w:r>
          </w:p>
        </w:tc>
      </w:tr>
      <w:tr w:rsidR="00AB2F1D" w14:paraId="029A3C59" w14:textId="77777777" w:rsidTr="00441F98">
        <w:tc>
          <w:tcPr>
            <w:tcW w:w="709" w:type="dxa"/>
          </w:tcPr>
          <w:p w14:paraId="48015D9D" w14:textId="77777777" w:rsidR="00AB2F1D" w:rsidRDefault="00AB2F1D" w:rsidP="00E674D2">
            <w:pPr>
              <w:spacing w:before="40" w:after="40"/>
              <w:jc w:val="center"/>
            </w:pPr>
            <w:r>
              <w:t>4.</w:t>
            </w:r>
          </w:p>
        </w:tc>
        <w:tc>
          <w:tcPr>
            <w:tcW w:w="6062" w:type="dxa"/>
          </w:tcPr>
          <w:p w14:paraId="777131BD" w14:textId="77777777" w:rsidR="00AB2F1D" w:rsidRDefault="00AB2F1D" w:rsidP="00AB2F1D">
            <w:pPr>
              <w:spacing w:before="40" w:after="40"/>
            </w:pP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selecţiei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3827" w:type="dxa"/>
          </w:tcPr>
          <w:p w14:paraId="4C8E1A78" w14:textId="67247C81" w:rsidR="00AB2F1D" w:rsidRDefault="00AB2F1D" w:rsidP="00AB2F1D">
            <w:pPr>
              <w:spacing w:before="40" w:after="40"/>
            </w:pPr>
            <w:r w:rsidRPr="0079724B">
              <w:t>09.11.2026, ora 14:00</w:t>
            </w:r>
          </w:p>
        </w:tc>
      </w:tr>
      <w:tr w:rsidR="00AB2F1D" w14:paraId="0EDC3F15" w14:textId="77777777" w:rsidTr="00441F98">
        <w:tc>
          <w:tcPr>
            <w:tcW w:w="709" w:type="dxa"/>
          </w:tcPr>
          <w:p w14:paraId="7209D222" w14:textId="77777777" w:rsidR="00AB2F1D" w:rsidRDefault="00AB2F1D" w:rsidP="00E674D2">
            <w:pPr>
              <w:spacing w:before="40" w:after="40"/>
              <w:jc w:val="center"/>
            </w:pPr>
            <w:r>
              <w:t>5.</w:t>
            </w:r>
          </w:p>
        </w:tc>
        <w:tc>
          <w:tcPr>
            <w:tcW w:w="6062" w:type="dxa"/>
          </w:tcPr>
          <w:p w14:paraId="7DCF5E35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selecţiei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dosarelor</w:t>
            </w:r>
            <w:proofErr w:type="spellEnd"/>
          </w:p>
        </w:tc>
        <w:tc>
          <w:tcPr>
            <w:tcW w:w="3827" w:type="dxa"/>
          </w:tcPr>
          <w:p w14:paraId="175E11C4" w14:textId="31ABFA34" w:rsidR="00AB2F1D" w:rsidRDefault="00AB2F1D" w:rsidP="00AB2F1D">
            <w:pPr>
              <w:spacing w:before="40" w:after="40"/>
            </w:pPr>
            <w:r w:rsidRPr="0079724B">
              <w:t>10.11.2026, interval 08:30 – 12:30</w:t>
            </w:r>
          </w:p>
        </w:tc>
      </w:tr>
      <w:tr w:rsidR="00AB2F1D" w14:paraId="477C92CD" w14:textId="77777777" w:rsidTr="00441F98">
        <w:tc>
          <w:tcPr>
            <w:tcW w:w="709" w:type="dxa"/>
          </w:tcPr>
          <w:p w14:paraId="326CC8EB" w14:textId="77777777" w:rsidR="00AB2F1D" w:rsidRDefault="00AB2F1D" w:rsidP="00E674D2">
            <w:pPr>
              <w:spacing w:before="40" w:after="40"/>
              <w:jc w:val="center"/>
            </w:pPr>
            <w:r>
              <w:t>6.</w:t>
            </w:r>
          </w:p>
        </w:tc>
        <w:tc>
          <w:tcPr>
            <w:tcW w:w="6062" w:type="dxa"/>
          </w:tcPr>
          <w:p w14:paraId="1264B35E" w14:textId="77777777" w:rsidR="00AB2F1D" w:rsidRDefault="00AB2F1D" w:rsidP="00AB2F1D">
            <w:pPr>
              <w:spacing w:before="40" w:after="40"/>
            </w:pPr>
            <w:proofErr w:type="spellStart"/>
            <w:r>
              <w:t>Afişarea</w:t>
            </w:r>
            <w:proofErr w:type="spellEnd"/>
            <w:r>
              <w:t xml:space="preserve"> </w:t>
            </w:r>
            <w:proofErr w:type="spellStart"/>
            <w:r>
              <w:t>rezultatului</w:t>
            </w:r>
            <w:proofErr w:type="spellEnd"/>
            <w:r>
              <w:t xml:space="preserve"> </w:t>
            </w:r>
            <w:proofErr w:type="spellStart"/>
            <w:r>
              <w:t>soluţionării</w:t>
            </w:r>
            <w:proofErr w:type="spellEnd"/>
            <w:r>
              <w:t xml:space="preserve"> </w:t>
            </w:r>
            <w:proofErr w:type="spellStart"/>
            <w:r>
              <w:t>contestaţiilor</w:t>
            </w:r>
            <w:proofErr w:type="spellEnd"/>
          </w:p>
        </w:tc>
        <w:tc>
          <w:tcPr>
            <w:tcW w:w="3827" w:type="dxa"/>
          </w:tcPr>
          <w:p w14:paraId="3C41E861" w14:textId="7C74D9D0" w:rsidR="00AB2F1D" w:rsidRDefault="00AB2F1D" w:rsidP="00AB2F1D">
            <w:pPr>
              <w:spacing w:before="40" w:after="40"/>
            </w:pPr>
            <w:r w:rsidRPr="0079724B">
              <w:t>10.11.2026, ora 15:30</w:t>
            </w:r>
          </w:p>
        </w:tc>
      </w:tr>
      <w:tr w:rsidR="00AB2F1D" w14:paraId="0EE0727A" w14:textId="77777777" w:rsidTr="00441F98">
        <w:tc>
          <w:tcPr>
            <w:tcW w:w="709" w:type="dxa"/>
          </w:tcPr>
          <w:p w14:paraId="111899D8" w14:textId="77777777" w:rsidR="00AB2F1D" w:rsidRDefault="00AB2F1D" w:rsidP="00E674D2">
            <w:pPr>
              <w:spacing w:before="40" w:after="40"/>
              <w:jc w:val="center"/>
            </w:pPr>
            <w:r>
              <w:t>7.</w:t>
            </w:r>
          </w:p>
        </w:tc>
        <w:tc>
          <w:tcPr>
            <w:tcW w:w="6062" w:type="dxa"/>
          </w:tcPr>
          <w:p w14:paraId="77D29F00" w14:textId="63ADF64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Susţinerea</w:t>
            </w:r>
            <w:proofErr w:type="spellEnd"/>
            <w:r w:rsidRPr="002153C2">
              <w:rPr>
                <w:lang w:val="pt-PT"/>
              </w:rPr>
              <w:t xml:space="preserve"> PROBEI SCRISE </w:t>
            </w:r>
          </w:p>
        </w:tc>
        <w:tc>
          <w:tcPr>
            <w:tcW w:w="3827" w:type="dxa"/>
          </w:tcPr>
          <w:p w14:paraId="662AB14B" w14:textId="7774575F" w:rsidR="00AB2F1D" w:rsidRDefault="00AB2F1D" w:rsidP="00AB2F1D">
            <w:pPr>
              <w:spacing w:before="40" w:after="40"/>
            </w:pPr>
            <w:r w:rsidRPr="0079724B">
              <w:t>17.11.2026, ora 1</w:t>
            </w:r>
            <w:r>
              <w:t>0</w:t>
            </w:r>
            <w:r w:rsidRPr="0079724B">
              <w:t xml:space="preserve">:00 </w:t>
            </w:r>
          </w:p>
        </w:tc>
      </w:tr>
      <w:tr w:rsidR="00AB2F1D" w14:paraId="242C6582" w14:textId="77777777" w:rsidTr="00441F98">
        <w:tc>
          <w:tcPr>
            <w:tcW w:w="709" w:type="dxa"/>
          </w:tcPr>
          <w:p w14:paraId="539458D5" w14:textId="77777777" w:rsidR="00AB2F1D" w:rsidRDefault="00AB2F1D" w:rsidP="00E674D2">
            <w:pPr>
              <w:spacing w:before="40" w:after="40"/>
              <w:jc w:val="center"/>
            </w:pPr>
            <w:r>
              <w:t>8.</w:t>
            </w:r>
          </w:p>
        </w:tc>
        <w:tc>
          <w:tcPr>
            <w:tcW w:w="6062" w:type="dxa"/>
          </w:tcPr>
          <w:p w14:paraId="7D20CB27" w14:textId="77777777" w:rsidR="00AB2F1D" w:rsidRDefault="00AB2F1D" w:rsidP="00AB2F1D">
            <w:pPr>
              <w:spacing w:before="40" w:after="40"/>
            </w:pPr>
            <w:r>
              <w:t>Afişarea rezultatului probei scrise</w:t>
            </w:r>
          </w:p>
        </w:tc>
        <w:tc>
          <w:tcPr>
            <w:tcW w:w="3827" w:type="dxa"/>
          </w:tcPr>
          <w:p w14:paraId="6E1E86F5" w14:textId="17740EA0" w:rsidR="00AB2F1D" w:rsidRDefault="00AB2F1D" w:rsidP="00AB2F1D">
            <w:pPr>
              <w:spacing w:before="40" w:after="40"/>
            </w:pPr>
            <w:r w:rsidRPr="0079724B">
              <w:t>17.11.2026, ora 1</w:t>
            </w:r>
            <w:r>
              <w:t>5</w:t>
            </w:r>
            <w:r w:rsidRPr="0079724B">
              <w:t>:00</w:t>
            </w:r>
          </w:p>
        </w:tc>
      </w:tr>
      <w:tr w:rsidR="00AB2F1D" w14:paraId="5C3AEFA5" w14:textId="77777777" w:rsidTr="00441F98">
        <w:tc>
          <w:tcPr>
            <w:tcW w:w="709" w:type="dxa"/>
          </w:tcPr>
          <w:p w14:paraId="563EF37B" w14:textId="77777777" w:rsidR="00AB2F1D" w:rsidRDefault="00AB2F1D" w:rsidP="00E674D2">
            <w:pPr>
              <w:spacing w:before="40" w:after="40"/>
              <w:jc w:val="center"/>
            </w:pPr>
            <w:r>
              <w:lastRenderedPageBreak/>
              <w:t>9.</w:t>
            </w:r>
          </w:p>
        </w:tc>
        <w:tc>
          <w:tcPr>
            <w:tcW w:w="6062" w:type="dxa"/>
          </w:tcPr>
          <w:p w14:paraId="480FABEC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rezultatele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probei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scrise</w:t>
            </w:r>
            <w:proofErr w:type="spellEnd"/>
          </w:p>
        </w:tc>
        <w:tc>
          <w:tcPr>
            <w:tcW w:w="3827" w:type="dxa"/>
          </w:tcPr>
          <w:p w14:paraId="1C434857" w14:textId="4CFA5345" w:rsidR="00AB2F1D" w:rsidRDefault="00AB2F1D" w:rsidP="00AB2F1D">
            <w:pPr>
              <w:spacing w:before="40" w:after="40"/>
            </w:pPr>
            <w:r w:rsidRPr="0079724B">
              <w:t>18.11.2026, interval 08:30 – 1</w:t>
            </w:r>
            <w:r>
              <w:t>2</w:t>
            </w:r>
            <w:r w:rsidRPr="0079724B">
              <w:t>:30</w:t>
            </w:r>
          </w:p>
        </w:tc>
      </w:tr>
      <w:tr w:rsidR="00AB2F1D" w14:paraId="6A4B66DE" w14:textId="77777777" w:rsidTr="00441F98">
        <w:tc>
          <w:tcPr>
            <w:tcW w:w="709" w:type="dxa"/>
          </w:tcPr>
          <w:p w14:paraId="5C087610" w14:textId="77777777" w:rsidR="00AB2F1D" w:rsidRDefault="00AB2F1D" w:rsidP="00E674D2">
            <w:pPr>
              <w:spacing w:before="40" w:after="40"/>
              <w:jc w:val="center"/>
            </w:pPr>
            <w:r>
              <w:t>10.</w:t>
            </w:r>
          </w:p>
        </w:tc>
        <w:tc>
          <w:tcPr>
            <w:tcW w:w="6062" w:type="dxa"/>
          </w:tcPr>
          <w:p w14:paraId="4BA63DF2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soluţionării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probei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scrise</w:t>
            </w:r>
            <w:proofErr w:type="spellEnd"/>
          </w:p>
        </w:tc>
        <w:tc>
          <w:tcPr>
            <w:tcW w:w="3827" w:type="dxa"/>
          </w:tcPr>
          <w:p w14:paraId="43A3499A" w14:textId="401BC14D" w:rsidR="00AB2F1D" w:rsidRDefault="00AB2F1D" w:rsidP="00AB2F1D">
            <w:pPr>
              <w:spacing w:before="40" w:after="40"/>
            </w:pPr>
            <w:r w:rsidRPr="0079724B">
              <w:t>18.11.2026, ora 14:30</w:t>
            </w:r>
          </w:p>
        </w:tc>
      </w:tr>
      <w:tr w:rsidR="00AB2F1D" w14:paraId="3AD62020" w14:textId="77777777" w:rsidTr="00441F98">
        <w:tc>
          <w:tcPr>
            <w:tcW w:w="709" w:type="dxa"/>
          </w:tcPr>
          <w:p w14:paraId="69B64F41" w14:textId="77777777" w:rsidR="00AB2F1D" w:rsidRDefault="00AB2F1D" w:rsidP="00E674D2">
            <w:pPr>
              <w:spacing w:before="40" w:after="40"/>
              <w:jc w:val="center"/>
            </w:pPr>
            <w:r>
              <w:t>11.</w:t>
            </w:r>
          </w:p>
        </w:tc>
        <w:tc>
          <w:tcPr>
            <w:tcW w:w="6062" w:type="dxa"/>
          </w:tcPr>
          <w:p w14:paraId="120B4D14" w14:textId="77777777" w:rsidR="00AB2F1D" w:rsidRDefault="00AB2F1D" w:rsidP="00AB2F1D">
            <w:pPr>
              <w:spacing w:before="40" w:after="40"/>
            </w:pPr>
            <w:r>
              <w:t>Susţinerea INTERVIULUI</w:t>
            </w:r>
          </w:p>
        </w:tc>
        <w:tc>
          <w:tcPr>
            <w:tcW w:w="3827" w:type="dxa"/>
          </w:tcPr>
          <w:p w14:paraId="5698B149" w14:textId="653DAF02" w:rsidR="00AB2F1D" w:rsidRDefault="00AB2F1D" w:rsidP="00AB2F1D">
            <w:pPr>
              <w:spacing w:before="40" w:after="40"/>
            </w:pPr>
            <w:r w:rsidRPr="0079724B">
              <w:t>18.11.2026, ora 15:00</w:t>
            </w:r>
          </w:p>
        </w:tc>
      </w:tr>
      <w:tr w:rsidR="00AB2F1D" w14:paraId="0D85D2FC" w14:textId="77777777" w:rsidTr="00441F98">
        <w:tc>
          <w:tcPr>
            <w:tcW w:w="709" w:type="dxa"/>
          </w:tcPr>
          <w:p w14:paraId="439B46F6" w14:textId="77777777" w:rsidR="00AB2F1D" w:rsidRDefault="00AB2F1D" w:rsidP="00E674D2">
            <w:pPr>
              <w:spacing w:before="40" w:after="40"/>
              <w:jc w:val="center"/>
            </w:pPr>
            <w:r>
              <w:t>12.</w:t>
            </w:r>
          </w:p>
        </w:tc>
        <w:tc>
          <w:tcPr>
            <w:tcW w:w="6062" w:type="dxa"/>
          </w:tcPr>
          <w:p w14:paraId="36FE3551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Comunicarea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rezultatelor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după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susţinerea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5150381F" w14:textId="7C2BB5F7" w:rsidR="00AB2F1D" w:rsidRDefault="00AB2F1D" w:rsidP="00AB2F1D">
            <w:pPr>
              <w:spacing w:before="40" w:after="40"/>
            </w:pPr>
            <w:r w:rsidRPr="0079724B">
              <w:t>19.11.2026, ora 11:00</w:t>
            </w:r>
          </w:p>
        </w:tc>
      </w:tr>
      <w:tr w:rsidR="00AB2F1D" w14:paraId="77D61BA0" w14:textId="77777777" w:rsidTr="00441F98">
        <w:tc>
          <w:tcPr>
            <w:tcW w:w="709" w:type="dxa"/>
          </w:tcPr>
          <w:p w14:paraId="61FBB93A" w14:textId="77777777" w:rsidR="00AB2F1D" w:rsidRDefault="00AB2F1D" w:rsidP="00E674D2">
            <w:pPr>
              <w:spacing w:before="40" w:after="40"/>
              <w:jc w:val="center"/>
            </w:pPr>
            <w:r>
              <w:t>13.</w:t>
            </w:r>
          </w:p>
        </w:tc>
        <w:tc>
          <w:tcPr>
            <w:tcW w:w="6062" w:type="dxa"/>
          </w:tcPr>
          <w:p w14:paraId="10FDE24E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Depunerea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privind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76DF83F4" w14:textId="3413B55A" w:rsidR="00AB2F1D" w:rsidRDefault="00AB2F1D" w:rsidP="00AB2F1D">
            <w:pPr>
              <w:spacing w:before="40" w:after="40"/>
            </w:pPr>
            <w:r w:rsidRPr="0079724B">
              <w:t>20.11.2026, interval 08:30 – 12:30</w:t>
            </w:r>
          </w:p>
        </w:tc>
      </w:tr>
      <w:tr w:rsidR="00AB2F1D" w14:paraId="7D12E6A7" w14:textId="77777777" w:rsidTr="00441F98">
        <w:tc>
          <w:tcPr>
            <w:tcW w:w="709" w:type="dxa"/>
          </w:tcPr>
          <w:p w14:paraId="6BEED038" w14:textId="77777777" w:rsidR="00AB2F1D" w:rsidRDefault="00AB2F1D" w:rsidP="00E674D2">
            <w:pPr>
              <w:spacing w:before="40" w:after="40"/>
              <w:jc w:val="center"/>
            </w:pPr>
            <w:r>
              <w:t>14.</w:t>
            </w:r>
          </w:p>
        </w:tc>
        <w:tc>
          <w:tcPr>
            <w:tcW w:w="6062" w:type="dxa"/>
          </w:tcPr>
          <w:p w14:paraId="43B6E15D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soluţionării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contestaţiilor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interviului</w:t>
            </w:r>
            <w:proofErr w:type="spellEnd"/>
          </w:p>
        </w:tc>
        <w:tc>
          <w:tcPr>
            <w:tcW w:w="3827" w:type="dxa"/>
          </w:tcPr>
          <w:p w14:paraId="59F091B6" w14:textId="10A2500D" w:rsidR="00AB2F1D" w:rsidRDefault="00AB2F1D" w:rsidP="00AB2F1D">
            <w:pPr>
              <w:spacing w:before="40" w:after="40"/>
            </w:pPr>
            <w:r w:rsidRPr="0079724B">
              <w:t>23.11.2026, ora 15:00</w:t>
            </w:r>
          </w:p>
        </w:tc>
      </w:tr>
      <w:tr w:rsidR="00AB2F1D" w14:paraId="2E0B2F2D" w14:textId="77777777" w:rsidTr="00441F98">
        <w:tc>
          <w:tcPr>
            <w:tcW w:w="709" w:type="dxa"/>
          </w:tcPr>
          <w:p w14:paraId="59279851" w14:textId="77777777" w:rsidR="00AB2F1D" w:rsidRDefault="00AB2F1D" w:rsidP="00E674D2">
            <w:pPr>
              <w:spacing w:before="40" w:after="40"/>
              <w:jc w:val="center"/>
            </w:pPr>
            <w:r>
              <w:t>15.</w:t>
            </w:r>
          </w:p>
        </w:tc>
        <w:tc>
          <w:tcPr>
            <w:tcW w:w="6062" w:type="dxa"/>
          </w:tcPr>
          <w:p w14:paraId="5F0B3ACF" w14:textId="77777777" w:rsidR="00AB2F1D" w:rsidRPr="002153C2" w:rsidRDefault="00AB2F1D" w:rsidP="00AB2F1D">
            <w:pPr>
              <w:spacing w:before="40" w:after="40"/>
              <w:rPr>
                <w:lang w:val="pt-PT"/>
              </w:rPr>
            </w:pPr>
            <w:proofErr w:type="spellStart"/>
            <w:r w:rsidRPr="002153C2">
              <w:rPr>
                <w:lang w:val="pt-PT"/>
              </w:rPr>
              <w:t>Afişarea</w:t>
            </w:r>
            <w:proofErr w:type="spellEnd"/>
            <w:r w:rsidRPr="002153C2">
              <w:rPr>
                <w:lang w:val="pt-PT"/>
              </w:rPr>
              <w:t xml:space="preserve"> </w:t>
            </w:r>
            <w:proofErr w:type="spellStart"/>
            <w:r w:rsidRPr="002153C2">
              <w:rPr>
                <w:lang w:val="pt-PT"/>
              </w:rPr>
              <w:t>rezultatului</w:t>
            </w:r>
            <w:proofErr w:type="spellEnd"/>
            <w:r w:rsidRPr="002153C2">
              <w:rPr>
                <w:lang w:val="pt-PT"/>
              </w:rPr>
              <w:t xml:space="preserve"> final al </w:t>
            </w:r>
            <w:proofErr w:type="spellStart"/>
            <w:r w:rsidRPr="002153C2">
              <w:rPr>
                <w:lang w:val="pt-PT"/>
              </w:rPr>
              <w:t>concursului</w:t>
            </w:r>
            <w:proofErr w:type="spellEnd"/>
          </w:p>
        </w:tc>
        <w:tc>
          <w:tcPr>
            <w:tcW w:w="3827" w:type="dxa"/>
          </w:tcPr>
          <w:p w14:paraId="4CDBF9CE" w14:textId="5F125EFB" w:rsidR="00AB2F1D" w:rsidRDefault="00AB2F1D" w:rsidP="00AB2F1D">
            <w:pPr>
              <w:spacing w:before="40" w:after="40"/>
            </w:pPr>
            <w:r w:rsidRPr="0079724B">
              <w:t>23.11.2026</w:t>
            </w:r>
            <w:r>
              <w:t xml:space="preserve">, </w:t>
            </w:r>
            <w:r w:rsidRPr="0079724B">
              <w:t>ora 15:30</w:t>
            </w:r>
          </w:p>
        </w:tc>
      </w:tr>
    </w:tbl>
    <w:p w14:paraId="0906B0CD" w14:textId="77777777" w:rsidR="007F7992" w:rsidRDefault="007F7992">
      <w:pPr>
        <w:spacing w:after="120"/>
        <w:rPr>
          <w:b/>
        </w:rPr>
      </w:pPr>
    </w:p>
    <w:p w14:paraId="4FE76885" w14:textId="5BD15715" w:rsidR="00643FBD" w:rsidRDefault="00DC7CA5" w:rsidP="007F7992">
      <w:pPr>
        <w:spacing w:after="120"/>
      </w:pPr>
      <w:r>
        <w:rPr>
          <w:b/>
        </w:rPr>
        <w:t>CONDIȚII GENERALE DE PARTICIPARE:</w:t>
      </w:r>
    </w:p>
    <w:p w14:paraId="7BA18C1B" w14:textId="538135A0" w:rsidR="00643FBD" w:rsidRPr="00441F98" w:rsidRDefault="00441F98" w:rsidP="00441F98">
      <w:pPr>
        <w:spacing w:before="240" w:after="240" w:line="240" w:lineRule="auto"/>
        <w:rPr>
          <w:lang w:val="pt-PT"/>
        </w:rPr>
      </w:pPr>
      <w:r>
        <w:tab/>
      </w:r>
      <w:proofErr w:type="spellStart"/>
      <w:r w:rsidR="00DC7CA5">
        <w:t>Condiții</w:t>
      </w:r>
      <w:proofErr w:type="spellEnd"/>
      <w:r w:rsidR="00DC7CA5">
        <w:t xml:space="preserve"> generale de </w:t>
      </w:r>
      <w:proofErr w:type="spellStart"/>
      <w:r w:rsidR="00DC7CA5">
        <w:t>ocupare</w:t>
      </w:r>
      <w:proofErr w:type="spellEnd"/>
      <w:r w:rsidR="00DC7CA5">
        <w:t xml:space="preserve"> a unei funcții contractuale potrivit art. 15 </w:t>
      </w:r>
      <w:proofErr w:type="gramStart"/>
      <w:r w:rsidR="00DC7CA5">
        <w:t>din</w:t>
      </w:r>
      <w:proofErr w:type="gramEnd"/>
      <w:r w:rsidR="00DC7CA5">
        <w:t xml:space="preserve"> H.G. nr. 1336/2022 pentru aprobarea Regulamentului-cadru privind organizarea și dezvoltarea carierei personalului contractual din sectorul bugetar plătit din fonduri publice, cu modificările şi completările ulterioare: Poate ocupa un post vacant sau temporar vacant persoana care îndeplineşte condițiile prevăzute de Legea nr. 53/2003 - Codul muncii, republicată, cu modificările şi completările ulterioare, şi cerinţele specifice prevăzute la art. 542 alin. </w:t>
      </w:r>
      <w:r w:rsidR="00DC7CA5" w:rsidRPr="00441F98">
        <w:rPr>
          <w:lang w:val="pt-PT"/>
        </w:rPr>
        <w:t xml:space="preserve">(1)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(2) </w:t>
      </w:r>
      <w:proofErr w:type="spellStart"/>
      <w:r w:rsidR="00DC7CA5" w:rsidRPr="00441F98">
        <w:rPr>
          <w:lang w:val="pt-PT"/>
        </w:rPr>
        <w:t>din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Ordonanța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urgență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Guvernului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57/2019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administrativ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modifīcările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>:</w:t>
      </w:r>
      <w:r w:rsidR="00DC7CA5" w:rsidRPr="00441F98">
        <w:rPr>
          <w:lang w:val="pt-PT"/>
        </w:rPr>
        <w:br/>
        <w:t xml:space="preserve">• are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română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unui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alt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stat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membru</w:t>
      </w:r>
      <w:proofErr w:type="spellEnd"/>
      <w:r w:rsidR="00DC7CA5" w:rsidRPr="00441F98">
        <w:rPr>
          <w:lang w:val="pt-PT"/>
        </w:rPr>
        <w:t xml:space="preserve"> al </w:t>
      </w:r>
      <w:proofErr w:type="spellStart"/>
      <w:r w:rsidR="00DC7CA5" w:rsidRPr="00441F98">
        <w:rPr>
          <w:lang w:val="pt-PT"/>
        </w:rPr>
        <w:t>Uniunii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Europene</w:t>
      </w:r>
      <w:proofErr w:type="spellEnd"/>
      <w:r w:rsidR="00DC7CA5" w:rsidRPr="00441F98">
        <w:rPr>
          <w:lang w:val="pt-PT"/>
        </w:rPr>
        <w:t xml:space="preserve">, a </w:t>
      </w:r>
      <w:proofErr w:type="spellStart"/>
      <w:r w:rsidR="00DC7CA5" w:rsidRPr="00441F98">
        <w:rPr>
          <w:lang w:val="pt-PT"/>
        </w:rPr>
        <w:t>unui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stat</w:t>
      </w:r>
      <w:proofErr w:type="spellEnd"/>
      <w:r w:rsidR="00DC7CA5" w:rsidRPr="00441F98">
        <w:rPr>
          <w:lang w:val="pt-PT"/>
        </w:rPr>
        <w:t xml:space="preserve"> parte la </w:t>
      </w:r>
      <w:proofErr w:type="spellStart"/>
      <w:r w:rsidR="00DC7CA5" w:rsidRPr="00441F98">
        <w:rPr>
          <w:lang w:val="pt-PT"/>
        </w:rPr>
        <w:t>Acordul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Spaţiul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Economic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European</w:t>
      </w:r>
      <w:proofErr w:type="spellEnd"/>
      <w:r w:rsidR="00DC7CA5" w:rsidRPr="00441F98">
        <w:rPr>
          <w:lang w:val="pt-PT"/>
        </w:rPr>
        <w:t xml:space="preserve"> (SEE)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cetăţenia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Confederaţiei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Elveţiene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reședința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România;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cunoaşte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limba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română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scris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vorbit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are </w:t>
      </w:r>
      <w:proofErr w:type="spellStart"/>
      <w:r w:rsidR="00DC7CA5" w:rsidRPr="00441F98">
        <w:rPr>
          <w:lang w:val="pt-PT"/>
        </w:rPr>
        <w:t>capacitate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muncă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conformitate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prevederile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53/2003 - </w:t>
      </w:r>
      <w:proofErr w:type="spellStart"/>
      <w:r w:rsidR="00DC7CA5" w:rsidRPr="00441F98">
        <w:rPr>
          <w:lang w:val="pt-PT"/>
        </w:rPr>
        <w:t>Codul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muncii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republicată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modificările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are o </w:t>
      </w:r>
      <w:proofErr w:type="spellStart"/>
      <w:r w:rsidR="00DC7CA5" w:rsidRPr="00441F98">
        <w:rPr>
          <w:lang w:val="pt-PT"/>
        </w:rPr>
        <w:t>stare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sănătate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corespunzătoare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candidează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atestată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</w:t>
      </w:r>
      <w:proofErr w:type="spellEnd"/>
      <w:r w:rsidR="00DC7CA5" w:rsidRPr="00441F98">
        <w:rPr>
          <w:lang w:val="pt-PT"/>
        </w:rPr>
        <w:t xml:space="preserve"> baza </w:t>
      </w:r>
      <w:proofErr w:type="spellStart"/>
      <w:r w:rsidR="00DC7CA5" w:rsidRPr="00441F98">
        <w:rPr>
          <w:lang w:val="pt-PT"/>
        </w:rPr>
        <w:t>adeverinţei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medicale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eliberate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medicul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familie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unităţile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sanitare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abilitate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îndeplineşte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condiţiile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studii</w:t>
      </w:r>
      <w:proofErr w:type="spellEnd"/>
      <w:r w:rsidR="00DC7CA5" w:rsidRPr="00441F98">
        <w:rPr>
          <w:lang w:val="pt-PT"/>
        </w:rPr>
        <w:t xml:space="preserve">, de </w:t>
      </w:r>
      <w:proofErr w:type="spellStart"/>
      <w:r w:rsidR="00DC7CA5" w:rsidRPr="00441F98">
        <w:rPr>
          <w:lang w:val="pt-PT"/>
        </w:rPr>
        <w:t>vechime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specialitate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şi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după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caz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alte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specifice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potrivit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cerinţelor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scos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concurs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a </w:t>
      </w:r>
      <w:proofErr w:type="spellStart"/>
      <w:r w:rsidR="00DC7CA5" w:rsidRPr="00441F98">
        <w:rPr>
          <w:lang w:val="pt-PT"/>
        </w:rPr>
        <w:t>fost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condamnată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definitiv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săvârşirea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contra </w:t>
      </w:r>
      <w:proofErr w:type="spellStart"/>
      <w:r w:rsidR="00DC7CA5" w:rsidRPr="00441F98">
        <w:rPr>
          <w:lang w:val="pt-PT"/>
        </w:rPr>
        <w:t>securităţii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naţionale</w:t>
      </w:r>
      <w:proofErr w:type="spellEnd"/>
      <w:r w:rsidR="00DC7CA5" w:rsidRPr="00441F98">
        <w:rPr>
          <w:lang w:val="pt-PT"/>
        </w:rPr>
        <w:t xml:space="preserve">, contra </w:t>
      </w:r>
      <w:proofErr w:type="spellStart"/>
      <w:r w:rsidR="00DC7CA5" w:rsidRPr="00441F98">
        <w:rPr>
          <w:lang w:val="pt-PT"/>
        </w:rPr>
        <w:t>autorităţii</w:t>
      </w:r>
      <w:proofErr w:type="spellEnd"/>
      <w:r w:rsidR="00DC7CA5" w:rsidRPr="00441F98">
        <w:rPr>
          <w:lang w:val="pt-PT"/>
        </w:rPr>
        <w:t xml:space="preserve">, contra </w:t>
      </w:r>
      <w:proofErr w:type="spellStart"/>
      <w:r w:rsidR="00DC7CA5" w:rsidRPr="00441F98">
        <w:rPr>
          <w:lang w:val="pt-PT"/>
        </w:rPr>
        <w:t>umanităţii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corupţie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serviciu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fals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ori</w:t>
      </w:r>
      <w:proofErr w:type="spellEnd"/>
      <w:r w:rsidR="00DC7CA5" w:rsidRPr="00441F98">
        <w:rPr>
          <w:lang w:val="pt-PT"/>
        </w:rPr>
        <w:t xml:space="preserve"> contra </w:t>
      </w:r>
      <w:proofErr w:type="spellStart"/>
      <w:r w:rsidR="00DC7CA5" w:rsidRPr="00441F98">
        <w:rPr>
          <w:lang w:val="pt-PT"/>
        </w:rPr>
        <w:t>înfăptuirii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justiţiei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săvârşite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intenţie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ar face o </w:t>
      </w:r>
      <w:proofErr w:type="spellStart"/>
      <w:r w:rsidR="00DC7CA5" w:rsidRPr="00441F98">
        <w:rPr>
          <w:lang w:val="pt-PT"/>
        </w:rPr>
        <w:t>persoană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candidată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post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incompatibilă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exercitarea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contractuale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candidează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excepţia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situaţiei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intervenit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reabilitarea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</w:t>
      </w:r>
      <w:proofErr w:type="spellStart"/>
      <w:r w:rsidR="00DC7CA5" w:rsidRPr="00441F98">
        <w:rPr>
          <w:lang w:val="pt-PT"/>
        </w:rPr>
        <w:t>execută</w:t>
      </w:r>
      <w:proofErr w:type="spellEnd"/>
      <w:r w:rsidR="00DC7CA5" w:rsidRPr="00441F98">
        <w:rPr>
          <w:lang w:val="pt-PT"/>
        </w:rPr>
        <w:t xml:space="preserve"> o </w:t>
      </w:r>
      <w:proofErr w:type="spellStart"/>
      <w:r w:rsidR="00DC7CA5" w:rsidRPr="00441F98">
        <w:rPr>
          <w:lang w:val="pt-PT"/>
        </w:rPr>
        <w:t>pedeapsă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complementară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fost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interzisă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exercitarea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dreptului</w:t>
      </w:r>
      <w:proofErr w:type="spellEnd"/>
      <w:r w:rsidR="00DC7CA5" w:rsidRPr="00441F98">
        <w:rPr>
          <w:lang w:val="pt-PT"/>
        </w:rPr>
        <w:t xml:space="preserve"> de a ocupa </w:t>
      </w:r>
      <w:proofErr w:type="spellStart"/>
      <w:r w:rsidR="00DC7CA5" w:rsidRPr="00441F98">
        <w:rPr>
          <w:lang w:val="pt-PT"/>
        </w:rPr>
        <w:t>funcţia</w:t>
      </w:r>
      <w:proofErr w:type="spellEnd"/>
      <w:r w:rsidR="00DC7CA5" w:rsidRPr="00441F98">
        <w:rPr>
          <w:lang w:val="pt-PT"/>
        </w:rPr>
        <w:t xml:space="preserve">, de a exercita </w:t>
      </w:r>
      <w:proofErr w:type="spellStart"/>
      <w:r w:rsidR="00DC7CA5" w:rsidRPr="00441F98">
        <w:rPr>
          <w:lang w:val="pt-PT"/>
        </w:rPr>
        <w:t>profesia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meseria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ori</w:t>
      </w:r>
      <w:proofErr w:type="spellEnd"/>
      <w:r w:rsidR="00DC7CA5" w:rsidRPr="00441F98">
        <w:rPr>
          <w:lang w:val="pt-PT"/>
        </w:rPr>
        <w:t xml:space="preserve"> de a </w:t>
      </w:r>
      <w:proofErr w:type="spellStart"/>
      <w:r w:rsidR="00DC7CA5" w:rsidRPr="00441F98">
        <w:rPr>
          <w:lang w:val="pt-PT"/>
        </w:rPr>
        <w:t>desfăşura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activitatea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folosit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săvârşirea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faţă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aceasta</w:t>
      </w:r>
      <w:proofErr w:type="spellEnd"/>
      <w:r w:rsidR="00DC7CA5" w:rsidRPr="00441F98">
        <w:rPr>
          <w:lang w:val="pt-PT"/>
        </w:rPr>
        <w:t xml:space="preserve"> nu </w:t>
      </w:r>
      <w:proofErr w:type="spellStart"/>
      <w:r w:rsidR="00DC7CA5" w:rsidRPr="00441F98">
        <w:rPr>
          <w:lang w:val="pt-PT"/>
        </w:rPr>
        <w:t>s-a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luat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măsura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siguranţă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interzicerii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ocupării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funcţii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exercitării</w:t>
      </w:r>
      <w:proofErr w:type="spellEnd"/>
      <w:r w:rsidR="00DC7CA5" w:rsidRPr="00441F98">
        <w:rPr>
          <w:lang w:val="pt-PT"/>
        </w:rPr>
        <w:t xml:space="preserve"> unei </w:t>
      </w:r>
      <w:proofErr w:type="spellStart"/>
      <w:r w:rsidR="00DC7CA5" w:rsidRPr="00441F98">
        <w:rPr>
          <w:lang w:val="pt-PT"/>
        </w:rPr>
        <w:t>profesii</w:t>
      </w:r>
      <w:proofErr w:type="spellEnd"/>
      <w:r w:rsidR="00DC7CA5" w:rsidRPr="00441F98">
        <w:rPr>
          <w:lang w:val="pt-PT"/>
        </w:rPr>
        <w:t>;</w:t>
      </w:r>
      <w:r w:rsidR="00DC7CA5" w:rsidRPr="00441F98">
        <w:rPr>
          <w:lang w:val="pt-PT"/>
        </w:rPr>
        <w:br/>
        <w:t xml:space="preserve">• nu a </w:t>
      </w:r>
      <w:proofErr w:type="spellStart"/>
      <w:r w:rsidR="00DC7CA5" w:rsidRPr="00441F98">
        <w:rPr>
          <w:lang w:val="pt-PT"/>
        </w:rPr>
        <w:t>comis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prevăzute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art</w:t>
      </w:r>
      <w:proofErr w:type="spellEnd"/>
      <w:r w:rsidR="00DC7CA5" w:rsidRPr="00441F98">
        <w:rPr>
          <w:lang w:val="pt-PT"/>
        </w:rPr>
        <w:t xml:space="preserve">. 1 </w:t>
      </w:r>
      <w:proofErr w:type="spellStart"/>
      <w:r w:rsidR="00DC7CA5" w:rsidRPr="00441F98">
        <w:rPr>
          <w:lang w:val="pt-PT"/>
        </w:rPr>
        <w:t>alin</w:t>
      </w:r>
      <w:proofErr w:type="spellEnd"/>
      <w:r w:rsidR="00DC7CA5" w:rsidRPr="00441F98">
        <w:rPr>
          <w:lang w:val="pt-PT"/>
        </w:rPr>
        <w:t xml:space="preserve">. (2) </w:t>
      </w:r>
      <w:proofErr w:type="spellStart"/>
      <w:r w:rsidR="00DC7CA5" w:rsidRPr="00441F98">
        <w:rPr>
          <w:lang w:val="pt-PT"/>
        </w:rPr>
        <w:t>din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118/2019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Registrul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automatizat</w:t>
      </w:r>
      <w:proofErr w:type="spellEnd"/>
      <w:r w:rsidR="00DC7CA5" w:rsidRPr="00441F98">
        <w:rPr>
          <w:lang w:val="pt-PT"/>
        </w:rPr>
        <w:t xml:space="preserve"> cu </w:t>
      </w:r>
      <w:proofErr w:type="spellStart"/>
      <w:r w:rsidR="00DC7CA5" w:rsidRPr="00441F98">
        <w:rPr>
          <w:lang w:val="pt-PT"/>
        </w:rPr>
        <w:t>privire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persoanele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care</w:t>
      </w:r>
      <w:proofErr w:type="spellEnd"/>
      <w:r w:rsidR="00DC7CA5" w:rsidRPr="00441F98">
        <w:rPr>
          <w:lang w:val="pt-PT"/>
        </w:rPr>
        <w:t xml:space="preserve"> au </w:t>
      </w:r>
      <w:proofErr w:type="spellStart"/>
      <w:r w:rsidR="00DC7CA5" w:rsidRPr="00441F98">
        <w:rPr>
          <w:lang w:val="pt-PT"/>
        </w:rPr>
        <w:t>comis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infracţiuni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sexuale</w:t>
      </w:r>
      <w:proofErr w:type="spellEnd"/>
      <w:r w:rsidR="00DC7CA5" w:rsidRPr="00441F98">
        <w:rPr>
          <w:lang w:val="pt-PT"/>
        </w:rPr>
        <w:t xml:space="preserve">, de </w:t>
      </w:r>
      <w:proofErr w:type="spellStart"/>
      <w:r w:rsidR="00DC7CA5" w:rsidRPr="00441F98">
        <w:rPr>
          <w:lang w:val="pt-PT"/>
        </w:rPr>
        <w:t>exploatare</w:t>
      </w:r>
      <w:proofErr w:type="spellEnd"/>
      <w:r w:rsidR="00DC7CA5" w:rsidRPr="00441F98">
        <w:rPr>
          <w:lang w:val="pt-PT"/>
        </w:rPr>
        <w:t xml:space="preserve"> a </w:t>
      </w:r>
      <w:proofErr w:type="spellStart"/>
      <w:r w:rsidR="00DC7CA5" w:rsidRPr="00441F98">
        <w:rPr>
          <w:lang w:val="pt-PT"/>
        </w:rPr>
        <w:t>unor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persoane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sau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asupra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minorilor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precum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și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completarea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Legii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nr</w:t>
      </w:r>
      <w:proofErr w:type="spellEnd"/>
      <w:r w:rsidR="00DC7CA5" w:rsidRPr="00441F98">
        <w:rPr>
          <w:lang w:val="pt-PT"/>
        </w:rPr>
        <w:t xml:space="preserve">. 76/2008 </w:t>
      </w:r>
      <w:proofErr w:type="spellStart"/>
      <w:r w:rsidR="00DC7CA5" w:rsidRPr="00441F98">
        <w:rPr>
          <w:lang w:val="pt-PT"/>
        </w:rPr>
        <w:t>privind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organizarea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și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funcţionarea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Sistemului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Naţional</w:t>
      </w:r>
      <w:proofErr w:type="spellEnd"/>
      <w:r w:rsidR="00DC7CA5" w:rsidRPr="00441F98">
        <w:rPr>
          <w:lang w:val="pt-PT"/>
        </w:rPr>
        <w:t xml:space="preserve"> de Date </w:t>
      </w:r>
      <w:proofErr w:type="spellStart"/>
      <w:r w:rsidR="00DC7CA5" w:rsidRPr="00441F98">
        <w:rPr>
          <w:lang w:val="pt-PT"/>
        </w:rPr>
        <w:t>Genetice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Judiciare</w:t>
      </w:r>
      <w:proofErr w:type="spellEnd"/>
      <w:r w:rsidR="00DC7CA5" w:rsidRPr="00441F98">
        <w:rPr>
          <w:lang w:val="pt-PT"/>
        </w:rPr>
        <w:t xml:space="preserve">, cu </w:t>
      </w:r>
      <w:proofErr w:type="spellStart"/>
      <w:r w:rsidR="00DC7CA5" w:rsidRPr="00441F98">
        <w:rPr>
          <w:lang w:val="pt-PT"/>
        </w:rPr>
        <w:t>modificările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ulterioare</w:t>
      </w:r>
      <w:proofErr w:type="spellEnd"/>
      <w:r w:rsidR="00DC7CA5" w:rsidRPr="00441F98">
        <w:rPr>
          <w:lang w:val="pt-PT"/>
        </w:rPr>
        <w:t xml:space="preserve">, </w:t>
      </w:r>
      <w:proofErr w:type="spellStart"/>
      <w:r w:rsidR="00DC7CA5" w:rsidRPr="00441F98">
        <w:rPr>
          <w:lang w:val="pt-PT"/>
        </w:rPr>
        <w:t>pentru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domeniile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prevăzute</w:t>
      </w:r>
      <w:proofErr w:type="spellEnd"/>
      <w:r w:rsidR="00DC7CA5" w:rsidRPr="00441F98">
        <w:rPr>
          <w:lang w:val="pt-PT"/>
        </w:rPr>
        <w:t xml:space="preserve"> la </w:t>
      </w:r>
      <w:proofErr w:type="spellStart"/>
      <w:r w:rsidR="00DC7CA5" w:rsidRPr="00441F98">
        <w:rPr>
          <w:lang w:val="pt-PT"/>
        </w:rPr>
        <w:t>art</w:t>
      </w:r>
      <w:proofErr w:type="spellEnd"/>
      <w:r w:rsidR="00DC7CA5" w:rsidRPr="00441F98">
        <w:rPr>
          <w:lang w:val="pt-PT"/>
        </w:rPr>
        <w:t xml:space="preserve">. 35 </w:t>
      </w:r>
      <w:proofErr w:type="spellStart"/>
      <w:r w:rsidR="00DC7CA5" w:rsidRPr="00441F98">
        <w:rPr>
          <w:lang w:val="pt-PT"/>
        </w:rPr>
        <w:t>alin</w:t>
      </w:r>
      <w:proofErr w:type="spellEnd"/>
      <w:r w:rsidR="00DC7CA5" w:rsidRPr="00441F98">
        <w:rPr>
          <w:lang w:val="pt-PT"/>
        </w:rPr>
        <w:t xml:space="preserve">. (1) </w:t>
      </w:r>
      <w:proofErr w:type="spellStart"/>
      <w:r w:rsidR="00DC7CA5" w:rsidRPr="00441F98">
        <w:rPr>
          <w:lang w:val="pt-PT"/>
        </w:rPr>
        <w:t>lit</w:t>
      </w:r>
      <w:proofErr w:type="spellEnd"/>
      <w:r w:rsidR="00DC7CA5" w:rsidRPr="00441F98">
        <w:rPr>
          <w:lang w:val="pt-PT"/>
        </w:rPr>
        <w:t>. h);</w:t>
      </w:r>
      <w:r w:rsidR="00DC7CA5" w:rsidRPr="00441F98">
        <w:rPr>
          <w:lang w:val="pt-PT"/>
        </w:rPr>
        <w:br/>
        <w:t xml:space="preserve">• </w:t>
      </w:r>
      <w:proofErr w:type="spellStart"/>
      <w:r w:rsidR="00DC7CA5" w:rsidRPr="00441F98">
        <w:rPr>
          <w:lang w:val="pt-PT"/>
        </w:rPr>
        <w:t>îndeplineşte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alte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condiţii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generale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în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funcţie</w:t>
      </w:r>
      <w:proofErr w:type="spellEnd"/>
      <w:r w:rsidR="00DC7CA5" w:rsidRPr="00441F98">
        <w:rPr>
          <w:lang w:val="pt-PT"/>
        </w:rPr>
        <w:t xml:space="preserve"> de </w:t>
      </w:r>
      <w:proofErr w:type="spellStart"/>
      <w:r w:rsidR="00DC7CA5" w:rsidRPr="00441F98">
        <w:rPr>
          <w:lang w:val="pt-PT"/>
        </w:rPr>
        <w:t>specificul</w:t>
      </w:r>
      <w:proofErr w:type="spellEnd"/>
      <w:r w:rsidR="00DC7CA5" w:rsidRPr="00441F98">
        <w:rPr>
          <w:lang w:val="pt-PT"/>
        </w:rPr>
        <w:t xml:space="preserve"> </w:t>
      </w:r>
      <w:proofErr w:type="spellStart"/>
      <w:r w:rsidR="00DC7CA5" w:rsidRPr="00441F98">
        <w:rPr>
          <w:lang w:val="pt-PT"/>
        </w:rPr>
        <w:t>postului</w:t>
      </w:r>
      <w:proofErr w:type="spellEnd"/>
      <w:r w:rsidR="00DC7CA5" w:rsidRPr="00441F98">
        <w:rPr>
          <w:lang w:val="pt-PT"/>
        </w:rPr>
        <w:t>.</w:t>
      </w:r>
    </w:p>
    <w:p w14:paraId="7F88E72F" w14:textId="77777777" w:rsidR="00643FBD" w:rsidRPr="002153C2" w:rsidRDefault="00DC7CA5" w:rsidP="007F7992">
      <w:pPr>
        <w:spacing w:after="120"/>
        <w:rPr>
          <w:lang w:val="pt-PT"/>
        </w:rPr>
      </w:pPr>
      <w:r w:rsidRPr="002153C2">
        <w:rPr>
          <w:b/>
          <w:lang w:val="pt-PT"/>
        </w:rPr>
        <w:t>CONDIȚII SPECIFICE DE PARTICIPARE:</w:t>
      </w:r>
    </w:p>
    <w:p w14:paraId="53E8823B" w14:textId="26F77501" w:rsidR="00AB2F1D" w:rsidRPr="00AB2F1D" w:rsidRDefault="00AB2F1D" w:rsidP="00AB2F1D">
      <w:pPr>
        <w:spacing w:after="0" w:line="240" w:lineRule="auto"/>
        <w:rPr>
          <w:lang w:val="pt-PT"/>
        </w:rPr>
      </w:pPr>
      <w:r w:rsidRPr="00AB2F1D">
        <w:rPr>
          <w:lang w:val="pt-PT"/>
        </w:rPr>
        <w:t>•</w:t>
      </w:r>
      <w:proofErr w:type="spellStart"/>
      <w:r w:rsidRPr="00AB2F1D">
        <w:rPr>
          <w:lang w:val="pt-PT"/>
        </w:rPr>
        <w:t>Studii</w:t>
      </w:r>
      <w:proofErr w:type="spellEnd"/>
      <w:r w:rsidRPr="00AB2F1D">
        <w:rPr>
          <w:lang w:val="pt-PT"/>
        </w:rPr>
        <w:t xml:space="preserve"> de </w:t>
      </w:r>
      <w:proofErr w:type="spellStart"/>
      <w:r w:rsidRPr="00AB2F1D">
        <w:rPr>
          <w:lang w:val="pt-PT"/>
        </w:rPr>
        <w:t>specialitate</w:t>
      </w:r>
      <w:proofErr w:type="spellEnd"/>
      <w:r w:rsidRPr="00AB2F1D">
        <w:rPr>
          <w:lang w:val="pt-PT"/>
        </w:rPr>
        <w:t xml:space="preserve">: </w:t>
      </w:r>
      <w:proofErr w:type="spellStart"/>
      <w:r w:rsidRPr="00AB2F1D">
        <w:rPr>
          <w:lang w:val="pt-PT"/>
        </w:rPr>
        <w:t>Studii</w:t>
      </w:r>
      <w:proofErr w:type="spellEnd"/>
      <w:r w:rsidRPr="00AB2F1D">
        <w:rPr>
          <w:lang w:val="pt-PT"/>
        </w:rPr>
        <w:t xml:space="preserve"> </w:t>
      </w:r>
      <w:proofErr w:type="spellStart"/>
      <w:r w:rsidRPr="00AB2F1D">
        <w:rPr>
          <w:lang w:val="pt-PT"/>
        </w:rPr>
        <w:t>medii</w:t>
      </w:r>
      <w:proofErr w:type="spellEnd"/>
      <w:r w:rsidRPr="00AB2F1D">
        <w:rPr>
          <w:lang w:val="pt-PT"/>
        </w:rPr>
        <w:t xml:space="preserve"> </w:t>
      </w:r>
      <w:proofErr w:type="spellStart"/>
      <w:r w:rsidRPr="00AB2F1D">
        <w:rPr>
          <w:lang w:val="pt-PT"/>
        </w:rPr>
        <w:t>sau</w:t>
      </w:r>
      <w:proofErr w:type="spellEnd"/>
      <w:r w:rsidRPr="00AB2F1D">
        <w:rPr>
          <w:lang w:val="pt-PT"/>
        </w:rPr>
        <w:t xml:space="preserve"> </w:t>
      </w:r>
      <w:proofErr w:type="spellStart"/>
      <w:r w:rsidRPr="00AB2F1D">
        <w:rPr>
          <w:lang w:val="pt-PT"/>
        </w:rPr>
        <w:t>postliceale</w:t>
      </w:r>
      <w:proofErr w:type="spellEnd"/>
      <w:r w:rsidRPr="00AB2F1D">
        <w:rPr>
          <w:lang w:val="pt-PT"/>
        </w:rPr>
        <w:t xml:space="preserve"> </w:t>
      </w:r>
      <w:proofErr w:type="spellStart"/>
      <w:r w:rsidRPr="00AB2F1D">
        <w:rPr>
          <w:lang w:val="pt-PT"/>
        </w:rPr>
        <w:t>absolvite</w:t>
      </w:r>
      <w:proofErr w:type="spellEnd"/>
      <w:r w:rsidRPr="00AB2F1D">
        <w:rPr>
          <w:lang w:val="pt-PT"/>
        </w:rPr>
        <w:t xml:space="preserve"> cu </w:t>
      </w:r>
      <w:proofErr w:type="spellStart"/>
      <w:r w:rsidRPr="00AB2F1D">
        <w:rPr>
          <w:lang w:val="pt-PT"/>
        </w:rPr>
        <w:t>diplomă</w:t>
      </w:r>
      <w:proofErr w:type="spellEnd"/>
      <w:r w:rsidRPr="00AB2F1D">
        <w:rPr>
          <w:lang w:val="pt-PT"/>
        </w:rPr>
        <w:t xml:space="preserve">, </w:t>
      </w:r>
      <w:proofErr w:type="spellStart"/>
      <w:r w:rsidR="00971906">
        <w:rPr>
          <w:lang w:val="pt-PT"/>
        </w:rPr>
        <w:t>urmat</w:t>
      </w:r>
      <w:proofErr w:type="spellEnd"/>
      <w:r w:rsidR="00971906">
        <w:rPr>
          <w:lang w:val="pt-PT"/>
        </w:rPr>
        <w:t xml:space="preserve"> de</w:t>
      </w:r>
      <w:r w:rsidRPr="00AB2F1D">
        <w:rPr>
          <w:lang w:val="pt-PT"/>
        </w:rPr>
        <w:t xml:space="preserve"> </w:t>
      </w:r>
      <w:proofErr w:type="spellStart"/>
      <w:r w:rsidR="00441F98" w:rsidRPr="00441F98">
        <w:rPr>
          <w:lang w:val="pt-PT"/>
        </w:rPr>
        <w:t>cursuri</w:t>
      </w:r>
      <w:proofErr w:type="spellEnd"/>
      <w:r w:rsidR="00441F98" w:rsidRPr="00441F98">
        <w:rPr>
          <w:lang w:val="pt-PT"/>
        </w:rPr>
        <w:t xml:space="preserve"> de </w:t>
      </w:r>
      <w:proofErr w:type="spellStart"/>
      <w:r w:rsidR="00441F98" w:rsidRPr="00441F98">
        <w:rPr>
          <w:lang w:val="pt-PT"/>
        </w:rPr>
        <w:t>calificare</w:t>
      </w:r>
      <w:proofErr w:type="spellEnd"/>
      <w:r w:rsidR="00441F98" w:rsidRPr="00441F98">
        <w:rPr>
          <w:lang w:val="pt-PT"/>
        </w:rPr>
        <w:t xml:space="preserve"> </w:t>
      </w:r>
      <w:proofErr w:type="spellStart"/>
      <w:r w:rsidR="00441F98" w:rsidRPr="00441F98">
        <w:rPr>
          <w:lang w:val="pt-PT"/>
        </w:rPr>
        <w:t>în</w:t>
      </w:r>
      <w:proofErr w:type="spellEnd"/>
      <w:r w:rsidR="00441F98" w:rsidRPr="00441F98">
        <w:rPr>
          <w:lang w:val="pt-PT"/>
        </w:rPr>
        <w:t xml:space="preserve"> </w:t>
      </w:r>
      <w:proofErr w:type="spellStart"/>
      <w:r w:rsidR="00441F98" w:rsidRPr="00441F98">
        <w:rPr>
          <w:lang w:val="pt-PT"/>
        </w:rPr>
        <w:t>asistență</w:t>
      </w:r>
      <w:proofErr w:type="spellEnd"/>
      <w:r w:rsidR="00441F98" w:rsidRPr="00441F98">
        <w:rPr>
          <w:lang w:val="pt-PT"/>
        </w:rPr>
        <w:t xml:space="preserve"> </w:t>
      </w:r>
      <w:proofErr w:type="spellStart"/>
      <w:r w:rsidR="00441F98" w:rsidRPr="00441F98">
        <w:rPr>
          <w:lang w:val="pt-PT"/>
        </w:rPr>
        <w:t>socială</w:t>
      </w:r>
      <w:proofErr w:type="spellEnd"/>
      <w:r w:rsidR="00441F98" w:rsidRPr="00441F98">
        <w:rPr>
          <w:lang w:val="pt-PT"/>
        </w:rPr>
        <w:t xml:space="preserve"> - </w:t>
      </w:r>
      <w:proofErr w:type="spellStart"/>
      <w:r w:rsidR="00441F98" w:rsidRPr="00441F98">
        <w:rPr>
          <w:lang w:val="pt-PT"/>
        </w:rPr>
        <w:t>nivel</w:t>
      </w:r>
      <w:proofErr w:type="spellEnd"/>
      <w:r w:rsidR="00441F98" w:rsidRPr="00441F98">
        <w:rPr>
          <w:lang w:val="pt-PT"/>
        </w:rPr>
        <w:t xml:space="preserve"> de </w:t>
      </w:r>
      <w:proofErr w:type="spellStart"/>
      <w:r w:rsidR="00441F98" w:rsidRPr="00441F98">
        <w:rPr>
          <w:lang w:val="pt-PT"/>
        </w:rPr>
        <w:t>calificare</w:t>
      </w:r>
      <w:proofErr w:type="spellEnd"/>
      <w:r w:rsidR="00441F98" w:rsidRPr="00441F98">
        <w:rPr>
          <w:lang w:val="pt-PT"/>
        </w:rPr>
        <w:t xml:space="preserve"> (CNC/EQF/ISCED) </w:t>
      </w:r>
      <w:r w:rsidR="00E674D2">
        <w:rPr>
          <w:lang w:val="pt-PT"/>
        </w:rPr>
        <w:t>–</w:t>
      </w:r>
      <w:r w:rsidR="00441F98" w:rsidRPr="00441F98">
        <w:rPr>
          <w:lang w:val="pt-PT"/>
        </w:rPr>
        <w:t xml:space="preserve"> 4</w:t>
      </w:r>
      <w:r w:rsidR="00E674D2">
        <w:rPr>
          <w:lang w:val="pt-PT"/>
        </w:rPr>
        <w:t>.</w:t>
      </w:r>
      <w:r w:rsidR="00E674D2" w:rsidRPr="00E674D2">
        <w:rPr>
          <w:rFonts w:cstheme="minorHAnsi"/>
          <w:lang w:val="pt-PT"/>
        </w:rPr>
        <w:t xml:space="preserve"> </w:t>
      </w:r>
    </w:p>
    <w:p w14:paraId="19D8FF0E" w14:textId="03C72CCF" w:rsidR="00AB2F1D" w:rsidRPr="00AB2F1D" w:rsidRDefault="00AB2F1D" w:rsidP="00AB2F1D">
      <w:pPr>
        <w:spacing w:after="0" w:line="240" w:lineRule="auto"/>
        <w:rPr>
          <w:lang w:val="pt-PT"/>
        </w:rPr>
      </w:pPr>
      <w:r w:rsidRPr="00AB2F1D">
        <w:rPr>
          <w:lang w:val="pt-PT"/>
        </w:rPr>
        <w:t>•</w:t>
      </w:r>
      <w:proofErr w:type="spellStart"/>
      <w:r w:rsidRPr="00AB2F1D">
        <w:rPr>
          <w:lang w:val="pt-PT"/>
        </w:rPr>
        <w:t>Vechime</w:t>
      </w:r>
      <w:proofErr w:type="spellEnd"/>
      <w:r w:rsidRPr="00AB2F1D">
        <w:rPr>
          <w:lang w:val="pt-PT"/>
        </w:rPr>
        <w:t xml:space="preserve"> în </w:t>
      </w:r>
      <w:proofErr w:type="spellStart"/>
      <w:r w:rsidRPr="00AB2F1D">
        <w:rPr>
          <w:lang w:val="pt-PT"/>
        </w:rPr>
        <w:t>muncă</w:t>
      </w:r>
      <w:proofErr w:type="spellEnd"/>
      <w:r w:rsidRPr="00AB2F1D">
        <w:rPr>
          <w:lang w:val="pt-PT"/>
        </w:rPr>
        <w:t xml:space="preserve">: nu se </w:t>
      </w:r>
      <w:proofErr w:type="spellStart"/>
      <w:r w:rsidRPr="00AB2F1D">
        <w:rPr>
          <w:lang w:val="pt-PT"/>
        </w:rPr>
        <w:t>solicită</w:t>
      </w:r>
      <w:proofErr w:type="spellEnd"/>
      <w:r w:rsidRPr="00AB2F1D">
        <w:rPr>
          <w:lang w:val="pt-PT"/>
        </w:rPr>
        <w:t>;</w:t>
      </w:r>
    </w:p>
    <w:p w14:paraId="34BD8BF6" w14:textId="2A8627AA" w:rsidR="00AB2F1D" w:rsidRPr="00596E40" w:rsidRDefault="00AB2F1D" w:rsidP="00AB2F1D">
      <w:pPr>
        <w:spacing w:after="0" w:line="240" w:lineRule="auto"/>
      </w:pPr>
      <w:r w:rsidRPr="00596E40">
        <w:t>•</w:t>
      </w:r>
      <w:proofErr w:type="spellStart"/>
      <w:r w:rsidRPr="00596E40">
        <w:t>Cunoştinţe</w:t>
      </w:r>
      <w:proofErr w:type="spellEnd"/>
      <w:r w:rsidRPr="00596E40">
        <w:t xml:space="preserve"> de </w:t>
      </w:r>
      <w:proofErr w:type="spellStart"/>
      <w:r w:rsidRPr="00596E40">
        <w:t>operare</w:t>
      </w:r>
      <w:proofErr w:type="spellEnd"/>
      <w:r w:rsidRPr="00596E40">
        <w:t xml:space="preserve"> calculator: </w:t>
      </w:r>
      <w:proofErr w:type="spellStart"/>
      <w:r w:rsidRPr="00596E40">
        <w:t>Pachetul</w:t>
      </w:r>
      <w:proofErr w:type="spellEnd"/>
      <w:r w:rsidRPr="00596E40">
        <w:t xml:space="preserve"> Office (Excel, Word, Power Point) – </w:t>
      </w:r>
      <w:proofErr w:type="spellStart"/>
      <w:r w:rsidRPr="00596E40">
        <w:t>nivel</w:t>
      </w:r>
      <w:proofErr w:type="spellEnd"/>
      <w:r w:rsidRPr="00596E40">
        <w:t xml:space="preserve"> </w:t>
      </w:r>
      <w:proofErr w:type="spellStart"/>
      <w:r w:rsidRPr="00596E40">
        <w:t>utilizator</w:t>
      </w:r>
      <w:proofErr w:type="spellEnd"/>
      <w:r w:rsidRPr="00596E40">
        <w:t xml:space="preserve"> independent;</w:t>
      </w:r>
    </w:p>
    <w:p w14:paraId="4219EE2F" w14:textId="5097871A" w:rsidR="00643FBD" w:rsidRPr="00596E40" w:rsidRDefault="00AB2F1D" w:rsidP="00AB2F1D">
      <w:pPr>
        <w:spacing w:after="0" w:line="240" w:lineRule="auto"/>
      </w:pPr>
      <w:r w:rsidRPr="00596E40">
        <w:t>•</w:t>
      </w:r>
      <w:proofErr w:type="spellStart"/>
      <w:r w:rsidRPr="00596E40">
        <w:t>Disponibilitate</w:t>
      </w:r>
      <w:proofErr w:type="spellEnd"/>
      <w:r w:rsidRPr="00596E40">
        <w:t xml:space="preserve">: </w:t>
      </w:r>
      <w:proofErr w:type="spellStart"/>
      <w:r w:rsidRPr="00596E40">
        <w:t>Pentru</w:t>
      </w:r>
      <w:proofErr w:type="spellEnd"/>
      <w:r w:rsidRPr="00596E40">
        <w:t xml:space="preserve"> </w:t>
      </w:r>
      <w:proofErr w:type="spellStart"/>
      <w:r w:rsidRPr="00596E40">
        <w:t>deplasări</w:t>
      </w:r>
      <w:proofErr w:type="spellEnd"/>
      <w:r w:rsidRPr="00596E40">
        <w:t xml:space="preserve"> </w:t>
      </w:r>
      <w:proofErr w:type="spellStart"/>
      <w:r w:rsidRPr="00596E40">
        <w:t>în</w:t>
      </w:r>
      <w:proofErr w:type="spellEnd"/>
      <w:r w:rsidRPr="00596E40">
        <w:t xml:space="preserve"> </w:t>
      </w:r>
      <w:proofErr w:type="spellStart"/>
      <w:r w:rsidRPr="00596E40">
        <w:t>teren</w:t>
      </w:r>
      <w:proofErr w:type="spellEnd"/>
      <w:r w:rsidRPr="00596E40">
        <w:t xml:space="preserve"> </w:t>
      </w:r>
      <w:proofErr w:type="spellStart"/>
      <w:r w:rsidRPr="00596E40">
        <w:t>și</w:t>
      </w:r>
      <w:proofErr w:type="spellEnd"/>
      <w:r w:rsidRPr="00596E40">
        <w:t xml:space="preserve"> </w:t>
      </w:r>
      <w:proofErr w:type="spellStart"/>
      <w:r w:rsidRPr="00596E40">
        <w:t>pentru</w:t>
      </w:r>
      <w:proofErr w:type="spellEnd"/>
      <w:r w:rsidRPr="00596E40">
        <w:t xml:space="preserve"> </w:t>
      </w:r>
      <w:proofErr w:type="spellStart"/>
      <w:r w:rsidRPr="00596E40">
        <w:t>participarea</w:t>
      </w:r>
      <w:proofErr w:type="spellEnd"/>
      <w:r w:rsidRPr="00596E40">
        <w:t xml:space="preserve"> la </w:t>
      </w:r>
      <w:proofErr w:type="spellStart"/>
      <w:r w:rsidRPr="00596E40">
        <w:t>cursurile</w:t>
      </w:r>
      <w:proofErr w:type="spellEnd"/>
      <w:r w:rsidRPr="00596E40">
        <w:t xml:space="preserve"> de </w:t>
      </w:r>
      <w:proofErr w:type="spellStart"/>
      <w:r w:rsidRPr="00596E40">
        <w:t>formare</w:t>
      </w:r>
      <w:proofErr w:type="spellEnd"/>
      <w:r w:rsidRPr="00596E40">
        <w:t xml:space="preserve"> </w:t>
      </w:r>
      <w:proofErr w:type="spellStart"/>
      <w:r w:rsidRPr="00596E40">
        <w:t>prevăzute</w:t>
      </w:r>
      <w:proofErr w:type="spellEnd"/>
      <w:r w:rsidRPr="00596E40">
        <w:t xml:space="preserve"> </w:t>
      </w:r>
      <w:proofErr w:type="spellStart"/>
      <w:r w:rsidRPr="00596E40">
        <w:t>în</w:t>
      </w:r>
      <w:proofErr w:type="spellEnd"/>
      <w:r w:rsidRPr="00596E40">
        <w:t xml:space="preserve"> </w:t>
      </w:r>
      <w:proofErr w:type="spellStart"/>
      <w:r w:rsidRPr="00596E40">
        <w:t>cadrul</w:t>
      </w:r>
      <w:proofErr w:type="spellEnd"/>
      <w:r w:rsidRPr="00596E40">
        <w:t xml:space="preserve"> </w:t>
      </w:r>
      <w:proofErr w:type="spellStart"/>
      <w:r w:rsidRPr="00596E40">
        <w:t>proiectului</w:t>
      </w:r>
      <w:proofErr w:type="spellEnd"/>
      <w:r w:rsidRPr="00596E40">
        <w:t>;</w:t>
      </w:r>
      <w:r w:rsidR="00DC7CA5" w:rsidRPr="00596E40">
        <w:br/>
        <w:t xml:space="preserve">• </w:t>
      </w:r>
      <w:proofErr w:type="spellStart"/>
      <w:r w:rsidR="00DC7CA5" w:rsidRPr="00596E40">
        <w:t>Abilităţi</w:t>
      </w:r>
      <w:proofErr w:type="spellEnd"/>
      <w:r w:rsidR="00DC7CA5" w:rsidRPr="00596E40">
        <w:t xml:space="preserve">, </w:t>
      </w:r>
      <w:proofErr w:type="spellStart"/>
      <w:r w:rsidR="00DC7CA5" w:rsidRPr="00596E40">
        <w:t>calităţi</w:t>
      </w:r>
      <w:proofErr w:type="spellEnd"/>
      <w:r w:rsidR="00DC7CA5" w:rsidRPr="00596E40">
        <w:t xml:space="preserve"> </w:t>
      </w:r>
      <w:proofErr w:type="spellStart"/>
      <w:r w:rsidR="00DC7CA5" w:rsidRPr="00596E40">
        <w:t>şi</w:t>
      </w:r>
      <w:proofErr w:type="spellEnd"/>
      <w:r w:rsidR="00DC7CA5" w:rsidRPr="00596E40">
        <w:t xml:space="preserve"> </w:t>
      </w:r>
      <w:proofErr w:type="spellStart"/>
      <w:r w:rsidR="00DC7CA5" w:rsidRPr="00596E40">
        <w:t>aptitudini</w:t>
      </w:r>
      <w:proofErr w:type="spellEnd"/>
      <w:r w:rsidR="00DC7CA5" w:rsidRPr="00596E40">
        <w:t xml:space="preserve"> </w:t>
      </w:r>
      <w:proofErr w:type="spellStart"/>
      <w:r w:rsidR="00DC7CA5" w:rsidRPr="00596E40">
        <w:t>necesare</w:t>
      </w:r>
      <w:proofErr w:type="spellEnd"/>
      <w:r w:rsidR="00DC7CA5" w:rsidRPr="00596E40">
        <w:t>:</w:t>
      </w:r>
      <w:r w:rsidR="00DC7CA5" w:rsidRPr="00596E40">
        <w:br/>
      </w:r>
      <w:r w:rsidR="00DC7CA5" w:rsidRPr="00596E40">
        <w:lastRenderedPageBreak/>
        <w:t xml:space="preserve">   - </w:t>
      </w:r>
      <w:proofErr w:type="spellStart"/>
      <w:r w:rsidR="00DC7CA5" w:rsidRPr="00596E40">
        <w:t>competențe</w:t>
      </w:r>
      <w:proofErr w:type="spellEnd"/>
      <w:r w:rsidR="00DC7CA5" w:rsidRPr="00596E40">
        <w:t xml:space="preserve"> de </w:t>
      </w:r>
      <w:proofErr w:type="spellStart"/>
      <w:r w:rsidR="00DC7CA5" w:rsidRPr="00596E40">
        <w:t>comunicare</w:t>
      </w:r>
      <w:proofErr w:type="spellEnd"/>
      <w:r w:rsidR="00DC7CA5" w:rsidRPr="00596E40">
        <w:t xml:space="preserve"> </w:t>
      </w:r>
      <w:proofErr w:type="spellStart"/>
      <w:r w:rsidR="00DC7CA5" w:rsidRPr="00596E40">
        <w:t>scrisă</w:t>
      </w:r>
      <w:proofErr w:type="spellEnd"/>
      <w:r w:rsidR="00DC7CA5" w:rsidRPr="00596E40">
        <w:t xml:space="preserve"> </w:t>
      </w:r>
      <w:proofErr w:type="spellStart"/>
      <w:r w:rsidR="00DC7CA5" w:rsidRPr="00596E40">
        <w:t>şi</w:t>
      </w:r>
      <w:proofErr w:type="spellEnd"/>
      <w:r w:rsidR="00DC7CA5" w:rsidRPr="00596E40">
        <w:t xml:space="preserve"> </w:t>
      </w:r>
      <w:proofErr w:type="spellStart"/>
      <w:r w:rsidR="00DC7CA5" w:rsidRPr="00596E40">
        <w:t>verbală</w:t>
      </w:r>
      <w:proofErr w:type="spellEnd"/>
      <w:r w:rsidR="00DC7CA5" w:rsidRPr="00596E40">
        <w:t xml:space="preserve">, de </w:t>
      </w:r>
      <w:proofErr w:type="spellStart"/>
      <w:r w:rsidR="00DC7CA5" w:rsidRPr="00596E40">
        <w:t>relaționare</w:t>
      </w:r>
      <w:proofErr w:type="spellEnd"/>
      <w:r w:rsidR="00DC7CA5" w:rsidRPr="00596E40">
        <w:t>;</w:t>
      </w:r>
      <w:r w:rsidR="00DC7CA5" w:rsidRPr="00596E40">
        <w:br/>
        <w:t xml:space="preserve">   - </w:t>
      </w:r>
      <w:proofErr w:type="spellStart"/>
      <w:r w:rsidR="00DC7CA5" w:rsidRPr="00596E40">
        <w:t>moralitate</w:t>
      </w:r>
      <w:proofErr w:type="spellEnd"/>
      <w:r w:rsidR="00DC7CA5" w:rsidRPr="00596E40">
        <w:t xml:space="preserve">, </w:t>
      </w:r>
      <w:proofErr w:type="spellStart"/>
      <w:r w:rsidR="00DC7CA5" w:rsidRPr="00596E40">
        <w:t>corectitudine</w:t>
      </w:r>
      <w:proofErr w:type="spellEnd"/>
      <w:r w:rsidR="00DC7CA5" w:rsidRPr="00596E40">
        <w:t xml:space="preserve">, </w:t>
      </w:r>
      <w:proofErr w:type="spellStart"/>
      <w:r w:rsidR="00DC7CA5" w:rsidRPr="00596E40">
        <w:t>deschidere</w:t>
      </w:r>
      <w:proofErr w:type="spellEnd"/>
      <w:r w:rsidR="00DC7CA5" w:rsidRPr="00596E40">
        <w:t xml:space="preserve"> </w:t>
      </w:r>
      <w:proofErr w:type="spellStart"/>
      <w:r w:rsidR="00DC7CA5" w:rsidRPr="00596E40">
        <w:t>și</w:t>
      </w:r>
      <w:proofErr w:type="spellEnd"/>
      <w:r w:rsidR="00DC7CA5" w:rsidRPr="00596E40">
        <w:t xml:space="preserve"> </w:t>
      </w:r>
      <w:proofErr w:type="spellStart"/>
      <w:r w:rsidR="00DC7CA5" w:rsidRPr="00596E40">
        <w:t>flexibilitate</w:t>
      </w:r>
      <w:proofErr w:type="spellEnd"/>
      <w:r w:rsidR="00DC7CA5" w:rsidRPr="00596E40">
        <w:t xml:space="preserve"> </w:t>
      </w:r>
      <w:proofErr w:type="spellStart"/>
      <w:r w:rsidR="00DC7CA5" w:rsidRPr="00596E40">
        <w:t>în</w:t>
      </w:r>
      <w:proofErr w:type="spellEnd"/>
      <w:r w:rsidR="00DC7CA5" w:rsidRPr="00596E40">
        <w:t xml:space="preserve"> </w:t>
      </w:r>
      <w:proofErr w:type="spellStart"/>
      <w:r w:rsidR="00DC7CA5" w:rsidRPr="00596E40">
        <w:t>relațiile</w:t>
      </w:r>
      <w:proofErr w:type="spellEnd"/>
      <w:r w:rsidR="00DC7CA5" w:rsidRPr="00596E40">
        <w:t xml:space="preserve"> </w:t>
      </w:r>
      <w:proofErr w:type="spellStart"/>
      <w:r w:rsidR="00DC7CA5" w:rsidRPr="00596E40">
        <w:t>interumane</w:t>
      </w:r>
      <w:proofErr w:type="spellEnd"/>
      <w:r w:rsidR="00DC7CA5" w:rsidRPr="00596E40">
        <w:t>;</w:t>
      </w:r>
      <w:r w:rsidR="00DC7CA5" w:rsidRPr="00596E40">
        <w:br/>
        <w:t xml:space="preserve">   - </w:t>
      </w:r>
      <w:proofErr w:type="spellStart"/>
      <w:r w:rsidR="00DC7CA5" w:rsidRPr="00596E40">
        <w:t>perseverenţă</w:t>
      </w:r>
      <w:proofErr w:type="spellEnd"/>
      <w:r w:rsidR="00DC7CA5" w:rsidRPr="00596E40">
        <w:t xml:space="preserve">, </w:t>
      </w:r>
      <w:proofErr w:type="spellStart"/>
      <w:r w:rsidR="00DC7CA5" w:rsidRPr="00596E40">
        <w:t>consecvenţă</w:t>
      </w:r>
      <w:proofErr w:type="spellEnd"/>
      <w:r w:rsidR="00DC7CA5" w:rsidRPr="00596E40">
        <w:t xml:space="preserve">, </w:t>
      </w:r>
      <w:proofErr w:type="spellStart"/>
      <w:r w:rsidR="00DC7CA5" w:rsidRPr="00596E40">
        <w:t>abilităţi</w:t>
      </w:r>
      <w:proofErr w:type="spellEnd"/>
      <w:r w:rsidR="00DC7CA5" w:rsidRPr="00596E40">
        <w:t xml:space="preserve"> </w:t>
      </w:r>
      <w:proofErr w:type="spellStart"/>
      <w:r w:rsidR="00DC7CA5" w:rsidRPr="00596E40">
        <w:t>pentru</w:t>
      </w:r>
      <w:proofErr w:type="spellEnd"/>
      <w:r w:rsidR="00DC7CA5" w:rsidRPr="00596E40">
        <w:t xml:space="preserve"> </w:t>
      </w:r>
      <w:proofErr w:type="spellStart"/>
      <w:r w:rsidR="00DC7CA5" w:rsidRPr="00596E40">
        <w:t>munca</w:t>
      </w:r>
      <w:proofErr w:type="spellEnd"/>
      <w:r w:rsidR="00DC7CA5" w:rsidRPr="00596E40">
        <w:t xml:space="preserve"> </w:t>
      </w:r>
      <w:proofErr w:type="spellStart"/>
      <w:r w:rsidR="00DC7CA5" w:rsidRPr="00596E40">
        <w:t>în</w:t>
      </w:r>
      <w:proofErr w:type="spellEnd"/>
      <w:r w:rsidR="00DC7CA5" w:rsidRPr="00596E40">
        <w:t xml:space="preserve"> </w:t>
      </w:r>
      <w:proofErr w:type="spellStart"/>
      <w:r w:rsidR="00DC7CA5" w:rsidRPr="00596E40">
        <w:t>condiții</w:t>
      </w:r>
      <w:proofErr w:type="spellEnd"/>
      <w:r w:rsidR="00DC7CA5" w:rsidRPr="00596E40">
        <w:t xml:space="preserve"> de </w:t>
      </w:r>
      <w:proofErr w:type="spellStart"/>
      <w:r w:rsidR="00DC7CA5" w:rsidRPr="00596E40">
        <w:t>stres</w:t>
      </w:r>
      <w:proofErr w:type="spellEnd"/>
      <w:r w:rsidR="00DC7CA5" w:rsidRPr="00596E40">
        <w:t xml:space="preserve">, </w:t>
      </w:r>
      <w:proofErr w:type="spellStart"/>
      <w:r w:rsidR="00DC7CA5" w:rsidRPr="00596E40">
        <w:t>în</w:t>
      </w:r>
      <w:proofErr w:type="spellEnd"/>
      <w:r w:rsidR="00DC7CA5" w:rsidRPr="00596E40">
        <w:t xml:space="preserve"> </w:t>
      </w:r>
      <w:proofErr w:type="spellStart"/>
      <w:r w:rsidR="00DC7CA5" w:rsidRPr="00596E40">
        <w:t>situaţii</w:t>
      </w:r>
      <w:proofErr w:type="spellEnd"/>
      <w:r w:rsidR="00DC7CA5" w:rsidRPr="00596E40">
        <w:t xml:space="preserve"> de </w:t>
      </w:r>
      <w:proofErr w:type="spellStart"/>
      <w:r w:rsidR="00DC7CA5" w:rsidRPr="00596E40">
        <w:t>urgenţă</w:t>
      </w:r>
      <w:proofErr w:type="spellEnd"/>
      <w:r w:rsidR="00DC7CA5" w:rsidRPr="00596E40">
        <w:t xml:space="preserve"> </w:t>
      </w:r>
      <w:proofErr w:type="spellStart"/>
      <w:r w:rsidR="00DC7CA5" w:rsidRPr="00596E40">
        <w:t>sau</w:t>
      </w:r>
      <w:proofErr w:type="spellEnd"/>
      <w:r w:rsidR="00DC7CA5" w:rsidRPr="00596E40">
        <w:t xml:space="preserve"> </w:t>
      </w:r>
      <w:proofErr w:type="spellStart"/>
      <w:r w:rsidR="00DC7CA5" w:rsidRPr="00596E40">
        <w:t>neprevăzute</w:t>
      </w:r>
      <w:proofErr w:type="spellEnd"/>
      <w:r w:rsidR="00DC7CA5" w:rsidRPr="00596E40">
        <w:t>;</w:t>
      </w:r>
      <w:r w:rsidR="00DC7CA5" w:rsidRPr="00596E40">
        <w:br/>
        <w:t xml:space="preserve">   - </w:t>
      </w:r>
      <w:proofErr w:type="spellStart"/>
      <w:r w:rsidR="00DC7CA5" w:rsidRPr="00596E40">
        <w:t>analiza</w:t>
      </w:r>
      <w:proofErr w:type="spellEnd"/>
      <w:r w:rsidR="00DC7CA5" w:rsidRPr="00596E40">
        <w:t xml:space="preserve"> </w:t>
      </w:r>
      <w:proofErr w:type="spellStart"/>
      <w:r w:rsidR="00DC7CA5" w:rsidRPr="00596E40">
        <w:t>problemelor</w:t>
      </w:r>
      <w:proofErr w:type="spellEnd"/>
      <w:r w:rsidR="00DC7CA5" w:rsidRPr="00596E40">
        <w:t xml:space="preserve"> </w:t>
      </w:r>
      <w:proofErr w:type="spellStart"/>
      <w:r w:rsidR="00DC7CA5" w:rsidRPr="00596E40">
        <w:t>specifice</w:t>
      </w:r>
      <w:proofErr w:type="spellEnd"/>
      <w:r w:rsidR="00DC7CA5" w:rsidRPr="00596E40">
        <w:t>;</w:t>
      </w:r>
      <w:r w:rsidR="00DC7CA5" w:rsidRPr="00596E40">
        <w:br/>
        <w:t xml:space="preserve">   - </w:t>
      </w:r>
      <w:proofErr w:type="spellStart"/>
      <w:r w:rsidR="00DC7CA5" w:rsidRPr="00596E40">
        <w:t>atenție</w:t>
      </w:r>
      <w:proofErr w:type="spellEnd"/>
      <w:r w:rsidR="00DC7CA5" w:rsidRPr="00596E40">
        <w:t xml:space="preserve"> la </w:t>
      </w:r>
      <w:proofErr w:type="spellStart"/>
      <w:r w:rsidR="00DC7CA5" w:rsidRPr="00596E40">
        <w:t>detalii</w:t>
      </w:r>
      <w:proofErr w:type="spellEnd"/>
      <w:r w:rsidR="00DC7CA5" w:rsidRPr="00596E40">
        <w:t>;</w:t>
      </w:r>
      <w:r w:rsidR="00DC7CA5" w:rsidRPr="00596E40">
        <w:br/>
        <w:t xml:space="preserve">   - </w:t>
      </w:r>
      <w:proofErr w:type="spellStart"/>
      <w:r w:rsidR="00DC7CA5" w:rsidRPr="00596E40">
        <w:t>atitudine</w:t>
      </w:r>
      <w:proofErr w:type="spellEnd"/>
      <w:r w:rsidR="00DC7CA5" w:rsidRPr="00596E40">
        <w:t xml:space="preserve"> </w:t>
      </w:r>
      <w:proofErr w:type="spellStart"/>
      <w:r w:rsidR="00DC7CA5" w:rsidRPr="00596E40">
        <w:t>pozitivă</w:t>
      </w:r>
      <w:proofErr w:type="spellEnd"/>
      <w:r w:rsidR="00DC7CA5" w:rsidRPr="00596E40">
        <w:t xml:space="preserve">, </w:t>
      </w:r>
      <w:proofErr w:type="spellStart"/>
      <w:r w:rsidR="00DC7CA5" w:rsidRPr="00596E40">
        <w:t>motivatoare</w:t>
      </w:r>
      <w:proofErr w:type="spellEnd"/>
      <w:r w:rsidR="00DC7CA5" w:rsidRPr="00596E40">
        <w:t>;</w:t>
      </w:r>
      <w:r w:rsidR="00DC7CA5" w:rsidRPr="00596E40">
        <w:br/>
        <w:t xml:space="preserve">• Limbi </w:t>
      </w:r>
      <w:proofErr w:type="spellStart"/>
      <w:r w:rsidR="00DC7CA5" w:rsidRPr="00596E40">
        <w:t>străine</w:t>
      </w:r>
      <w:proofErr w:type="spellEnd"/>
      <w:r w:rsidR="00DC7CA5" w:rsidRPr="00596E40">
        <w:t xml:space="preserve"> solicitate: </w:t>
      </w:r>
      <w:proofErr w:type="spellStart"/>
      <w:r w:rsidR="00DC7CA5" w:rsidRPr="00596E40">
        <w:t>constituie</w:t>
      </w:r>
      <w:proofErr w:type="spellEnd"/>
      <w:r w:rsidR="00DC7CA5" w:rsidRPr="00596E40">
        <w:t xml:space="preserve"> un </w:t>
      </w:r>
      <w:proofErr w:type="spellStart"/>
      <w:r w:rsidR="00DC7CA5" w:rsidRPr="00596E40">
        <w:t>avantaj</w:t>
      </w:r>
      <w:proofErr w:type="spellEnd"/>
      <w:r w:rsidR="00DC7CA5" w:rsidRPr="00596E40">
        <w:t xml:space="preserve"> </w:t>
      </w:r>
      <w:proofErr w:type="spellStart"/>
      <w:r w:rsidR="00DC7CA5" w:rsidRPr="00596E40">
        <w:t>cunoașterea</w:t>
      </w:r>
      <w:proofErr w:type="spellEnd"/>
      <w:r w:rsidR="00DC7CA5" w:rsidRPr="00596E40">
        <w:t xml:space="preserve"> </w:t>
      </w:r>
      <w:proofErr w:type="spellStart"/>
      <w:r w:rsidR="00DC7CA5" w:rsidRPr="00596E40">
        <w:t>limbii</w:t>
      </w:r>
      <w:proofErr w:type="spellEnd"/>
      <w:r w:rsidR="00DC7CA5" w:rsidRPr="00596E40">
        <w:t xml:space="preserve"> </w:t>
      </w:r>
      <w:proofErr w:type="spellStart"/>
      <w:r w:rsidR="00DC7CA5" w:rsidRPr="00596E40">
        <w:t>și</w:t>
      </w:r>
      <w:proofErr w:type="spellEnd"/>
      <w:r w:rsidR="00DC7CA5" w:rsidRPr="00596E40">
        <w:t xml:space="preserve"> a </w:t>
      </w:r>
      <w:proofErr w:type="spellStart"/>
      <w:r w:rsidR="00DC7CA5" w:rsidRPr="00596E40">
        <w:t>culturii</w:t>
      </w:r>
      <w:proofErr w:type="spellEnd"/>
      <w:r w:rsidR="00DC7CA5" w:rsidRPr="00596E40">
        <w:t xml:space="preserve"> </w:t>
      </w:r>
      <w:proofErr w:type="spellStart"/>
      <w:r w:rsidR="00DC7CA5" w:rsidRPr="00596E40">
        <w:t>comunității</w:t>
      </w:r>
      <w:proofErr w:type="spellEnd"/>
      <w:r w:rsidR="00DC7CA5" w:rsidRPr="00596E40">
        <w:t xml:space="preserve"> locale </w:t>
      </w:r>
      <w:proofErr w:type="spellStart"/>
      <w:r w:rsidR="00DC7CA5" w:rsidRPr="00596E40">
        <w:t>în</w:t>
      </w:r>
      <w:proofErr w:type="spellEnd"/>
      <w:r w:rsidR="00DC7CA5" w:rsidRPr="00596E40">
        <w:t xml:space="preserve"> care </w:t>
      </w:r>
      <w:proofErr w:type="spellStart"/>
      <w:r w:rsidR="00DC7CA5" w:rsidRPr="00596E40">
        <w:t>își</w:t>
      </w:r>
      <w:proofErr w:type="spellEnd"/>
      <w:r w:rsidR="00DC7CA5" w:rsidRPr="00596E40">
        <w:t xml:space="preserve"> </w:t>
      </w:r>
      <w:proofErr w:type="spellStart"/>
      <w:r w:rsidR="00DC7CA5" w:rsidRPr="00596E40">
        <w:t>desfășoară</w:t>
      </w:r>
      <w:proofErr w:type="spellEnd"/>
      <w:r w:rsidR="00DC7CA5" w:rsidRPr="00596E40">
        <w:t xml:space="preserve"> </w:t>
      </w:r>
      <w:proofErr w:type="spellStart"/>
      <w:r w:rsidR="00DC7CA5" w:rsidRPr="00596E40">
        <w:t>activitatea</w:t>
      </w:r>
      <w:proofErr w:type="spellEnd"/>
      <w:r w:rsidR="00DC7CA5" w:rsidRPr="00596E40">
        <w:t>;</w:t>
      </w:r>
    </w:p>
    <w:p w14:paraId="3B04FAE4" w14:textId="77777777" w:rsidR="00AB2F1D" w:rsidRPr="00596E40" w:rsidRDefault="00AB2F1D" w:rsidP="00AB2F1D">
      <w:pPr>
        <w:spacing w:after="0" w:line="240" w:lineRule="auto"/>
      </w:pPr>
    </w:p>
    <w:p w14:paraId="77D36181" w14:textId="77777777" w:rsidR="00643FBD" w:rsidRPr="002153C2" w:rsidRDefault="00DC7CA5" w:rsidP="007F7992">
      <w:pPr>
        <w:spacing w:after="120"/>
        <w:rPr>
          <w:lang w:val="pt-PT"/>
        </w:rPr>
      </w:pPr>
      <w:r w:rsidRPr="002153C2">
        <w:rPr>
          <w:b/>
          <w:lang w:val="pt-PT"/>
        </w:rPr>
        <w:t>DOSARUL DE CONCURS:</w:t>
      </w:r>
    </w:p>
    <w:p w14:paraId="6A18B6EB" w14:textId="78E4EFE0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formular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inscriere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concurs</w:t>
      </w:r>
      <w:proofErr w:type="spellEnd"/>
      <w:r w:rsidRPr="006C1C79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contine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declarația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consimțământ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prelucrarea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datelor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caracter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personal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conform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modelului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prevazut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anexa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>. 2</w:t>
      </w:r>
      <w:r>
        <w:rPr>
          <w:rFonts w:eastAsia="Times New Roman" w:cs="Times New Roman"/>
          <w:szCs w:val="24"/>
          <w:lang w:val="pt-PT"/>
        </w:rPr>
        <w:t xml:space="preserve"> </w:t>
      </w:r>
      <w:proofErr w:type="spellStart"/>
      <w:r>
        <w:rPr>
          <w:rFonts w:eastAsia="Times New Roman" w:cs="Times New Roman"/>
          <w:szCs w:val="24"/>
          <w:lang w:val="pt-PT"/>
        </w:rPr>
        <w:t>din</w:t>
      </w:r>
      <w:proofErr w:type="spellEnd"/>
      <w:r w:rsidRPr="006C1C79">
        <w:rPr>
          <w:b/>
          <w:lang w:val="pt-PT"/>
        </w:rPr>
        <w:t xml:space="preserve"> </w:t>
      </w:r>
      <w:r w:rsidRPr="006C1C79">
        <w:rPr>
          <w:bCs/>
          <w:lang w:val="pt-PT"/>
        </w:rPr>
        <w:t xml:space="preserve">H.G. </w:t>
      </w:r>
      <w:proofErr w:type="spellStart"/>
      <w:r w:rsidRPr="006C1C79">
        <w:rPr>
          <w:bCs/>
          <w:lang w:val="pt-PT"/>
        </w:rPr>
        <w:t>nr</w:t>
      </w:r>
      <w:proofErr w:type="spellEnd"/>
      <w:r w:rsidRPr="006C1C79">
        <w:rPr>
          <w:bCs/>
          <w:lang w:val="pt-PT"/>
        </w:rPr>
        <w:t>. 1336/2022</w:t>
      </w:r>
      <w:r w:rsidRPr="006C1C79">
        <w:rPr>
          <w:rFonts w:eastAsia="Times New Roman" w:cs="Times New Roman"/>
          <w:bCs/>
          <w:szCs w:val="24"/>
          <w:lang w:val="pt-PT"/>
        </w:rPr>
        <w:t>;</w:t>
      </w:r>
    </w:p>
    <w:p w14:paraId="512E5220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identitate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identitatea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potrivit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aflate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termen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valabilitate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79118005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certificatului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casatorie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s-a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realizat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schimbarea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nume,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dupa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2F693D53" w14:textId="01D34DE1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copiile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documentelor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nivelul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studiilor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ale altor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efectuarea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specializari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copiile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documentelor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indeplinirea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conditiilor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specifice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ale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73625637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copia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carnetului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munca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adeverintei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eliberate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angajator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perioada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lucrata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vechimea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munca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specialitatea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studiilor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solicitate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ocuparea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1E927D9C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certificat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cazier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judiciar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dupa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extrasul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cazierul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judiciar;</w:t>
      </w:r>
    </w:p>
    <w:p w14:paraId="74E98670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adeverinta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medicala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ateste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starea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sanatate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corespunzatoare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eliberata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catre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medicul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familie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al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candidatului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catre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unitatile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sanitare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abilitate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cel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mult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6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anterior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derularii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concursului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3DD75C71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proofErr w:type="spellStart"/>
      <w:r w:rsidRPr="008946A3">
        <w:rPr>
          <w:rFonts w:eastAsia="Times New Roman" w:cs="Times New Roman"/>
          <w:szCs w:val="24"/>
          <w:lang w:val="pt-PT"/>
        </w:rPr>
        <w:t>certificatul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integritate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comportamentala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reiasa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ca nu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s-au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comis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infractiuni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prevazute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art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1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(2)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>. 118/2019 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privind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Registrul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national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automatizat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la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comis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infractiuni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sexuale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exploatare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unor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asupra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minorilor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completarea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Legii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nr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. 76/2008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privind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organizarea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functionarea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Sistemului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National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Date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Genetice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Judiciare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modificarile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ulterioare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candidatii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inscrisi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pentru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posturile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cadrul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sistemului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invatamant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sanatate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protectie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sociala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precum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si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orice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entitate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publica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privata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activitate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presupune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contactul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direct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copii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in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varsta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cu </w:t>
      </w:r>
      <w:proofErr w:type="spellStart"/>
      <w:r w:rsidRPr="008946A3">
        <w:rPr>
          <w:rFonts w:eastAsia="Times New Roman" w:cs="Times New Roman"/>
          <w:szCs w:val="24"/>
          <w:lang w:val="pt-PT"/>
        </w:rPr>
        <w:t>dizabilitati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alte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categorii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de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vulnerabile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ori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care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presupune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examinarea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fizica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sau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evaluarea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psihologica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a unei </w:t>
      </w:r>
      <w:proofErr w:type="spellStart"/>
      <w:r w:rsidRPr="008946A3">
        <w:rPr>
          <w:rFonts w:eastAsia="Times New Roman" w:cs="Times New Roman"/>
          <w:szCs w:val="24"/>
          <w:lang w:val="pt-PT"/>
        </w:rPr>
        <w:t>persoane</w:t>
      </w:r>
      <w:proofErr w:type="spellEnd"/>
      <w:r w:rsidRPr="008946A3">
        <w:rPr>
          <w:rFonts w:eastAsia="Times New Roman" w:cs="Times New Roman"/>
          <w:szCs w:val="24"/>
          <w:lang w:val="pt-PT"/>
        </w:rPr>
        <w:t>;</w:t>
      </w:r>
    </w:p>
    <w:p w14:paraId="0A02284E" w14:textId="77777777" w:rsidR="006C1C79" w:rsidRPr="008946A3" w:rsidRDefault="006C1C79" w:rsidP="007F7992">
      <w:pPr>
        <w:pStyle w:val="Listparagraf"/>
        <w:numPr>
          <w:ilvl w:val="0"/>
          <w:numId w:val="10"/>
        </w:numPr>
        <w:spacing w:after="0" w:line="240" w:lineRule="auto"/>
        <w:rPr>
          <w:rFonts w:eastAsia="Times New Roman" w:cs="Times New Roman"/>
          <w:szCs w:val="24"/>
          <w:lang w:val="pt-PT"/>
        </w:rPr>
      </w:pPr>
      <w:r w:rsidRPr="008946A3">
        <w:rPr>
          <w:rFonts w:eastAsia="Times New Roman" w:cs="Times New Roman"/>
          <w:szCs w:val="24"/>
          <w:lang w:val="pt-PT"/>
        </w:rPr>
        <w:t xml:space="preserve">curriculum vitae, </w:t>
      </w:r>
      <w:proofErr w:type="spellStart"/>
      <w:r w:rsidRPr="008946A3">
        <w:rPr>
          <w:rFonts w:eastAsia="Times New Roman" w:cs="Times New Roman"/>
          <w:szCs w:val="24"/>
          <w:lang w:val="pt-PT"/>
        </w:rPr>
        <w:t>model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comun</w:t>
      </w:r>
      <w:proofErr w:type="spellEnd"/>
      <w:r w:rsidRPr="008946A3">
        <w:rPr>
          <w:rFonts w:eastAsia="Times New Roman" w:cs="Times New Roman"/>
          <w:szCs w:val="24"/>
          <w:lang w:val="pt-PT"/>
        </w:rPr>
        <w:t xml:space="preserve"> </w:t>
      </w:r>
      <w:proofErr w:type="spellStart"/>
      <w:r w:rsidRPr="008946A3">
        <w:rPr>
          <w:rFonts w:eastAsia="Times New Roman" w:cs="Times New Roman"/>
          <w:szCs w:val="24"/>
          <w:lang w:val="pt-PT"/>
        </w:rPr>
        <w:t>european</w:t>
      </w:r>
      <w:proofErr w:type="spellEnd"/>
      <w:r w:rsidRPr="008946A3">
        <w:rPr>
          <w:rFonts w:eastAsia="Times New Roman" w:cs="Times New Roman"/>
          <w:szCs w:val="24"/>
          <w:lang w:val="pt-PT"/>
        </w:rPr>
        <w:t>.</w:t>
      </w:r>
    </w:p>
    <w:p w14:paraId="12F48705" w14:textId="77777777" w:rsidR="006C1C79" w:rsidRDefault="006C1C79">
      <w:pPr>
        <w:spacing w:after="120"/>
        <w:rPr>
          <w:b/>
          <w:lang w:val="pt-PT"/>
        </w:rPr>
      </w:pPr>
    </w:p>
    <w:p w14:paraId="1DF8CCBD" w14:textId="77777777" w:rsidR="00596E40" w:rsidRDefault="00DC7CA5" w:rsidP="00DA18C7">
      <w:pPr>
        <w:spacing w:after="120"/>
        <w:rPr>
          <w:b/>
          <w:lang w:val="pt-PT"/>
        </w:rPr>
      </w:pPr>
      <w:r w:rsidRPr="002153C2">
        <w:rPr>
          <w:b/>
          <w:lang w:val="pt-PT"/>
        </w:rPr>
        <w:t>BIBLIOGRAFIE ŞI TEMATICĂ PENTRU POSTUL DE MEDIATOR ȘCOLAR:</w:t>
      </w:r>
    </w:p>
    <w:p w14:paraId="1ADB4BE0" w14:textId="1FE48CC3" w:rsidR="00DA18C7" w:rsidRPr="00DA18C7" w:rsidRDefault="00DC7CA5" w:rsidP="00DA18C7">
      <w:pPr>
        <w:spacing w:after="120"/>
        <w:rPr>
          <w:b/>
          <w:bCs/>
          <w:lang w:val="pt-PT"/>
        </w:rPr>
      </w:pPr>
      <w:r w:rsidRPr="002153C2">
        <w:rPr>
          <w:b/>
          <w:bCs/>
          <w:lang w:val="pt-PT"/>
        </w:rPr>
        <w:br/>
        <w:t xml:space="preserve">• </w:t>
      </w:r>
      <w:r w:rsidR="00DA18C7" w:rsidRPr="00DA18C7">
        <w:rPr>
          <w:b/>
          <w:bCs/>
          <w:lang w:val="pt-PT"/>
        </w:rPr>
        <w:tab/>
      </w:r>
      <w:proofErr w:type="spellStart"/>
      <w:r w:rsidR="00DA18C7" w:rsidRPr="00DA18C7">
        <w:rPr>
          <w:b/>
          <w:bCs/>
          <w:lang w:val="pt-PT"/>
        </w:rPr>
        <w:t>Legea</w:t>
      </w:r>
      <w:proofErr w:type="spellEnd"/>
      <w:r w:rsidR="00DA18C7" w:rsidRPr="00DA18C7">
        <w:rPr>
          <w:b/>
          <w:bCs/>
          <w:lang w:val="pt-PT"/>
        </w:rPr>
        <w:t xml:space="preserve"> </w:t>
      </w:r>
      <w:proofErr w:type="spellStart"/>
      <w:r w:rsidR="00DA18C7" w:rsidRPr="00DA18C7">
        <w:rPr>
          <w:b/>
          <w:bCs/>
          <w:lang w:val="pt-PT"/>
        </w:rPr>
        <w:t>nr</w:t>
      </w:r>
      <w:proofErr w:type="spellEnd"/>
      <w:r w:rsidR="00DA18C7" w:rsidRPr="00DA18C7">
        <w:rPr>
          <w:b/>
          <w:bCs/>
          <w:lang w:val="pt-PT"/>
        </w:rPr>
        <w:t xml:space="preserve">. 292/2011 a </w:t>
      </w:r>
      <w:proofErr w:type="spellStart"/>
      <w:r w:rsidR="00DA18C7" w:rsidRPr="00DA18C7">
        <w:rPr>
          <w:b/>
          <w:bCs/>
          <w:lang w:val="pt-PT"/>
        </w:rPr>
        <w:t>asistenței</w:t>
      </w:r>
      <w:proofErr w:type="spellEnd"/>
      <w:r w:rsidR="00DA18C7" w:rsidRPr="00DA18C7">
        <w:rPr>
          <w:b/>
          <w:bCs/>
          <w:lang w:val="pt-PT"/>
        </w:rPr>
        <w:t xml:space="preserve"> </w:t>
      </w:r>
      <w:proofErr w:type="spellStart"/>
      <w:r w:rsidR="00DA18C7" w:rsidRPr="00DA18C7">
        <w:rPr>
          <w:b/>
          <w:bCs/>
          <w:lang w:val="pt-PT"/>
        </w:rPr>
        <w:t>sociale</w:t>
      </w:r>
      <w:proofErr w:type="spellEnd"/>
      <w:r w:rsidR="00DA18C7" w:rsidRPr="00DA18C7">
        <w:rPr>
          <w:b/>
          <w:bCs/>
          <w:lang w:val="pt-PT"/>
        </w:rPr>
        <w:t xml:space="preserve">, cu </w:t>
      </w:r>
      <w:proofErr w:type="spellStart"/>
      <w:r w:rsidR="00DA18C7" w:rsidRPr="00DA18C7">
        <w:rPr>
          <w:b/>
          <w:bCs/>
          <w:lang w:val="pt-PT"/>
        </w:rPr>
        <w:t>modificările</w:t>
      </w:r>
      <w:proofErr w:type="spellEnd"/>
      <w:r w:rsidR="00DA18C7" w:rsidRPr="00DA18C7">
        <w:rPr>
          <w:b/>
          <w:bCs/>
          <w:lang w:val="pt-PT"/>
        </w:rPr>
        <w:t xml:space="preserve"> </w:t>
      </w:r>
      <w:proofErr w:type="spellStart"/>
      <w:r w:rsidR="00DA18C7" w:rsidRPr="00DA18C7">
        <w:rPr>
          <w:b/>
          <w:bCs/>
          <w:lang w:val="pt-PT"/>
        </w:rPr>
        <w:t>și</w:t>
      </w:r>
      <w:proofErr w:type="spellEnd"/>
      <w:r w:rsidR="00DA18C7" w:rsidRPr="00DA18C7">
        <w:rPr>
          <w:b/>
          <w:bCs/>
          <w:lang w:val="pt-PT"/>
        </w:rPr>
        <w:t xml:space="preserve"> </w:t>
      </w:r>
      <w:proofErr w:type="spellStart"/>
      <w:r w:rsidR="00DA18C7" w:rsidRPr="00DA18C7">
        <w:rPr>
          <w:b/>
          <w:bCs/>
          <w:lang w:val="pt-PT"/>
        </w:rPr>
        <w:t>completările</w:t>
      </w:r>
      <w:proofErr w:type="spellEnd"/>
      <w:r w:rsidR="00DA18C7" w:rsidRPr="00DA18C7">
        <w:rPr>
          <w:b/>
          <w:bCs/>
          <w:lang w:val="pt-PT"/>
        </w:rPr>
        <w:t xml:space="preserve"> </w:t>
      </w:r>
      <w:proofErr w:type="spellStart"/>
      <w:r w:rsidR="00DA18C7" w:rsidRPr="00DA18C7">
        <w:rPr>
          <w:b/>
          <w:bCs/>
          <w:lang w:val="pt-PT"/>
        </w:rPr>
        <w:t>ulterioare</w:t>
      </w:r>
      <w:proofErr w:type="spellEnd"/>
      <w:r w:rsidR="00DA18C7" w:rsidRPr="00DA18C7">
        <w:rPr>
          <w:b/>
          <w:bCs/>
          <w:lang w:val="pt-PT"/>
        </w:rPr>
        <w:t>;</w:t>
      </w:r>
    </w:p>
    <w:p w14:paraId="69FA9B87" w14:textId="77777777" w:rsidR="00DA18C7" w:rsidRPr="00DA18C7" w:rsidRDefault="00DA18C7" w:rsidP="00DA18C7">
      <w:pPr>
        <w:spacing w:after="120"/>
        <w:rPr>
          <w:b/>
          <w:bCs/>
          <w:lang w:val="pt-PT"/>
        </w:rPr>
      </w:pPr>
      <w:r w:rsidRPr="00DA18C7">
        <w:rPr>
          <w:b/>
          <w:bCs/>
          <w:lang w:val="pt-PT"/>
        </w:rPr>
        <w:t>•</w:t>
      </w:r>
      <w:r w:rsidRPr="00DA18C7">
        <w:rPr>
          <w:b/>
          <w:bCs/>
          <w:lang w:val="pt-PT"/>
        </w:rPr>
        <w:tab/>
      </w:r>
      <w:proofErr w:type="spellStart"/>
      <w:r w:rsidRPr="00DA18C7">
        <w:rPr>
          <w:b/>
          <w:bCs/>
          <w:lang w:val="pt-PT"/>
        </w:rPr>
        <w:t>Legea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nr</w:t>
      </w:r>
      <w:proofErr w:type="spellEnd"/>
      <w:r w:rsidRPr="00DA18C7">
        <w:rPr>
          <w:b/>
          <w:bCs/>
          <w:lang w:val="pt-PT"/>
        </w:rPr>
        <w:t xml:space="preserve">. 448/2006 </w:t>
      </w:r>
      <w:proofErr w:type="spellStart"/>
      <w:r w:rsidRPr="00DA18C7">
        <w:rPr>
          <w:b/>
          <w:bCs/>
          <w:lang w:val="pt-PT"/>
        </w:rPr>
        <w:t>privind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protecția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promovarea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drepturilor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persoanelor</w:t>
      </w:r>
      <w:proofErr w:type="spellEnd"/>
      <w:r w:rsidRPr="00DA18C7">
        <w:rPr>
          <w:b/>
          <w:bCs/>
          <w:lang w:val="pt-PT"/>
        </w:rPr>
        <w:t xml:space="preserve"> cu handicap;</w:t>
      </w:r>
    </w:p>
    <w:p w14:paraId="4E2D6B00" w14:textId="77777777" w:rsidR="00DA18C7" w:rsidRPr="00DA18C7" w:rsidRDefault="00DA18C7" w:rsidP="00DA18C7">
      <w:pPr>
        <w:spacing w:after="120"/>
        <w:rPr>
          <w:b/>
          <w:bCs/>
          <w:lang w:val="pt-PT"/>
        </w:rPr>
      </w:pPr>
      <w:r w:rsidRPr="00DA18C7">
        <w:rPr>
          <w:b/>
          <w:bCs/>
          <w:lang w:val="pt-PT"/>
        </w:rPr>
        <w:t>•</w:t>
      </w:r>
      <w:r w:rsidRPr="00DA18C7">
        <w:rPr>
          <w:b/>
          <w:bCs/>
          <w:lang w:val="pt-PT"/>
        </w:rPr>
        <w:tab/>
      </w:r>
      <w:proofErr w:type="spellStart"/>
      <w:r w:rsidRPr="00DA18C7">
        <w:rPr>
          <w:b/>
          <w:bCs/>
          <w:lang w:val="pt-PT"/>
        </w:rPr>
        <w:t>Legea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nr</w:t>
      </w:r>
      <w:proofErr w:type="spellEnd"/>
      <w:r w:rsidRPr="00DA18C7">
        <w:rPr>
          <w:b/>
          <w:bCs/>
          <w:lang w:val="pt-PT"/>
        </w:rPr>
        <w:t xml:space="preserve">. 197/2012 </w:t>
      </w:r>
      <w:proofErr w:type="spellStart"/>
      <w:r w:rsidRPr="00DA18C7">
        <w:rPr>
          <w:b/>
          <w:bCs/>
          <w:lang w:val="pt-PT"/>
        </w:rPr>
        <w:t>privind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asigurarea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calității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în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domeniul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serviciilor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sociale</w:t>
      </w:r>
      <w:proofErr w:type="spellEnd"/>
      <w:r w:rsidRPr="00DA18C7">
        <w:rPr>
          <w:b/>
          <w:bCs/>
          <w:lang w:val="pt-PT"/>
        </w:rPr>
        <w:t xml:space="preserve">, cu </w:t>
      </w:r>
      <w:proofErr w:type="spellStart"/>
      <w:r w:rsidRPr="00DA18C7">
        <w:rPr>
          <w:b/>
          <w:bCs/>
          <w:lang w:val="pt-PT"/>
        </w:rPr>
        <w:t>modificările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completările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ulterioare</w:t>
      </w:r>
      <w:proofErr w:type="spellEnd"/>
      <w:r w:rsidRPr="00DA18C7">
        <w:rPr>
          <w:b/>
          <w:bCs/>
          <w:lang w:val="pt-PT"/>
        </w:rPr>
        <w:t xml:space="preserve"> (</w:t>
      </w:r>
      <w:proofErr w:type="spellStart"/>
      <w:r w:rsidRPr="00DA18C7">
        <w:rPr>
          <w:b/>
          <w:bCs/>
          <w:lang w:val="pt-PT"/>
        </w:rPr>
        <w:t>Tematică</w:t>
      </w:r>
      <w:proofErr w:type="spellEnd"/>
      <w:r w:rsidRPr="00DA18C7">
        <w:rPr>
          <w:b/>
          <w:bCs/>
          <w:lang w:val="pt-PT"/>
        </w:rPr>
        <w:t>: integral);</w:t>
      </w:r>
    </w:p>
    <w:p w14:paraId="3F6EBA7D" w14:textId="77777777" w:rsidR="00DA18C7" w:rsidRPr="00DA18C7" w:rsidRDefault="00DA18C7" w:rsidP="00DA18C7">
      <w:pPr>
        <w:spacing w:after="120"/>
        <w:rPr>
          <w:b/>
          <w:bCs/>
          <w:lang w:val="pt-PT"/>
        </w:rPr>
      </w:pPr>
      <w:r w:rsidRPr="00DA18C7">
        <w:rPr>
          <w:b/>
          <w:bCs/>
          <w:lang w:val="pt-PT"/>
        </w:rPr>
        <w:t>•</w:t>
      </w:r>
      <w:r w:rsidRPr="00DA18C7">
        <w:rPr>
          <w:b/>
          <w:bCs/>
          <w:lang w:val="pt-PT"/>
        </w:rPr>
        <w:tab/>
      </w:r>
      <w:proofErr w:type="spellStart"/>
      <w:r w:rsidRPr="00DA18C7">
        <w:rPr>
          <w:b/>
          <w:bCs/>
          <w:lang w:val="pt-PT"/>
        </w:rPr>
        <w:t>Legea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nr</w:t>
      </w:r>
      <w:proofErr w:type="spellEnd"/>
      <w:r w:rsidRPr="00DA18C7">
        <w:rPr>
          <w:b/>
          <w:bCs/>
          <w:lang w:val="pt-PT"/>
        </w:rPr>
        <w:t xml:space="preserve">. 272/2004 </w:t>
      </w:r>
      <w:proofErr w:type="spellStart"/>
      <w:r w:rsidRPr="00DA18C7">
        <w:rPr>
          <w:b/>
          <w:bCs/>
          <w:lang w:val="pt-PT"/>
        </w:rPr>
        <w:t>privind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protecția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promovarea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drepturilor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copilului</w:t>
      </w:r>
      <w:proofErr w:type="spellEnd"/>
      <w:r w:rsidRPr="00DA18C7">
        <w:rPr>
          <w:b/>
          <w:bCs/>
          <w:lang w:val="pt-PT"/>
        </w:rPr>
        <w:t xml:space="preserve">, </w:t>
      </w:r>
      <w:proofErr w:type="spellStart"/>
      <w:r w:rsidRPr="00DA18C7">
        <w:rPr>
          <w:b/>
          <w:bCs/>
          <w:lang w:val="pt-PT"/>
        </w:rPr>
        <w:t>republicată</w:t>
      </w:r>
      <w:proofErr w:type="spellEnd"/>
      <w:r w:rsidRPr="00DA18C7">
        <w:rPr>
          <w:b/>
          <w:bCs/>
          <w:lang w:val="pt-PT"/>
        </w:rPr>
        <w:t xml:space="preserve">, cu </w:t>
      </w:r>
      <w:proofErr w:type="spellStart"/>
      <w:r w:rsidRPr="00DA18C7">
        <w:rPr>
          <w:b/>
          <w:bCs/>
          <w:lang w:val="pt-PT"/>
        </w:rPr>
        <w:t>modificările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completările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ulterioare</w:t>
      </w:r>
      <w:proofErr w:type="spellEnd"/>
      <w:r w:rsidRPr="00DA18C7">
        <w:rPr>
          <w:b/>
          <w:bCs/>
          <w:lang w:val="pt-PT"/>
        </w:rPr>
        <w:t>;</w:t>
      </w:r>
    </w:p>
    <w:p w14:paraId="15F51EEF" w14:textId="77777777" w:rsidR="00DA18C7" w:rsidRPr="00DA18C7" w:rsidRDefault="00DA18C7" w:rsidP="00DA18C7">
      <w:pPr>
        <w:spacing w:after="120"/>
        <w:rPr>
          <w:b/>
          <w:bCs/>
          <w:lang w:val="pt-PT"/>
        </w:rPr>
      </w:pPr>
      <w:r w:rsidRPr="00DA18C7">
        <w:rPr>
          <w:b/>
          <w:bCs/>
          <w:lang w:val="pt-PT"/>
        </w:rPr>
        <w:t>•</w:t>
      </w:r>
      <w:r w:rsidRPr="00DA18C7">
        <w:rPr>
          <w:b/>
          <w:bCs/>
          <w:lang w:val="pt-PT"/>
        </w:rPr>
        <w:tab/>
      </w:r>
      <w:proofErr w:type="spellStart"/>
      <w:r w:rsidRPr="00DA18C7">
        <w:rPr>
          <w:b/>
          <w:bCs/>
          <w:lang w:val="pt-PT"/>
        </w:rPr>
        <w:t>Hotărârea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Guvern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nr</w:t>
      </w:r>
      <w:proofErr w:type="spellEnd"/>
      <w:r w:rsidRPr="00DA18C7">
        <w:rPr>
          <w:b/>
          <w:bCs/>
          <w:lang w:val="pt-PT"/>
        </w:rPr>
        <w:t xml:space="preserve">. 797/2017 </w:t>
      </w:r>
      <w:proofErr w:type="spellStart"/>
      <w:r w:rsidRPr="00DA18C7">
        <w:rPr>
          <w:b/>
          <w:bCs/>
          <w:lang w:val="pt-PT"/>
        </w:rPr>
        <w:t>pentru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aprobarea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regulamentelor-cadru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organizare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funcționare</w:t>
      </w:r>
      <w:proofErr w:type="spellEnd"/>
      <w:r w:rsidRPr="00DA18C7">
        <w:rPr>
          <w:b/>
          <w:bCs/>
          <w:lang w:val="pt-PT"/>
        </w:rPr>
        <w:t xml:space="preserve"> ale </w:t>
      </w:r>
      <w:proofErr w:type="spellStart"/>
      <w:r w:rsidRPr="00DA18C7">
        <w:rPr>
          <w:b/>
          <w:bCs/>
          <w:lang w:val="pt-PT"/>
        </w:rPr>
        <w:t>serviciilor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publice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asistență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socială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a </w:t>
      </w:r>
      <w:proofErr w:type="spellStart"/>
      <w:r w:rsidRPr="00DA18C7">
        <w:rPr>
          <w:b/>
          <w:bCs/>
          <w:lang w:val="pt-PT"/>
        </w:rPr>
        <w:t>structurii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orientative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personal</w:t>
      </w:r>
      <w:proofErr w:type="spellEnd"/>
      <w:r w:rsidRPr="00DA18C7">
        <w:rPr>
          <w:b/>
          <w:bCs/>
          <w:lang w:val="pt-PT"/>
        </w:rPr>
        <w:t>;</w:t>
      </w:r>
    </w:p>
    <w:p w14:paraId="4E9A6798" w14:textId="1FDA1C6C" w:rsidR="002153C2" w:rsidRDefault="00DA18C7" w:rsidP="00DA18C7">
      <w:pPr>
        <w:spacing w:after="120"/>
        <w:rPr>
          <w:b/>
          <w:bCs/>
          <w:lang w:val="pt-PT"/>
        </w:rPr>
      </w:pPr>
      <w:r w:rsidRPr="00DA18C7">
        <w:rPr>
          <w:b/>
          <w:bCs/>
          <w:lang w:val="pt-PT"/>
        </w:rPr>
        <w:t>•</w:t>
      </w:r>
      <w:r w:rsidRPr="00DA18C7">
        <w:rPr>
          <w:b/>
          <w:bCs/>
          <w:lang w:val="pt-PT"/>
        </w:rPr>
        <w:tab/>
      </w:r>
      <w:proofErr w:type="spellStart"/>
      <w:r w:rsidRPr="00DA18C7">
        <w:rPr>
          <w:b/>
          <w:bCs/>
          <w:lang w:val="pt-PT"/>
        </w:rPr>
        <w:t>Legea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nr</w:t>
      </w:r>
      <w:proofErr w:type="spellEnd"/>
      <w:r w:rsidRPr="00DA18C7">
        <w:rPr>
          <w:b/>
          <w:bCs/>
          <w:lang w:val="pt-PT"/>
        </w:rPr>
        <w:t xml:space="preserve">. 202/2002 </w:t>
      </w:r>
      <w:proofErr w:type="spellStart"/>
      <w:r w:rsidRPr="00DA18C7">
        <w:rPr>
          <w:b/>
          <w:bCs/>
          <w:lang w:val="pt-PT"/>
        </w:rPr>
        <w:t>privind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egalitatea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șanse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de </w:t>
      </w:r>
      <w:proofErr w:type="spellStart"/>
      <w:r w:rsidRPr="00DA18C7">
        <w:rPr>
          <w:b/>
          <w:bCs/>
          <w:lang w:val="pt-PT"/>
        </w:rPr>
        <w:t>tratament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între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femei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și</w:t>
      </w:r>
      <w:proofErr w:type="spellEnd"/>
      <w:r w:rsidRPr="00DA18C7">
        <w:rPr>
          <w:b/>
          <w:bCs/>
          <w:lang w:val="pt-PT"/>
        </w:rPr>
        <w:t xml:space="preserve"> </w:t>
      </w:r>
      <w:proofErr w:type="spellStart"/>
      <w:r w:rsidRPr="00DA18C7">
        <w:rPr>
          <w:b/>
          <w:bCs/>
          <w:lang w:val="pt-PT"/>
        </w:rPr>
        <w:t>bărbați</w:t>
      </w:r>
      <w:proofErr w:type="spellEnd"/>
      <w:r w:rsidRPr="00DA18C7">
        <w:rPr>
          <w:b/>
          <w:bCs/>
          <w:lang w:val="pt-PT"/>
        </w:rPr>
        <w:t xml:space="preserve">, </w:t>
      </w:r>
      <w:proofErr w:type="spellStart"/>
      <w:r w:rsidRPr="00DA18C7">
        <w:rPr>
          <w:b/>
          <w:bCs/>
          <w:lang w:val="pt-PT"/>
        </w:rPr>
        <w:t>republicată</w:t>
      </w:r>
      <w:proofErr w:type="spellEnd"/>
      <w:r w:rsidRPr="00DA18C7">
        <w:rPr>
          <w:b/>
          <w:bCs/>
          <w:lang w:val="pt-PT"/>
        </w:rPr>
        <w:t>.</w:t>
      </w:r>
    </w:p>
    <w:p w14:paraId="2F9ED9EE" w14:textId="77777777" w:rsidR="00DA18C7" w:rsidRPr="002153C2" w:rsidRDefault="00DA18C7" w:rsidP="00DA18C7">
      <w:pPr>
        <w:spacing w:after="120"/>
        <w:rPr>
          <w:b/>
          <w:bCs/>
          <w:lang w:val="pt-PT"/>
        </w:rPr>
      </w:pPr>
    </w:p>
    <w:p w14:paraId="638CA0FE" w14:textId="77777777" w:rsidR="00643FBD" w:rsidRPr="002153C2" w:rsidRDefault="00DC7CA5">
      <w:pPr>
        <w:spacing w:after="120"/>
        <w:rPr>
          <w:lang w:val="pt-PT"/>
        </w:rPr>
      </w:pPr>
      <w:r w:rsidRPr="002153C2">
        <w:rPr>
          <w:b/>
          <w:lang w:val="pt-PT"/>
        </w:rPr>
        <w:t>ATRIBUŢIILE POSTULUI:</w:t>
      </w:r>
    </w:p>
    <w:p w14:paraId="0AE85707" w14:textId="0A3DA915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0" w:name="_Toc198809768"/>
      <w:bookmarkStart w:id="1" w:name="_Toc198811160"/>
      <w:proofErr w:type="spellStart"/>
      <w:r w:rsidRPr="00441F98">
        <w:rPr>
          <w:rFonts w:cstheme="minorHAnsi"/>
          <w:lang w:val="pt-PT"/>
        </w:rPr>
        <w:lastRenderedPageBreak/>
        <w:t>administrează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implementează</w:t>
      </w:r>
      <w:proofErr w:type="spellEnd"/>
      <w:r w:rsidRPr="00441F98">
        <w:rPr>
          <w:rFonts w:cstheme="minorHAnsi"/>
          <w:lang w:val="pt-PT"/>
        </w:rPr>
        <w:t xml:space="preserve"> programe de </w:t>
      </w:r>
      <w:proofErr w:type="spellStart"/>
      <w:r w:rsidRPr="00441F98">
        <w:rPr>
          <w:rFonts w:cstheme="minorHAnsi"/>
          <w:lang w:val="pt-PT"/>
        </w:rPr>
        <w:t>asistență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socială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servicii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comunitare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persoanele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pentru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rezolvarea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problemelor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personale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şi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sociale</w:t>
      </w:r>
      <w:proofErr w:type="spellEnd"/>
      <w:r w:rsidRPr="00441F98">
        <w:rPr>
          <w:rFonts w:cstheme="minorHAnsi"/>
          <w:lang w:val="pt-PT"/>
        </w:rPr>
        <w:t>;</w:t>
      </w:r>
      <w:bookmarkEnd w:id="0"/>
      <w:bookmarkEnd w:id="1"/>
    </w:p>
    <w:p w14:paraId="0E5F6A4F" w14:textId="29CA0570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2" w:name="_Toc198809769"/>
      <w:bookmarkStart w:id="3" w:name="_Toc198811161"/>
      <w:proofErr w:type="spellStart"/>
      <w:proofErr w:type="gramStart"/>
      <w:r w:rsidRPr="00441F98">
        <w:rPr>
          <w:rFonts w:cstheme="minorHAnsi"/>
          <w:lang w:val="fr-FR"/>
        </w:rPr>
        <w:t>în</w:t>
      </w:r>
      <w:proofErr w:type="spellEnd"/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lipsa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asistentului</w:t>
      </w:r>
      <w:proofErr w:type="spellEnd"/>
      <w:r w:rsidRPr="00441F98">
        <w:rPr>
          <w:rFonts w:cstheme="minorHAnsi"/>
          <w:lang w:val="fr-FR"/>
        </w:rPr>
        <w:t xml:space="preserve"> social, </w:t>
      </w:r>
      <w:proofErr w:type="spellStart"/>
      <w:r w:rsidRPr="00441F98">
        <w:rPr>
          <w:rFonts w:cstheme="minorHAnsi"/>
          <w:lang w:val="fr-FR"/>
        </w:rPr>
        <w:t>acționează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gramStart"/>
      <w:r w:rsidRPr="00441F98">
        <w:rPr>
          <w:rFonts w:cstheme="minorHAnsi"/>
          <w:lang w:val="fr-FR"/>
        </w:rPr>
        <w:t>ca</w:t>
      </w:r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persoană</w:t>
      </w:r>
      <w:proofErr w:type="spellEnd"/>
      <w:r w:rsidRPr="00441F98">
        <w:rPr>
          <w:rFonts w:cstheme="minorHAnsi"/>
          <w:lang w:val="fr-FR"/>
        </w:rPr>
        <w:t xml:space="preserve"> de contact </w:t>
      </w:r>
      <w:proofErr w:type="spellStart"/>
      <w:r w:rsidRPr="00441F98">
        <w:rPr>
          <w:rFonts w:cstheme="minorHAnsi"/>
          <w:lang w:val="fr-FR"/>
        </w:rPr>
        <w:t>pentru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beneficiari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membrii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familiilor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acestora</w:t>
      </w:r>
      <w:proofErr w:type="spellEnd"/>
      <w:r w:rsidRPr="00441F98">
        <w:rPr>
          <w:rFonts w:cstheme="minorHAnsi"/>
          <w:lang w:val="fr-FR"/>
        </w:rPr>
        <w:t>;</w:t>
      </w:r>
      <w:bookmarkEnd w:id="2"/>
      <w:bookmarkEnd w:id="3"/>
      <w:proofErr w:type="gramEnd"/>
    </w:p>
    <w:p w14:paraId="7D7E061A" w14:textId="78F827F6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4" w:name="_Toc198809770"/>
      <w:bookmarkStart w:id="5" w:name="_Toc198811162"/>
      <w:proofErr w:type="spellStart"/>
      <w:proofErr w:type="gramStart"/>
      <w:r w:rsidRPr="00441F98">
        <w:rPr>
          <w:rFonts w:cstheme="minorHAnsi"/>
          <w:lang w:val="fr-FR"/>
        </w:rPr>
        <w:t>introduce</w:t>
      </w:r>
      <w:proofErr w:type="spellEnd"/>
      <w:proofErr w:type="gramEnd"/>
      <w:r w:rsidRPr="00441F98">
        <w:rPr>
          <w:rFonts w:cstheme="minorHAnsi"/>
          <w:lang w:val="fr-FR"/>
        </w:rPr>
        <w:t xml:space="preserve"> date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informații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în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baze</w:t>
      </w:r>
      <w:proofErr w:type="spellEnd"/>
      <w:r w:rsidRPr="00441F98">
        <w:rPr>
          <w:rFonts w:cstheme="minorHAnsi"/>
          <w:lang w:val="fr-FR"/>
        </w:rPr>
        <w:t xml:space="preserve"> de date </w:t>
      </w:r>
      <w:proofErr w:type="spellStart"/>
      <w:r w:rsidRPr="00441F98">
        <w:rPr>
          <w:rFonts w:cstheme="minorHAnsi"/>
          <w:lang w:val="fr-FR"/>
        </w:rPr>
        <w:t>referitoare</w:t>
      </w:r>
      <w:proofErr w:type="spellEnd"/>
      <w:r w:rsidRPr="00441F98">
        <w:rPr>
          <w:rFonts w:cstheme="minorHAnsi"/>
          <w:lang w:val="fr-FR"/>
        </w:rPr>
        <w:t xml:space="preserve"> la </w:t>
      </w:r>
      <w:proofErr w:type="spellStart"/>
      <w:r w:rsidRPr="00441F98">
        <w:rPr>
          <w:rFonts w:cstheme="minorHAnsi"/>
          <w:lang w:val="fr-FR"/>
        </w:rPr>
        <w:t>măsurile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asistență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socială</w:t>
      </w:r>
      <w:proofErr w:type="spellEnd"/>
      <w:r w:rsidRPr="00441F98">
        <w:rPr>
          <w:rFonts w:cstheme="minorHAnsi"/>
          <w:lang w:val="fr-FR"/>
        </w:rPr>
        <w:t>;</w:t>
      </w:r>
      <w:bookmarkEnd w:id="4"/>
      <w:bookmarkEnd w:id="5"/>
      <w:proofErr w:type="gramEnd"/>
    </w:p>
    <w:p w14:paraId="66BD167E" w14:textId="7C1DDC3F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6" w:name="_Toc198809771"/>
      <w:bookmarkStart w:id="7" w:name="_Toc198811163"/>
      <w:proofErr w:type="spellStart"/>
      <w:r w:rsidRPr="00441F98">
        <w:rPr>
          <w:rFonts w:cstheme="minorHAnsi"/>
          <w:lang w:val="pt-PT"/>
        </w:rPr>
        <w:t>participă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după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caz</w:t>
      </w:r>
      <w:proofErr w:type="spellEnd"/>
      <w:r w:rsidRPr="00441F98">
        <w:rPr>
          <w:rFonts w:cstheme="minorHAnsi"/>
          <w:lang w:val="pt-PT"/>
        </w:rPr>
        <w:t xml:space="preserve">, la </w:t>
      </w:r>
      <w:proofErr w:type="spellStart"/>
      <w:r w:rsidRPr="00441F98">
        <w:rPr>
          <w:rFonts w:cstheme="minorHAnsi"/>
          <w:lang w:val="pt-PT"/>
        </w:rPr>
        <w:t>realizarea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documentelor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referitoare</w:t>
      </w:r>
      <w:proofErr w:type="spellEnd"/>
      <w:r w:rsidRPr="00441F98">
        <w:rPr>
          <w:rFonts w:cstheme="minorHAnsi"/>
          <w:lang w:val="pt-PT"/>
        </w:rPr>
        <w:t xml:space="preserve"> la </w:t>
      </w:r>
      <w:proofErr w:type="spellStart"/>
      <w:r w:rsidRPr="00441F98">
        <w:rPr>
          <w:rFonts w:cstheme="minorHAnsi"/>
          <w:lang w:val="pt-PT"/>
        </w:rPr>
        <w:t>beneficiari</w:t>
      </w:r>
      <w:proofErr w:type="spellEnd"/>
      <w:r w:rsidRPr="00441F98">
        <w:rPr>
          <w:rFonts w:cstheme="minorHAnsi"/>
          <w:lang w:val="pt-PT"/>
        </w:rPr>
        <w:t xml:space="preserve"> (</w:t>
      </w:r>
      <w:proofErr w:type="spellStart"/>
      <w:r w:rsidRPr="00441F98">
        <w:rPr>
          <w:rFonts w:cstheme="minorHAnsi"/>
          <w:lang w:val="pt-PT"/>
        </w:rPr>
        <w:t>analizează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verifică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obține</w:t>
      </w:r>
      <w:proofErr w:type="spellEnd"/>
      <w:r w:rsidRPr="00441F98">
        <w:rPr>
          <w:rFonts w:cstheme="minorHAnsi"/>
          <w:lang w:val="pt-PT"/>
        </w:rPr>
        <w:t xml:space="preserve"> documente </w:t>
      </w:r>
      <w:proofErr w:type="spellStart"/>
      <w:r w:rsidRPr="00441F98">
        <w:rPr>
          <w:rFonts w:cstheme="minorHAnsi"/>
          <w:lang w:val="pt-PT"/>
        </w:rPr>
        <w:t>necesare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asistentului</w:t>
      </w:r>
      <w:proofErr w:type="spellEnd"/>
      <w:r w:rsidRPr="00441F98">
        <w:rPr>
          <w:rFonts w:cstheme="minorHAnsi"/>
          <w:lang w:val="pt-PT"/>
        </w:rPr>
        <w:t xml:space="preserve"> social);</w:t>
      </w:r>
      <w:bookmarkEnd w:id="6"/>
      <w:bookmarkEnd w:id="7"/>
    </w:p>
    <w:p w14:paraId="7F14D422" w14:textId="7695C775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8" w:name="_Toc198809772"/>
      <w:bookmarkStart w:id="9" w:name="_Toc198811164"/>
      <w:proofErr w:type="spellStart"/>
      <w:r w:rsidRPr="00441F98">
        <w:rPr>
          <w:rFonts w:cstheme="minorHAnsi"/>
          <w:lang w:val="pt-PT"/>
        </w:rPr>
        <w:t>participă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după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caz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sub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coordonarea</w:t>
      </w:r>
      <w:proofErr w:type="spellEnd"/>
      <w:r w:rsidRPr="00441F98">
        <w:rPr>
          <w:rFonts w:cstheme="minorHAnsi"/>
          <w:lang w:val="pt-PT"/>
        </w:rPr>
        <w:t>/</w:t>
      </w:r>
      <w:proofErr w:type="spellStart"/>
      <w:r w:rsidRPr="00441F98">
        <w:rPr>
          <w:rFonts w:cstheme="minorHAnsi"/>
          <w:lang w:val="pt-PT"/>
        </w:rPr>
        <w:t>împreună</w:t>
      </w:r>
      <w:proofErr w:type="spellEnd"/>
      <w:r w:rsidRPr="00441F98">
        <w:rPr>
          <w:rFonts w:cstheme="minorHAnsi"/>
          <w:lang w:val="pt-PT"/>
        </w:rPr>
        <w:t xml:space="preserve"> cu </w:t>
      </w:r>
      <w:proofErr w:type="spellStart"/>
      <w:r w:rsidRPr="00441F98">
        <w:rPr>
          <w:rFonts w:cstheme="minorHAnsi"/>
          <w:lang w:val="pt-PT"/>
        </w:rPr>
        <w:t>asistentul</w:t>
      </w:r>
      <w:proofErr w:type="spellEnd"/>
      <w:r w:rsidRPr="00441F98">
        <w:rPr>
          <w:rFonts w:cstheme="minorHAnsi"/>
          <w:lang w:val="pt-PT"/>
        </w:rPr>
        <w:t xml:space="preserve"> social la </w:t>
      </w:r>
      <w:proofErr w:type="spellStart"/>
      <w:r w:rsidRPr="00441F98">
        <w:rPr>
          <w:rFonts w:cstheme="minorHAnsi"/>
          <w:lang w:val="pt-PT"/>
        </w:rPr>
        <w:t>intervenții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care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presupun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punerea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aplicare</w:t>
      </w:r>
      <w:proofErr w:type="spellEnd"/>
      <w:r w:rsidRPr="00441F98">
        <w:rPr>
          <w:rFonts w:cstheme="minorHAnsi"/>
          <w:lang w:val="pt-PT"/>
        </w:rPr>
        <w:t xml:space="preserve"> a </w:t>
      </w:r>
      <w:proofErr w:type="spellStart"/>
      <w:r w:rsidRPr="00441F98">
        <w:rPr>
          <w:rFonts w:cstheme="minorHAnsi"/>
          <w:lang w:val="pt-PT"/>
        </w:rPr>
        <w:t>măsurilor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urgență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pentru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asigurarea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siguranței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persoanelor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vulnerabile</w:t>
      </w:r>
      <w:proofErr w:type="spellEnd"/>
      <w:r w:rsidRPr="00441F98">
        <w:rPr>
          <w:rFonts w:cstheme="minorHAnsi"/>
          <w:lang w:val="pt-PT"/>
        </w:rPr>
        <w:t>;</w:t>
      </w:r>
      <w:bookmarkEnd w:id="8"/>
      <w:bookmarkEnd w:id="9"/>
    </w:p>
    <w:p w14:paraId="5D1B1FED" w14:textId="549C5BE3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10" w:name="_Toc198809773"/>
      <w:bookmarkStart w:id="11" w:name="_Toc198811165"/>
      <w:proofErr w:type="spellStart"/>
      <w:r w:rsidRPr="00441F98">
        <w:rPr>
          <w:rFonts w:cstheme="minorHAnsi"/>
          <w:lang w:val="pt-PT"/>
        </w:rPr>
        <w:t>participă</w:t>
      </w:r>
      <w:proofErr w:type="spellEnd"/>
      <w:r w:rsidRPr="00441F98">
        <w:rPr>
          <w:rFonts w:cstheme="minorHAnsi"/>
          <w:lang w:val="pt-PT"/>
        </w:rPr>
        <w:t xml:space="preserve"> la </w:t>
      </w:r>
      <w:proofErr w:type="spellStart"/>
      <w:r w:rsidRPr="00441F98">
        <w:rPr>
          <w:rFonts w:cstheme="minorHAnsi"/>
          <w:lang w:val="pt-PT"/>
        </w:rPr>
        <w:t>organizarea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întâlnirilor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echipei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specialiști</w:t>
      </w:r>
      <w:proofErr w:type="spellEnd"/>
      <w:r w:rsidRPr="00441F98">
        <w:rPr>
          <w:rFonts w:cstheme="minorHAnsi"/>
          <w:lang w:val="pt-PT"/>
        </w:rPr>
        <w:t xml:space="preserve"> cu </w:t>
      </w:r>
      <w:proofErr w:type="spellStart"/>
      <w:r w:rsidRPr="00441F98">
        <w:rPr>
          <w:rFonts w:cstheme="minorHAnsi"/>
          <w:lang w:val="pt-PT"/>
        </w:rPr>
        <w:t>beneficiarii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şi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membrii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familiilor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acestora</w:t>
      </w:r>
      <w:proofErr w:type="spellEnd"/>
      <w:r w:rsidRPr="00441F98">
        <w:rPr>
          <w:rFonts w:cstheme="minorHAnsi"/>
          <w:lang w:val="pt-PT"/>
        </w:rPr>
        <w:t>;</w:t>
      </w:r>
      <w:bookmarkEnd w:id="10"/>
      <w:bookmarkEnd w:id="11"/>
    </w:p>
    <w:p w14:paraId="74A49F6F" w14:textId="77777777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12" w:name="_Toc198809774"/>
      <w:bookmarkStart w:id="13" w:name="_Toc198811166"/>
      <w:proofErr w:type="spellStart"/>
      <w:r w:rsidRPr="00441F98">
        <w:rPr>
          <w:rFonts w:cstheme="minorHAnsi"/>
          <w:lang w:val="pt-PT"/>
        </w:rPr>
        <w:t>asistă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observă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interacțiunea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dintre</w:t>
      </w:r>
      <w:proofErr w:type="spellEnd"/>
      <w:r w:rsidRPr="00441F98">
        <w:rPr>
          <w:rFonts w:cstheme="minorHAnsi"/>
          <w:lang w:val="pt-PT"/>
        </w:rPr>
        <w:t xml:space="preserve"> beneficiar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membrii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familiei</w:t>
      </w:r>
      <w:proofErr w:type="spellEnd"/>
      <w:r w:rsidRPr="00441F98">
        <w:rPr>
          <w:rFonts w:cstheme="minorHAnsi"/>
          <w:lang w:val="pt-PT"/>
        </w:rPr>
        <w:t xml:space="preserve">: </w:t>
      </w:r>
      <w:proofErr w:type="spellStart"/>
      <w:r w:rsidRPr="00441F98">
        <w:rPr>
          <w:rFonts w:cstheme="minorHAnsi"/>
          <w:lang w:val="pt-PT"/>
        </w:rPr>
        <w:t>oferă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informații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asupra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rolului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familiei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vieții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familie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parentingului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sprijină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dezvoltarea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comportamentelor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pozitive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observă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şi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anunță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</w:t>
      </w:r>
      <w:proofErr w:type="spellEnd"/>
      <w:r w:rsidRPr="00441F98">
        <w:rPr>
          <w:rFonts w:cstheme="minorHAnsi"/>
          <w:lang w:val="pt-PT"/>
        </w:rPr>
        <w:t xml:space="preserve"> social </w:t>
      </w:r>
      <w:proofErr w:type="spellStart"/>
      <w:r w:rsidRPr="00441F98">
        <w:rPr>
          <w:rFonts w:cstheme="minorHAnsi"/>
          <w:lang w:val="pt-PT"/>
        </w:rPr>
        <w:t>despre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interacțiunea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dintre</w:t>
      </w:r>
      <w:proofErr w:type="spellEnd"/>
      <w:r w:rsidRPr="00441F98">
        <w:rPr>
          <w:rFonts w:cstheme="minorHAnsi"/>
          <w:lang w:val="pt-PT"/>
        </w:rPr>
        <w:t xml:space="preserve"> beneficiar </w:t>
      </w:r>
      <w:proofErr w:type="spellStart"/>
      <w:r w:rsidRPr="00441F98">
        <w:rPr>
          <w:rFonts w:cstheme="minorHAnsi"/>
          <w:lang w:val="pt-PT"/>
        </w:rPr>
        <w:t>şi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acestuia</w:t>
      </w:r>
      <w:proofErr w:type="spellEnd"/>
      <w:r w:rsidRPr="00441F98">
        <w:rPr>
          <w:rFonts w:cstheme="minorHAnsi"/>
          <w:lang w:val="pt-PT"/>
        </w:rPr>
        <w:t>;</w:t>
      </w:r>
      <w:bookmarkEnd w:id="12"/>
      <w:bookmarkEnd w:id="13"/>
    </w:p>
    <w:p w14:paraId="6A856B72" w14:textId="0B54B38F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14" w:name="_Toc198809775"/>
      <w:bookmarkStart w:id="15" w:name="_Toc198811167"/>
      <w:proofErr w:type="spellStart"/>
      <w:r w:rsidRPr="00441F98">
        <w:rPr>
          <w:rFonts w:cstheme="minorHAnsi"/>
          <w:lang w:val="pt-PT"/>
        </w:rPr>
        <w:t>culege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informații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necesare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asistentului</w:t>
      </w:r>
      <w:proofErr w:type="spellEnd"/>
      <w:r w:rsidRPr="00441F98">
        <w:rPr>
          <w:rFonts w:cstheme="minorHAnsi"/>
          <w:lang w:val="pt-PT"/>
        </w:rPr>
        <w:t xml:space="preserve"> social </w:t>
      </w:r>
      <w:proofErr w:type="spellStart"/>
      <w:r w:rsidRPr="00441F98">
        <w:rPr>
          <w:rFonts w:cstheme="minorHAnsi"/>
          <w:lang w:val="pt-PT"/>
        </w:rPr>
        <w:t>în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realizarea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evaluării</w:t>
      </w:r>
      <w:proofErr w:type="spellEnd"/>
      <w:r w:rsidRPr="00441F98">
        <w:rPr>
          <w:rFonts w:cstheme="minorHAnsi"/>
          <w:lang w:val="pt-PT"/>
        </w:rPr>
        <w:t>;</w:t>
      </w:r>
      <w:bookmarkEnd w:id="14"/>
      <w:bookmarkEnd w:id="15"/>
    </w:p>
    <w:p w14:paraId="1B77D3A7" w14:textId="1B2849DB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16" w:name="_Toc198809776"/>
      <w:bookmarkStart w:id="17" w:name="_Toc198811168"/>
      <w:proofErr w:type="spellStart"/>
      <w:r w:rsidRPr="00441F98">
        <w:rPr>
          <w:rFonts w:cstheme="minorHAnsi"/>
          <w:lang w:val="pt-PT"/>
        </w:rPr>
        <w:t>furnizează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informații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despre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alte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servicii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şi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beneficiarul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procesul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accesare</w:t>
      </w:r>
      <w:proofErr w:type="spellEnd"/>
      <w:r w:rsidRPr="00441F98">
        <w:rPr>
          <w:rFonts w:cstheme="minorHAnsi"/>
          <w:lang w:val="pt-PT"/>
        </w:rPr>
        <w:t xml:space="preserve"> a </w:t>
      </w:r>
      <w:proofErr w:type="spellStart"/>
      <w:r w:rsidRPr="00441F98">
        <w:rPr>
          <w:rFonts w:cstheme="minorHAnsi"/>
          <w:lang w:val="pt-PT"/>
        </w:rPr>
        <w:t>acestora</w:t>
      </w:r>
      <w:proofErr w:type="spellEnd"/>
      <w:r w:rsidRPr="00441F98">
        <w:rPr>
          <w:rFonts w:cstheme="minorHAnsi"/>
          <w:lang w:val="pt-PT"/>
        </w:rPr>
        <w:t>;</w:t>
      </w:r>
      <w:bookmarkEnd w:id="16"/>
      <w:bookmarkEnd w:id="17"/>
    </w:p>
    <w:p w14:paraId="5EFF5BF9" w14:textId="3FE82803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18" w:name="_Toc198809777"/>
      <w:bookmarkStart w:id="19" w:name="_Toc198811169"/>
      <w:proofErr w:type="spellStart"/>
      <w:r w:rsidRPr="00441F98">
        <w:rPr>
          <w:rFonts w:cstheme="minorHAnsi"/>
          <w:lang w:val="pt-PT"/>
        </w:rPr>
        <w:t>organizează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însoțește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după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caz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transportul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beneficiarilor</w:t>
      </w:r>
      <w:proofErr w:type="spellEnd"/>
      <w:r w:rsidRPr="00441F98">
        <w:rPr>
          <w:rFonts w:cstheme="minorHAnsi"/>
          <w:lang w:val="pt-PT"/>
        </w:rPr>
        <w:t xml:space="preserve"> la </w:t>
      </w:r>
      <w:proofErr w:type="spellStart"/>
      <w:r w:rsidRPr="00441F98">
        <w:rPr>
          <w:rFonts w:cstheme="minorHAnsi"/>
          <w:lang w:val="pt-PT"/>
        </w:rPr>
        <w:t>întâlniri</w:t>
      </w:r>
      <w:proofErr w:type="spellEnd"/>
      <w:r w:rsidRPr="00441F98">
        <w:rPr>
          <w:rFonts w:cstheme="minorHAnsi"/>
          <w:lang w:val="pt-PT"/>
        </w:rPr>
        <w:t xml:space="preserve"> cu </w:t>
      </w:r>
      <w:proofErr w:type="spellStart"/>
      <w:r w:rsidRPr="00441F98">
        <w:rPr>
          <w:rFonts w:cstheme="minorHAnsi"/>
          <w:lang w:val="pt-PT"/>
        </w:rPr>
        <w:t>alți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specialiști</w:t>
      </w:r>
      <w:proofErr w:type="spellEnd"/>
      <w:r w:rsidRPr="00441F98">
        <w:rPr>
          <w:rFonts w:cstheme="minorHAnsi"/>
          <w:lang w:val="pt-PT"/>
        </w:rPr>
        <w:t>/</w:t>
      </w:r>
      <w:proofErr w:type="spellStart"/>
      <w:r w:rsidRPr="00441F98">
        <w:rPr>
          <w:rFonts w:cstheme="minorHAnsi"/>
          <w:lang w:val="pt-PT"/>
        </w:rPr>
        <w:t>servicii</w:t>
      </w:r>
      <w:proofErr w:type="spellEnd"/>
      <w:r w:rsidRPr="00441F98">
        <w:rPr>
          <w:rFonts w:cstheme="minorHAnsi"/>
          <w:lang w:val="pt-PT"/>
        </w:rPr>
        <w:t>;</w:t>
      </w:r>
      <w:bookmarkEnd w:id="18"/>
      <w:bookmarkEnd w:id="19"/>
    </w:p>
    <w:p w14:paraId="0578430A" w14:textId="3A2AEA96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20" w:name="_Toc198809778"/>
      <w:bookmarkStart w:id="21" w:name="_Toc198811170"/>
      <w:proofErr w:type="spellStart"/>
      <w:r w:rsidRPr="00441F98">
        <w:rPr>
          <w:rFonts w:cstheme="minorHAnsi"/>
          <w:lang w:val="pt-PT"/>
        </w:rPr>
        <w:t>intermediază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susține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comunicarea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dintre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</w:t>
      </w:r>
      <w:proofErr w:type="spellEnd"/>
      <w:r w:rsidRPr="00441F98">
        <w:rPr>
          <w:rFonts w:cstheme="minorHAnsi"/>
          <w:lang w:val="pt-PT"/>
        </w:rPr>
        <w:t xml:space="preserve"> social, </w:t>
      </w:r>
      <w:proofErr w:type="spellStart"/>
      <w:r w:rsidRPr="00441F98">
        <w:rPr>
          <w:rFonts w:cstheme="minorHAnsi"/>
          <w:lang w:val="pt-PT"/>
        </w:rPr>
        <w:t>alți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specialiști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beneficiar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acestuia</w:t>
      </w:r>
      <w:proofErr w:type="spellEnd"/>
      <w:r w:rsidRPr="00441F98">
        <w:rPr>
          <w:rFonts w:cstheme="minorHAnsi"/>
          <w:lang w:val="pt-PT"/>
        </w:rPr>
        <w:t xml:space="preserve"> (</w:t>
      </w:r>
      <w:proofErr w:type="spellStart"/>
      <w:r w:rsidRPr="00441F98">
        <w:rPr>
          <w:rFonts w:cstheme="minorHAnsi"/>
          <w:lang w:val="pt-PT"/>
        </w:rPr>
        <w:t>telefonic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electronic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etc</w:t>
      </w:r>
      <w:proofErr w:type="spellEnd"/>
      <w:r w:rsidRPr="00441F98">
        <w:rPr>
          <w:rFonts w:cstheme="minorHAnsi"/>
          <w:lang w:val="pt-PT"/>
        </w:rPr>
        <w:t>)</w:t>
      </w:r>
      <w:bookmarkEnd w:id="20"/>
      <w:bookmarkEnd w:id="21"/>
    </w:p>
    <w:p w14:paraId="71B09977" w14:textId="294200E3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22" w:name="_Toc198809779"/>
      <w:bookmarkStart w:id="23" w:name="_Toc198811171"/>
      <w:proofErr w:type="spellStart"/>
      <w:proofErr w:type="gramStart"/>
      <w:r w:rsidRPr="00441F98">
        <w:rPr>
          <w:rFonts w:cstheme="minorHAnsi"/>
          <w:lang w:val="fr-FR"/>
        </w:rPr>
        <w:t>întocmește</w:t>
      </w:r>
      <w:proofErr w:type="spellEnd"/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rapoarte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vizită</w:t>
      </w:r>
      <w:proofErr w:type="spellEnd"/>
      <w:r w:rsidRPr="00441F98">
        <w:rPr>
          <w:rFonts w:cstheme="minorHAnsi"/>
          <w:lang w:val="fr-FR"/>
        </w:rPr>
        <w:t xml:space="preserve">, de </w:t>
      </w:r>
      <w:proofErr w:type="spellStart"/>
      <w:r w:rsidRPr="00441F98">
        <w:rPr>
          <w:rFonts w:cstheme="minorHAnsi"/>
          <w:lang w:val="fr-FR"/>
        </w:rPr>
        <w:t>întâlnire</w:t>
      </w:r>
      <w:proofErr w:type="spellEnd"/>
      <w:r w:rsidRPr="00441F98">
        <w:rPr>
          <w:rFonts w:cstheme="minorHAnsi"/>
          <w:lang w:val="fr-FR"/>
        </w:rPr>
        <w:t xml:space="preserve">, </w:t>
      </w:r>
      <w:proofErr w:type="spellStart"/>
      <w:r w:rsidRPr="00441F98">
        <w:rPr>
          <w:rFonts w:cstheme="minorHAnsi"/>
          <w:lang w:val="fr-FR"/>
        </w:rPr>
        <w:t>completează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fișe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observație</w:t>
      </w:r>
      <w:proofErr w:type="spellEnd"/>
      <w:r w:rsidRPr="00441F98">
        <w:rPr>
          <w:rFonts w:cstheme="minorHAnsi"/>
          <w:lang w:val="fr-FR"/>
        </w:rPr>
        <w:t xml:space="preserve">, note </w:t>
      </w:r>
      <w:proofErr w:type="spellStart"/>
      <w:r w:rsidRPr="00441F98">
        <w:rPr>
          <w:rFonts w:cstheme="minorHAnsi"/>
          <w:lang w:val="fr-FR"/>
        </w:rPr>
        <w:t>telefonice</w:t>
      </w:r>
      <w:proofErr w:type="spellEnd"/>
      <w:r w:rsidRPr="00441F98">
        <w:rPr>
          <w:rFonts w:cstheme="minorHAnsi"/>
          <w:lang w:val="fr-FR"/>
        </w:rPr>
        <w:t xml:space="preserve">, </w:t>
      </w:r>
      <w:proofErr w:type="spellStart"/>
      <w:r w:rsidRPr="00441F98">
        <w:rPr>
          <w:rFonts w:cstheme="minorHAnsi"/>
          <w:lang w:val="fr-FR"/>
        </w:rPr>
        <w:t>sinteze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analize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necesare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în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activitatea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monitorizare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raportare</w:t>
      </w:r>
      <w:proofErr w:type="spellEnd"/>
      <w:r w:rsidRPr="00441F98">
        <w:rPr>
          <w:rFonts w:cstheme="minorHAnsi"/>
          <w:lang w:val="fr-FR"/>
        </w:rPr>
        <w:t>;</w:t>
      </w:r>
      <w:bookmarkEnd w:id="22"/>
      <w:bookmarkEnd w:id="23"/>
      <w:proofErr w:type="gramEnd"/>
    </w:p>
    <w:p w14:paraId="1EFC6B56" w14:textId="4F3F66FE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24" w:name="_Toc198809780"/>
      <w:bookmarkStart w:id="25" w:name="_Toc198811172"/>
      <w:proofErr w:type="spellStart"/>
      <w:proofErr w:type="gramStart"/>
      <w:r w:rsidRPr="00441F98">
        <w:rPr>
          <w:rFonts w:cstheme="minorHAnsi"/>
          <w:lang w:val="fr-FR"/>
        </w:rPr>
        <w:t>oferă</w:t>
      </w:r>
      <w:proofErr w:type="spellEnd"/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suport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pentru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dezvoltarea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deprinderilor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viață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pentru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beneficiar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membrii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familiei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acestuia</w:t>
      </w:r>
      <w:proofErr w:type="spellEnd"/>
      <w:r w:rsidRPr="00441F98">
        <w:rPr>
          <w:rFonts w:cstheme="minorHAnsi"/>
          <w:lang w:val="fr-FR"/>
        </w:rPr>
        <w:t>;</w:t>
      </w:r>
      <w:bookmarkEnd w:id="24"/>
      <w:bookmarkEnd w:id="25"/>
      <w:proofErr w:type="gramEnd"/>
    </w:p>
    <w:p w14:paraId="54AE7485" w14:textId="29147A51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26" w:name="_Toc198809781"/>
      <w:bookmarkStart w:id="27" w:name="_Toc198811173"/>
      <w:proofErr w:type="spellStart"/>
      <w:proofErr w:type="gramStart"/>
      <w:r w:rsidRPr="00441F98">
        <w:rPr>
          <w:rFonts w:cstheme="minorHAnsi"/>
          <w:lang w:val="fr-FR"/>
        </w:rPr>
        <w:t>efectuează</w:t>
      </w:r>
      <w:proofErr w:type="spellEnd"/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muncă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teren</w:t>
      </w:r>
      <w:proofErr w:type="spellEnd"/>
      <w:r w:rsidRPr="00441F98">
        <w:rPr>
          <w:rFonts w:cstheme="minorHAnsi"/>
          <w:lang w:val="fr-FR"/>
        </w:rPr>
        <w:t>/</w:t>
      </w:r>
      <w:proofErr w:type="spellStart"/>
      <w:r w:rsidRPr="00441F98">
        <w:rPr>
          <w:rFonts w:cstheme="minorHAnsi"/>
          <w:lang w:val="fr-FR"/>
        </w:rPr>
        <w:t>deplasări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în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teren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muncă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în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echipă</w:t>
      </w:r>
      <w:proofErr w:type="spellEnd"/>
      <w:r w:rsidRPr="00441F98">
        <w:rPr>
          <w:rFonts w:cstheme="minorHAnsi"/>
          <w:lang w:val="fr-FR"/>
        </w:rPr>
        <w:t>;</w:t>
      </w:r>
      <w:bookmarkEnd w:id="26"/>
      <w:bookmarkEnd w:id="27"/>
      <w:proofErr w:type="gramEnd"/>
    </w:p>
    <w:p w14:paraId="43B8E796" w14:textId="11246FF1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28" w:name="_Toc198809782"/>
      <w:bookmarkStart w:id="29" w:name="_Toc198811174"/>
      <w:r w:rsidRPr="00441F98">
        <w:rPr>
          <w:rFonts w:cstheme="minorHAnsi"/>
          <w:lang w:val="pt-PT"/>
        </w:rPr>
        <w:t xml:space="preserve">se </w:t>
      </w:r>
      <w:proofErr w:type="spellStart"/>
      <w:r w:rsidRPr="00441F98">
        <w:rPr>
          <w:rFonts w:cstheme="minorHAnsi"/>
          <w:lang w:val="pt-PT"/>
        </w:rPr>
        <w:t>implică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gestionarea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situațiilor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conflictuale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comportamentelor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agresive</w:t>
      </w:r>
      <w:proofErr w:type="spellEnd"/>
      <w:r w:rsidRPr="00441F98">
        <w:rPr>
          <w:rFonts w:cstheme="minorHAnsi"/>
          <w:lang w:val="pt-PT"/>
        </w:rPr>
        <w:t>;</w:t>
      </w:r>
      <w:bookmarkEnd w:id="28"/>
      <w:bookmarkEnd w:id="29"/>
    </w:p>
    <w:p w14:paraId="27993418" w14:textId="4FE54F8E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30" w:name="_Toc198809783"/>
      <w:bookmarkStart w:id="31" w:name="_Toc198811175"/>
      <w:proofErr w:type="spellStart"/>
      <w:r w:rsidRPr="00441F98">
        <w:rPr>
          <w:rFonts w:cstheme="minorHAnsi"/>
          <w:lang w:val="pt-PT"/>
        </w:rPr>
        <w:t>indexează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arhivează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documentele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din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dosarul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beneficiarului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conform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procedurilor</w:t>
      </w:r>
      <w:proofErr w:type="spellEnd"/>
      <w:r w:rsidRPr="00441F98">
        <w:rPr>
          <w:rFonts w:cstheme="minorHAnsi"/>
          <w:lang w:val="pt-PT"/>
        </w:rPr>
        <w:t xml:space="preserve"> existente;</w:t>
      </w:r>
      <w:bookmarkEnd w:id="30"/>
      <w:bookmarkEnd w:id="31"/>
    </w:p>
    <w:p w14:paraId="3B7044F3" w14:textId="1D1F8706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32" w:name="_Toc198809784"/>
      <w:bookmarkStart w:id="33" w:name="_Toc198811176"/>
      <w:proofErr w:type="spellStart"/>
      <w:r w:rsidRPr="00441F98">
        <w:rPr>
          <w:rFonts w:cstheme="minorHAnsi"/>
          <w:lang w:val="pt-PT"/>
        </w:rPr>
        <w:t>informează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</w:t>
      </w:r>
      <w:proofErr w:type="spellEnd"/>
      <w:r w:rsidRPr="00441F98">
        <w:rPr>
          <w:rFonts w:cstheme="minorHAnsi"/>
          <w:lang w:val="pt-PT"/>
        </w:rPr>
        <w:t xml:space="preserve"> social </w:t>
      </w:r>
      <w:proofErr w:type="spellStart"/>
      <w:r w:rsidRPr="00441F98">
        <w:rPr>
          <w:rFonts w:cstheme="minorHAnsi"/>
          <w:lang w:val="pt-PT"/>
        </w:rPr>
        <w:t>despre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respectarea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termenelor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planificărilor</w:t>
      </w:r>
      <w:proofErr w:type="spellEnd"/>
      <w:r w:rsidRPr="00441F98">
        <w:rPr>
          <w:rFonts w:cstheme="minorHAnsi"/>
          <w:lang w:val="pt-PT"/>
        </w:rPr>
        <w:t>;</w:t>
      </w:r>
      <w:bookmarkEnd w:id="32"/>
      <w:bookmarkEnd w:id="33"/>
    </w:p>
    <w:p w14:paraId="5D11FC03" w14:textId="77777777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34" w:name="_Toc198809785"/>
      <w:bookmarkStart w:id="35" w:name="_Toc198811177"/>
      <w:proofErr w:type="gramStart"/>
      <w:r w:rsidRPr="00441F98">
        <w:rPr>
          <w:rFonts w:cstheme="minorHAnsi"/>
          <w:lang w:val="fr-FR"/>
        </w:rPr>
        <w:t>se</w:t>
      </w:r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documentează</w:t>
      </w:r>
      <w:proofErr w:type="spellEnd"/>
      <w:r w:rsidRPr="00441F98">
        <w:rPr>
          <w:rFonts w:cstheme="minorHAnsi"/>
          <w:lang w:val="fr-FR"/>
        </w:rPr>
        <w:t xml:space="preserve"> permanent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diseminează</w:t>
      </w:r>
      <w:proofErr w:type="spellEnd"/>
      <w:r w:rsidRPr="00441F98">
        <w:rPr>
          <w:rFonts w:cstheme="minorHAnsi"/>
          <w:lang w:val="fr-FR"/>
        </w:rPr>
        <w:t xml:space="preserve">, </w:t>
      </w:r>
      <w:proofErr w:type="spellStart"/>
      <w:r w:rsidRPr="00441F98">
        <w:rPr>
          <w:rFonts w:cstheme="minorHAnsi"/>
          <w:lang w:val="fr-FR"/>
        </w:rPr>
        <w:t>după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caz</w:t>
      </w:r>
      <w:proofErr w:type="spellEnd"/>
      <w:r w:rsidRPr="00441F98">
        <w:rPr>
          <w:rFonts w:cstheme="minorHAnsi"/>
          <w:lang w:val="fr-FR"/>
        </w:rPr>
        <w:t xml:space="preserve">, </w:t>
      </w:r>
      <w:proofErr w:type="spellStart"/>
      <w:r w:rsidRPr="00441F98">
        <w:rPr>
          <w:rFonts w:cstheme="minorHAnsi"/>
          <w:lang w:val="fr-FR"/>
        </w:rPr>
        <w:t>informații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cu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privire</w:t>
      </w:r>
      <w:proofErr w:type="spellEnd"/>
      <w:r w:rsidRPr="00441F98">
        <w:rPr>
          <w:rFonts w:cstheme="minorHAnsi"/>
          <w:lang w:val="fr-FR"/>
        </w:rPr>
        <w:t xml:space="preserve"> la </w:t>
      </w:r>
      <w:proofErr w:type="spellStart"/>
      <w:r w:rsidRPr="00441F98">
        <w:rPr>
          <w:rFonts w:cstheme="minorHAnsi"/>
          <w:lang w:val="fr-FR"/>
        </w:rPr>
        <w:t>rețeaua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servicii</w:t>
      </w:r>
      <w:proofErr w:type="spellEnd"/>
      <w:r w:rsidRPr="00441F98">
        <w:rPr>
          <w:rFonts w:cstheme="minorHAnsi"/>
          <w:lang w:val="fr-FR"/>
        </w:rPr>
        <w:t xml:space="preserve"> sociale </w:t>
      </w:r>
      <w:proofErr w:type="spellStart"/>
      <w:r w:rsidRPr="00441F98">
        <w:rPr>
          <w:rFonts w:cstheme="minorHAnsi"/>
          <w:lang w:val="fr-FR"/>
        </w:rPr>
        <w:t>teritoriale</w:t>
      </w:r>
      <w:proofErr w:type="spellEnd"/>
      <w:r w:rsidRPr="00441F98">
        <w:rPr>
          <w:rFonts w:cstheme="minorHAnsi"/>
          <w:lang w:val="fr-FR"/>
        </w:rPr>
        <w:t xml:space="preserve">, </w:t>
      </w:r>
      <w:proofErr w:type="spellStart"/>
      <w:r w:rsidRPr="00441F98">
        <w:rPr>
          <w:rFonts w:cstheme="minorHAnsi"/>
          <w:lang w:val="fr-FR"/>
        </w:rPr>
        <w:t>precum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a </w:t>
      </w:r>
      <w:proofErr w:type="spellStart"/>
      <w:r w:rsidRPr="00441F98">
        <w:rPr>
          <w:rFonts w:cstheme="minorHAnsi"/>
          <w:lang w:val="fr-FR"/>
        </w:rPr>
        <w:t>altor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servicii</w:t>
      </w:r>
      <w:proofErr w:type="spellEnd"/>
      <w:r w:rsidRPr="00441F98">
        <w:rPr>
          <w:rFonts w:cstheme="minorHAnsi"/>
          <w:lang w:val="fr-FR"/>
        </w:rPr>
        <w:t xml:space="preserve"> sociale </w:t>
      </w:r>
      <w:proofErr w:type="spellStart"/>
      <w:r w:rsidRPr="00441F98">
        <w:rPr>
          <w:rFonts w:cstheme="minorHAnsi"/>
          <w:lang w:val="fr-FR"/>
        </w:rPr>
        <w:t>necesare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persoanelor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vulnerabile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din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comunitate</w:t>
      </w:r>
      <w:proofErr w:type="spellEnd"/>
      <w:r w:rsidRPr="00441F98">
        <w:rPr>
          <w:rFonts w:cstheme="minorHAnsi"/>
          <w:lang w:val="fr-FR"/>
        </w:rPr>
        <w:t>;</w:t>
      </w:r>
      <w:bookmarkEnd w:id="34"/>
      <w:bookmarkEnd w:id="35"/>
      <w:proofErr w:type="gramEnd"/>
    </w:p>
    <w:p w14:paraId="15FDE1D9" w14:textId="6A38357F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fr-FR"/>
        </w:rPr>
      </w:pPr>
      <w:bookmarkStart w:id="36" w:name="_Toc198809786"/>
      <w:bookmarkStart w:id="37" w:name="_Toc198811178"/>
      <w:proofErr w:type="spellStart"/>
      <w:proofErr w:type="gramStart"/>
      <w:r w:rsidRPr="00441F98">
        <w:rPr>
          <w:rFonts w:cstheme="minorHAnsi"/>
          <w:lang w:val="fr-FR"/>
        </w:rPr>
        <w:t>identifică</w:t>
      </w:r>
      <w:proofErr w:type="spellEnd"/>
      <w:proofErr w:type="gram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și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transmite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asistentului</w:t>
      </w:r>
      <w:proofErr w:type="spellEnd"/>
      <w:r w:rsidRPr="00441F98">
        <w:rPr>
          <w:rFonts w:cstheme="minorHAnsi"/>
          <w:lang w:val="fr-FR"/>
        </w:rPr>
        <w:t xml:space="preserve"> social </w:t>
      </w:r>
      <w:proofErr w:type="spellStart"/>
      <w:r w:rsidRPr="00441F98">
        <w:rPr>
          <w:rFonts w:cstheme="minorHAnsi"/>
          <w:lang w:val="fr-FR"/>
        </w:rPr>
        <w:t>informații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despre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noi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servicii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sau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resurse</w:t>
      </w:r>
      <w:proofErr w:type="spellEnd"/>
      <w:r w:rsidRPr="00441F98">
        <w:rPr>
          <w:rFonts w:cstheme="minorHAnsi"/>
          <w:lang w:val="fr-FR"/>
        </w:rPr>
        <w:t xml:space="preserve"> ce pot fi </w:t>
      </w:r>
      <w:proofErr w:type="spellStart"/>
      <w:r w:rsidRPr="00441F98">
        <w:rPr>
          <w:rFonts w:cstheme="minorHAnsi"/>
          <w:lang w:val="fr-FR"/>
        </w:rPr>
        <w:t>implicate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în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proofErr w:type="gramStart"/>
      <w:r w:rsidRPr="00441F98">
        <w:rPr>
          <w:rFonts w:cstheme="minorHAnsi"/>
          <w:lang w:val="fr-FR"/>
        </w:rPr>
        <w:t>intervenție</w:t>
      </w:r>
      <w:proofErr w:type="spellEnd"/>
      <w:r w:rsidRPr="00441F98">
        <w:rPr>
          <w:rFonts w:cstheme="minorHAnsi"/>
          <w:lang w:val="fr-FR"/>
        </w:rPr>
        <w:t>;</w:t>
      </w:r>
      <w:bookmarkEnd w:id="36"/>
      <w:bookmarkEnd w:id="37"/>
      <w:proofErr w:type="gramEnd"/>
    </w:p>
    <w:p w14:paraId="47CE04BE" w14:textId="2594C43C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38" w:name="_Toc198809787"/>
      <w:bookmarkStart w:id="39" w:name="_Toc198811179"/>
      <w:proofErr w:type="spellStart"/>
      <w:r w:rsidRPr="00441F98">
        <w:rPr>
          <w:rFonts w:cstheme="minorHAnsi"/>
          <w:lang w:val="pt-PT"/>
        </w:rPr>
        <w:t>completează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verifică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transmite </w:t>
      </w:r>
      <w:proofErr w:type="spellStart"/>
      <w:r w:rsidRPr="00441F98">
        <w:rPr>
          <w:rFonts w:cstheme="minorHAnsi"/>
          <w:lang w:val="pt-PT"/>
        </w:rPr>
        <w:t>documentele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solicitate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pentru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obținerea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beneficii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sociale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pentru</w:t>
      </w:r>
      <w:proofErr w:type="spellEnd"/>
      <w:r w:rsidRPr="00441F98">
        <w:rPr>
          <w:rFonts w:cstheme="minorHAnsi"/>
          <w:lang w:val="pt-PT"/>
        </w:rPr>
        <w:t xml:space="preserve"> beneficiar;</w:t>
      </w:r>
      <w:bookmarkEnd w:id="38"/>
      <w:bookmarkEnd w:id="39"/>
    </w:p>
    <w:p w14:paraId="4598CEBB" w14:textId="550D7618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40" w:name="_Toc198809788"/>
      <w:bookmarkStart w:id="41" w:name="_Toc198811180"/>
      <w:proofErr w:type="spellStart"/>
      <w:r w:rsidRPr="00441F98">
        <w:rPr>
          <w:rFonts w:cstheme="minorHAnsi"/>
          <w:lang w:val="pt-PT"/>
        </w:rPr>
        <w:t>participă</w:t>
      </w:r>
      <w:proofErr w:type="spellEnd"/>
      <w:r w:rsidRPr="00441F98">
        <w:rPr>
          <w:rFonts w:cstheme="minorHAnsi"/>
          <w:lang w:val="pt-PT"/>
        </w:rPr>
        <w:t xml:space="preserve"> la </w:t>
      </w:r>
      <w:proofErr w:type="spellStart"/>
      <w:r w:rsidRPr="00441F98">
        <w:rPr>
          <w:rFonts w:cstheme="minorHAnsi"/>
          <w:lang w:val="pt-PT"/>
        </w:rPr>
        <w:t>realizarea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evaluării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nevoi</w:t>
      </w:r>
      <w:proofErr w:type="spellEnd"/>
      <w:r w:rsidRPr="00441F98">
        <w:rPr>
          <w:rFonts w:cstheme="minorHAnsi"/>
          <w:lang w:val="pt-PT"/>
        </w:rPr>
        <w:t xml:space="preserve"> a </w:t>
      </w:r>
      <w:proofErr w:type="spellStart"/>
      <w:r w:rsidRPr="00441F98">
        <w:rPr>
          <w:rFonts w:cstheme="minorHAnsi"/>
          <w:lang w:val="pt-PT"/>
        </w:rPr>
        <w:t>comunității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locale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întocmirea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documentelor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necesare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elaborării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strategiilor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dezvoltare</w:t>
      </w:r>
      <w:proofErr w:type="spellEnd"/>
      <w:r w:rsidRPr="00441F98">
        <w:rPr>
          <w:rFonts w:cstheme="minorHAnsi"/>
          <w:lang w:val="pt-PT"/>
        </w:rPr>
        <w:t>;</w:t>
      </w:r>
      <w:bookmarkEnd w:id="40"/>
      <w:bookmarkEnd w:id="41"/>
    </w:p>
    <w:p w14:paraId="123FB062" w14:textId="5E9826DF" w:rsidR="00441F98" w:rsidRPr="00441F98" w:rsidRDefault="00441F98" w:rsidP="00441F98">
      <w:pPr>
        <w:pStyle w:val="Listparagraf"/>
        <w:numPr>
          <w:ilvl w:val="0"/>
          <w:numId w:val="15"/>
        </w:numPr>
        <w:tabs>
          <w:tab w:val="left" w:pos="0"/>
          <w:tab w:val="left" w:pos="270"/>
        </w:tabs>
        <w:suppressAutoHyphens/>
        <w:spacing w:after="0" w:line="240" w:lineRule="auto"/>
        <w:jc w:val="both"/>
        <w:textDirection w:val="btLr"/>
        <w:textAlignment w:val="top"/>
        <w:outlineLvl w:val="0"/>
        <w:rPr>
          <w:rFonts w:cstheme="minorHAnsi"/>
          <w:lang w:val="pt-PT"/>
        </w:rPr>
      </w:pPr>
      <w:bookmarkStart w:id="42" w:name="_Toc198809789"/>
      <w:bookmarkStart w:id="43" w:name="_Toc198811181"/>
      <w:proofErr w:type="spellStart"/>
      <w:r w:rsidRPr="00441F98">
        <w:rPr>
          <w:rFonts w:cstheme="minorHAnsi"/>
          <w:lang w:val="pt-PT"/>
        </w:rPr>
        <w:t>realizează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raportări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către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asistentul</w:t>
      </w:r>
      <w:proofErr w:type="spellEnd"/>
      <w:r w:rsidRPr="00441F98">
        <w:rPr>
          <w:rFonts w:cstheme="minorHAnsi"/>
          <w:lang w:val="pt-PT"/>
        </w:rPr>
        <w:t xml:space="preserve"> social </w:t>
      </w:r>
      <w:proofErr w:type="spellStart"/>
      <w:r w:rsidRPr="00441F98">
        <w:rPr>
          <w:rFonts w:cstheme="minorHAnsi"/>
          <w:lang w:val="pt-PT"/>
        </w:rPr>
        <w:t>privind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relația</w:t>
      </w:r>
      <w:proofErr w:type="spellEnd"/>
      <w:r w:rsidRPr="00441F98">
        <w:rPr>
          <w:rFonts w:cstheme="minorHAnsi"/>
          <w:lang w:val="pt-PT"/>
        </w:rPr>
        <w:t xml:space="preserve"> cu </w:t>
      </w:r>
      <w:proofErr w:type="spellStart"/>
      <w:r w:rsidRPr="00441F98">
        <w:rPr>
          <w:rFonts w:cstheme="minorHAnsi"/>
          <w:lang w:val="pt-PT"/>
        </w:rPr>
        <w:t>beneficiarii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familiile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acestora</w:t>
      </w:r>
      <w:proofErr w:type="spellEnd"/>
      <w:r w:rsidRPr="00441F98">
        <w:rPr>
          <w:rFonts w:cstheme="minorHAnsi"/>
          <w:lang w:val="pt-PT"/>
        </w:rPr>
        <w:t xml:space="preserve">: </w:t>
      </w:r>
      <w:proofErr w:type="spellStart"/>
      <w:r w:rsidRPr="00441F98">
        <w:rPr>
          <w:rFonts w:cstheme="minorHAnsi"/>
          <w:lang w:val="pt-PT"/>
        </w:rPr>
        <w:t>vizite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întâlniri</w:t>
      </w:r>
      <w:proofErr w:type="spellEnd"/>
      <w:r w:rsidRPr="00441F98">
        <w:rPr>
          <w:rFonts w:cstheme="minorHAnsi"/>
          <w:lang w:val="pt-PT"/>
        </w:rPr>
        <w:t xml:space="preserve">, </w:t>
      </w:r>
      <w:proofErr w:type="spellStart"/>
      <w:r w:rsidRPr="00441F98">
        <w:rPr>
          <w:rFonts w:cstheme="minorHAnsi"/>
          <w:lang w:val="pt-PT"/>
        </w:rPr>
        <w:t>menținerea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relației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dintre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beneficiarii</w:t>
      </w:r>
      <w:proofErr w:type="spellEnd"/>
      <w:r w:rsidRPr="00441F98">
        <w:rPr>
          <w:rFonts w:cstheme="minorHAnsi"/>
          <w:lang w:val="pt-PT"/>
        </w:rPr>
        <w:t xml:space="preserve"> de </w:t>
      </w:r>
      <w:proofErr w:type="spellStart"/>
      <w:r w:rsidRPr="00441F98">
        <w:rPr>
          <w:rFonts w:cstheme="minorHAnsi"/>
          <w:lang w:val="pt-PT"/>
        </w:rPr>
        <w:t>asistență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socială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și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familiile</w:t>
      </w:r>
      <w:proofErr w:type="spellEnd"/>
      <w:r w:rsidRPr="00441F98">
        <w:rPr>
          <w:rFonts w:cstheme="minorHAnsi"/>
          <w:lang w:val="pt-PT"/>
        </w:rPr>
        <w:t xml:space="preserve"> </w:t>
      </w:r>
      <w:proofErr w:type="spellStart"/>
      <w:r w:rsidRPr="00441F98">
        <w:rPr>
          <w:rFonts w:cstheme="minorHAnsi"/>
          <w:lang w:val="pt-PT"/>
        </w:rPr>
        <w:t>acestora</w:t>
      </w:r>
      <w:proofErr w:type="spellEnd"/>
      <w:r w:rsidRPr="00441F98">
        <w:rPr>
          <w:rFonts w:cstheme="minorHAnsi"/>
          <w:lang w:val="pt-PT"/>
        </w:rPr>
        <w:t>;</w:t>
      </w:r>
      <w:bookmarkEnd w:id="42"/>
      <w:bookmarkEnd w:id="43"/>
    </w:p>
    <w:p w14:paraId="418DB083" w14:textId="305E47EA" w:rsidR="007F7992" w:rsidRPr="00441F98" w:rsidRDefault="00441F98" w:rsidP="00441F98">
      <w:pPr>
        <w:pStyle w:val="Listparagraf"/>
        <w:numPr>
          <w:ilvl w:val="0"/>
          <w:numId w:val="15"/>
        </w:numPr>
        <w:spacing w:after="0"/>
        <w:rPr>
          <w:b/>
          <w:lang w:val="pt-PT"/>
        </w:rPr>
      </w:pPr>
      <w:bookmarkStart w:id="44" w:name="_Toc198809790"/>
      <w:bookmarkStart w:id="45" w:name="_Toc198811182"/>
      <w:proofErr w:type="spellStart"/>
      <w:proofErr w:type="gramStart"/>
      <w:r w:rsidRPr="00441F98">
        <w:rPr>
          <w:rFonts w:cstheme="minorHAnsi"/>
          <w:lang w:val="fr-FR"/>
        </w:rPr>
        <w:t>participă</w:t>
      </w:r>
      <w:proofErr w:type="spellEnd"/>
      <w:proofErr w:type="gramEnd"/>
      <w:r w:rsidRPr="00441F98">
        <w:rPr>
          <w:rFonts w:cstheme="minorHAnsi"/>
          <w:lang w:val="fr-FR"/>
        </w:rPr>
        <w:t xml:space="preserve"> la </w:t>
      </w:r>
      <w:proofErr w:type="spellStart"/>
      <w:r w:rsidRPr="00441F98">
        <w:rPr>
          <w:rFonts w:cstheme="minorHAnsi"/>
          <w:lang w:val="fr-FR"/>
        </w:rPr>
        <w:t>întâlnirile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supervizare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lunară</w:t>
      </w:r>
      <w:proofErr w:type="spellEnd"/>
      <w:r w:rsidRPr="00441F98">
        <w:rPr>
          <w:rFonts w:cstheme="minorHAnsi"/>
          <w:lang w:val="fr-FR"/>
        </w:rPr>
        <w:t xml:space="preserve"> </w:t>
      </w:r>
      <w:proofErr w:type="spellStart"/>
      <w:r w:rsidRPr="00441F98">
        <w:rPr>
          <w:rFonts w:cstheme="minorHAnsi"/>
          <w:lang w:val="fr-FR"/>
        </w:rPr>
        <w:t>realizate</w:t>
      </w:r>
      <w:proofErr w:type="spellEnd"/>
      <w:r w:rsidRPr="00441F98">
        <w:rPr>
          <w:rFonts w:cstheme="minorHAnsi"/>
          <w:lang w:val="fr-FR"/>
        </w:rPr>
        <w:t xml:space="preserve"> de </w:t>
      </w:r>
      <w:proofErr w:type="spellStart"/>
      <w:r w:rsidRPr="00441F98">
        <w:rPr>
          <w:rFonts w:cstheme="minorHAnsi"/>
          <w:lang w:val="fr-FR"/>
        </w:rPr>
        <w:t>asistentul</w:t>
      </w:r>
      <w:proofErr w:type="spellEnd"/>
      <w:r w:rsidRPr="00441F98">
        <w:rPr>
          <w:rFonts w:cstheme="minorHAnsi"/>
          <w:lang w:val="fr-FR"/>
        </w:rPr>
        <w:t xml:space="preserve"> social.</w:t>
      </w:r>
      <w:bookmarkEnd w:id="44"/>
      <w:bookmarkEnd w:id="45"/>
    </w:p>
    <w:p w14:paraId="3A08C5FA" w14:textId="77777777" w:rsidR="00DA18C7" w:rsidRDefault="00DA18C7">
      <w:pPr>
        <w:spacing w:after="120"/>
        <w:rPr>
          <w:b/>
          <w:lang w:val="pt-PT"/>
        </w:rPr>
      </w:pPr>
    </w:p>
    <w:p w14:paraId="67BBC1DC" w14:textId="6C209BE0" w:rsidR="00643FBD" w:rsidRPr="002153C2" w:rsidRDefault="00DC7CA5">
      <w:pPr>
        <w:spacing w:after="120"/>
        <w:rPr>
          <w:lang w:val="pt-PT"/>
        </w:rPr>
      </w:pPr>
      <w:r w:rsidRPr="002153C2">
        <w:rPr>
          <w:b/>
          <w:lang w:val="pt-PT"/>
        </w:rPr>
        <w:t>ALTE ATRIBUȚII (SPECIFICE ÎN CADRUL PROIECTULUI):</w:t>
      </w:r>
    </w:p>
    <w:p w14:paraId="2908FDE6" w14:textId="77777777" w:rsidR="00643FBD" w:rsidRPr="002153C2" w:rsidRDefault="00DC7CA5">
      <w:pPr>
        <w:spacing w:after="240"/>
        <w:rPr>
          <w:lang w:val="pt-PT"/>
        </w:rPr>
      </w:pPr>
      <w:r w:rsidRPr="002153C2">
        <w:rPr>
          <w:lang w:val="pt-PT"/>
        </w:rPr>
        <w:t xml:space="preserve">• </w:t>
      </w:r>
      <w:proofErr w:type="spellStart"/>
      <w:r w:rsidRPr="002153C2">
        <w:rPr>
          <w:lang w:val="pt-PT"/>
        </w:rPr>
        <w:t>derularea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activități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identificare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persoanelor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vulnerabile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diverse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mecanisme</w:t>
      </w:r>
      <w:proofErr w:type="spellEnd"/>
      <w:r w:rsidRPr="002153C2">
        <w:rPr>
          <w:lang w:val="pt-PT"/>
        </w:rPr>
        <w:t xml:space="preserve"> – </w:t>
      </w:r>
      <w:proofErr w:type="spellStart"/>
      <w:r w:rsidRPr="002153C2">
        <w:rPr>
          <w:lang w:val="pt-PT"/>
        </w:rPr>
        <w:t>screening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sesizări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referire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decontarea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rapoarte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după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modelul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furnizat</w:t>
      </w:r>
      <w:proofErr w:type="spellEnd"/>
      <w:r w:rsidRPr="002153C2">
        <w:rPr>
          <w:lang w:val="pt-PT"/>
        </w:rPr>
        <w:t xml:space="preserve"> de UJSS,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implementarea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activității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mediere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școlară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ECI;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schimburi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experiență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întâlniri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locale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între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lucrătorii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diverși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profesioniști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membri</w:t>
      </w:r>
      <w:proofErr w:type="spellEnd"/>
      <w:r w:rsidRPr="002153C2">
        <w:rPr>
          <w:lang w:val="pt-PT"/>
        </w:rPr>
        <w:t xml:space="preserve"> ai </w:t>
      </w:r>
      <w:proofErr w:type="spellStart"/>
      <w:r w:rsidRPr="002153C2">
        <w:rPr>
          <w:lang w:val="pt-PT"/>
        </w:rPr>
        <w:t>structurilor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consultative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reprezentanți</w:t>
      </w:r>
      <w:proofErr w:type="spellEnd"/>
      <w:r w:rsidRPr="002153C2">
        <w:rPr>
          <w:lang w:val="pt-PT"/>
        </w:rPr>
        <w:t xml:space="preserve"> ai </w:t>
      </w:r>
      <w:proofErr w:type="spellStart"/>
      <w:r w:rsidRPr="002153C2">
        <w:rPr>
          <w:lang w:val="pt-PT"/>
        </w:rPr>
        <w:t>primăriilor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etc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identificarea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inițiative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complementare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derulate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sfera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precum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facilitarea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cooperării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alți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actori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pe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plan</w:t>
      </w:r>
      <w:proofErr w:type="spellEnd"/>
      <w:r w:rsidRPr="002153C2">
        <w:rPr>
          <w:lang w:val="pt-PT"/>
        </w:rPr>
        <w:t xml:space="preserve"> local;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întâlniri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periodice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>/</w:t>
      </w:r>
      <w:proofErr w:type="spellStart"/>
      <w:r w:rsidRPr="002153C2">
        <w:rPr>
          <w:lang w:val="pt-PT"/>
        </w:rPr>
        <w:t>trimestriale</w:t>
      </w:r>
      <w:proofErr w:type="spellEnd"/>
      <w:r w:rsidRPr="002153C2">
        <w:rPr>
          <w:lang w:val="pt-PT"/>
        </w:rPr>
        <w:t xml:space="preserve">) de </w:t>
      </w:r>
      <w:proofErr w:type="spellStart"/>
      <w:r w:rsidRPr="002153C2">
        <w:rPr>
          <w:lang w:val="pt-PT"/>
        </w:rPr>
        <w:t>instruire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supervizare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membrilor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echipei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ceea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privește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implementarea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instrumentului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informatic</w:t>
      </w:r>
      <w:proofErr w:type="spellEnd"/>
      <w:r w:rsidRPr="002153C2">
        <w:rPr>
          <w:lang w:val="pt-PT"/>
        </w:rPr>
        <w:t xml:space="preserve"> SCI de </w:t>
      </w:r>
      <w:proofErr w:type="spellStart"/>
      <w:r w:rsidRPr="002153C2">
        <w:rPr>
          <w:lang w:val="pt-PT"/>
        </w:rPr>
        <w:t>identificare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monitorizare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persoanelor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vulnerabile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centralizarea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validarea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datelor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culese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local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raportarea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rapoartelor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lunare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activitate</w:t>
      </w:r>
      <w:proofErr w:type="spellEnd"/>
      <w:r w:rsidRPr="002153C2">
        <w:rPr>
          <w:lang w:val="pt-PT"/>
        </w:rPr>
        <w:t xml:space="preserve">; </w:t>
      </w:r>
      <w:proofErr w:type="spellStart"/>
      <w:r w:rsidRPr="002153C2">
        <w:rPr>
          <w:lang w:val="pt-PT"/>
        </w:rPr>
        <w:t>asigurarea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managementului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caz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furnizării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lastRenderedPageBreak/>
        <w:t>sociale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precădere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celor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pachetul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minim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generat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maniera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integrată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ceilalți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prestatori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servicii</w:t>
      </w:r>
      <w:proofErr w:type="spellEnd"/>
      <w:r w:rsidRPr="002153C2">
        <w:rPr>
          <w:lang w:val="pt-PT"/>
        </w:rPr>
        <w:t xml:space="preserve">); </w:t>
      </w:r>
      <w:proofErr w:type="spellStart"/>
      <w:r w:rsidRPr="002153C2">
        <w:rPr>
          <w:lang w:val="pt-PT"/>
        </w:rPr>
        <w:t>crearea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activarea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mobilizarea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structurilor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consultative</w:t>
      </w:r>
      <w:proofErr w:type="spellEnd"/>
      <w:r w:rsidRPr="002153C2">
        <w:rPr>
          <w:lang w:val="pt-PT"/>
        </w:rPr>
        <w:t xml:space="preserve"> (SCC),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susținerea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implicării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membrilor</w:t>
      </w:r>
      <w:proofErr w:type="spellEnd"/>
      <w:r w:rsidRPr="002153C2">
        <w:rPr>
          <w:lang w:val="pt-PT"/>
        </w:rPr>
        <w:t xml:space="preserve"> SCC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soluționarea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cazurilor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identificate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aplicația</w:t>
      </w:r>
      <w:proofErr w:type="spellEnd"/>
      <w:r w:rsidRPr="002153C2">
        <w:rPr>
          <w:lang w:val="pt-PT"/>
        </w:rPr>
        <w:t xml:space="preserve"> SCI;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evenimentele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informare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comunicare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organizate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proiectului</w:t>
      </w:r>
      <w:proofErr w:type="spellEnd"/>
      <w:r w:rsidRPr="002153C2">
        <w:rPr>
          <w:lang w:val="pt-PT"/>
        </w:rPr>
        <w:t xml:space="preserve">; </w:t>
      </w:r>
      <w:proofErr w:type="spellStart"/>
      <w:r w:rsidRPr="002153C2">
        <w:rPr>
          <w:lang w:val="pt-PT"/>
        </w:rPr>
        <w:t>facilitarea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diseminării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informațiilor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privire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proiect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instrumentelor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elaborate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cadrul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proiectului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nivelul</w:t>
      </w:r>
      <w:proofErr w:type="spellEnd"/>
      <w:r w:rsidRPr="002153C2">
        <w:rPr>
          <w:lang w:val="pt-PT"/>
        </w:rPr>
        <w:t xml:space="preserve"> DGASPC / AJPIS / CJRAE / DSP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rezultatelor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aplicării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acestora</w:t>
      </w:r>
      <w:proofErr w:type="spellEnd"/>
      <w:r w:rsidRPr="002153C2">
        <w:rPr>
          <w:lang w:val="pt-PT"/>
        </w:rPr>
        <w:t>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asigurarea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aplicării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județean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mecanismului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operațional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colaborare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interinstituțională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coordonare</w:t>
      </w:r>
      <w:proofErr w:type="spellEnd"/>
      <w:r w:rsidRPr="002153C2">
        <w:rPr>
          <w:lang w:val="pt-PT"/>
        </w:rPr>
        <w:t xml:space="preserve"> a </w:t>
      </w:r>
      <w:proofErr w:type="spellStart"/>
      <w:r w:rsidRPr="002153C2">
        <w:rPr>
          <w:lang w:val="pt-PT"/>
        </w:rPr>
        <w:t>serviciilor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comunitare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integrate</w:t>
      </w:r>
      <w:proofErr w:type="spellEnd"/>
      <w:r w:rsidRPr="002153C2">
        <w:rPr>
          <w:lang w:val="pt-PT"/>
        </w:rPr>
        <w:t xml:space="preserve"> (</w:t>
      </w:r>
      <w:proofErr w:type="spellStart"/>
      <w:r w:rsidRPr="002153C2">
        <w:rPr>
          <w:lang w:val="pt-PT"/>
        </w:rPr>
        <w:t>având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în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vedere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prevederile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Ordinului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 xml:space="preserve">. 2.555/2023/25.017/2.485/4.490/2024 </w:t>
      </w:r>
      <w:proofErr w:type="spellStart"/>
      <w:r w:rsidRPr="002153C2">
        <w:rPr>
          <w:lang w:val="pt-PT"/>
        </w:rPr>
        <w:t>privind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modificarea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Ordinului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>. 393/630/4.236/2017);</w:t>
      </w:r>
      <w:r w:rsidRPr="002153C2">
        <w:rPr>
          <w:lang w:val="pt-PT"/>
        </w:rPr>
        <w:br/>
        <w:t xml:space="preserve">• </w:t>
      </w:r>
      <w:proofErr w:type="spellStart"/>
      <w:r w:rsidRPr="002153C2">
        <w:rPr>
          <w:lang w:val="pt-PT"/>
        </w:rPr>
        <w:t>comunicarea</w:t>
      </w:r>
      <w:proofErr w:type="spellEnd"/>
      <w:r w:rsidRPr="002153C2">
        <w:rPr>
          <w:lang w:val="pt-PT"/>
        </w:rPr>
        <w:t xml:space="preserve"> cu </w:t>
      </w:r>
      <w:proofErr w:type="spellStart"/>
      <w:r w:rsidRPr="002153C2">
        <w:rPr>
          <w:lang w:val="pt-PT"/>
        </w:rPr>
        <w:t>reprezentanții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autorităților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administrației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publice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locale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pentru</w:t>
      </w:r>
      <w:proofErr w:type="spellEnd"/>
      <w:r w:rsidRPr="002153C2">
        <w:rPr>
          <w:lang w:val="pt-PT"/>
        </w:rPr>
        <w:t xml:space="preserve"> a se </w:t>
      </w:r>
      <w:proofErr w:type="spellStart"/>
      <w:r w:rsidRPr="002153C2">
        <w:rPr>
          <w:lang w:val="pt-PT"/>
        </w:rPr>
        <w:t>asigura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sustenabilitatea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activităților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din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proiect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prin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participarea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identificarea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unor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oportunități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finanțare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nerambursabilă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și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scrierea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proiecte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nivel</w:t>
      </w:r>
      <w:proofErr w:type="spellEnd"/>
      <w:r w:rsidRPr="002153C2">
        <w:rPr>
          <w:lang w:val="pt-PT"/>
        </w:rPr>
        <w:t xml:space="preserve"> local.</w:t>
      </w:r>
    </w:p>
    <w:p w14:paraId="59012663" w14:textId="77777777" w:rsidR="00643FBD" w:rsidRPr="002153C2" w:rsidRDefault="00DC7CA5" w:rsidP="007F7992">
      <w:pPr>
        <w:spacing w:after="0"/>
        <w:rPr>
          <w:lang w:val="pt-PT"/>
        </w:rPr>
      </w:pPr>
      <w:proofErr w:type="spellStart"/>
      <w:r w:rsidRPr="002153C2">
        <w:rPr>
          <w:b/>
          <w:lang w:val="pt-PT"/>
        </w:rPr>
        <w:t>Dosarele</w:t>
      </w:r>
      <w:proofErr w:type="spellEnd"/>
      <w:r w:rsidRPr="002153C2">
        <w:rPr>
          <w:b/>
          <w:lang w:val="pt-PT"/>
        </w:rPr>
        <w:t xml:space="preserve"> de </w:t>
      </w:r>
      <w:proofErr w:type="spellStart"/>
      <w:r w:rsidRPr="002153C2">
        <w:rPr>
          <w:b/>
          <w:lang w:val="pt-PT"/>
        </w:rPr>
        <w:t>înscriere</w:t>
      </w:r>
      <w:proofErr w:type="spellEnd"/>
      <w:r w:rsidRPr="002153C2">
        <w:rPr>
          <w:b/>
          <w:lang w:val="pt-PT"/>
        </w:rPr>
        <w:t xml:space="preserve"> se </w:t>
      </w:r>
      <w:proofErr w:type="spellStart"/>
      <w:r w:rsidRPr="002153C2">
        <w:rPr>
          <w:b/>
          <w:lang w:val="pt-PT"/>
        </w:rPr>
        <w:t>depun</w:t>
      </w:r>
      <w:proofErr w:type="spellEnd"/>
      <w:r w:rsidRPr="002153C2">
        <w:rPr>
          <w:b/>
          <w:lang w:val="pt-PT"/>
        </w:rPr>
        <w:t xml:space="preserve"> la </w:t>
      </w:r>
      <w:proofErr w:type="spellStart"/>
      <w:r w:rsidRPr="002153C2">
        <w:rPr>
          <w:b/>
          <w:lang w:val="pt-PT"/>
        </w:rPr>
        <w:t>sediul</w:t>
      </w:r>
      <w:proofErr w:type="spellEnd"/>
      <w:r w:rsidRPr="002153C2">
        <w:rPr>
          <w:b/>
          <w:lang w:val="pt-PT"/>
        </w:rPr>
        <w:t xml:space="preserve"> </w:t>
      </w:r>
      <w:proofErr w:type="spellStart"/>
      <w:r w:rsidRPr="002153C2">
        <w:rPr>
          <w:b/>
          <w:lang w:val="pt-PT"/>
        </w:rPr>
        <w:t>instituției</w:t>
      </w:r>
      <w:proofErr w:type="spellEnd"/>
      <w:r w:rsidRPr="002153C2">
        <w:rPr>
          <w:b/>
          <w:lang w:val="pt-PT"/>
        </w:rPr>
        <w:t>.</w:t>
      </w:r>
    </w:p>
    <w:p w14:paraId="1C2A88E5" w14:textId="47F9C15F" w:rsidR="00643FBD" w:rsidRPr="002153C2" w:rsidRDefault="00DC7CA5" w:rsidP="007F7992">
      <w:pPr>
        <w:spacing w:after="0"/>
        <w:rPr>
          <w:lang w:val="pt-PT"/>
        </w:rPr>
      </w:pPr>
      <w:proofErr w:type="spellStart"/>
      <w:r w:rsidRPr="002153C2">
        <w:rPr>
          <w:lang w:val="pt-PT"/>
        </w:rPr>
        <w:t>Persoana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contact</w:t>
      </w:r>
      <w:proofErr w:type="spellEnd"/>
      <w:r w:rsidRPr="002153C2">
        <w:rPr>
          <w:lang w:val="pt-PT"/>
        </w:rPr>
        <w:t xml:space="preserve">: </w:t>
      </w:r>
      <w:r w:rsidR="002153C2" w:rsidRPr="002153C2">
        <w:rPr>
          <w:lang w:val="pt-PT"/>
        </w:rPr>
        <w:t xml:space="preserve">Seles </w:t>
      </w:r>
      <w:proofErr w:type="spellStart"/>
      <w:r w:rsidR="002153C2" w:rsidRPr="002153C2">
        <w:rPr>
          <w:lang w:val="pt-PT"/>
        </w:rPr>
        <w:t>Raluca</w:t>
      </w:r>
      <w:proofErr w:type="spellEnd"/>
      <w:r w:rsidR="002153C2" w:rsidRPr="002153C2">
        <w:rPr>
          <w:lang w:val="pt-PT"/>
        </w:rPr>
        <w:t xml:space="preserve"> </w:t>
      </w:r>
      <w:proofErr w:type="spellStart"/>
      <w:r w:rsidR="002153C2" w:rsidRPr="002153C2">
        <w:rPr>
          <w:lang w:val="pt-PT"/>
        </w:rPr>
        <w:t>Ioana</w:t>
      </w:r>
      <w:proofErr w:type="spellEnd"/>
      <w:r w:rsidR="002153C2" w:rsidRPr="002153C2">
        <w:rPr>
          <w:lang w:val="pt-PT"/>
        </w:rPr>
        <w:t xml:space="preserve"> </w:t>
      </w:r>
      <w:r w:rsidRPr="002153C2">
        <w:rPr>
          <w:lang w:val="pt-PT"/>
        </w:rPr>
        <w:t xml:space="preserve">– </w:t>
      </w:r>
      <w:proofErr w:type="spellStart"/>
      <w:r w:rsidRPr="002153C2">
        <w:rPr>
          <w:lang w:val="pt-PT"/>
        </w:rPr>
        <w:t>consilier</w:t>
      </w:r>
      <w:proofErr w:type="spellEnd"/>
      <w:r w:rsidR="002153C2" w:rsidRPr="002153C2">
        <w:rPr>
          <w:lang w:val="pt-PT"/>
        </w:rPr>
        <w:t xml:space="preserve">– </w:t>
      </w:r>
      <w:proofErr w:type="spellStart"/>
      <w:r w:rsidR="002153C2" w:rsidRPr="002153C2">
        <w:rPr>
          <w:lang w:val="pt-PT"/>
        </w:rPr>
        <w:t>Secretarul</w:t>
      </w:r>
      <w:proofErr w:type="spellEnd"/>
      <w:r w:rsidR="002153C2" w:rsidRPr="002153C2">
        <w:rPr>
          <w:lang w:val="pt-PT"/>
        </w:rPr>
        <w:t xml:space="preserve"> </w:t>
      </w:r>
      <w:proofErr w:type="spellStart"/>
      <w:r w:rsidR="002153C2" w:rsidRPr="002153C2">
        <w:rPr>
          <w:lang w:val="pt-PT"/>
        </w:rPr>
        <w:t>comisiei</w:t>
      </w:r>
      <w:proofErr w:type="spellEnd"/>
      <w:r w:rsidR="002153C2" w:rsidRPr="002153C2">
        <w:rPr>
          <w:lang w:val="pt-PT"/>
        </w:rPr>
        <w:t xml:space="preserve"> de </w:t>
      </w:r>
      <w:proofErr w:type="spellStart"/>
      <w:r w:rsidR="002153C2" w:rsidRPr="002153C2">
        <w:rPr>
          <w:lang w:val="pt-PT"/>
        </w:rPr>
        <w:t>concurs</w:t>
      </w:r>
      <w:proofErr w:type="spellEnd"/>
      <w:r w:rsidRPr="002153C2">
        <w:rPr>
          <w:lang w:val="pt-PT"/>
        </w:rPr>
        <w:t xml:space="preserve">, </w:t>
      </w:r>
      <w:proofErr w:type="spellStart"/>
      <w:r w:rsidRPr="002153C2">
        <w:rPr>
          <w:lang w:val="pt-PT"/>
        </w:rPr>
        <w:t>telefon</w:t>
      </w:r>
      <w:proofErr w:type="spellEnd"/>
      <w:r w:rsidRPr="002153C2">
        <w:rPr>
          <w:lang w:val="pt-PT"/>
        </w:rPr>
        <w:t xml:space="preserve"> 0261 824800, </w:t>
      </w:r>
      <w:proofErr w:type="spellStart"/>
      <w:r w:rsidRPr="002153C2">
        <w:rPr>
          <w:lang w:val="pt-PT"/>
        </w:rPr>
        <w:t>adresa</w:t>
      </w:r>
      <w:proofErr w:type="spellEnd"/>
      <w:r w:rsidRPr="002153C2">
        <w:rPr>
          <w:lang w:val="pt-PT"/>
        </w:rPr>
        <w:t xml:space="preserve"> de </w:t>
      </w:r>
      <w:proofErr w:type="spellStart"/>
      <w:r w:rsidRPr="002153C2">
        <w:rPr>
          <w:lang w:val="pt-PT"/>
        </w:rPr>
        <w:t>corespondență</w:t>
      </w:r>
      <w:proofErr w:type="spellEnd"/>
      <w:r w:rsidRPr="002153C2">
        <w:rPr>
          <w:lang w:val="pt-PT"/>
        </w:rPr>
        <w:t xml:space="preserve">: </w:t>
      </w:r>
      <w:proofErr w:type="spellStart"/>
      <w:r w:rsidRPr="002153C2">
        <w:rPr>
          <w:lang w:val="pt-PT"/>
        </w:rPr>
        <w:t>Pișcolt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nr</w:t>
      </w:r>
      <w:proofErr w:type="spellEnd"/>
      <w:r w:rsidRPr="002153C2">
        <w:rPr>
          <w:lang w:val="pt-PT"/>
        </w:rPr>
        <w:t xml:space="preserve">. 62, </w:t>
      </w:r>
      <w:proofErr w:type="spellStart"/>
      <w:r w:rsidRPr="002153C2">
        <w:rPr>
          <w:lang w:val="pt-PT"/>
        </w:rPr>
        <w:t>jud</w:t>
      </w:r>
      <w:proofErr w:type="spellEnd"/>
      <w:r w:rsidRPr="002153C2">
        <w:rPr>
          <w:lang w:val="pt-PT"/>
        </w:rPr>
        <w:t>. Satu Mare, e-mail: primariacomuneipiscolt@yahoo.com.</w:t>
      </w:r>
    </w:p>
    <w:p w14:paraId="26D2865F" w14:textId="044D804D" w:rsidR="00643FBD" w:rsidRDefault="00DC7CA5" w:rsidP="007F7992">
      <w:pPr>
        <w:spacing w:after="0" w:line="240" w:lineRule="auto"/>
        <w:rPr>
          <w:lang w:val="pt-PT"/>
        </w:rPr>
      </w:pPr>
      <w:proofErr w:type="spellStart"/>
      <w:r w:rsidRPr="002153C2">
        <w:rPr>
          <w:lang w:val="pt-PT"/>
        </w:rPr>
        <w:t>Informații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suplimentare</w:t>
      </w:r>
      <w:proofErr w:type="spellEnd"/>
      <w:r w:rsidRPr="002153C2">
        <w:rPr>
          <w:lang w:val="pt-PT"/>
        </w:rPr>
        <w:t xml:space="preserve"> se </w:t>
      </w:r>
      <w:proofErr w:type="spellStart"/>
      <w:r w:rsidRPr="002153C2">
        <w:rPr>
          <w:lang w:val="pt-PT"/>
        </w:rPr>
        <w:t>pot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obține</w:t>
      </w:r>
      <w:proofErr w:type="spellEnd"/>
      <w:r w:rsidRPr="002153C2">
        <w:rPr>
          <w:lang w:val="pt-PT"/>
        </w:rPr>
        <w:t xml:space="preserve"> la </w:t>
      </w:r>
      <w:proofErr w:type="spellStart"/>
      <w:r w:rsidRPr="002153C2">
        <w:rPr>
          <w:lang w:val="pt-PT"/>
        </w:rPr>
        <w:t>sediul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Primăriei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Comunei</w:t>
      </w:r>
      <w:proofErr w:type="spellEnd"/>
      <w:r w:rsidRPr="002153C2">
        <w:rPr>
          <w:lang w:val="pt-PT"/>
        </w:rPr>
        <w:t xml:space="preserve"> </w:t>
      </w:r>
      <w:proofErr w:type="spellStart"/>
      <w:r w:rsidRPr="002153C2">
        <w:rPr>
          <w:lang w:val="pt-PT"/>
        </w:rPr>
        <w:t>Pișcolt</w:t>
      </w:r>
      <w:proofErr w:type="spellEnd"/>
      <w:r w:rsidRPr="002153C2">
        <w:rPr>
          <w:lang w:val="pt-PT"/>
        </w:rPr>
        <w:t>.</w:t>
      </w:r>
    </w:p>
    <w:p w14:paraId="291966A1" w14:textId="77777777" w:rsidR="007F7992" w:rsidRDefault="007F7992" w:rsidP="002153C2">
      <w:pPr>
        <w:spacing w:before="360"/>
        <w:jc w:val="center"/>
        <w:rPr>
          <w:b/>
          <w:lang w:val="pt-PT"/>
        </w:rPr>
      </w:pPr>
    </w:p>
    <w:p w14:paraId="7579A16E" w14:textId="73B95C5E" w:rsidR="00643FBD" w:rsidRPr="002153C2" w:rsidRDefault="00DC7CA5" w:rsidP="002153C2">
      <w:pPr>
        <w:spacing w:before="360"/>
        <w:jc w:val="center"/>
        <w:rPr>
          <w:lang w:val="pt-PT"/>
        </w:rPr>
      </w:pPr>
      <w:r w:rsidRPr="002153C2">
        <w:rPr>
          <w:b/>
          <w:lang w:val="pt-PT"/>
        </w:rPr>
        <w:t>PRIMAR,</w:t>
      </w:r>
      <w:r w:rsidRPr="002153C2">
        <w:rPr>
          <w:b/>
          <w:lang w:val="pt-PT"/>
        </w:rPr>
        <w:br/>
      </w:r>
      <w:r w:rsidR="002153C2">
        <w:rPr>
          <w:b/>
          <w:lang w:val="pt-PT"/>
        </w:rPr>
        <w:t xml:space="preserve">Varga </w:t>
      </w:r>
      <w:proofErr w:type="spellStart"/>
      <w:r w:rsidR="002153C2">
        <w:rPr>
          <w:b/>
          <w:lang w:val="pt-PT"/>
        </w:rPr>
        <w:t>Cosmin</w:t>
      </w:r>
      <w:proofErr w:type="spellEnd"/>
      <w:r w:rsidR="002153C2">
        <w:rPr>
          <w:b/>
          <w:lang w:val="pt-PT"/>
        </w:rPr>
        <w:t xml:space="preserve"> </w:t>
      </w:r>
      <w:proofErr w:type="spellStart"/>
      <w:r w:rsidR="002153C2">
        <w:rPr>
          <w:b/>
          <w:lang w:val="pt-PT"/>
        </w:rPr>
        <w:t>Vasile</w:t>
      </w:r>
      <w:proofErr w:type="spellEnd"/>
    </w:p>
    <w:sectPr w:rsidR="00643FBD" w:rsidRPr="002153C2" w:rsidSect="00DA18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C82186"/>
    <w:multiLevelType w:val="multilevel"/>
    <w:tmpl w:val="329CFF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699747C"/>
    <w:multiLevelType w:val="hybridMultilevel"/>
    <w:tmpl w:val="2DA69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D00AFE"/>
    <w:multiLevelType w:val="hybridMultilevel"/>
    <w:tmpl w:val="CF90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8D2AB6"/>
    <w:multiLevelType w:val="hybridMultilevel"/>
    <w:tmpl w:val="4366F0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C544CE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DA151D1"/>
    <w:multiLevelType w:val="multilevel"/>
    <w:tmpl w:val="2F4852B4"/>
    <w:lvl w:ilvl="0">
      <w:start w:val="1"/>
      <w:numFmt w:val="lowerLetter"/>
      <w:lvlText w:val="%1)"/>
      <w:lvlJc w:val="left"/>
      <w:pPr>
        <w:ind w:left="927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72882169">
    <w:abstractNumId w:val="8"/>
  </w:num>
  <w:num w:numId="2" w16cid:durableId="1785660793">
    <w:abstractNumId w:val="6"/>
  </w:num>
  <w:num w:numId="3" w16cid:durableId="1059091641">
    <w:abstractNumId w:val="5"/>
  </w:num>
  <w:num w:numId="4" w16cid:durableId="1262369589">
    <w:abstractNumId w:val="4"/>
  </w:num>
  <w:num w:numId="5" w16cid:durableId="1601185000">
    <w:abstractNumId w:val="7"/>
  </w:num>
  <w:num w:numId="6" w16cid:durableId="513152724">
    <w:abstractNumId w:val="3"/>
  </w:num>
  <w:num w:numId="7" w16cid:durableId="53623622">
    <w:abstractNumId w:val="2"/>
  </w:num>
  <w:num w:numId="8" w16cid:durableId="915431183">
    <w:abstractNumId w:val="1"/>
  </w:num>
  <w:num w:numId="9" w16cid:durableId="1919484266">
    <w:abstractNumId w:val="0"/>
  </w:num>
  <w:num w:numId="10" w16cid:durableId="1030760207">
    <w:abstractNumId w:val="12"/>
  </w:num>
  <w:num w:numId="11" w16cid:durableId="2022732651">
    <w:abstractNumId w:val="10"/>
  </w:num>
  <w:num w:numId="12" w16cid:durableId="1532836819">
    <w:abstractNumId w:val="14"/>
  </w:num>
  <w:num w:numId="13" w16cid:durableId="1915387826">
    <w:abstractNumId w:val="11"/>
  </w:num>
  <w:num w:numId="14" w16cid:durableId="1168861680">
    <w:abstractNumId w:val="13"/>
  </w:num>
  <w:num w:numId="15" w16cid:durableId="14737119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53C2"/>
    <w:rsid w:val="00282C87"/>
    <w:rsid w:val="0029639D"/>
    <w:rsid w:val="002F5636"/>
    <w:rsid w:val="00326F90"/>
    <w:rsid w:val="00441F98"/>
    <w:rsid w:val="00596E40"/>
    <w:rsid w:val="005D2E8E"/>
    <w:rsid w:val="00643FBD"/>
    <w:rsid w:val="006C1C79"/>
    <w:rsid w:val="006E11CD"/>
    <w:rsid w:val="007F7992"/>
    <w:rsid w:val="00971906"/>
    <w:rsid w:val="00A32DD2"/>
    <w:rsid w:val="00AA1D8D"/>
    <w:rsid w:val="00AB2F1D"/>
    <w:rsid w:val="00B47730"/>
    <w:rsid w:val="00C90CA1"/>
    <w:rsid w:val="00CB0664"/>
    <w:rsid w:val="00D133FF"/>
    <w:rsid w:val="00DA18C7"/>
    <w:rsid w:val="00DC6CC1"/>
    <w:rsid w:val="00DC7CA5"/>
    <w:rsid w:val="00E674D2"/>
    <w:rsid w:val="00E845D1"/>
    <w:rsid w:val="00E87198"/>
    <w:rsid w:val="00F40B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FC960D7"/>
  <w14:defaultImageDpi w14:val="300"/>
  <w15:docId w15:val="{3DEEB424-ECD3-47A3-9E7C-BBFC3395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2237</Words>
  <Characters>12754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Utilizator 02</cp:lastModifiedBy>
  <cp:revision>6</cp:revision>
  <cp:lastPrinted>2026-10-26T13:38:00Z</cp:lastPrinted>
  <dcterms:created xsi:type="dcterms:W3CDTF">2026-10-22T10:35:00Z</dcterms:created>
  <dcterms:modified xsi:type="dcterms:W3CDTF">2026-10-26T13:52:00Z</dcterms:modified>
  <cp:category/>
</cp:coreProperties>
</file>