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0D42" w14:textId="77777777" w:rsidR="00643FBD" w:rsidRPr="002153C2" w:rsidRDefault="00DC7CA5">
      <w:pPr>
        <w:spacing w:after="40"/>
        <w:rPr>
          <w:lang w:val="pt-PT"/>
        </w:rPr>
      </w:pPr>
      <w:r w:rsidRPr="002153C2">
        <w:rPr>
          <w:b/>
          <w:lang w:val="pt-PT"/>
        </w:rPr>
        <w:t>ROMÂNIA</w:t>
      </w:r>
    </w:p>
    <w:p w14:paraId="344557F2" w14:textId="77777777" w:rsidR="00643FBD" w:rsidRPr="002153C2" w:rsidRDefault="00DC7CA5">
      <w:pPr>
        <w:spacing w:after="40"/>
        <w:rPr>
          <w:lang w:val="pt-PT"/>
        </w:rPr>
      </w:pPr>
      <w:r w:rsidRPr="002153C2">
        <w:rPr>
          <w:b/>
          <w:lang w:val="pt-PT"/>
        </w:rPr>
        <w:t>JUDEȚUL SATU MARE</w:t>
      </w:r>
    </w:p>
    <w:p w14:paraId="634BB6E1" w14:textId="77777777" w:rsidR="00643FBD" w:rsidRPr="002153C2" w:rsidRDefault="00DC7CA5">
      <w:pPr>
        <w:spacing w:after="40"/>
        <w:rPr>
          <w:lang w:val="pt-PT"/>
        </w:rPr>
      </w:pPr>
      <w:r w:rsidRPr="002153C2">
        <w:rPr>
          <w:b/>
          <w:lang w:val="pt-PT"/>
        </w:rPr>
        <w:t>PRIMĂRIA COMUNEI PIȘCOLT</w:t>
      </w:r>
    </w:p>
    <w:p w14:paraId="6AB3B904" w14:textId="77777777" w:rsidR="00643FBD" w:rsidRDefault="00DC7CA5">
      <w:pPr>
        <w:spacing w:after="40"/>
      </w:pPr>
      <w:proofErr w:type="spellStart"/>
      <w:r>
        <w:t>Pișcolt</w:t>
      </w:r>
      <w:proofErr w:type="spellEnd"/>
      <w:r>
        <w:t>, nr. 62, judeţul Satu Mare, 447250</w:t>
      </w:r>
    </w:p>
    <w:p w14:paraId="0BCDC225" w14:textId="77777777" w:rsidR="00643FBD" w:rsidRPr="002153C2" w:rsidRDefault="00DC7CA5">
      <w:pPr>
        <w:spacing w:after="40"/>
        <w:rPr>
          <w:lang w:val="pt-PT"/>
        </w:rPr>
      </w:pPr>
      <w:proofErr w:type="spellStart"/>
      <w:r w:rsidRPr="002153C2">
        <w:rPr>
          <w:lang w:val="pt-PT"/>
        </w:rPr>
        <w:t>Tel</w:t>
      </w:r>
      <w:proofErr w:type="spellEnd"/>
      <w:r w:rsidRPr="002153C2">
        <w:rPr>
          <w:lang w:val="pt-PT"/>
        </w:rPr>
        <w:t xml:space="preserve">/Fax: 0261 824800; e-mail: </w:t>
      </w:r>
      <w:proofErr w:type="gramStart"/>
      <w:r w:rsidRPr="002153C2">
        <w:rPr>
          <w:lang w:val="pt-PT"/>
        </w:rPr>
        <w:t>primariacomuneipiscolt@yahoo.com ;</w:t>
      </w:r>
      <w:proofErr w:type="gramEnd"/>
      <w:r w:rsidRPr="002153C2">
        <w:rPr>
          <w:lang w:val="pt-PT"/>
        </w:rPr>
        <w:t xml:space="preserve"> www.primariapiscolt.ro</w:t>
      </w:r>
    </w:p>
    <w:p w14:paraId="6F9DCA4C" w14:textId="62612352" w:rsidR="00643FBD" w:rsidRPr="002153C2" w:rsidRDefault="00DC7CA5">
      <w:pPr>
        <w:spacing w:after="360"/>
        <w:rPr>
          <w:lang w:val="pt-PT"/>
        </w:rPr>
      </w:pPr>
      <w:proofErr w:type="spellStart"/>
      <w:r w:rsidRPr="002153C2">
        <w:rPr>
          <w:b/>
          <w:lang w:val="pt-PT"/>
        </w:rPr>
        <w:t>Nr</w:t>
      </w:r>
      <w:proofErr w:type="spellEnd"/>
      <w:r w:rsidRPr="002153C2">
        <w:rPr>
          <w:b/>
          <w:lang w:val="pt-PT"/>
        </w:rPr>
        <w:t xml:space="preserve">. </w:t>
      </w:r>
      <w:r w:rsidR="007F7992">
        <w:rPr>
          <w:b/>
          <w:lang w:val="pt-PT"/>
        </w:rPr>
        <w:t>4</w:t>
      </w:r>
      <w:r w:rsidR="00B01830">
        <w:rPr>
          <w:b/>
          <w:lang w:val="pt-PT"/>
        </w:rPr>
        <w:t>985</w:t>
      </w:r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din</w:t>
      </w:r>
      <w:proofErr w:type="spellEnd"/>
      <w:r w:rsidRPr="002153C2">
        <w:rPr>
          <w:b/>
          <w:lang w:val="pt-PT"/>
        </w:rPr>
        <w:t xml:space="preserve"> 23.10.2026</w:t>
      </w:r>
    </w:p>
    <w:p w14:paraId="6C5B6DD8" w14:textId="0A91EE4F" w:rsidR="006C1C79" w:rsidRPr="006C1C79" w:rsidRDefault="00DC7CA5" w:rsidP="00282C87">
      <w:pPr>
        <w:spacing w:after="360" w:line="240" w:lineRule="auto"/>
        <w:jc w:val="center"/>
        <w:rPr>
          <w:b/>
          <w:sz w:val="32"/>
          <w:szCs w:val="32"/>
          <w:lang w:val="pt-PT"/>
        </w:rPr>
      </w:pPr>
      <w:r w:rsidRPr="00282C87">
        <w:rPr>
          <w:b/>
          <w:sz w:val="32"/>
          <w:szCs w:val="32"/>
          <w:lang w:val="pt-PT"/>
        </w:rPr>
        <w:t xml:space="preserve">ANUNȚ CONCURS DE RECRUTARE </w:t>
      </w:r>
    </w:p>
    <w:p w14:paraId="6855332B" w14:textId="5F93AEF4" w:rsidR="00643FBD" w:rsidRPr="002153C2" w:rsidRDefault="002153C2" w:rsidP="0068216E">
      <w:pPr>
        <w:spacing w:after="240"/>
        <w:rPr>
          <w:lang w:val="pt-PT"/>
        </w:rPr>
      </w:pPr>
      <w:r>
        <w:rPr>
          <w:lang w:val="pt-PT"/>
        </w:rPr>
        <w:tab/>
      </w:r>
      <w:proofErr w:type="spellStart"/>
      <w:r w:rsidR="00DC7CA5" w:rsidRPr="002153C2">
        <w:rPr>
          <w:lang w:val="pt-PT"/>
        </w:rPr>
        <w:t>Primăria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Comunei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Pișcolt</w:t>
      </w:r>
      <w:proofErr w:type="spellEnd"/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județul</w:t>
      </w:r>
      <w:proofErr w:type="spellEnd"/>
      <w:r w:rsidR="00DC7CA5" w:rsidRPr="002153C2">
        <w:rPr>
          <w:lang w:val="pt-PT"/>
        </w:rPr>
        <w:t xml:space="preserve"> Satu Mare, </w:t>
      </w:r>
      <w:proofErr w:type="spellStart"/>
      <w:r w:rsidR="00DC7CA5" w:rsidRPr="002153C2">
        <w:rPr>
          <w:lang w:val="pt-PT"/>
        </w:rPr>
        <w:t>organizează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concurs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recrutare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6751B6" w:rsidRPr="006751B6">
        <w:rPr>
          <w:lang w:val="pt-PT"/>
        </w:rPr>
        <w:t>în</w:t>
      </w:r>
      <w:proofErr w:type="spellEnd"/>
      <w:r w:rsidR="006751B6" w:rsidRPr="006751B6">
        <w:rPr>
          <w:lang w:val="pt-PT"/>
        </w:rPr>
        <w:t xml:space="preserve"> afara </w:t>
      </w:r>
      <w:proofErr w:type="spellStart"/>
      <w:r w:rsidR="006751B6" w:rsidRPr="006751B6">
        <w:rPr>
          <w:lang w:val="pt-PT"/>
        </w:rPr>
        <w:t>Organigramei</w:t>
      </w:r>
      <w:proofErr w:type="spellEnd"/>
      <w:r w:rsidR="006751B6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pentru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ocuparea</w:t>
      </w:r>
      <w:proofErr w:type="spellEnd"/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pe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perioadă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determinată</w:t>
      </w:r>
      <w:proofErr w:type="spellEnd"/>
      <w:r w:rsidR="00DC7CA5" w:rsidRPr="002153C2">
        <w:rPr>
          <w:lang w:val="pt-PT"/>
        </w:rPr>
        <w:t xml:space="preserve">, a </w:t>
      </w:r>
      <w:proofErr w:type="spellStart"/>
      <w:r w:rsidR="00DC7CA5" w:rsidRPr="002153C2">
        <w:rPr>
          <w:lang w:val="pt-PT"/>
        </w:rPr>
        <w:t>postului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68216E" w:rsidRPr="0068216E">
        <w:rPr>
          <w:lang w:val="pt-PT"/>
        </w:rPr>
        <w:t>Mediator</w:t>
      </w:r>
      <w:proofErr w:type="spellEnd"/>
      <w:r w:rsidR="0068216E" w:rsidRPr="0068216E">
        <w:rPr>
          <w:lang w:val="pt-PT"/>
        </w:rPr>
        <w:t xml:space="preserve"> </w:t>
      </w:r>
      <w:proofErr w:type="spellStart"/>
      <w:r w:rsidR="0068216E" w:rsidRPr="0068216E">
        <w:rPr>
          <w:lang w:val="pt-PT"/>
        </w:rPr>
        <w:t>școlar</w:t>
      </w:r>
      <w:proofErr w:type="spellEnd"/>
      <w:r w:rsidR="0068216E">
        <w:rPr>
          <w:lang w:val="pt-PT"/>
        </w:rPr>
        <w:t xml:space="preserve"> (</w:t>
      </w:r>
      <w:proofErr w:type="spellStart"/>
      <w:r w:rsidR="0068216E" w:rsidRPr="0068216E">
        <w:rPr>
          <w:lang w:val="pt-PT"/>
        </w:rPr>
        <w:t>Cod</w:t>
      </w:r>
      <w:proofErr w:type="spellEnd"/>
      <w:r w:rsidR="0068216E" w:rsidRPr="0068216E">
        <w:rPr>
          <w:lang w:val="pt-PT"/>
        </w:rPr>
        <w:t xml:space="preserve"> COR: 235911</w:t>
      </w:r>
      <w:r w:rsidR="0068216E">
        <w:rPr>
          <w:lang w:val="pt-PT"/>
        </w:rPr>
        <w:t>)</w:t>
      </w:r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funcție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contractuală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vacantă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execuție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din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cadrul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proiectului</w:t>
      </w:r>
      <w:proofErr w:type="spellEnd"/>
      <w:r w:rsidR="00DC7CA5" w:rsidRPr="002153C2">
        <w:rPr>
          <w:lang w:val="pt-PT"/>
        </w:rPr>
        <w:t xml:space="preserve"> „</w:t>
      </w:r>
      <w:proofErr w:type="spellStart"/>
      <w:r w:rsidR="00DC7CA5" w:rsidRPr="002153C2">
        <w:rPr>
          <w:lang w:val="pt-PT"/>
        </w:rPr>
        <w:t>Furnizare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servicii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integrate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în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comunitățile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rurale</w:t>
      </w:r>
      <w:proofErr w:type="spellEnd"/>
      <w:r w:rsidR="00DC7CA5" w:rsidRPr="002153C2">
        <w:rPr>
          <w:lang w:val="pt-PT"/>
        </w:rPr>
        <w:t xml:space="preserve"> - </w:t>
      </w:r>
      <w:proofErr w:type="spellStart"/>
      <w:r w:rsidR="00DC7CA5" w:rsidRPr="002153C2">
        <w:rPr>
          <w:lang w:val="pt-PT"/>
        </w:rPr>
        <w:t>facilitarea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accesului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persoanelor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vulnerabile</w:t>
      </w:r>
      <w:proofErr w:type="spellEnd"/>
      <w:r w:rsidR="00DC7CA5" w:rsidRPr="002153C2">
        <w:rPr>
          <w:lang w:val="pt-PT"/>
        </w:rPr>
        <w:t xml:space="preserve"> la </w:t>
      </w:r>
      <w:proofErr w:type="spellStart"/>
      <w:r w:rsidR="00DC7CA5" w:rsidRPr="002153C2">
        <w:rPr>
          <w:lang w:val="pt-PT"/>
        </w:rPr>
        <w:t>servicii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bază</w:t>
      </w:r>
      <w:proofErr w:type="spellEnd"/>
      <w:r w:rsidR="00DC7CA5" w:rsidRPr="002153C2">
        <w:rPr>
          <w:lang w:val="pt-PT"/>
        </w:rPr>
        <w:t xml:space="preserve"> eficiente </w:t>
      </w:r>
      <w:proofErr w:type="spellStart"/>
      <w:r w:rsidR="00DC7CA5" w:rsidRPr="002153C2">
        <w:rPr>
          <w:lang w:val="pt-PT"/>
        </w:rPr>
        <w:t>şi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calitate</w:t>
      </w:r>
      <w:proofErr w:type="spellEnd"/>
      <w:r w:rsidR="00DC7CA5" w:rsidRPr="002153C2">
        <w:rPr>
          <w:lang w:val="pt-PT"/>
        </w:rPr>
        <w:t xml:space="preserve"> [PIDS/586/PO4/339395]”.</w:t>
      </w:r>
    </w:p>
    <w:p w14:paraId="2798DEFA" w14:textId="4F4ABB07" w:rsidR="00643FBD" w:rsidRPr="002153C2" w:rsidRDefault="002153C2" w:rsidP="00441F98">
      <w:pPr>
        <w:spacing w:after="0"/>
        <w:rPr>
          <w:lang w:val="pt-PT"/>
        </w:rPr>
      </w:pPr>
      <w:r>
        <w:rPr>
          <w:lang w:val="pt-PT"/>
        </w:rPr>
        <w:tab/>
      </w:r>
      <w:proofErr w:type="spellStart"/>
      <w:r w:rsidR="00DC7CA5" w:rsidRPr="002153C2">
        <w:rPr>
          <w:lang w:val="pt-PT"/>
        </w:rPr>
        <w:t>Concursul</w:t>
      </w:r>
      <w:proofErr w:type="spellEnd"/>
      <w:r w:rsidR="00DC7CA5" w:rsidRPr="002153C2">
        <w:rPr>
          <w:lang w:val="pt-PT"/>
        </w:rPr>
        <w:t xml:space="preserve"> se </w:t>
      </w:r>
      <w:proofErr w:type="spellStart"/>
      <w:r w:rsidR="00DC7CA5" w:rsidRPr="002153C2">
        <w:rPr>
          <w:lang w:val="pt-PT"/>
        </w:rPr>
        <w:t>va</w:t>
      </w:r>
      <w:proofErr w:type="spellEnd"/>
      <w:r w:rsidR="00DC7CA5" w:rsidRPr="002153C2">
        <w:rPr>
          <w:lang w:val="pt-PT"/>
        </w:rPr>
        <w:t xml:space="preserve"> organiza la </w:t>
      </w:r>
      <w:proofErr w:type="spellStart"/>
      <w:r w:rsidR="00DC7CA5" w:rsidRPr="002153C2">
        <w:rPr>
          <w:lang w:val="pt-PT"/>
        </w:rPr>
        <w:t>sediul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Primăriei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comunei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Pișcolt</w:t>
      </w:r>
      <w:proofErr w:type="spellEnd"/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nr</w:t>
      </w:r>
      <w:proofErr w:type="spellEnd"/>
      <w:r w:rsidR="00DC7CA5" w:rsidRPr="002153C2">
        <w:rPr>
          <w:lang w:val="pt-PT"/>
        </w:rPr>
        <w:t xml:space="preserve">. 62, </w:t>
      </w:r>
      <w:proofErr w:type="spellStart"/>
      <w:r w:rsidR="00DC7CA5" w:rsidRPr="002153C2">
        <w:rPr>
          <w:lang w:val="pt-PT"/>
        </w:rPr>
        <w:t>jud</w:t>
      </w:r>
      <w:proofErr w:type="spellEnd"/>
      <w:r w:rsidR="00DC7CA5" w:rsidRPr="002153C2">
        <w:rPr>
          <w:lang w:val="pt-PT"/>
        </w:rPr>
        <w:t xml:space="preserve">. Satu Mare </w:t>
      </w:r>
      <w:proofErr w:type="spellStart"/>
      <w:r w:rsidR="00DC7CA5" w:rsidRPr="002153C2">
        <w:rPr>
          <w:lang w:val="pt-PT"/>
        </w:rPr>
        <w:t>şi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constă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în</w:t>
      </w:r>
      <w:proofErr w:type="spellEnd"/>
      <w:r w:rsidR="00DC7CA5" w:rsidRPr="002153C2">
        <w:rPr>
          <w:lang w:val="pt-PT"/>
        </w:rPr>
        <w:t xml:space="preserve"> 3 </w:t>
      </w:r>
      <w:proofErr w:type="spellStart"/>
      <w:r w:rsidR="00DC7CA5" w:rsidRPr="002153C2">
        <w:rPr>
          <w:lang w:val="pt-PT"/>
        </w:rPr>
        <w:t>probe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succesive</w:t>
      </w:r>
      <w:proofErr w:type="spellEnd"/>
      <w:r w:rsidR="00DC7CA5" w:rsidRPr="002153C2">
        <w:rPr>
          <w:lang w:val="pt-PT"/>
        </w:rPr>
        <w:t>:</w:t>
      </w:r>
      <w:r w:rsidR="00DC7CA5" w:rsidRPr="002153C2">
        <w:rPr>
          <w:lang w:val="pt-PT"/>
        </w:rPr>
        <w:br/>
        <w:t xml:space="preserve">a. </w:t>
      </w:r>
      <w:proofErr w:type="spellStart"/>
      <w:r w:rsidR="00DC7CA5" w:rsidRPr="002153C2">
        <w:rPr>
          <w:lang w:val="pt-PT"/>
        </w:rPr>
        <w:t>verificarea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eligibilității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candidaților</w:t>
      </w:r>
      <w:proofErr w:type="spellEnd"/>
      <w:r w:rsidR="00DC7CA5" w:rsidRPr="002153C2">
        <w:rPr>
          <w:lang w:val="pt-PT"/>
        </w:rPr>
        <w:t>;</w:t>
      </w:r>
      <w:r w:rsidR="00DC7CA5" w:rsidRPr="002153C2">
        <w:rPr>
          <w:lang w:val="pt-PT"/>
        </w:rPr>
        <w:br/>
        <w:t xml:space="preserve">b. proba </w:t>
      </w:r>
      <w:proofErr w:type="spellStart"/>
      <w:r w:rsidR="00DC7CA5" w:rsidRPr="002153C2">
        <w:rPr>
          <w:lang w:val="pt-PT"/>
        </w:rPr>
        <w:t>scrisă</w:t>
      </w:r>
      <w:proofErr w:type="spellEnd"/>
      <w:r w:rsidR="00DC7CA5" w:rsidRPr="002153C2">
        <w:rPr>
          <w:lang w:val="pt-PT"/>
        </w:rPr>
        <w:t>;</w:t>
      </w:r>
      <w:r w:rsidR="00DC7CA5" w:rsidRPr="002153C2">
        <w:rPr>
          <w:lang w:val="pt-PT"/>
        </w:rPr>
        <w:br/>
        <w:t xml:space="preserve">c. </w:t>
      </w:r>
      <w:proofErr w:type="spellStart"/>
      <w:r w:rsidR="00DC7CA5" w:rsidRPr="002153C2">
        <w:rPr>
          <w:lang w:val="pt-PT"/>
        </w:rPr>
        <w:t>interviu</w:t>
      </w:r>
      <w:proofErr w:type="spellEnd"/>
      <w:r w:rsidR="00DC7CA5" w:rsidRPr="002153C2">
        <w:rPr>
          <w:lang w:val="pt-PT"/>
        </w:rPr>
        <w:t>;</w:t>
      </w:r>
      <w:r w:rsidR="00DC7CA5" w:rsidRPr="002153C2">
        <w:rPr>
          <w:lang w:val="pt-PT"/>
        </w:rPr>
        <w:br/>
      </w:r>
      <w:proofErr w:type="spellStart"/>
      <w:r w:rsidR="00DC7CA5" w:rsidRPr="002153C2">
        <w:rPr>
          <w:lang w:val="pt-PT"/>
        </w:rPr>
        <w:t>Fiecare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probă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concurs</w:t>
      </w:r>
      <w:proofErr w:type="spellEnd"/>
      <w:r w:rsidR="00DC7CA5" w:rsidRPr="002153C2">
        <w:rPr>
          <w:lang w:val="pt-PT"/>
        </w:rPr>
        <w:t xml:space="preserve"> are </w:t>
      </w:r>
      <w:proofErr w:type="spellStart"/>
      <w:r w:rsidR="00DC7CA5" w:rsidRPr="002153C2">
        <w:rPr>
          <w:lang w:val="pt-PT"/>
        </w:rPr>
        <w:t>caracter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eliminatoriu</w:t>
      </w:r>
      <w:proofErr w:type="spellEnd"/>
      <w:r w:rsidR="00DC7CA5" w:rsidRPr="002153C2">
        <w:rPr>
          <w:lang w:val="pt-PT"/>
        </w:rPr>
        <w:t xml:space="preserve">. Se </w:t>
      </w:r>
      <w:proofErr w:type="spellStart"/>
      <w:r w:rsidR="00DC7CA5" w:rsidRPr="002153C2">
        <w:rPr>
          <w:lang w:val="pt-PT"/>
        </w:rPr>
        <w:t>pot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prezenta</w:t>
      </w:r>
      <w:proofErr w:type="spellEnd"/>
      <w:r w:rsidR="00DC7CA5" w:rsidRPr="002153C2">
        <w:rPr>
          <w:lang w:val="pt-PT"/>
        </w:rPr>
        <w:t xml:space="preserve"> la </w:t>
      </w:r>
      <w:proofErr w:type="spellStart"/>
      <w:r w:rsidR="00DC7CA5" w:rsidRPr="002153C2">
        <w:rPr>
          <w:lang w:val="pt-PT"/>
        </w:rPr>
        <w:t>următoarea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probă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numai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candidații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declarați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admişi</w:t>
      </w:r>
      <w:proofErr w:type="spellEnd"/>
      <w:r w:rsidR="00DC7CA5" w:rsidRPr="002153C2">
        <w:rPr>
          <w:lang w:val="pt-PT"/>
        </w:rPr>
        <w:t xml:space="preserve"> la proba </w:t>
      </w:r>
      <w:proofErr w:type="spellStart"/>
      <w:r w:rsidR="00DC7CA5" w:rsidRPr="002153C2">
        <w:rPr>
          <w:lang w:val="pt-PT"/>
        </w:rPr>
        <w:t>precedentă</w:t>
      </w:r>
      <w:proofErr w:type="spellEnd"/>
      <w:r w:rsidR="00DC7CA5" w:rsidRPr="002153C2">
        <w:rPr>
          <w:lang w:val="pt-PT"/>
        </w:rPr>
        <w:t>.</w:t>
      </w:r>
    </w:p>
    <w:p w14:paraId="2EAED4F1" w14:textId="71B1A627" w:rsidR="00643FBD" w:rsidRPr="002153C2" w:rsidRDefault="00DC7CA5" w:rsidP="00441F98">
      <w:pPr>
        <w:spacing w:after="0"/>
        <w:rPr>
          <w:lang w:val="pt-PT"/>
        </w:rPr>
      </w:pPr>
      <w:proofErr w:type="spellStart"/>
      <w:r w:rsidRPr="002153C2">
        <w:rPr>
          <w:b/>
          <w:lang w:val="pt-PT"/>
        </w:rPr>
        <w:t>Informații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generale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privind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postul</w:t>
      </w:r>
      <w:proofErr w:type="spellEnd"/>
      <w:r w:rsidRPr="002153C2">
        <w:rPr>
          <w:b/>
          <w:lang w:val="pt-PT"/>
        </w:rPr>
        <w:t>:</w:t>
      </w:r>
    </w:p>
    <w:p w14:paraId="042BFD44" w14:textId="1CDBCCA3" w:rsidR="00643FBD" w:rsidRPr="002153C2" w:rsidRDefault="00DC7CA5" w:rsidP="00441F98">
      <w:pPr>
        <w:spacing w:after="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Denumirea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postului</w:t>
      </w:r>
      <w:proofErr w:type="spellEnd"/>
      <w:r w:rsidRPr="002153C2">
        <w:rPr>
          <w:lang w:val="pt-PT"/>
        </w:rPr>
        <w:t xml:space="preserve">: </w:t>
      </w:r>
      <w:proofErr w:type="spellStart"/>
      <w:r w:rsidR="0068216E" w:rsidRPr="0068216E">
        <w:rPr>
          <w:b/>
          <w:bCs/>
          <w:lang w:val="pt-PT"/>
        </w:rPr>
        <w:t>Mediator</w:t>
      </w:r>
      <w:proofErr w:type="spellEnd"/>
      <w:r w:rsidR="0068216E" w:rsidRPr="0068216E">
        <w:rPr>
          <w:b/>
          <w:bCs/>
          <w:lang w:val="pt-PT"/>
        </w:rPr>
        <w:t xml:space="preserve"> </w:t>
      </w:r>
      <w:proofErr w:type="spellStart"/>
      <w:r w:rsidR="0068216E" w:rsidRPr="0068216E">
        <w:rPr>
          <w:b/>
          <w:bCs/>
          <w:lang w:val="pt-PT"/>
        </w:rPr>
        <w:t>școlar</w:t>
      </w:r>
      <w:proofErr w:type="spellEnd"/>
      <w:r w:rsidR="0068216E">
        <w:rPr>
          <w:b/>
          <w:bCs/>
          <w:lang w:val="pt-PT"/>
        </w:rPr>
        <w:t xml:space="preserve">, </w:t>
      </w:r>
      <w:proofErr w:type="spellStart"/>
      <w:r w:rsidR="0068216E" w:rsidRPr="0068216E">
        <w:rPr>
          <w:b/>
          <w:bCs/>
          <w:lang w:val="pt-PT"/>
        </w:rPr>
        <w:t>Cod</w:t>
      </w:r>
      <w:proofErr w:type="spellEnd"/>
      <w:r w:rsidR="0068216E" w:rsidRPr="0068216E">
        <w:rPr>
          <w:b/>
          <w:bCs/>
          <w:lang w:val="pt-PT"/>
        </w:rPr>
        <w:t xml:space="preserve"> COR: 235911</w:t>
      </w:r>
      <w:r w:rsidRPr="002153C2">
        <w:rPr>
          <w:lang w:val="pt-PT"/>
        </w:rPr>
        <w:t>;</w:t>
      </w:r>
    </w:p>
    <w:p w14:paraId="269FD9C5" w14:textId="43B078FE" w:rsidR="00643FBD" w:rsidRPr="002153C2" w:rsidRDefault="00DC7CA5" w:rsidP="00441F98">
      <w:pPr>
        <w:spacing w:after="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Nivelul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postului</w:t>
      </w:r>
      <w:proofErr w:type="spellEnd"/>
      <w:r w:rsidRPr="002153C2">
        <w:rPr>
          <w:lang w:val="pt-PT"/>
        </w:rPr>
        <w:t xml:space="preserve">: </w:t>
      </w:r>
      <w:proofErr w:type="spellStart"/>
      <w:r w:rsidRPr="00441F98">
        <w:rPr>
          <w:b/>
          <w:bCs/>
          <w:lang w:val="pt-PT"/>
        </w:rPr>
        <w:t>funcție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contractuală</w:t>
      </w:r>
      <w:proofErr w:type="spellEnd"/>
      <w:r w:rsidRPr="00441F98">
        <w:rPr>
          <w:b/>
          <w:bCs/>
          <w:lang w:val="pt-PT"/>
        </w:rPr>
        <w:t xml:space="preserve"> de </w:t>
      </w:r>
      <w:proofErr w:type="spellStart"/>
      <w:r w:rsidRPr="00441F98">
        <w:rPr>
          <w:b/>
          <w:bCs/>
          <w:lang w:val="pt-PT"/>
        </w:rPr>
        <w:t>execuție</w:t>
      </w:r>
      <w:proofErr w:type="spellEnd"/>
      <w:r w:rsidR="006751B6">
        <w:rPr>
          <w:b/>
          <w:bCs/>
          <w:lang w:val="pt-PT"/>
        </w:rPr>
        <w:t xml:space="preserve"> </w:t>
      </w:r>
      <w:proofErr w:type="spellStart"/>
      <w:r w:rsidR="006751B6">
        <w:rPr>
          <w:b/>
          <w:bCs/>
          <w:lang w:val="pt-PT"/>
        </w:rPr>
        <w:t>în</w:t>
      </w:r>
      <w:proofErr w:type="spellEnd"/>
      <w:r w:rsidR="006751B6">
        <w:rPr>
          <w:b/>
          <w:bCs/>
          <w:lang w:val="pt-PT"/>
        </w:rPr>
        <w:t xml:space="preserve"> afara </w:t>
      </w:r>
      <w:proofErr w:type="spellStart"/>
      <w:r w:rsidR="006751B6">
        <w:rPr>
          <w:b/>
          <w:bCs/>
          <w:lang w:val="pt-PT"/>
        </w:rPr>
        <w:t>Organigramei</w:t>
      </w:r>
      <w:proofErr w:type="spellEnd"/>
      <w:r w:rsidRPr="002153C2">
        <w:rPr>
          <w:lang w:val="pt-PT"/>
        </w:rPr>
        <w:t xml:space="preserve">, </w:t>
      </w:r>
      <w:proofErr w:type="spellStart"/>
      <w:r w:rsidRPr="00441F98">
        <w:rPr>
          <w:b/>
          <w:bCs/>
          <w:lang w:val="pt-PT"/>
        </w:rPr>
        <w:t>membru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în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Echipa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Comunitară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Integrată</w:t>
      </w:r>
      <w:proofErr w:type="spellEnd"/>
      <w:r w:rsidRPr="00441F98">
        <w:rPr>
          <w:b/>
          <w:bCs/>
          <w:lang w:val="pt-PT"/>
        </w:rPr>
        <w:t xml:space="preserve"> (ECI) a </w:t>
      </w:r>
      <w:proofErr w:type="spellStart"/>
      <w:r w:rsidRPr="00441F98">
        <w:rPr>
          <w:b/>
          <w:bCs/>
          <w:lang w:val="pt-PT"/>
        </w:rPr>
        <w:t>proiectului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cod</w:t>
      </w:r>
      <w:proofErr w:type="spellEnd"/>
      <w:r w:rsidRPr="00441F98">
        <w:rPr>
          <w:b/>
          <w:bCs/>
          <w:lang w:val="pt-PT"/>
        </w:rPr>
        <w:t xml:space="preserve"> SMIS 339395;</w:t>
      </w:r>
    </w:p>
    <w:p w14:paraId="5D7219A8" w14:textId="77777777" w:rsidR="00643FBD" w:rsidRPr="002153C2" w:rsidRDefault="00DC7CA5" w:rsidP="00441F98">
      <w:pPr>
        <w:spacing w:after="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Durata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contractului</w:t>
      </w:r>
      <w:proofErr w:type="spellEnd"/>
      <w:r w:rsidRPr="002153C2">
        <w:rPr>
          <w:lang w:val="pt-PT"/>
        </w:rPr>
        <w:t xml:space="preserve">: </w:t>
      </w:r>
      <w:proofErr w:type="spellStart"/>
      <w:r w:rsidRPr="00441F98">
        <w:rPr>
          <w:b/>
          <w:bCs/>
          <w:lang w:val="pt-PT"/>
        </w:rPr>
        <w:t>determinată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până</w:t>
      </w:r>
      <w:proofErr w:type="spellEnd"/>
      <w:r w:rsidRPr="00441F98">
        <w:rPr>
          <w:b/>
          <w:bCs/>
          <w:lang w:val="pt-PT"/>
        </w:rPr>
        <w:t xml:space="preserve"> la 31.12.2029</w:t>
      </w:r>
      <w:r w:rsidRPr="002153C2">
        <w:rPr>
          <w:lang w:val="pt-PT"/>
        </w:rPr>
        <w:t>;</w:t>
      </w:r>
    </w:p>
    <w:p w14:paraId="7D4F199E" w14:textId="651753CC" w:rsidR="00643FBD" w:rsidRPr="00441F98" w:rsidRDefault="00DC7CA5" w:rsidP="00441F98">
      <w:pPr>
        <w:spacing w:after="0"/>
        <w:rPr>
          <w:b/>
          <w:bCs/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Durata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timpului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muncă</w:t>
      </w:r>
      <w:proofErr w:type="spellEnd"/>
      <w:r w:rsidRPr="002153C2">
        <w:rPr>
          <w:lang w:val="pt-PT"/>
        </w:rPr>
        <w:t xml:space="preserve">: </w:t>
      </w:r>
      <w:r w:rsidRPr="00441F98">
        <w:rPr>
          <w:b/>
          <w:bCs/>
          <w:lang w:val="pt-PT"/>
        </w:rPr>
        <w:t xml:space="preserve">o </w:t>
      </w:r>
      <w:proofErr w:type="spellStart"/>
      <w:r w:rsidR="006C1C79" w:rsidRPr="00441F98">
        <w:rPr>
          <w:b/>
          <w:bCs/>
          <w:lang w:val="pt-PT"/>
        </w:rPr>
        <w:t>jumătate</w:t>
      </w:r>
      <w:proofErr w:type="spellEnd"/>
      <w:r w:rsidR="006C1C79" w:rsidRPr="00441F98">
        <w:rPr>
          <w:b/>
          <w:bCs/>
          <w:lang w:val="pt-PT"/>
        </w:rPr>
        <w:t xml:space="preserve"> de </w:t>
      </w:r>
      <w:proofErr w:type="spellStart"/>
      <w:r w:rsidRPr="00441F98">
        <w:rPr>
          <w:b/>
          <w:bCs/>
          <w:lang w:val="pt-PT"/>
        </w:rPr>
        <w:t>normă</w:t>
      </w:r>
      <w:proofErr w:type="spellEnd"/>
      <w:r w:rsidRPr="00441F98">
        <w:rPr>
          <w:b/>
          <w:bCs/>
          <w:lang w:val="pt-PT"/>
        </w:rPr>
        <w:t xml:space="preserve">, </w:t>
      </w:r>
      <w:proofErr w:type="spellStart"/>
      <w:r w:rsidRPr="00441F98">
        <w:rPr>
          <w:b/>
          <w:bCs/>
          <w:lang w:val="pt-PT"/>
        </w:rPr>
        <w:t>durata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normală</w:t>
      </w:r>
      <w:proofErr w:type="spellEnd"/>
      <w:r w:rsidRPr="00441F98">
        <w:rPr>
          <w:b/>
          <w:bCs/>
          <w:lang w:val="pt-PT"/>
        </w:rPr>
        <w:t xml:space="preserve"> a </w:t>
      </w:r>
      <w:proofErr w:type="spellStart"/>
      <w:r w:rsidRPr="00441F98">
        <w:rPr>
          <w:b/>
          <w:bCs/>
          <w:lang w:val="pt-PT"/>
        </w:rPr>
        <w:t>timpului</w:t>
      </w:r>
      <w:proofErr w:type="spellEnd"/>
      <w:r w:rsidRPr="00441F98">
        <w:rPr>
          <w:b/>
          <w:bCs/>
          <w:lang w:val="pt-PT"/>
        </w:rPr>
        <w:t xml:space="preserve"> de </w:t>
      </w:r>
      <w:proofErr w:type="spellStart"/>
      <w:r w:rsidRPr="00441F98">
        <w:rPr>
          <w:b/>
          <w:bCs/>
          <w:lang w:val="pt-PT"/>
        </w:rPr>
        <w:t>muncă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fiind</w:t>
      </w:r>
      <w:proofErr w:type="spellEnd"/>
      <w:r w:rsidRPr="00441F98">
        <w:rPr>
          <w:b/>
          <w:bCs/>
          <w:lang w:val="pt-PT"/>
        </w:rPr>
        <w:t xml:space="preserve"> de </w:t>
      </w:r>
      <w:r w:rsidR="006C1C79" w:rsidRPr="00441F98">
        <w:rPr>
          <w:b/>
          <w:bCs/>
          <w:lang w:val="pt-PT"/>
        </w:rPr>
        <w:t>4</w:t>
      </w:r>
      <w:r w:rsidRPr="00441F98">
        <w:rPr>
          <w:b/>
          <w:bCs/>
          <w:lang w:val="pt-PT"/>
        </w:rPr>
        <w:t xml:space="preserve"> ore/</w:t>
      </w:r>
      <w:proofErr w:type="spellStart"/>
      <w:r w:rsidRPr="00441F98">
        <w:rPr>
          <w:b/>
          <w:bCs/>
          <w:lang w:val="pt-PT"/>
        </w:rPr>
        <w:t>zi</w:t>
      </w:r>
      <w:proofErr w:type="spellEnd"/>
      <w:r w:rsidRPr="00441F98">
        <w:rPr>
          <w:b/>
          <w:bCs/>
          <w:lang w:val="pt-PT"/>
        </w:rPr>
        <w:t xml:space="preserve"> - </w:t>
      </w:r>
      <w:r w:rsidR="006C1C79" w:rsidRPr="00441F98">
        <w:rPr>
          <w:b/>
          <w:bCs/>
          <w:lang w:val="pt-PT"/>
        </w:rPr>
        <w:t>2</w:t>
      </w:r>
      <w:r w:rsidRPr="00441F98">
        <w:rPr>
          <w:b/>
          <w:bCs/>
          <w:lang w:val="pt-PT"/>
        </w:rPr>
        <w:t>0 ore/</w:t>
      </w:r>
      <w:proofErr w:type="spellStart"/>
      <w:r w:rsidRPr="00441F98">
        <w:rPr>
          <w:b/>
          <w:bCs/>
          <w:lang w:val="pt-PT"/>
        </w:rPr>
        <w:t>săptămână</w:t>
      </w:r>
      <w:proofErr w:type="spellEnd"/>
      <w:r w:rsidRPr="00441F98">
        <w:rPr>
          <w:b/>
          <w:bCs/>
          <w:lang w:val="pt-PT"/>
        </w:rPr>
        <w:t>;</w:t>
      </w:r>
    </w:p>
    <w:p w14:paraId="52804C81" w14:textId="1F03D9FD" w:rsidR="00441F98" w:rsidRDefault="002153C2" w:rsidP="00441F98">
      <w:pPr>
        <w:spacing w:before="240" w:after="120" w:line="360" w:lineRule="auto"/>
        <w:rPr>
          <w:b/>
          <w:lang w:val="pt-PT"/>
        </w:rPr>
      </w:pPr>
      <w:r w:rsidRPr="006C1C79">
        <w:rPr>
          <w:b/>
          <w:lang w:val="pt-PT"/>
        </w:rPr>
        <w:tab/>
      </w:r>
      <w:proofErr w:type="spellStart"/>
      <w:r w:rsidR="00DC7CA5" w:rsidRPr="002153C2">
        <w:rPr>
          <w:b/>
          <w:lang w:val="pt-PT"/>
        </w:rPr>
        <w:t>Calendarul</w:t>
      </w:r>
      <w:proofErr w:type="spellEnd"/>
      <w:r w:rsidR="00DC7CA5" w:rsidRPr="002153C2">
        <w:rPr>
          <w:b/>
          <w:lang w:val="pt-PT"/>
        </w:rPr>
        <w:t xml:space="preserve"> </w:t>
      </w:r>
      <w:proofErr w:type="spellStart"/>
      <w:r w:rsidR="00DC7CA5" w:rsidRPr="002153C2">
        <w:rPr>
          <w:b/>
          <w:lang w:val="pt-PT"/>
        </w:rPr>
        <w:t>concursului</w:t>
      </w:r>
      <w:proofErr w:type="spellEnd"/>
      <w:r w:rsidR="00DC7CA5" w:rsidRPr="002153C2">
        <w:rPr>
          <w:b/>
          <w:lang w:val="pt-PT"/>
        </w:rPr>
        <w:t xml:space="preserve"> (</w:t>
      </w:r>
      <w:proofErr w:type="spellStart"/>
      <w:r w:rsidR="00DC7CA5" w:rsidRPr="002153C2">
        <w:rPr>
          <w:b/>
          <w:lang w:val="pt-PT"/>
        </w:rPr>
        <w:t>calculat</w:t>
      </w:r>
      <w:proofErr w:type="spellEnd"/>
      <w:r w:rsidR="00DC7CA5" w:rsidRPr="002153C2">
        <w:rPr>
          <w:b/>
          <w:lang w:val="pt-PT"/>
        </w:rPr>
        <w:t xml:space="preserve"> </w:t>
      </w:r>
      <w:proofErr w:type="spellStart"/>
      <w:r w:rsidR="00DC7CA5" w:rsidRPr="002153C2">
        <w:rPr>
          <w:b/>
          <w:lang w:val="pt-PT"/>
        </w:rPr>
        <w:t>conform</w:t>
      </w:r>
      <w:proofErr w:type="spellEnd"/>
      <w:r w:rsidR="00DC7CA5" w:rsidRPr="002153C2">
        <w:rPr>
          <w:b/>
          <w:lang w:val="pt-PT"/>
        </w:rPr>
        <w:t xml:space="preserve"> H.G. </w:t>
      </w:r>
      <w:proofErr w:type="spellStart"/>
      <w:r w:rsidR="00DC7CA5" w:rsidRPr="002153C2">
        <w:rPr>
          <w:b/>
          <w:lang w:val="pt-PT"/>
        </w:rPr>
        <w:t>nr</w:t>
      </w:r>
      <w:proofErr w:type="spellEnd"/>
      <w:r w:rsidR="00DC7CA5" w:rsidRPr="002153C2">
        <w:rPr>
          <w:b/>
          <w:lang w:val="pt-PT"/>
        </w:rPr>
        <w:t>. 1336/2022):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6062"/>
        <w:gridCol w:w="3827"/>
      </w:tblGrid>
      <w:tr w:rsidR="00643FBD" w14:paraId="0CA6AF44" w14:textId="77777777" w:rsidTr="00441F98">
        <w:tc>
          <w:tcPr>
            <w:tcW w:w="709" w:type="dxa"/>
          </w:tcPr>
          <w:p w14:paraId="5AA5A93E" w14:textId="77777777" w:rsidR="00643FBD" w:rsidRDefault="00DC7CA5" w:rsidP="00E674D2">
            <w:pPr>
              <w:spacing w:before="40" w:after="40"/>
              <w:jc w:val="center"/>
            </w:pPr>
            <w:r>
              <w:rPr>
                <w:b/>
              </w:rPr>
              <w:t xml:space="preserve">Nr. </w:t>
            </w:r>
            <w:proofErr w:type="spellStart"/>
            <w:r>
              <w:rPr>
                <w:b/>
              </w:rPr>
              <w:t>crt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062" w:type="dxa"/>
          </w:tcPr>
          <w:p w14:paraId="205A98E0" w14:textId="77777777" w:rsidR="00643FBD" w:rsidRDefault="00DC7CA5">
            <w:pPr>
              <w:spacing w:before="40" w:after="40"/>
            </w:pPr>
            <w:proofErr w:type="spellStart"/>
            <w:r>
              <w:rPr>
                <w:b/>
              </w:rPr>
              <w:t>Activităţi</w:t>
            </w:r>
            <w:proofErr w:type="spellEnd"/>
          </w:p>
        </w:tc>
        <w:tc>
          <w:tcPr>
            <w:tcW w:w="3827" w:type="dxa"/>
          </w:tcPr>
          <w:p w14:paraId="4EA78BB0" w14:textId="77777777" w:rsidR="00643FBD" w:rsidRDefault="00DC7CA5">
            <w:pPr>
              <w:spacing w:before="40" w:after="40"/>
            </w:pPr>
            <w:r>
              <w:rPr>
                <w:b/>
              </w:rPr>
              <w:t xml:space="preserve">Data / Termen </w:t>
            </w:r>
            <w:proofErr w:type="spellStart"/>
            <w:r>
              <w:rPr>
                <w:b/>
              </w:rPr>
              <w:t>limită</w:t>
            </w:r>
            <w:proofErr w:type="spellEnd"/>
          </w:p>
        </w:tc>
      </w:tr>
      <w:tr w:rsidR="00AB2F1D" w14:paraId="6364220A" w14:textId="77777777" w:rsidTr="00441F98">
        <w:tc>
          <w:tcPr>
            <w:tcW w:w="709" w:type="dxa"/>
          </w:tcPr>
          <w:p w14:paraId="719E6C63" w14:textId="77777777" w:rsidR="00AB2F1D" w:rsidRDefault="00AB2F1D" w:rsidP="00E674D2">
            <w:pPr>
              <w:spacing w:before="40" w:after="40"/>
              <w:jc w:val="center"/>
            </w:pPr>
            <w:r>
              <w:t>1.</w:t>
            </w:r>
          </w:p>
        </w:tc>
        <w:tc>
          <w:tcPr>
            <w:tcW w:w="6062" w:type="dxa"/>
          </w:tcPr>
          <w:p w14:paraId="65B10401" w14:textId="77777777" w:rsidR="00AB2F1D" w:rsidRDefault="00AB2F1D" w:rsidP="00AB2F1D">
            <w:pPr>
              <w:spacing w:before="40" w:after="40"/>
            </w:pPr>
            <w:proofErr w:type="spellStart"/>
            <w:r>
              <w:t>Publicarea</w:t>
            </w:r>
            <w:proofErr w:type="spellEnd"/>
            <w:r>
              <w:t xml:space="preserve"> </w:t>
            </w:r>
            <w:proofErr w:type="spellStart"/>
            <w:r>
              <w:t>anunțului</w:t>
            </w:r>
            <w:proofErr w:type="spellEnd"/>
          </w:p>
        </w:tc>
        <w:tc>
          <w:tcPr>
            <w:tcW w:w="3827" w:type="dxa"/>
          </w:tcPr>
          <w:p w14:paraId="52F385E2" w14:textId="25F52F89" w:rsidR="00AB2F1D" w:rsidRDefault="00AB2F1D" w:rsidP="00AB2F1D">
            <w:pPr>
              <w:spacing w:before="40" w:after="40"/>
            </w:pPr>
            <w:r w:rsidRPr="0079724B">
              <w:t>23.10.2026</w:t>
            </w:r>
          </w:p>
        </w:tc>
      </w:tr>
      <w:tr w:rsidR="00AB2F1D" w14:paraId="5FB26710" w14:textId="77777777" w:rsidTr="00441F98">
        <w:tc>
          <w:tcPr>
            <w:tcW w:w="709" w:type="dxa"/>
          </w:tcPr>
          <w:p w14:paraId="137ACBE7" w14:textId="77777777" w:rsidR="00AB2F1D" w:rsidRDefault="00AB2F1D" w:rsidP="00E674D2">
            <w:pPr>
              <w:spacing w:before="40" w:after="40"/>
              <w:jc w:val="center"/>
            </w:pPr>
            <w:r>
              <w:t>2.</w:t>
            </w:r>
          </w:p>
        </w:tc>
        <w:tc>
          <w:tcPr>
            <w:tcW w:w="6062" w:type="dxa"/>
          </w:tcPr>
          <w:p w14:paraId="68ED1077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r w:rsidRPr="002153C2">
              <w:rPr>
                <w:lang w:val="pt-PT"/>
              </w:rPr>
              <w:t xml:space="preserve">Data </w:t>
            </w:r>
            <w:proofErr w:type="spellStart"/>
            <w:r w:rsidRPr="002153C2">
              <w:rPr>
                <w:lang w:val="pt-PT"/>
              </w:rPr>
              <w:t>limită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pentru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dosarelor</w:t>
            </w:r>
            <w:proofErr w:type="spellEnd"/>
            <w:r w:rsidRPr="002153C2">
              <w:rPr>
                <w:lang w:val="pt-PT"/>
              </w:rPr>
              <w:t xml:space="preserve"> de </w:t>
            </w:r>
            <w:proofErr w:type="spellStart"/>
            <w:r w:rsidRPr="002153C2">
              <w:rPr>
                <w:lang w:val="pt-PT"/>
              </w:rPr>
              <w:t>participare</w:t>
            </w:r>
            <w:proofErr w:type="spellEnd"/>
            <w:r w:rsidRPr="002153C2">
              <w:rPr>
                <w:lang w:val="pt-PT"/>
              </w:rPr>
              <w:t xml:space="preserve"> la </w:t>
            </w:r>
            <w:proofErr w:type="spellStart"/>
            <w:r w:rsidRPr="002153C2">
              <w:rPr>
                <w:lang w:val="pt-PT"/>
              </w:rPr>
              <w:t>concurs</w:t>
            </w:r>
            <w:proofErr w:type="spellEnd"/>
            <w:r w:rsidRPr="002153C2">
              <w:rPr>
                <w:lang w:val="pt-PT"/>
              </w:rPr>
              <w:t xml:space="preserve"> la </w:t>
            </w:r>
            <w:proofErr w:type="spellStart"/>
            <w:r w:rsidRPr="002153C2">
              <w:rPr>
                <w:lang w:val="pt-PT"/>
              </w:rPr>
              <w:t>sediul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Primăriei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Comunei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Pișcolt</w:t>
            </w:r>
            <w:proofErr w:type="spellEnd"/>
          </w:p>
        </w:tc>
        <w:tc>
          <w:tcPr>
            <w:tcW w:w="3827" w:type="dxa"/>
          </w:tcPr>
          <w:p w14:paraId="699DA43B" w14:textId="5DC462AB" w:rsidR="00AB2F1D" w:rsidRDefault="00AB2F1D" w:rsidP="00AB2F1D">
            <w:pPr>
              <w:spacing w:before="40" w:after="40"/>
            </w:pPr>
            <w:r w:rsidRPr="0079724B">
              <w:t xml:space="preserve">26.10.2026 – 06.11.2026, </w:t>
            </w:r>
            <w:proofErr w:type="spellStart"/>
            <w:r w:rsidRPr="0079724B">
              <w:t>până</w:t>
            </w:r>
            <w:proofErr w:type="spellEnd"/>
            <w:r w:rsidRPr="0079724B">
              <w:t xml:space="preserve"> la ora 1</w:t>
            </w:r>
            <w:r>
              <w:t>4</w:t>
            </w:r>
            <w:r w:rsidRPr="0079724B">
              <w:t>:00</w:t>
            </w:r>
          </w:p>
        </w:tc>
      </w:tr>
      <w:tr w:rsidR="00AB2F1D" w14:paraId="03D97244" w14:textId="77777777" w:rsidTr="00441F98">
        <w:tc>
          <w:tcPr>
            <w:tcW w:w="709" w:type="dxa"/>
          </w:tcPr>
          <w:p w14:paraId="5A28C5C6" w14:textId="77777777" w:rsidR="00AB2F1D" w:rsidRDefault="00AB2F1D" w:rsidP="00E674D2">
            <w:pPr>
              <w:spacing w:before="40" w:after="40"/>
              <w:jc w:val="center"/>
            </w:pPr>
            <w:r>
              <w:t>3.</w:t>
            </w:r>
          </w:p>
        </w:tc>
        <w:tc>
          <w:tcPr>
            <w:tcW w:w="6062" w:type="dxa"/>
          </w:tcPr>
          <w:p w14:paraId="69382B86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Selecţia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dosarelor</w:t>
            </w:r>
            <w:proofErr w:type="spellEnd"/>
            <w:r w:rsidRPr="002153C2">
              <w:rPr>
                <w:lang w:val="pt-PT"/>
              </w:rPr>
              <w:t xml:space="preserve"> de </w:t>
            </w:r>
            <w:proofErr w:type="spellStart"/>
            <w:r w:rsidRPr="002153C2">
              <w:rPr>
                <w:lang w:val="pt-PT"/>
              </w:rPr>
              <w:t>către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membrii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comisiei</w:t>
            </w:r>
            <w:proofErr w:type="spellEnd"/>
            <w:r w:rsidRPr="002153C2">
              <w:rPr>
                <w:lang w:val="pt-PT"/>
              </w:rPr>
              <w:t xml:space="preserve"> de </w:t>
            </w:r>
            <w:proofErr w:type="spellStart"/>
            <w:r w:rsidRPr="002153C2">
              <w:rPr>
                <w:lang w:val="pt-PT"/>
              </w:rPr>
              <w:t>concurs</w:t>
            </w:r>
            <w:proofErr w:type="spellEnd"/>
          </w:p>
        </w:tc>
        <w:tc>
          <w:tcPr>
            <w:tcW w:w="3827" w:type="dxa"/>
          </w:tcPr>
          <w:p w14:paraId="2AEA916B" w14:textId="625E0577" w:rsidR="00AB2F1D" w:rsidRDefault="00AB2F1D" w:rsidP="00AB2F1D">
            <w:pPr>
              <w:spacing w:before="40" w:after="40"/>
            </w:pPr>
            <w:r w:rsidRPr="0079724B">
              <w:t>09.11.2026, ora 10:00</w:t>
            </w:r>
          </w:p>
        </w:tc>
      </w:tr>
      <w:tr w:rsidR="00AB2F1D" w14:paraId="029A3C59" w14:textId="77777777" w:rsidTr="00441F98">
        <w:tc>
          <w:tcPr>
            <w:tcW w:w="709" w:type="dxa"/>
          </w:tcPr>
          <w:p w14:paraId="48015D9D" w14:textId="77777777" w:rsidR="00AB2F1D" w:rsidRDefault="00AB2F1D" w:rsidP="00E674D2">
            <w:pPr>
              <w:spacing w:before="40" w:after="40"/>
              <w:jc w:val="center"/>
            </w:pPr>
            <w:r>
              <w:t>4.</w:t>
            </w:r>
          </w:p>
        </w:tc>
        <w:tc>
          <w:tcPr>
            <w:tcW w:w="6062" w:type="dxa"/>
          </w:tcPr>
          <w:p w14:paraId="777131BD" w14:textId="77777777" w:rsidR="00AB2F1D" w:rsidRDefault="00AB2F1D" w:rsidP="00AB2F1D">
            <w:pPr>
              <w:spacing w:before="40" w:after="40"/>
            </w:pP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selecţiei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3827" w:type="dxa"/>
          </w:tcPr>
          <w:p w14:paraId="4C8E1A78" w14:textId="67247C81" w:rsidR="00AB2F1D" w:rsidRDefault="00AB2F1D" w:rsidP="00AB2F1D">
            <w:pPr>
              <w:spacing w:before="40" w:after="40"/>
            </w:pPr>
            <w:r w:rsidRPr="0079724B">
              <w:t>09.11.2026, ora 14:00</w:t>
            </w:r>
          </w:p>
        </w:tc>
      </w:tr>
      <w:tr w:rsidR="00AB2F1D" w14:paraId="0EDC3F15" w14:textId="77777777" w:rsidTr="00441F98">
        <w:tc>
          <w:tcPr>
            <w:tcW w:w="709" w:type="dxa"/>
          </w:tcPr>
          <w:p w14:paraId="7209D222" w14:textId="77777777" w:rsidR="00AB2F1D" w:rsidRDefault="00AB2F1D" w:rsidP="00E674D2">
            <w:pPr>
              <w:spacing w:before="40" w:after="40"/>
              <w:jc w:val="center"/>
            </w:pPr>
            <w:r>
              <w:t>5.</w:t>
            </w:r>
          </w:p>
        </w:tc>
        <w:tc>
          <w:tcPr>
            <w:tcW w:w="6062" w:type="dxa"/>
          </w:tcPr>
          <w:p w14:paraId="7DCF5E35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privind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rezultatele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selecţiei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dosarelor</w:t>
            </w:r>
            <w:proofErr w:type="spellEnd"/>
          </w:p>
        </w:tc>
        <w:tc>
          <w:tcPr>
            <w:tcW w:w="3827" w:type="dxa"/>
          </w:tcPr>
          <w:p w14:paraId="175E11C4" w14:textId="31ABFA34" w:rsidR="00AB2F1D" w:rsidRDefault="00AB2F1D" w:rsidP="00AB2F1D">
            <w:pPr>
              <w:spacing w:before="40" w:after="40"/>
            </w:pPr>
            <w:r w:rsidRPr="0079724B">
              <w:t>10.11.2026, interval 08:30 – 12:30</w:t>
            </w:r>
          </w:p>
        </w:tc>
      </w:tr>
      <w:tr w:rsidR="00AB2F1D" w14:paraId="477C92CD" w14:textId="77777777" w:rsidTr="00441F98">
        <w:tc>
          <w:tcPr>
            <w:tcW w:w="709" w:type="dxa"/>
          </w:tcPr>
          <w:p w14:paraId="326CC8EB" w14:textId="77777777" w:rsidR="00AB2F1D" w:rsidRDefault="00AB2F1D" w:rsidP="00E674D2">
            <w:pPr>
              <w:spacing w:before="40" w:after="40"/>
              <w:jc w:val="center"/>
            </w:pPr>
            <w:r>
              <w:t>6.</w:t>
            </w:r>
          </w:p>
        </w:tc>
        <w:tc>
          <w:tcPr>
            <w:tcW w:w="6062" w:type="dxa"/>
          </w:tcPr>
          <w:p w14:paraId="1264B35E" w14:textId="77777777" w:rsidR="00AB2F1D" w:rsidRDefault="00AB2F1D" w:rsidP="00AB2F1D">
            <w:pPr>
              <w:spacing w:before="40" w:after="40"/>
            </w:pP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soluţionării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</w:p>
        </w:tc>
        <w:tc>
          <w:tcPr>
            <w:tcW w:w="3827" w:type="dxa"/>
          </w:tcPr>
          <w:p w14:paraId="3C41E861" w14:textId="7C74D9D0" w:rsidR="00AB2F1D" w:rsidRDefault="00AB2F1D" w:rsidP="00AB2F1D">
            <w:pPr>
              <w:spacing w:before="40" w:after="40"/>
            </w:pPr>
            <w:r w:rsidRPr="0079724B">
              <w:t>10.11.2026, ora 15:30</w:t>
            </w:r>
          </w:p>
        </w:tc>
      </w:tr>
      <w:tr w:rsidR="00AB2F1D" w14:paraId="0EE0727A" w14:textId="77777777" w:rsidTr="00441F98">
        <w:tc>
          <w:tcPr>
            <w:tcW w:w="709" w:type="dxa"/>
          </w:tcPr>
          <w:p w14:paraId="111899D8" w14:textId="77777777" w:rsidR="00AB2F1D" w:rsidRDefault="00AB2F1D" w:rsidP="00E674D2">
            <w:pPr>
              <w:spacing w:before="40" w:after="40"/>
              <w:jc w:val="center"/>
            </w:pPr>
            <w:r>
              <w:t>7.</w:t>
            </w:r>
          </w:p>
        </w:tc>
        <w:tc>
          <w:tcPr>
            <w:tcW w:w="6062" w:type="dxa"/>
          </w:tcPr>
          <w:p w14:paraId="77D29F00" w14:textId="63ADF64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Susţinerea</w:t>
            </w:r>
            <w:proofErr w:type="spellEnd"/>
            <w:r w:rsidRPr="002153C2">
              <w:rPr>
                <w:lang w:val="pt-PT"/>
              </w:rPr>
              <w:t xml:space="preserve"> PROBEI SCRISE </w:t>
            </w:r>
          </w:p>
        </w:tc>
        <w:tc>
          <w:tcPr>
            <w:tcW w:w="3827" w:type="dxa"/>
          </w:tcPr>
          <w:p w14:paraId="662AB14B" w14:textId="7774575F" w:rsidR="00AB2F1D" w:rsidRDefault="00AB2F1D" w:rsidP="00AB2F1D">
            <w:pPr>
              <w:spacing w:before="40" w:after="40"/>
            </w:pPr>
            <w:r w:rsidRPr="0079724B">
              <w:t>17.11.2026, ora 1</w:t>
            </w:r>
            <w:r>
              <w:t>0</w:t>
            </w:r>
            <w:r w:rsidRPr="0079724B">
              <w:t xml:space="preserve">:00 </w:t>
            </w:r>
          </w:p>
        </w:tc>
      </w:tr>
      <w:tr w:rsidR="00AB2F1D" w14:paraId="242C6582" w14:textId="77777777" w:rsidTr="00441F98">
        <w:tc>
          <w:tcPr>
            <w:tcW w:w="709" w:type="dxa"/>
          </w:tcPr>
          <w:p w14:paraId="539458D5" w14:textId="77777777" w:rsidR="00AB2F1D" w:rsidRDefault="00AB2F1D" w:rsidP="00E674D2">
            <w:pPr>
              <w:spacing w:before="40" w:after="40"/>
              <w:jc w:val="center"/>
            </w:pPr>
            <w:r>
              <w:t>8.</w:t>
            </w:r>
          </w:p>
        </w:tc>
        <w:tc>
          <w:tcPr>
            <w:tcW w:w="6062" w:type="dxa"/>
          </w:tcPr>
          <w:p w14:paraId="7D20CB27" w14:textId="77777777" w:rsidR="00AB2F1D" w:rsidRDefault="00AB2F1D" w:rsidP="00AB2F1D">
            <w:pPr>
              <w:spacing w:before="40" w:after="40"/>
            </w:pPr>
            <w:r>
              <w:t>Afişarea rezultatului probei scrise</w:t>
            </w:r>
          </w:p>
        </w:tc>
        <w:tc>
          <w:tcPr>
            <w:tcW w:w="3827" w:type="dxa"/>
          </w:tcPr>
          <w:p w14:paraId="6E1E86F5" w14:textId="17740EA0" w:rsidR="00AB2F1D" w:rsidRDefault="00AB2F1D" w:rsidP="00AB2F1D">
            <w:pPr>
              <w:spacing w:before="40" w:after="40"/>
            </w:pPr>
            <w:r w:rsidRPr="0079724B">
              <w:t>17.11.2026, ora 1</w:t>
            </w:r>
            <w:r>
              <w:t>5</w:t>
            </w:r>
            <w:r w:rsidRPr="0079724B">
              <w:t>:00</w:t>
            </w:r>
          </w:p>
        </w:tc>
      </w:tr>
      <w:tr w:rsidR="00AB2F1D" w14:paraId="5C3AEFA5" w14:textId="77777777" w:rsidTr="00441F98">
        <w:tc>
          <w:tcPr>
            <w:tcW w:w="709" w:type="dxa"/>
          </w:tcPr>
          <w:p w14:paraId="563EF37B" w14:textId="77777777" w:rsidR="00AB2F1D" w:rsidRDefault="00AB2F1D" w:rsidP="00E674D2">
            <w:pPr>
              <w:spacing w:before="40" w:after="40"/>
              <w:jc w:val="center"/>
            </w:pPr>
            <w:r>
              <w:lastRenderedPageBreak/>
              <w:t>9.</w:t>
            </w:r>
          </w:p>
        </w:tc>
        <w:tc>
          <w:tcPr>
            <w:tcW w:w="6062" w:type="dxa"/>
          </w:tcPr>
          <w:p w14:paraId="480FABEC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privind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rezultatele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probei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scrise</w:t>
            </w:r>
            <w:proofErr w:type="spellEnd"/>
          </w:p>
        </w:tc>
        <w:tc>
          <w:tcPr>
            <w:tcW w:w="3827" w:type="dxa"/>
          </w:tcPr>
          <w:p w14:paraId="1C434857" w14:textId="4CFA5345" w:rsidR="00AB2F1D" w:rsidRDefault="00AB2F1D" w:rsidP="00AB2F1D">
            <w:pPr>
              <w:spacing w:before="40" w:after="40"/>
            </w:pPr>
            <w:r w:rsidRPr="0079724B">
              <w:t>18.11.2026, interval 08:30 – 1</w:t>
            </w:r>
            <w:r>
              <w:t>2</w:t>
            </w:r>
            <w:r w:rsidRPr="0079724B">
              <w:t>:30</w:t>
            </w:r>
          </w:p>
        </w:tc>
      </w:tr>
      <w:tr w:rsidR="00AB2F1D" w14:paraId="6A4B66DE" w14:textId="77777777" w:rsidTr="00441F98">
        <w:tc>
          <w:tcPr>
            <w:tcW w:w="709" w:type="dxa"/>
          </w:tcPr>
          <w:p w14:paraId="5C087610" w14:textId="77777777" w:rsidR="00AB2F1D" w:rsidRDefault="00AB2F1D" w:rsidP="00E674D2">
            <w:pPr>
              <w:spacing w:before="40" w:after="40"/>
              <w:jc w:val="center"/>
            </w:pPr>
            <w:r>
              <w:t>10.</w:t>
            </w:r>
          </w:p>
        </w:tc>
        <w:tc>
          <w:tcPr>
            <w:tcW w:w="6062" w:type="dxa"/>
          </w:tcPr>
          <w:p w14:paraId="4BA63DF2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Afişarea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rezultatului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soluţionării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probei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scrise</w:t>
            </w:r>
            <w:proofErr w:type="spellEnd"/>
          </w:p>
        </w:tc>
        <w:tc>
          <w:tcPr>
            <w:tcW w:w="3827" w:type="dxa"/>
          </w:tcPr>
          <w:p w14:paraId="43A3499A" w14:textId="401BC14D" w:rsidR="00AB2F1D" w:rsidRDefault="00AB2F1D" w:rsidP="00AB2F1D">
            <w:pPr>
              <w:spacing w:before="40" w:after="40"/>
            </w:pPr>
            <w:r w:rsidRPr="0079724B">
              <w:t>18.11.2026, ora 14:30</w:t>
            </w:r>
          </w:p>
        </w:tc>
      </w:tr>
      <w:tr w:rsidR="00AB2F1D" w14:paraId="3AD62020" w14:textId="77777777" w:rsidTr="00441F98">
        <w:tc>
          <w:tcPr>
            <w:tcW w:w="709" w:type="dxa"/>
          </w:tcPr>
          <w:p w14:paraId="69B64F41" w14:textId="77777777" w:rsidR="00AB2F1D" w:rsidRDefault="00AB2F1D" w:rsidP="00E674D2">
            <w:pPr>
              <w:spacing w:before="40" w:after="40"/>
              <w:jc w:val="center"/>
            </w:pPr>
            <w:r>
              <w:t>11.</w:t>
            </w:r>
          </w:p>
        </w:tc>
        <w:tc>
          <w:tcPr>
            <w:tcW w:w="6062" w:type="dxa"/>
          </w:tcPr>
          <w:p w14:paraId="120B4D14" w14:textId="77777777" w:rsidR="00AB2F1D" w:rsidRDefault="00AB2F1D" w:rsidP="00AB2F1D">
            <w:pPr>
              <w:spacing w:before="40" w:after="40"/>
            </w:pPr>
            <w:r>
              <w:t>Susţinerea INTERVIULUI</w:t>
            </w:r>
          </w:p>
        </w:tc>
        <w:tc>
          <w:tcPr>
            <w:tcW w:w="3827" w:type="dxa"/>
          </w:tcPr>
          <w:p w14:paraId="5698B149" w14:textId="653DAF02" w:rsidR="00AB2F1D" w:rsidRDefault="00AB2F1D" w:rsidP="00AB2F1D">
            <w:pPr>
              <w:spacing w:before="40" w:after="40"/>
            </w:pPr>
            <w:r w:rsidRPr="0079724B">
              <w:t>18.11.2026, ora 15:00</w:t>
            </w:r>
          </w:p>
        </w:tc>
      </w:tr>
      <w:tr w:rsidR="00AB2F1D" w14:paraId="0D85D2FC" w14:textId="77777777" w:rsidTr="00441F98">
        <w:tc>
          <w:tcPr>
            <w:tcW w:w="709" w:type="dxa"/>
          </w:tcPr>
          <w:p w14:paraId="439B46F6" w14:textId="77777777" w:rsidR="00AB2F1D" w:rsidRDefault="00AB2F1D" w:rsidP="00E674D2">
            <w:pPr>
              <w:spacing w:before="40" w:after="40"/>
              <w:jc w:val="center"/>
            </w:pPr>
            <w:r>
              <w:t>12.</w:t>
            </w:r>
          </w:p>
        </w:tc>
        <w:tc>
          <w:tcPr>
            <w:tcW w:w="6062" w:type="dxa"/>
          </w:tcPr>
          <w:p w14:paraId="36FE3551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Comunicarea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rezultatelor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după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susţinerea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interviului</w:t>
            </w:r>
            <w:proofErr w:type="spellEnd"/>
          </w:p>
        </w:tc>
        <w:tc>
          <w:tcPr>
            <w:tcW w:w="3827" w:type="dxa"/>
          </w:tcPr>
          <w:p w14:paraId="5150381F" w14:textId="7C2BB5F7" w:rsidR="00AB2F1D" w:rsidRDefault="00AB2F1D" w:rsidP="00AB2F1D">
            <w:pPr>
              <w:spacing w:before="40" w:after="40"/>
            </w:pPr>
            <w:r w:rsidRPr="0079724B">
              <w:t>19.11.2026, ora 11:00</w:t>
            </w:r>
          </w:p>
        </w:tc>
      </w:tr>
      <w:tr w:rsidR="00AB2F1D" w14:paraId="77D61BA0" w14:textId="77777777" w:rsidTr="00441F98">
        <w:tc>
          <w:tcPr>
            <w:tcW w:w="709" w:type="dxa"/>
          </w:tcPr>
          <w:p w14:paraId="61FBB93A" w14:textId="77777777" w:rsidR="00AB2F1D" w:rsidRDefault="00AB2F1D" w:rsidP="00E674D2">
            <w:pPr>
              <w:spacing w:before="40" w:after="40"/>
              <w:jc w:val="center"/>
            </w:pPr>
            <w:r>
              <w:t>13.</w:t>
            </w:r>
          </w:p>
        </w:tc>
        <w:tc>
          <w:tcPr>
            <w:tcW w:w="6062" w:type="dxa"/>
          </w:tcPr>
          <w:p w14:paraId="10FDE24E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privind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interviului</w:t>
            </w:r>
            <w:proofErr w:type="spellEnd"/>
          </w:p>
        </w:tc>
        <w:tc>
          <w:tcPr>
            <w:tcW w:w="3827" w:type="dxa"/>
          </w:tcPr>
          <w:p w14:paraId="76DF83F4" w14:textId="3413B55A" w:rsidR="00AB2F1D" w:rsidRDefault="00AB2F1D" w:rsidP="00AB2F1D">
            <w:pPr>
              <w:spacing w:before="40" w:after="40"/>
            </w:pPr>
            <w:r w:rsidRPr="0079724B">
              <w:t>20.11.2026, interval 08:30 – 12:30</w:t>
            </w:r>
          </w:p>
        </w:tc>
      </w:tr>
      <w:tr w:rsidR="00AB2F1D" w14:paraId="7D12E6A7" w14:textId="77777777" w:rsidTr="00441F98">
        <w:tc>
          <w:tcPr>
            <w:tcW w:w="709" w:type="dxa"/>
          </w:tcPr>
          <w:p w14:paraId="6BEED038" w14:textId="77777777" w:rsidR="00AB2F1D" w:rsidRDefault="00AB2F1D" w:rsidP="00E674D2">
            <w:pPr>
              <w:spacing w:before="40" w:after="40"/>
              <w:jc w:val="center"/>
            </w:pPr>
            <w:r>
              <w:t>14.</w:t>
            </w:r>
          </w:p>
        </w:tc>
        <w:tc>
          <w:tcPr>
            <w:tcW w:w="6062" w:type="dxa"/>
          </w:tcPr>
          <w:p w14:paraId="43B6E15D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Afişarea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rezultatului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soluţionării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interviului</w:t>
            </w:r>
            <w:proofErr w:type="spellEnd"/>
          </w:p>
        </w:tc>
        <w:tc>
          <w:tcPr>
            <w:tcW w:w="3827" w:type="dxa"/>
          </w:tcPr>
          <w:p w14:paraId="59F091B6" w14:textId="10A2500D" w:rsidR="00AB2F1D" w:rsidRDefault="00AB2F1D" w:rsidP="00AB2F1D">
            <w:pPr>
              <w:spacing w:before="40" w:after="40"/>
            </w:pPr>
            <w:r w:rsidRPr="0079724B">
              <w:t>23.11.2026, ora 15:00</w:t>
            </w:r>
          </w:p>
        </w:tc>
      </w:tr>
      <w:tr w:rsidR="00AB2F1D" w14:paraId="2E0B2F2D" w14:textId="77777777" w:rsidTr="00441F98">
        <w:tc>
          <w:tcPr>
            <w:tcW w:w="709" w:type="dxa"/>
          </w:tcPr>
          <w:p w14:paraId="59279851" w14:textId="77777777" w:rsidR="00AB2F1D" w:rsidRDefault="00AB2F1D" w:rsidP="00E674D2">
            <w:pPr>
              <w:spacing w:before="40" w:after="40"/>
              <w:jc w:val="center"/>
            </w:pPr>
            <w:r>
              <w:t>15.</w:t>
            </w:r>
          </w:p>
        </w:tc>
        <w:tc>
          <w:tcPr>
            <w:tcW w:w="6062" w:type="dxa"/>
          </w:tcPr>
          <w:p w14:paraId="5F0B3ACF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Afişarea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rezultatului</w:t>
            </w:r>
            <w:proofErr w:type="spellEnd"/>
            <w:r w:rsidRPr="002153C2">
              <w:rPr>
                <w:lang w:val="pt-PT"/>
              </w:rPr>
              <w:t xml:space="preserve"> final al </w:t>
            </w:r>
            <w:proofErr w:type="spellStart"/>
            <w:r w:rsidRPr="002153C2">
              <w:rPr>
                <w:lang w:val="pt-PT"/>
              </w:rPr>
              <w:t>concursului</w:t>
            </w:r>
            <w:proofErr w:type="spellEnd"/>
          </w:p>
        </w:tc>
        <w:tc>
          <w:tcPr>
            <w:tcW w:w="3827" w:type="dxa"/>
          </w:tcPr>
          <w:p w14:paraId="4CDBF9CE" w14:textId="5F125EFB" w:rsidR="00AB2F1D" w:rsidRDefault="00AB2F1D" w:rsidP="00AB2F1D">
            <w:pPr>
              <w:spacing w:before="40" w:after="40"/>
            </w:pPr>
            <w:r w:rsidRPr="0079724B">
              <w:t>23.11.2026</w:t>
            </w:r>
            <w:r>
              <w:t xml:space="preserve">, </w:t>
            </w:r>
            <w:r w:rsidRPr="0079724B">
              <w:t>ora 15:30</w:t>
            </w:r>
          </w:p>
        </w:tc>
      </w:tr>
    </w:tbl>
    <w:p w14:paraId="0906B0CD" w14:textId="77777777" w:rsidR="007F7992" w:rsidRDefault="007F7992">
      <w:pPr>
        <w:spacing w:after="120"/>
        <w:rPr>
          <w:b/>
        </w:rPr>
      </w:pPr>
    </w:p>
    <w:p w14:paraId="4FE76885" w14:textId="5BD15715" w:rsidR="00643FBD" w:rsidRDefault="00DC7CA5" w:rsidP="007F7992">
      <w:pPr>
        <w:spacing w:after="120"/>
      </w:pPr>
      <w:r>
        <w:rPr>
          <w:b/>
        </w:rPr>
        <w:t>CONDIȚII GENERALE DE PARTICIPARE:</w:t>
      </w:r>
    </w:p>
    <w:p w14:paraId="7BA18C1B" w14:textId="538135A0" w:rsidR="00643FBD" w:rsidRPr="00441F98" w:rsidRDefault="00441F98" w:rsidP="00441F98">
      <w:pPr>
        <w:spacing w:before="240" w:after="240" w:line="240" w:lineRule="auto"/>
        <w:rPr>
          <w:lang w:val="pt-PT"/>
        </w:rPr>
      </w:pPr>
      <w:r>
        <w:tab/>
      </w:r>
      <w:proofErr w:type="spellStart"/>
      <w:r w:rsidR="00DC7CA5">
        <w:t>Condiții</w:t>
      </w:r>
      <w:proofErr w:type="spellEnd"/>
      <w:r w:rsidR="00DC7CA5">
        <w:t xml:space="preserve"> generale de </w:t>
      </w:r>
      <w:proofErr w:type="spellStart"/>
      <w:r w:rsidR="00DC7CA5">
        <w:t>ocupare</w:t>
      </w:r>
      <w:proofErr w:type="spellEnd"/>
      <w:r w:rsidR="00DC7CA5">
        <w:t xml:space="preserve"> a unei funcții contractuale potrivit art. 15 </w:t>
      </w:r>
      <w:proofErr w:type="gramStart"/>
      <w:r w:rsidR="00DC7CA5">
        <w:t>din</w:t>
      </w:r>
      <w:proofErr w:type="gramEnd"/>
      <w:r w:rsidR="00DC7CA5">
        <w:t xml:space="preserve"> H.G. nr. 1336/2022 pentru aprobarea Regulamentului-cadru privind organizarea și dezvoltarea carierei personalului contractual din sectorul bugetar plătit din fonduri publice, cu modificările şi completările ulterioare: Poate ocupa un post vacant sau temporar vacant persoana care îndeplineşte condițiile prevăzute de Legea nr. 53/2003 - Codul muncii, republicată, cu modificările şi completările ulterioare, şi cerinţele specifice prevăzute la art. 542 alin. </w:t>
      </w:r>
      <w:r w:rsidR="00DC7CA5" w:rsidRPr="00441F98">
        <w:rPr>
          <w:lang w:val="pt-PT"/>
        </w:rPr>
        <w:t xml:space="preserve">(1)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(2) </w:t>
      </w:r>
      <w:proofErr w:type="spellStart"/>
      <w:r w:rsidR="00DC7CA5" w:rsidRPr="00441F98">
        <w:rPr>
          <w:lang w:val="pt-PT"/>
        </w:rPr>
        <w:t>din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Ordonanța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urgență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Guvernului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57/2019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Codul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administrativ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modifīcările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completările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ulterioare</w:t>
      </w:r>
      <w:proofErr w:type="spellEnd"/>
      <w:r w:rsidR="00DC7CA5" w:rsidRPr="00441F98">
        <w:rPr>
          <w:lang w:val="pt-PT"/>
        </w:rPr>
        <w:t>:</w:t>
      </w:r>
      <w:r w:rsidR="00DC7CA5" w:rsidRPr="00441F98">
        <w:rPr>
          <w:lang w:val="pt-PT"/>
        </w:rPr>
        <w:br/>
        <w:t xml:space="preserve">• are </w:t>
      </w:r>
      <w:proofErr w:type="spellStart"/>
      <w:r w:rsidR="00DC7CA5" w:rsidRPr="00441F98">
        <w:rPr>
          <w:lang w:val="pt-PT"/>
        </w:rPr>
        <w:t>cetăţenia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română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cetăţenia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unui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alt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stat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membru</w:t>
      </w:r>
      <w:proofErr w:type="spellEnd"/>
      <w:r w:rsidR="00DC7CA5" w:rsidRPr="00441F98">
        <w:rPr>
          <w:lang w:val="pt-PT"/>
        </w:rPr>
        <w:t xml:space="preserve"> al </w:t>
      </w:r>
      <w:proofErr w:type="spellStart"/>
      <w:r w:rsidR="00DC7CA5" w:rsidRPr="00441F98">
        <w:rPr>
          <w:lang w:val="pt-PT"/>
        </w:rPr>
        <w:t>Uniunii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Europene</w:t>
      </w:r>
      <w:proofErr w:type="spellEnd"/>
      <w:r w:rsidR="00DC7CA5" w:rsidRPr="00441F98">
        <w:rPr>
          <w:lang w:val="pt-PT"/>
        </w:rPr>
        <w:t xml:space="preserve">, a </w:t>
      </w:r>
      <w:proofErr w:type="spellStart"/>
      <w:r w:rsidR="00DC7CA5" w:rsidRPr="00441F98">
        <w:rPr>
          <w:lang w:val="pt-PT"/>
        </w:rPr>
        <w:t>unui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stat</w:t>
      </w:r>
      <w:proofErr w:type="spellEnd"/>
      <w:r w:rsidR="00DC7CA5" w:rsidRPr="00441F98">
        <w:rPr>
          <w:lang w:val="pt-PT"/>
        </w:rPr>
        <w:t xml:space="preserve"> parte la </w:t>
      </w:r>
      <w:proofErr w:type="spellStart"/>
      <w:r w:rsidR="00DC7CA5" w:rsidRPr="00441F98">
        <w:rPr>
          <w:lang w:val="pt-PT"/>
        </w:rPr>
        <w:t>Acordul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Spaţiul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Economic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European</w:t>
      </w:r>
      <w:proofErr w:type="spellEnd"/>
      <w:r w:rsidR="00DC7CA5" w:rsidRPr="00441F98">
        <w:rPr>
          <w:lang w:val="pt-PT"/>
        </w:rPr>
        <w:t xml:space="preserve"> (SEE)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cetăţenia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Confederaţiei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Elveţiene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reședința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România;</w:t>
      </w:r>
      <w:r w:rsidR="00DC7CA5" w:rsidRPr="00441F98">
        <w:rPr>
          <w:lang w:val="pt-PT"/>
        </w:rPr>
        <w:br/>
        <w:t xml:space="preserve">• </w:t>
      </w:r>
      <w:proofErr w:type="spellStart"/>
      <w:r w:rsidR="00DC7CA5" w:rsidRPr="00441F98">
        <w:rPr>
          <w:lang w:val="pt-PT"/>
        </w:rPr>
        <w:t>cunoaşte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limba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română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scris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vorbit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are </w:t>
      </w:r>
      <w:proofErr w:type="spellStart"/>
      <w:r w:rsidR="00DC7CA5" w:rsidRPr="00441F98">
        <w:rPr>
          <w:lang w:val="pt-PT"/>
        </w:rPr>
        <w:t>capacitate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muncă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conformitate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prevederile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Legii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53/2003 - </w:t>
      </w:r>
      <w:proofErr w:type="spellStart"/>
      <w:r w:rsidR="00DC7CA5" w:rsidRPr="00441F98">
        <w:rPr>
          <w:lang w:val="pt-PT"/>
        </w:rPr>
        <w:t>Codul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muncii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republicată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modificările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completările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ulterioare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are o </w:t>
      </w:r>
      <w:proofErr w:type="spellStart"/>
      <w:r w:rsidR="00DC7CA5" w:rsidRPr="00441F98">
        <w:rPr>
          <w:lang w:val="pt-PT"/>
        </w:rPr>
        <w:t>stare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sănătate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corespunzătoare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postului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candidează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atestată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</w:t>
      </w:r>
      <w:proofErr w:type="spellEnd"/>
      <w:r w:rsidR="00DC7CA5" w:rsidRPr="00441F98">
        <w:rPr>
          <w:lang w:val="pt-PT"/>
        </w:rPr>
        <w:t xml:space="preserve"> baza </w:t>
      </w:r>
      <w:proofErr w:type="spellStart"/>
      <w:r w:rsidR="00DC7CA5" w:rsidRPr="00441F98">
        <w:rPr>
          <w:lang w:val="pt-PT"/>
        </w:rPr>
        <w:t>adeverinţei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medicale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eliberate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medicul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familie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unităţile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sanitare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abilitate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</w:t>
      </w:r>
      <w:proofErr w:type="spellStart"/>
      <w:r w:rsidR="00DC7CA5" w:rsidRPr="00441F98">
        <w:rPr>
          <w:lang w:val="pt-PT"/>
        </w:rPr>
        <w:t>îndeplineşte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condiţiile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studii</w:t>
      </w:r>
      <w:proofErr w:type="spellEnd"/>
      <w:r w:rsidR="00DC7CA5" w:rsidRPr="00441F98">
        <w:rPr>
          <w:lang w:val="pt-PT"/>
        </w:rPr>
        <w:t xml:space="preserve">, de </w:t>
      </w:r>
      <w:proofErr w:type="spellStart"/>
      <w:r w:rsidR="00DC7CA5" w:rsidRPr="00441F98">
        <w:rPr>
          <w:lang w:val="pt-PT"/>
        </w:rPr>
        <w:t>vechime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specialitate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după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caz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alte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condiţii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specifice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potrivit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cerinţelor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postului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scos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concurs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nu a </w:t>
      </w:r>
      <w:proofErr w:type="spellStart"/>
      <w:r w:rsidR="00DC7CA5" w:rsidRPr="00441F98">
        <w:rPr>
          <w:lang w:val="pt-PT"/>
        </w:rPr>
        <w:t>fost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condamnată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definitiv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săvârşirea</w:t>
      </w:r>
      <w:proofErr w:type="spellEnd"/>
      <w:r w:rsidR="00DC7CA5" w:rsidRPr="00441F98">
        <w:rPr>
          <w:lang w:val="pt-PT"/>
        </w:rPr>
        <w:t xml:space="preserve"> unei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contra </w:t>
      </w:r>
      <w:proofErr w:type="spellStart"/>
      <w:r w:rsidR="00DC7CA5" w:rsidRPr="00441F98">
        <w:rPr>
          <w:lang w:val="pt-PT"/>
        </w:rPr>
        <w:t>securităţii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naţionale</w:t>
      </w:r>
      <w:proofErr w:type="spellEnd"/>
      <w:r w:rsidR="00DC7CA5" w:rsidRPr="00441F98">
        <w:rPr>
          <w:lang w:val="pt-PT"/>
        </w:rPr>
        <w:t xml:space="preserve">, contra </w:t>
      </w:r>
      <w:proofErr w:type="spellStart"/>
      <w:r w:rsidR="00DC7CA5" w:rsidRPr="00441F98">
        <w:rPr>
          <w:lang w:val="pt-PT"/>
        </w:rPr>
        <w:t>autorităţii</w:t>
      </w:r>
      <w:proofErr w:type="spellEnd"/>
      <w:r w:rsidR="00DC7CA5" w:rsidRPr="00441F98">
        <w:rPr>
          <w:lang w:val="pt-PT"/>
        </w:rPr>
        <w:t xml:space="preserve">, contra </w:t>
      </w:r>
      <w:proofErr w:type="spellStart"/>
      <w:r w:rsidR="00DC7CA5" w:rsidRPr="00441F98">
        <w:rPr>
          <w:lang w:val="pt-PT"/>
        </w:rPr>
        <w:t>umanităţii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corupţie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serviciu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fals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ori</w:t>
      </w:r>
      <w:proofErr w:type="spellEnd"/>
      <w:r w:rsidR="00DC7CA5" w:rsidRPr="00441F98">
        <w:rPr>
          <w:lang w:val="pt-PT"/>
        </w:rPr>
        <w:t xml:space="preserve"> contra </w:t>
      </w:r>
      <w:proofErr w:type="spellStart"/>
      <w:r w:rsidR="00DC7CA5" w:rsidRPr="00441F98">
        <w:rPr>
          <w:lang w:val="pt-PT"/>
        </w:rPr>
        <w:t>înfăptuirii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justiţiei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săvârşite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intenţie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ar face o </w:t>
      </w:r>
      <w:proofErr w:type="spellStart"/>
      <w:r w:rsidR="00DC7CA5" w:rsidRPr="00441F98">
        <w:rPr>
          <w:lang w:val="pt-PT"/>
        </w:rPr>
        <w:t>persoană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candidată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post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incompatibilă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exercitarea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funcţiei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contractuale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candidează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excepţia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situaţiei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intervenit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reabilitarea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nu </w:t>
      </w:r>
      <w:proofErr w:type="spellStart"/>
      <w:r w:rsidR="00DC7CA5" w:rsidRPr="00441F98">
        <w:rPr>
          <w:lang w:val="pt-PT"/>
        </w:rPr>
        <w:t>execută</w:t>
      </w:r>
      <w:proofErr w:type="spellEnd"/>
      <w:r w:rsidR="00DC7CA5" w:rsidRPr="00441F98">
        <w:rPr>
          <w:lang w:val="pt-PT"/>
        </w:rPr>
        <w:t xml:space="preserve"> o </w:t>
      </w:r>
      <w:proofErr w:type="spellStart"/>
      <w:r w:rsidR="00DC7CA5" w:rsidRPr="00441F98">
        <w:rPr>
          <w:lang w:val="pt-PT"/>
        </w:rPr>
        <w:t>pedeapsă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complementară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prin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i-a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fost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interzisă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exercitarea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dreptului</w:t>
      </w:r>
      <w:proofErr w:type="spellEnd"/>
      <w:r w:rsidR="00DC7CA5" w:rsidRPr="00441F98">
        <w:rPr>
          <w:lang w:val="pt-PT"/>
        </w:rPr>
        <w:t xml:space="preserve"> de a ocupa </w:t>
      </w:r>
      <w:proofErr w:type="spellStart"/>
      <w:r w:rsidR="00DC7CA5" w:rsidRPr="00441F98">
        <w:rPr>
          <w:lang w:val="pt-PT"/>
        </w:rPr>
        <w:t>funcţia</w:t>
      </w:r>
      <w:proofErr w:type="spellEnd"/>
      <w:r w:rsidR="00DC7CA5" w:rsidRPr="00441F98">
        <w:rPr>
          <w:lang w:val="pt-PT"/>
        </w:rPr>
        <w:t xml:space="preserve">, de a exercita </w:t>
      </w:r>
      <w:proofErr w:type="spellStart"/>
      <w:r w:rsidR="00DC7CA5" w:rsidRPr="00441F98">
        <w:rPr>
          <w:lang w:val="pt-PT"/>
        </w:rPr>
        <w:t>profesia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meseria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ori</w:t>
      </w:r>
      <w:proofErr w:type="spellEnd"/>
      <w:r w:rsidR="00DC7CA5" w:rsidRPr="00441F98">
        <w:rPr>
          <w:lang w:val="pt-PT"/>
        </w:rPr>
        <w:t xml:space="preserve"> de a </w:t>
      </w:r>
      <w:proofErr w:type="spellStart"/>
      <w:r w:rsidR="00DC7CA5" w:rsidRPr="00441F98">
        <w:rPr>
          <w:lang w:val="pt-PT"/>
        </w:rPr>
        <w:t>desfăşura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activitatea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s-a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folosit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săvârşirea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infracţiunii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faţă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aceasta</w:t>
      </w:r>
      <w:proofErr w:type="spellEnd"/>
      <w:r w:rsidR="00DC7CA5" w:rsidRPr="00441F98">
        <w:rPr>
          <w:lang w:val="pt-PT"/>
        </w:rPr>
        <w:t xml:space="preserve"> nu </w:t>
      </w:r>
      <w:proofErr w:type="spellStart"/>
      <w:r w:rsidR="00DC7CA5" w:rsidRPr="00441F98">
        <w:rPr>
          <w:lang w:val="pt-PT"/>
        </w:rPr>
        <w:t>s-a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luat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măsura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siguranţă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interzicerii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ocupării</w:t>
      </w:r>
      <w:proofErr w:type="spellEnd"/>
      <w:r w:rsidR="00DC7CA5" w:rsidRPr="00441F98">
        <w:rPr>
          <w:lang w:val="pt-PT"/>
        </w:rPr>
        <w:t xml:space="preserve"> unei </w:t>
      </w:r>
      <w:proofErr w:type="spellStart"/>
      <w:r w:rsidR="00DC7CA5" w:rsidRPr="00441F98">
        <w:rPr>
          <w:lang w:val="pt-PT"/>
        </w:rPr>
        <w:t>funcţii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exercitării</w:t>
      </w:r>
      <w:proofErr w:type="spellEnd"/>
      <w:r w:rsidR="00DC7CA5" w:rsidRPr="00441F98">
        <w:rPr>
          <w:lang w:val="pt-PT"/>
        </w:rPr>
        <w:t xml:space="preserve"> unei </w:t>
      </w:r>
      <w:proofErr w:type="spellStart"/>
      <w:r w:rsidR="00DC7CA5" w:rsidRPr="00441F98">
        <w:rPr>
          <w:lang w:val="pt-PT"/>
        </w:rPr>
        <w:t>profesii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nu a </w:t>
      </w:r>
      <w:proofErr w:type="spellStart"/>
      <w:r w:rsidR="00DC7CA5" w:rsidRPr="00441F98">
        <w:rPr>
          <w:lang w:val="pt-PT"/>
        </w:rPr>
        <w:t>comis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infracţiunile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prevăzute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art</w:t>
      </w:r>
      <w:proofErr w:type="spellEnd"/>
      <w:r w:rsidR="00DC7CA5" w:rsidRPr="00441F98">
        <w:rPr>
          <w:lang w:val="pt-PT"/>
        </w:rPr>
        <w:t xml:space="preserve">. 1 </w:t>
      </w:r>
      <w:proofErr w:type="spellStart"/>
      <w:r w:rsidR="00DC7CA5" w:rsidRPr="00441F98">
        <w:rPr>
          <w:lang w:val="pt-PT"/>
        </w:rPr>
        <w:t>alin</w:t>
      </w:r>
      <w:proofErr w:type="spellEnd"/>
      <w:r w:rsidR="00DC7CA5" w:rsidRPr="00441F98">
        <w:rPr>
          <w:lang w:val="pt-PT"/>
        </w:rPr>
        <w:t xml:space="preserve">. (2) </w:t>
      </w:r>
      <w:proofErr w:type="spellStart"/>
      <w:r w:rsidR="00DC7CA5" w:rsidRPr="00441F98">
        <w:rPr>
          <w:lang w:val="pt-PT"/>
        </w:rPr>
        <w:t>din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Legea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118/2019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Registrul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naţional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automatizat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privire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persoanele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au </w:t>
      </w:r>
      <w:proofErr w:type="spellStart"/>
      <w:r w:rsidR="00DC7CA5" w:rsidRPr="00441F98">
        <w:rPr>
          <w:lang w:val="pt-PT"/>
        </w:rPr>
        <w:t>comis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sexuale</w:t>
      </w:r>
      <w:proofErr w:type="spellEnd"/>
      <w:r w:rsidR="00DC7CA5" w:rsidRPr="00441F98">
        <w:rPr>
          <w:lang w:val="pt-PT"/>
        </w:rPr>
        <w:t xml:space="preserve">, de </w:t>
      </w:r>
      <w:proofErr w:type="spellStart"/>
      <w:r w:rsidR="00DC7CA5" w:rsidRPr="00441F98">
        <w:rPr>
          <w:lang w:val="pt-PT"/>
        </w:rPr>
        <w:t>exploatare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unor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persoane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asupra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minorilor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precum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și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completarea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Legii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76/2008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organizarea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și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funcţionarea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Sistemului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Naţional</w:t>
      </w:r>
      <w:proofErr w:type="spellEnd"/>
      <w:r w:rsidR="00DC7CA5" w:rsidRPr="00441F98">
        <w:rPr>
          <w:lang w:val="pt-PT"/>
        </w:rPr>
        <w:t xml:space="preserve"> de Date </w:t>
      </w:r>
      <w:proofErr w:type="spellStart"/>
      <w:r w:rsidR="00DC7CA5" w:rsidRPr="00441F98">
        <w:rPr>
          <w:lang w:val="pt-PT"/>
        </w:rPr>
        <w:t>Genetice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Judiciare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modificările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ulterioare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domeniile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prevăzute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art</w:t>
      </w:r>
      <w:proofErr w:type="spellEnd"/>
      <w:r w:rsidR="00DC7CA5" w:rsidRPr="00441F98">
        <w:rPr>
          <w:lang w:val="pt-PT"/>
        </w:rPr>
        <w:t xml:space="preserve">. 35 </w:t>
      </w:r>
      <w:proofErr w:type="spellStart"/>
      <w:r w:rsidR="00DC7CA5" w:rsidRPr="00441F98">
        <w:rPr>
          <w:lang w:val="pt-PT"/>
        </w:rPr>
        <w:t>alin</w:t>
      </w:r>
      <w:proofErr w:type="spellEnd"/>
      <w:r w:rsidR="00DC7CA5" w:rsidRPr="00441F98">
        <w:rPr>
          <w:lang w:val="pt-PT"/>
        </w:rPr>
        <w:t xml:space="preserve">. (1) </w:t>
      </w:r>
      <w:proofErr w:type="spellStart"/>
      <w:r w:rsidR="00DC7CA5" w:rsidRPr="00441F98">
        <w:rPr>
          <w:lang w:val="pt-PT"/>
        </w:rPr>
        <w:t>lit</w:t>
      </w:r>
      <w:proofErr w:type="spellEnd"/>
      <w:r w:rsidR="00DC7CA5" w:rsidRPr="00441F98">
        <w:rPr>
          <w:lang w:val="pt-PT"/>
        </w:rPr>
        <w:t>. h);</w:t>
      </w:r>
      <w:r w:rsidR="00DC7CA5" w:rsidRPr="00441F98">
        <w:rPr>
          <w:lang w:val="pt-PT"/>
        </w:rPr>
        <w:br/>
        <w:t xml:space="preserve">• </w:t>
      </w:r>
      <w:proofErr w:type="spellStart"/>
      <w:r w:rsidR="00DC7CA5" w:rsidRPr="00441F98">
        <w:rPr>
          <w:lang w:val="pt-PT"/>
        </w:rPr>
        <w:t>îndeplineşte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alte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condiţii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generale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funcţie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specificul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postului</w:t>
      </w:r>
      <w:proofErr w:type="spellEnd"/>
      <w:r w:rsidR="00DC7CA5" w:rsidRPr="00441F98">
        <w:rPr>
          <w:lang w:val="pt-PT"/>
        </w:rPr>
        <w:t>.</w:t>
      </w:r>
    </w:p>
    <w:p w14:paraId="7F88E72F" w14:textId="77777777" w:rsidR="00643FBD" w:rsidRPr="002153C2" w:rsidRDefault="00DC7CA5" w:rsidP="007F7992">
      <w:pPr>
        <w:spacing w:after="120"/>
        <w:rPr>
          <w:lang w:val="pt-PT"/>
        </w:rPr>
      </w:pPr>
      <w:r w:rsidRPr="002153C2">
        <w:rPr>
          <w:b/>
          <w:lang w:val="pt-PT"/>
        </w:rPr>
        <w:t>CONDIȚII SPECIFICE DE PARTICIPARE:</w:t>
      </w:r>
    </w:p>
    <w:p w14:paraId="2464F2CB" w14:textId="747AE36A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bookmarkStart w:id="0" w:name="_Hlk198029844"/>
      <w:proofErr w:type="spellStart"/>
      <w:r w:rsidRPr="004F1BAD">
        <w:rPr>
          <w:rFonts w:cstheme="minorHAnsi"/>
          <w:lang w:val="fr-FR"/>
        </w:rPr>
        <w:t>Constituie</w:t>
      </w:r>
      <w:proofErr w:type="spellEnd"/>
      <w:r w:rsidRPr="004F1BAD">
        <w:rPr>
          <w:rFonts w:cstheme="minorHAnsi"/>
          <w:lang w:val="fr-FR"/>
        </w:rPr>
        <w:t xml:space="preserve"> un </w:t>
      </w:r>
      <w:proofErr w:type="spellStart"/>
      <w:r w:rsidRPr="004F1BAD">
        <w:rPr>
          <w:rFonts w:cstheme="minorHAnsi"/>
          <w:lang w:val="fr-FR"/>
        </w:rPr>
        <w:t>avantaj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experiența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cadrul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proiectelor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educaționale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>/</w:t>
      </w:r>
      <w:proofErr w:type="spellStart"/>
      <w:r w:rsidRPr="004F1BAD">
        <w:rPr>
          <w:rFonts w:cstheme="minorHAnsi"/>
          <w:lang w:val="fr-FR"/>
        </w:rPr>
        <w:t>sau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nivelul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comunității</w:t>
      </w:r>
      <w:proofErr w:type="spellEnd"/>
      <w:r w:rsidRPr="004F1BAD">
        <w:rPr>
          <w:rFonts w:cstheme="minorHAnsi"/>
          <w:lang w:val="fr-FR"/>
        </w:rPr>
        <w:t xml:space="preserve"> ≤ 1 </w:t>
      </w:r>
      <w:proofErr w:type="gramStart"/>
      <w:r w:rsidRPr="004F1BAD">
        <w:rPr>
          <w:rFonts w:cstheme="minorHAnsi"/>
          <w:lang w:val="fr-FR"/>
        </w:rPr>
        <w:t>an;</w:t>
      </w:r>
      <w:proofErr w:type="gramEnd"/>
    </w:p>
    <w:p w14:paraId="4FC32E89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Constituie</w:t>
      </w:r>
      <w:proofErr w:type="spellEnd"/>
      <w:r w:rsidRPr="004F1BAD">
        <w:rPr>
          <w:rFonts w:cstheme="minorHAnsi"/>
          <w:lang w:val="fr-FR"/>
        </w:rPr>
        <w:t xml:space="preserve"> un </w:t>
      </w:r>
      <w:proofErr w:type="spellStart"/>
      <w:r w:rsidRPr="004F1BAD">
        <w:rPr>
          <w:rFonts w:cstheme="minorHAnsi"/>
          <w:lang w:val="fr-FR"/>
        </w:rPr>
        <w:t>avantaj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absolvirea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unui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curs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organizat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cadrul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programelor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gramStart"/>
      <w:r w:rsidRPr="004F1BAD">
        <w:rPr>
          <w:rFonts w:cstheme="minorHAnsi"/>
          <w:lang w:val="fr-FR"/>
        </w:rPr>
        <w:t>Phare;</w:t>
      </w:r>
      <w:proofErr w:type="gramEnd"/>
    </w:p>
    <w:p w14:paraId="0DDD20FA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Constituie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avantaj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activitatea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proiectul</w:t>
      </w:r>
      <w:proofErr w:type="spellEnd"/>
      <w:r w:rsidRPr="004F1BAD">
        <w:rPr>
          <w:rFonts w:cstheme="minorHAnsi"/>
          <w:lang w:val="fr-FR"/>
        </w:rPr>
        <w:t xml:space="preserve"> pilot ”</w:t>
      </w:r>
      <w:proofErr w:type="spellStart"/>
      <w:r w:rsidRPr="004F1BAD">
        <w:rPr>
          <w:rFonts w:cstheme="minorHAnsi"/>
          <w:lang w:val="fr-FR"/>
        </w:rPr>
        <w:t>Crearea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implementarea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serviciilor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comunitare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integrate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combaterea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sărăciei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excluziunii</w:t>
      </w:r>
      <w:proofErr w:type="spellEnd"/>
      <w:r w:rsidRPr="004F1BAD">
        <w:rPr>
          <w:rFonts w:cstheme="minorHAnsi"/>
          <w:lang w:val="fr-FR"/>
        </w:rPr>
        <w:t xml:space="preserve"> sociale”, </w:t>
      </w:r>
      <w:proofErr w:type="spellStart"/>
      <w:r w:rsidRPr="004F1BAD">
        <w:rPr>
          <w:rFonts w:cstheme="minorHAnsi"/>
          <w:lang w:val="fr-FR"/>
        </w:rPr>
        <w:t>cod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MySMIS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gramStart"/>
      <w:r w:rsidRPr="004F1BAD">
        <w:rPr>
          <w:rFonts w:cstheme="minorHAnsi"/>
          <w:lang w:val="fr-FR"/>
        </w:rPr>
        <w:t>122607;</w:t>
      </w:r>
      <w:proofErr w:type="gramEnd"/>
    </w:p>
    <w:p w14:paraId="7746DD2D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Constituie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avantaj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domiciliul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UAT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care </w:t>
      </w:r>
      <w:proofErr w:type="spellStart"/>
      <w:proofErr w:type="gramStart"/>
      <w:r w:rsidRPr="004F1BAD">
        <w:rPr>
          <w:rFonts w:cstheme="minorHAnsi"/>
          <w:lang w:val="fr-FR"/>
        </w:rPr>
        <w:t>aplică</w:t>
      </w:r>
      <w:proofErr w:type="spellEnd"/>
      <w:r w:rsidRPr="004F1BAD">
        <w:rPr>
          <w:rFonts w:cstheme="minorHAnsi"/>
          <w:lang w:val="fr-FR"/>
        </w:rPr>
        <w:t>;</w:t>
      </w:r>
      <w:proofErr w:type="gramEnd"/>
    </w:p>
    <w:p w14:paraId="749FF6B0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eastAsia="Courier New" w:cstheme="minorHAnsi"/>
          <w:b/>
        </w:rPr>
        <w:t>Studii</w:t>
      </w:r>
      <w:proofErr w:type="spellEnd"/>
      <w:r w:rsidRPr="004F1BAD">
        <w:rPr>
          <w:rFonts w:eastAsia="Courier New" w:cstheme="minorHAnsi"/>
          <w:b/>
        </w:rPr>
        <w:t xml:space="preserve"> de </w:t>
      </w:r>
      <w:proofErr w:type="spellStart"/>
      <w:r w:rsidRPr="004F1BAD">
        <w:rPr>
          <w:rFonts w:eastAsia="Courier New" w:cstheme="minorHAnsi"/>
          <w:b/>
        </w:rPr>
        <w:t>specialitate</w:t>
      </w:r>
      <w:proofErr w:type="spellEnd"/>
      <w:r w:rsidRPr="004F1BAD">
        <w:rPr>
          <w:rFonts w:cstheme="minorHAnsi"/>
        </w:rPr>
        <w:t>(</w:t>
      </w:r>
      <w:proofErr w:type="spellStart"/>
      <w:r w:rsidRPr="004F1BAD">
        <w:rPr>
          <w:rFonts w:cstheme="minorHAnsi"/>
        </w:rPr>
        <w:t>alternativ</w:t>
      </w:r>
      <w:proofErr w:type="spellEnd"/>
      <w:r w:rsidRPr="004F1BAD">
        <w:rPr>
          <w:rFonts w:cstheme="minorHAnsi"/>
        </w:rPr>
        <w:t>):</w:t>
      </w:r>
    </w:p>
    <w:p w14:paraId="37C7BB25" w14:textId="5227B74E" w:rsidR="0068216E" w:rsidRPr="004F1BAD" w:rsidRDefault="0068216E" w:rsidP="0068216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hd w:val="clear" w:color="auto" w:fill="FFFFFF"/>
          <w:lang w:val="fr-FR"/>
        </w:rPr>
      </w:pPr>
      <w:r w:rsidRPr="004F1BAD">
        <w:rPr>
          <w:rFonts w:eastAsia="Courier New" w:cstheme="minorHAnsi"/>
          <w:snapToGrid w:val="0"/>
          <w:lang w:val="fr-FR"/>
        </w:rPr>
        <w:lastRenderedPageBreak/>
        <w:t xml:space="preserve">1.Studii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universitare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cu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diplomă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de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licență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a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oricărei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specializări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,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urmate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gramStart"/>
      <w:r w:rsidRPr="004F1BAD">
        <w:rPr>
          <w:rFonts w:cstheme="minorHAnsi"/>
          <w:shd w:val="clear" w:color="auto" w:fill="FFFFFF"/>
          <w:lang w:val="fr-FR"/>
        </w:rPr>
        <w:t>de un</w:t>
      </w:r>
      <w:proofErr w:type="gram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curs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de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formare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profesională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cu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specializarea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de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mediator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şcolar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,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recunoscut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de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Ministerul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Educaţiei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r w:rsidRPr="004F1BAD">
        <w:rPr>
          <w:rFonts w:cstheme="minorHAnsi"/>
          <w:shd w:val="clear" w:color="auto" w:fill="FFFFFF"/>
          <w:lang w:val="fr-FR"/>
        </w:rPr>
        <w:t>și</w:t>
      </w:r>
      <w:proofErr w:type="spellEnd"/>
      <w:r w:rsidRPr="004F1BAD">
        <w:rPr>
          <w:rFonts w:cstheme="minorHAnsi"/>
          <w:shd w:val="clear" w:color="auto" w:fill="FFFFFF"/>
          <w:lang w:val="fr-FR"/>
        </w:rPr>
        <w:t xml:space="preserve"> </w:t>
      </w:r>
      <w:proofErr w:type="spellStart"/>
      <w:proofErr w:type="gramStart"/>
      <w:r w:rsidRPr="004F1BAD">
        <w:rPr>
          <w:rFonts w:cstheme="minorHAnsi"/>
          <w:shd w:val="clear" w:color="auto" w:fill="FFFFFF"/>
          <w:lang w:val="fr-FR"/>
        </w:rPr>
        <w:t>Cercetării</w:t>
      </w:r>
      <w:proofErr w:type="spellEnd"/>
      <w:r w:rsidRPr="004F1BAD">
        <w:rPr>
          <w:rFonts w:cstheme="minorHAnsi"/>
          <w:shd w:val="clear" w:color="auto" w:fill="FFFFFF"/>
          <w:lang w:val="fr-FR"/>
        </w:rPr>
        <w:t>;</w:t>
      </w:r>
      <w:proofErr w:type="gramEnd"/>
    </w:p>
    <w:p w14:paraId="04634200" w14:textId="77777777" w:rsidR="0068216E" w:rsidRPr="00120750" w:rsidRDefault="0068216E" w:rsidP="0068216E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lang w:val="pt-PT"/>
        </w:rPr>
      </w:pPr>
      <w:r w:rsidRPr="00120750">
        <w:rPr>
          <w:rFonts w:cstheme="minorHAnsi"/>
          <w:lang w:val="pt-PT"/>
        </w:rPr>
        <w:t>2.S</w:t>
      </w:r>
      <w:r w:rsidRPr="00120750">
        <w:rPr>
          <w:rFonts w:eastAsia="Courier New" w:cstheme="minorHAnsi"/>
          <w:snapToGrid w:val="0"/>
          <w:lang w:val="pt-PT"/>
        </w:rPr>
        <w:t xml:space="preserve">tudii </w:t>
      </w:r>
      <w:proofErr w:type="spellStart"/>
      <w:r w:rsidRPr="00120750">
        <w:rPr>
          <w:rFonts w:eastAsia="Courier New" w:cstheme="minorHAnsi"/>
          <w:snapToGrid w:val="0"/>
          <w:lang w:val="pt-PT"/>
        </w:rPr>
        <w:t>medii</w:t>
      </w:r>
      <w:proofErr w:type="spellEnd"/>
      <w:r w:rsidRPr="00120750">
        <w:rPr>
          <w:rFonts w:eastAsia="Courier New" w:cstheme="minorHAnsi"/>
          <w:snapToGrid w:val="0"/>
          <w:lang w:val="pt-PT"/>
        </w:rPr>
        <w:t xml:space="preserve"> </w:t>
      </w:r>
      <w:proofErr w:type="spellStart"/>
      <w:r w:rsidRPr="00120750">
        <w:rPr>
          <w:rFonts w:eastAsia="Courier New" w:cstheme="minorHAnsi"/>
          <w:snapToGrid w:val="0"/>
          <w:lang w:val="pt-PT"/>
        </w:rPr>
        <w:t>absolvite</w:t>
      </w:r>
      <w:proofErr w:type="spellEnd"/>
      <w:r w:rsidRPr="00120750">
        <w:rPr>
          <w:rFonts w:eastAsia="Courier New" w:cstheme="minorHAnsi"/>
          <w:snapToGrid w:val="0"/>
          <w:lang w:val="pt-PT"/>
        </w:rPr>
        <w:t xml:space="preserve"> cu </w:t>
      </w:r>
      <w:proofErr w:type="spellStart"/>
      <w:r w:rsidRPr="00120750">
        <w:rPr>
          <w:rFonts w:cstheme="minorHAnsi"/>
          <w:lang w:val="pt-PT"/>
        </w:rPr>
        <w:t>diplomă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bacalaureat</w:t>
      </w:r>
      <w:proofErr w:type="spellEnd"/>
      <w:r w:rsidRPr="00120750">
        <w:rPr>
          <w:rFonts w:cstheme="minorHAnsi"/>
          <w:lang w:val="pt-PT"/>
        </w:rPr>
        <w:t xml:space="preserve"> a </w:t>
      </w:r>
      <w:proofErr w:type="spellStart"/>
      <w:r w:rsidRPr="00120750">
        <w:rPr>
          <w:rFonts w:cstheme="minorHAnsi"/>
          <w:lang w:val="pt-PT"/>
        </w:rPr>
        <w:t>liceului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pedagogic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specializarea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mediator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școlar</w:t>
      </w:r>
      <w:proofErr w:type="spellEnd"/>
      <w:r w:rsidRPr="00120750">
        <w:rPr>
          <w:rFonts w:cstheme="minorHAnsi"/>
          <w:lang w:val="pt-PT"/>
        </w:rPr>
        <w:t>;</w:t>
      </w:r>
    </w:p>
    <w:p w14:paraId="6EE7BF62" w14:textId="58B018E1" w:rsidR="0068216E" w:rsidRPr="00120750" w:rsidRDefault="0068216E" w:rsidP="0068216E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lang w:val="pt-PT"/>
        </w:rPr>
      </w:pPr>
      <w:r w:rsidRPr="00120750">
        <w:rPr>
          <w:rFonts w:cstheme="minorHAnsi"/>
          <w:lang w:val="pt-PT"/>
        </w:rPr>
        <w:t>3.S</w:t>
      </w:r>
      <w:r w:rsidRPr="00120750">
        <w:rPr>
          <w:rFonts w:cstheme="minorHAnsi"/>
          <w:shd w:val="clear" w:color="auto" w:fill="FFFFFF"/>
          <w:lang w:val="pt-PT"/>
        </w:rPr>
        <w:t xml:space="preserve">tudii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medii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absolvite</w:t>
      </w:r>
      <w:proofErr w:type="spellEnd"/>
      <w:r w:rsidRPr="00120750">
        <w:rPr>
          <w:rFonts w:cstheme="minorHAnsi"/>
          <w:lang w:val="pt-PT"/>
        </w:rPr>
        <w:t xml:space="preserve"> cu </w:t>
      </w:r>
      <w:proofErr w:type="spellStart"/>
      <w:r w:rsidRPr="00120750">
        <w:rPr>
          <w:rFonts w:cstheme="minorHAnsi"/>
          <w:lang w:val="pt-PT"/>
        </w:rPr>
        <w:t>diplomă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bacalaureat</w:t>
      </w:r>
      <w:proofErr w:type="spellEnd"/>
      <w:r w:rsidRPr="00120750">
        <w:rPr>
          <w:rFonts w:cstheme="minorHAnsi"/>
          <w:lang w:val="pt-PT"/>
        </w:rPr>
        <w:t xml:space="preserve"> </w:t>
      </w:r>
      <w:r w:rsidRPr="00120750">
        <w:rPr>
          <w:rFonts w:eastAsia="Courier New" w:cstheme="minorHAnsi"/>
          <w:snapToGrid w:val="0"/>
          <w:lang w:val="pt-PT"/>
        </w:rPr>
        <w:t xml:space="preserve">a </w:t>
      </w:r>
      <w:proofErr w:type="spellStart"/>
      <w:r w:rsidRPr="00120750">
        <w:rPr>
          <w:rFonts w:eastAsia="Courier New" w:cstheme="minorHAnsi"/>
          <w:snapToGrid w:val="0"/>
          <w:lang w:val="pt-PT"/>
        </w:rPr>
        <w:t>oricărui</w:t>
      </w:r>
      <w:proofErr w:type="spellEnd"/>
      <w:r w:rsidRPr="00120750">
        <w:rPr>
          <w:rFonts w:eastAsia="Courier New" w:cstheme="minorHAnsi"/>
          <w:snapToGrid w:val="0"/>
          <w:lang w:val="pt-PT"/>
        </w:rPr>
        <w:t xml:space="preserve"> </w:t>
      </w:r>
      <w:proofErr w:type="spellStart"/>
      <w:r w:rsidRPr="00120750">
        <w:rPr>
          <w:rFonts w:eastAsia="Courier New" w:cstheme="minorHAnsi"/>
          <w:snapToGrid w:val="0"/>
          <w:lang w:val="pt-PT"/>
        </w:rPr>
        <w:t>profil</w:t>
      </w:r>
      <w:proofErr w:type="spellEnd"/>
      <w:r w:rsidRPr="00120750">
        <w:rPr>
          <w:rFonts w:eastAsia="Courier New" w:cstheme="minorHAnsi"/>
          <w:snapToGrid w:val="0"/>
          <w:lang w:val="pt-PT"/>
        </w:rPr>
        <w:t xml:space="preserve"> liceal,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urmate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de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un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curs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de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formare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profesională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cu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specializarea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de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mediator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şcolar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,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recunoscut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de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Ministerul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Educaţiei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și</w:t>
      </w:r>
      <w:proofErr w:type="spellEnd"/>
      <w:r w:rsidRPr="00120750">
        <w:rPr>
          <w:rFonts w:cstheme="minorHAnsi"/>
          <w:shd w:val="clear" w:color="auto" w:fill="FFFFFF"/>
          <w:lang w:val="pt-PT"/>
        </w:rPr>
        <w:t xml:space="preserve"> </w:t>
      </w:r>
      <w:proofErr w:type="spellStart"/>
      <w:r w:rsidRPr="00120750">
        <w:rPr>
          <w:rFonts w:cstheme="minorHAnsi"/>
          <w:shd w:val="clear" w:color="auto" w:fill="FFFFFF"/>
          <w:lang w:val="pt-PT"/>
        </w:rPr>
        <w:t>Cercetării</w:t>
      </w:r>
      <w:proofErr w:type="spellEnd"/>
      <w:r w:rsidRPr="00120750">
        <w:rPr>
          <w:rFonts w:cstheme="minorHAnsi"/>
          <w:shd w:val="clear" w:color="auto" w:fill="FFFFFF"/>
          <w:lang w:val="pt-PT"/>
        </w:rPr>
        <w:t>.</w:t>
      </w:r>
      <w:r w:rsidRPr="00120750">
        <w:rPr>
          <w:rFonts w:cstheme="minorHAnsi"/>
          <w:lang w:val="pt-PT"/>
        </w:rPr>
        <w:t xml:space="preserve"> </w:t>
      </w:r>
    </w:p>
    <w:p w14:paraId="4BA5F415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eastAsia="Courier New" w:cstheme="minorHAnsi"/>
          <w:b/>
          <w:bCs/>
          <w:color w:val="000000"/>
        </w:rPr>
        <w:t>Disponibilitate</w:t>
      </w:r>
      <w:proofErr w:type="spellEnd"/>
      <w:r w:rsidRPr="004F1BAD">
        <w:rPr>
          <w:rFonts w:eastAsia="Courier New" w:cstheme="minorHAnsi"/>
          <w:b/>
          <w:bCs/>
          <w:color w:val="000000"/>
        </w:rPr>
        <w:t xml:space="preserve"> </w:t>
      </w:r>
      <w:proofErr w:type="spellStart"/>
      <w:r w:rsidRPr="004F1BAD">
        <w:rPr>
          <w:rFonts w:eastAsia="Courier New" w:cstheme="minorHAnsi"/>
          <w:b/>
          <w:bCs/>
          <w:color w:val="000000"/>
        </w:rPr>
        <w:t>pentru</w:t>
      </w:r>
      <w:proofErr w:type="spellEnd"/>
      <w:r w:rsidRPr="004F1BAD">
        <w:rPr>
          <w:rFonts w:eastAsia="Courier New" w:cstheme="minorHAnsi"/>
          <w:b/>
          <w:bCs/>
          <w:color w:val="000000"/>
        </w:rPr>
        <w:t xml:space="preserve"> </w:t>
      </w:r>
      <w:proofErr w:type="spellStart"/>
      <w:r w:rsidRPr="004F1BAD">
        <w:rPr>
          <w:rFonts w:eastAsia="Courier New" w:cstheme="minorHAnsi"/>
          <w:b/>
          <w:bCs/>
          <w:color w:val="000000"/>
        </w:rPr>
        <w:t>deplasări</w:t>
      </w:r>
      <w:proofErr w:type="spellEnd"/>
    </w:p>
    <w:p w14:paraId="3891AF9B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Courier New" w:cstheme="minorHAnsi"/>
          <w:b/>
          <w:bCs/>
          <w:color w:val="000000"/>
        </w:rPr>
      </w:pPr>
      <w:proofErr w:type="spellStart"/>
      <w:r w:rsidRPr="004F1BAD">
        <w:rPr>
          <w:rFonts w:eastAsia="Courier New" w:cstheme="minorHAnsi"/>
          <w:b/>
          <w:color w:val="000000"/>
        </w:rPr>
        <w:t>Cunoştinţe</w:t>
      </w:r>
      <w:proofErr w:type="spellEnd"/>
      <w:r w:rsidRPr="004F1BAD">
        <w:rPr>
          <w:rFonts w:eastAsia="Courier New" w:cstheme="minorHAnsi"/>
          <w:b/>
          <w:color w:val="000000"/>
        </w:rPr>
        <w:t xml:space="preserve"> de </w:t>
      </w:r>
      <w:proofErr w:type="spellStart"/>
      <w:r w:rsidRPr="004F1BAD">
        <w:rPr>
          <w:rFonts w:eastAsia="Courier New" w:cstheme="minorHAnsi"/>
          <w:b/>
          <w:color w:val="000000"/>
        </w:rPr>
        <w:t>operare</w:t>
      </w:r>
      <w:proofErr w:type="spellEnd"/>
      <w:r w:rsidRPr="004F1BAD">
        <w:rPr>
          <w:rFonts w:eastAsia="Courier New" w:cstheme="minorHAnsi"/>
          <w:b/>
          <w:color w:val="000000"/>
        </w:rPr>
        <w:t>/</w:t>
      </w:r>
      <w:proofErr w:type="spellStart"/>
      <w:r w:rsidRPr="004F1BAD">
        <w:rPr>
          <w:rFonts w:eastAsia="Courier New" w:cstheme="minorHAnsi"/>
          <w:b/>
          <w:color w:val="000000"/>
        </w:rPr>
        <w:t>programare</w:t>
      </w:r>
      <w:proofErr w:type="spellEnd"/>
      <w:r w:rsidRPr="004F1BAD">
        <w:rPr>
          <w:rFonts w:eastAsia="Courier New" w:cstheme="minorHAnsi"/>
          <w:b/>
          <w:color w:val="000000"/>
        </w:rPr>
        <w:t xml:space="preserve"> pe calculator (</w:t>
      </w:r>
      <w:proofErr w:type="spellStart"/>
      <w:r w:rsidRPr="004F1BAD">
        <w:rPr>
          <w:rFonts w:eastAsia="Courier New" w:cstheme="minorHAnsi"/>
          <w:b/>
          <w:color w:val="000000"/>
        </w:rPr>
        <w:t>necesitate</w:t>
      </w:r>
      <w:proofErr w:type="spellEnd"/>
      <w:r w:rsidRPr="004F1BAD">
        <w:rPr>
          <w:rFonts w:eastAsia="Courier New" w:cstheme="minorHAnsi"/>
          <w:b/>
          <w:color w:val="000000"/>
        </w:rPr>
        <w:t xml:space="preserve"> </w:t>
      </w:r>
      <w:proofErr w:type="spellStart"/>
      <w:r w:rsidRPr="004F1BAD">
        <w:rPr>
          <w:rFonts w:eastAsia="Courier New" w:cstheme="minorHAnsi"/>
          <w:b/>
          <w:color w:val="000000"/>
        </w:rPr>
        <w:t>şi</w:t>
      </w:r>
      <w:proofErr w:type="spellEnd"/>
      <w:r w:rsidRPr="004F1BAD">
        <w:rPr>
          <w:rFonts w:eastAsia="Courier New" w:cstheme="minorHAnsi"/>
          <w:b/>
          <w:color w:val="000000"/>
        </w:rPr>
        <w:t xml:space="preserve"> </w:t>
      </w:r>
      <w:proofErr w:type="spellStart"/>
      <w:r w:rsidRPr="004F1BAD">
        <w:rPr>
          <w:rFonts w:eastAsia="Courier New" w:cstheme="minorHAnsi"/>
          <w:b/>
          <w:color w:val="000000"/>
        </w:rPr>
        <w:t>nivel</w:t>
      </w:r>
      <w:proofErr w:type="spellEnd"/>
      <w:r w:rsidRPr="004F1BAD">
        <w:rPr>
          <w:rFonts w:eastAsia="Courier New" w:cstheme="minorHAnsi"/>
          <w:b/>
          <w:color w:val="000000"/>
        </w:rPr>
        <w:t xml:space="preserve">): </w:t>
      </w:r>
      <w:r w:rsidRPr="004F1BAD">
        <w:rPr>
          <w:rFonts w:cstheme="minorHAnsi"/>
        </w:rPr>
        <w:t xml:space="preserve">Office, </w:t>
      </w:r>
      <w:proofErr w:type="spellStart"/>
      <w:proofErr w:type="gramStart"/>
      <w:r w:rsidRPr="004F1BAD">
        <w:rPr>
          <w:rFonts w:cstheme="minorHAnsi"/>
        </w:rPr>
        <w:t>Excel,Word</w:t>
      </w:r>
      <w:proofErr w:type="spellEnd"/>
      <w:proofErr w:type="gramEnd"/>
      <w:r w:rsidRPr="004F1BAD">
        <w:rPr>
          <w:rFonts w:cstheme="minorHAnsi"/>
        </w:rPr>
        <w:t xml:space="preserve">, Power </w:t>
      </w:r>
      <w:proofErr w:type="gramStart"/>
      <w:r w:rsidRPr="004F1BAD">
        <w:rPr>
          <w:rFonts w:cstheme="minorHAnsi"/>
        </w:rPr>
        <w:t>Point  -</w:t>
      </w:r>
      <w:proofErr w:type="gram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utilizator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elementar</w:t>
      </w:r>
      <w:proofErr w:type="spellEnd"/>
    </w:p>
    <w:p w14:paraId="480AAF51" w14:textId="77777777" w:rsidR="0068216E" w:rsidRPr="004F1BAD" w:rsidRDefault="0068216E" w:rsidP="0068216E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Courier New" w:cstheme="minorHAnsi"/>
          <w:b/>
          <w:bCs/>
          <w:color w:val="000000"/>
        </w:rPr>
      </w:pPr>
      <w:proofErr w:type="spellStart"/>
      <w:r w:rsidRPr="004F1BAD">
        <w:rPr>
          <w:rFonts w:eastAsia="Calibri" w:cstheme="minorHAnsi"/>
          <w:b/>
          <w:color w:val="000000"/>
        </w:rPr>
        <w:t>Abilităţi</w:t>
      </w:r>
      <w:proofErr w:type="spellEnd"/>
      <w:r w:rsidRPr="004F1BAD">
        <w:rPr>
          <w:rFonts w:eastAsia="Calibri" w:cstheme="minorHAnsi"/>
          <w:b/>
          <w:color w:val="000000"/>
        </w:rPr>
        <w:t xml:space="preserve">, </w:t>
      </w:r>
      <w:proofErr w:type="spellStart"/>
      <w:r w:rsidRPr="004F1BAD">
        <w:rPr>
          <w:rFonts w:eastAsia="Calibri" w:cstheme="minorHAnsi"/>
          <w:b/>
          <w:color w:val="000000"/>
        </w:rPr>
        <w:t>calităţi</w:t>
      </w:r>
      <w:proofErr w:type="spellEnd"/>
      <w:r w:rsidRPr="004F1BAD">
        <w:rPr>
          <w:rFonts w:eastAsia="Calibri" w:cstheme="minorHAnsi"/>
          <w:b/>
          <w:color w:val="000000"/>
        </w:rPr>
        <w:t xml:space="preserve"> </w:t>
      </w:r>
      <w:proofErr w:type="spellStart"/>
      <w:r w:rsidRPr="004F1BAD">
        <w:rPr>
          <w:rFonts w:eastAsia="Calibri" w:cstheme="minorHAnsi"/>
          <w:b/>
          <w:color w:val="000000"/>
        </w:rPr>
        <w:t>şi</w:t>
      </w:r>
      <w:proofErr w:type="spellEnd"/>
      <w:r w:rsidRPr="004F1BAD">
        <w:rPr>
          <w:rFonts w:eastAsia="Calibri" w:cstheme="minorHAnsi"/>
          <w:b/>
          <w:color w:val="000000"/>
        </w:rPr>
        <w:t xml:space="preserve"> </w:t>
      </w:r>
      <w:proofErr w:type="spellStart"/>
      <w:r w:rsidRPr="004F1BAD">
        <w:rPr>
          <w:rFonts w:eastAsia="Calibri" w:cstheme="minorHAnsi"/>
          <w:b/>
          <w:color w:val="000000"/>
        </w:rPr>
        <w:t>aptitudini</w:t>
      </w:r>
      <w:proofErr w:type="spellEnd"/>
      <w:r w:rsidRPr="004F1BAD">
        <w:rPr>
          <w:rFonts w:eastAsia="Calibri" w:cstheme="minorHAnsi"/>
          <w:b/>
          <w:color w:val="000000"/>
        </w:rPr>
        <w:t xml:space="preserve"> </w:t>
      </w:r>
      <w:proofErr w:type="spellStart"/>
      <w:r w:rsidRPr="004F1BAD">
        <w:rPr>
          <w:rFonts w:eastAsia="Calibri" w:cstheme="minorHAnsi"/>
          <w:b/>
          <w:color w:val="000000"/>
        </w:rPr>
        <w:t>necesare</w:t>
      </w:r>
      <w:proofErr w:type="spellEnd"/>
      <w:r w:rsidRPr="004F1BAD">
        <w:rPr>
          <w:rFonts w:eastAsia="Calibri" w:cstheme="minorHAnsi"/>
          <w:b/>
          <w:color w:val="000000"/>
        </w:rPr>
        <w:t xml:space="preserve">: </w:t>
      </w:r>
    </w:p>
    <w:p w14:paraId="5CF48061" w14:textId="77777777" w:rsidR="0068216E" w:rsidRPr="004F1BAD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competențe</w:t>
      </w:r>
      <w:proofErr w:type="spellEnd"/>
      <w:proofErr w:type="gram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comunicare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scrisă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şi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verbală</w:t>
      </w:r>
      <w:proofErr w:type="spellEnd"/>
      <w:r w:rsidRPr="004F1BAD">
        <w:rPr>
          <w:rFonts w:cstheme="minorHAnsi"/>
          <w:lang w:val="fr-FR"/>
        </w:rPr>
        <w:t xml:space="preserve">, de </w:t>
      </w:r>
      <w:proofErr w:type="spellStart"/>
      <w:proofErr w:type="gramStart"/>
      <w:r w:rsidRPr="004F1BAD">
        <w:rPr>
          <w:rFonts w:cstheme="minorHAnsi"/>
          <w:lang w:val="fr-FR"/>
        </w:rPr>
        <w:t>relaționare</w:t>
      </w:r>
      <w:proofErr w:type="spellEnd"/>
      <w:r w:rsidRPr="004F1BAD">
        <w:rPr>
          <w:rFonts w:cstheme="minorHAnsi"/>
          <w:lang w:val="fr-FR"/>
        </w:rPr>
        <w:t>;</w:t>
      </w:r>
      <w:proofErr w:type="gramEnd"/>
    </w:p>
    <w:p w14:paraId="2AEDEDCB" w14:textId="77777777" w:rsidR="0068216E" w:rsidRPr="004F1BAD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moralitate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corectitudine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deschidere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și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flexibilitate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relațiile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interumane</w:t>
      </w:r>
      <w:proofErr w:type="spellEnd"/>
      <w:r w:rsidRPr="004F1BAD">
        <w:rPr>
          <w:rFonts w:cstheme="minorHAnsi"/>
        </w:rPr>
        <w:t>;</w:t>
      </w:r>
    </w:p>
    <w:p w14:paraId="04C85573" w14:textId="77777777" w:rsidR="0068216E" w:rsidRPr="00120750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2" w:firstLine="0"/>
        <w:jc w:val="both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perseverenţă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consecvenţă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abilităţi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pentru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munca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condiții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stres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situaţii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proofErr w:type="gramStart"/>
      <w:r w:rsidRPr="00120750">
        <w:rPr>
          <w:rFonts w:cstheme="minorHAnsi"/>
          <w:lang w:val="pt-PT"/>
        </w:rPr>
        <w:t>urgenţă</w:t>
      </w:r>
      <w:proofErr w:type="spellEnd"/>
      <w:r w:rsidRPr="00120750">
        <w:rPr>
          <w:rFonts w:cstheme="minorHAnsi"/>
          <w:lang w:val="pt-PT"/>
        </w:rPr>
        <w:t xml:space="preserve">  </w:t>
      </w:r>
      <w:proofErr w:type="spellStart"/>
      <w:r w:rsidRPr="00120750">
        <w:rPr>
          <w:rFonts w:cstheme="minorHAnsi"/>
          <w:lang w:val="pt-PT"/>
        </w:rPr>
        <w:t>sau</w:t>
      </w:r>
      <w:proofErr w:type="spellEnd"/>
      <w:proofErr w:type="gram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neprevăzute</w:t>
      </w:r>
      <w:proofErr w:type="spellEnd"/>
      <w:r w:rsidRPr="00120750">
        <w:rPr>
          <w:rFonts w:cstheme="minorHAnsi"/>
          <w:lang w:val="pt-PT"/>
        </w:rPr>
        <w:t>;</w:t>
      </w:r>
    </w:p>
    <w:p w14:paraId="1482C1F2" w14:textId="77777777" w:rsidR="0068216E" w:rsidRPr="00120750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analiza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problemelor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specifice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mediului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şcolar</w:t>
      </w:r>
      <w:proofErr w:type="spellEnd"/>
      <w:r w:rsidRPr="00120750">
        <w:rPr>
          <w:rFonts w:cstheme="minorHAnsi"/>
          <w:lang w:val="pt-PT"/>
        </w:rPr>
        <w:t>;</w:t>
      </w:r>
    </w:p>
    <w:p w14:paraId="775717FC" w14:textId="77777777" w:rsidR="0068216E" w:rsidRPr="004F1BAD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  <w:proofErr w:type="spellStart"/>
      <w:r w:rsidRPr="004F1BAD">
        <w:rPr>
          <w:rFonts w:cstheme="minorHAnsi"/>
        </w:rPr>
        <w:t>atenție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detalii</w:t>
      </w:r>
      <w:proofErr w:type="spellEnd"/>
      <w:r w:rsidRPr="004F1BAD">
        <w:rPr>
          <w:rFonts w:cstheme="minorHAnsi"/>
        </w:rPr>
        <w:t>;</w:t>
      </w:r>
    </w:p>
    <w:p w14:paraId="63400BCA" w14:textId="77777777" w:rsidR="0068216E" w:rsidRPr="004F1BAD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  <w:proofErr w:type="spellStart"/>
      <w:r w:rsidRPr="004F1BAD">
        <w:rPr>
          <w:rFonts w:cstheme="minorHAnsi"/>
        </w:rPr>
        <w:t>atitudine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pozitivă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motivatoare</w:t>
      </w:r>
      <w:proofErr w:type="spellEnd"/>
      <w:r w:rsidRPr="004F1BAD">
        <w:rPr>
          <w:rFonts w:cstheme="minorHAnsi"/>
        </w:rPr>
        <w:t>;</w:t>
      </w:r>
    </w:p>
    <w:p w14:paraId="2B113E4B" w14:textId="77777777" w:rsidR="0068216E" w:rsidRPr="004F1BAD" w:rsidRDefault="0068216E" w:rsidP="0068216E">
      <w:pPr>
        <w:pStyle w:val="Listparagraf"/>
        <w:numPr>
          <w:ilvl w:val="0"/>
          <w:numId w:val="17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  <w:proofErr w:type="spellStart"/>
      <w:r w:rsidRPr="004F1BAD">
        <w:rPr>
          <w:rFonts w:cstheme="minorHAnsi"/>
        </w:rPr>
        <w:t>competențe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integrare</w:t>
      </w:r>
      <w:proofErr w:type="spellEnd"/>
      <w:r w:rsidRPr="004F1BAD">
        <w:rPr>
          <w:rFonts w:cstheme="minorHAnsi"/>
        </w:rPr>
        <w:t xml:space="preserve"> TIC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educație</w:t>
      </w:r>
      <w:proofErr w:type="spellEnd"/>
      <w:r w:rsidRPr="004F1BAD">
        <w:rPr>
          <w:rFonts w:cstheme="minorHAnsi"/>
        </w:rPr>
        <w:t>.</w:t>
      </w:r>
    </w:p>
    <w:p w14:paraId="4F8F8B07" w14:textId="77777777" w:rsidR="0068216E" w:rsidRPr="004F1BAD" w:rsidRDefault="0068216E" w:rsidP="0068216E">
      <w:pPr>
        <w:pStyle w:val="Listparagraf"/>
        <w:numPr>
          <w:ilvl w:val="0"/>
          <w:numId w:val="16"/>
        </w:numPr>
        <w:spacing w:after="160" w:line="259" w:lineRule="auto"/>
        <w:ind w:left="252" w:hanging="180"/>
        <w:jc w:val="both"/>
        <w:rPr>
          <w:rFonts w:eastAsia="Courier New" w:cstheme="minorHAnsi"/>
          <w:snapToGrid w:val="0"/>
          <w:lang w:val="fr-FR"/>
        </w:rPr>
      </w:pPr>
      <w:r w:rsidRPr="00120750">
        <w:rPr>
          <w:rFonts w:eastAsia="Courier New" w:cstheme="minorHAnsi"/>
          <w:snapToGrid w:val="0"/>
          <w:lang w:val="pt-PT"/>
        </w:rPr>
        <w:t xml:space="preserve"> </w:t>
      </w:r>
      <w:proofErr w:type="spellStart"/>
      <w:r w:rsidRPr="004F1BAD">
        <w:rPr>
          <w:rFonts w:eastAsia="Courier New" w:cstheme="minorHAnsi"/>
          <w:b/>
          <w:snapToGrid w:val="0"/>
          <w:lang w:val="fr-FR"/>
        </w:rPr>
        <w:t>Limbi</w:t>
      </w:r>
      <w:proofErr w:type="spellEnd"/>
      <w:r w:rsidRPr="004F1BAD">
        <w:rPr>
          <w:rFonts w:eastAsia="Courier New" w:cstheme="minorHAnsi"/>
          <w:b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b/>
          <w:snapToGrid w:val="0"/>
          <w:lang w:val="fr-FR"/>
        </w:rPr>
        <w:t>străine</w:t>
      </w:r>
      <w:proofErr w:type="spellEnd"/>
      <w:r w:rsidRPr="004F1BAD">
        <w:rPr>
          <w:rFonts w:eastAsia="Courier New" w:cstheme="minorHAnsi"/>
          <w:b/>
          <w:snapToGrid w:val="0"/>
          <w:lang w:val="fr-FR"/>
        </w:rPr>
        <w:t xml:space="preserve"> </w:t>
      </w:r>
      <w:proofErr w:type="spellStart"/>
      <w:proofErr w:type="gramStart"/>
      <w:r w:rsidRPr="004F1BAD">
        <w:rPr>
          <w:rFonts w:eastAsia="Courier New" w:cstheme="minorHAnsi"/>
          <w:b/>
          <w:snapToGrid w:val="0"/>
          <w:lang w:val="fr-FR"/>
        </w:rPr>
        <w:t>solicitate</w:t>
      </w:r>
      <w:proofErr w:type="spellEnd"/>
      <w:r w:rsidRPr="004F1BAD">
        <w:rPr>
          <w:rFonts w:eastAsia="Courier New" w:cstheme="minorHAnsi"/>
          <w:snapToGrid w:val="0"/>
          <w:lang w:val="fr-FR"/>
        </w:rPr>
        <w:t>:</w:t>
      </w:r>
      <w:proofErr w:type="gram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constituie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un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avantaj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cunoașterea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limbii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și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a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culturii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comunității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locale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în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care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își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desfășoară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Pr="004F1BAD">
        <w:rPr>
          <w:rFonts w:eastAsia="Courier New" w:cstheme="minorHAnsi"/>
          <w:snapToGrid w:val="0"/>
          <w:lang w:val="fr-FR"/>
        </w:rPr>
        <w:t>activitatea</w:t>
      </w:r>
      <w:proofErr w:type="spellEnd"/>
      <w:r w:rsidRPr="004F1BAD">
        <w:rPr>
          <w:rFonts w:eastAsia="Courier New" w:cstheme="minorHAnsi"/>
          <w:snapToGrid w:val="0"/>
          <w:lang w:val="fr-FR"/>
        </w:rPr>
        <w:t xml:space="preserve">.  </w:t>
      </w:r>
    </w:p>
    <w:bookmarkEnd w:id="0"/>
    <w:p w14:paraId="3B04FAE4" w14:textId="50D565D5" w:rsidR="00AB2F1D" w:rsidRPr="0068216E" w:rsidRDefault="00AB2F1D" w:rsidP="0068216E">
      <w:pPr>
        <w:spacing w:after="0" w:line="240" w:lineRule="auto"/>
        <w:rPr>
          <w:lang w:val="pt-PT"/>
        </w:rPr>
      </w:pPr>
    </w:p>
    <w:p w14:paraId="77D36181" w14:textId="77777777" w:rsidR="00643FBD" w:rsidRPr="002153C2" w:rsidRDefault="00DC7CA5" w:rsidP="007F7992">
      <w:pPr>
        <w:spacing w:after="120"/>
        <w:rPr>
          <w:lang w:val="pt-PT"/>
        </w:rPr>
      </w:pPr>
      <w:r w:rsidRPr="002153C2">
        <w:rPr>
          <w:b/>
          <w:lang w:val="pt-PT"/>
        </w:rPr>
        <w:t>DOSARUL DE CONCURS:</w:t>
      </w:r>
    </w:p>
    <w:p w14:paraId="6A18B6EB" w14:textId="78E4EFE0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formular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inscriere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concurs</w:t>
      </w:r>
      <w:proofErr w:type="spellEnd"/>
      <w:r w:rsidRPr="006C1C79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contine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declarația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consimțământ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privind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prelucrarea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datelor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caracter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personal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conform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modelului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prevazut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anexa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nr</w:t>
      </w:r>
      <w:proofErr w:type="spellEnd"/>
      <w:r w:rsidRPr="008946A3">
        <w:rPr>
          <w:rFonts w:eastAsia="Times New Roman" w:cs="Times New Roman"/>
          <w:szCs w:val="24"/>
          <w:lang w:val="pt-PT"/>
        </w:rPr>
        <w:t>. 2</w:t>
      </w:r>
      <w:r>
        <w:rPr>
          <w:rFonts w:eastAsia="Times New Roman" w:cs="Times New Roman"/>
          <w:szCs w:val="24"/>
          <w:lang w:val="pt-PT"/>
        </w:rPr>
        <w:t xml:space="preserve"> </w:t>
      </w:r>
      <w:proofErr w:type="spellStart"/>
      <w:r>
        <w:rPr>
          <w:rFonts w:eastAsia="Times New Roman" w:cs="Times New Roman"/>
          <w:szCs w:val="24"/>
          <w:lang w:val="pt-PT"/>
        </w:rPr>
        <w:t>din</w:t>
      </w:r>
      <w:proofErr w:type="spellEnd"/>
      <w:r w:rsidRPr="006C1C79">
        <w:rPr>
          <w:b/>
          <w:lang w:val="pt-PT"/>
        </w:rPr>
        <w:t xml:space="preserve"> </w:t>
      </w:r>
      <w:r w:rsidRPr="006C1C79">
        <w:rPr>
          <w:bCs/>
          <w:lang w:val="pt-PT"/>
        </w:rPr>
        <w:t xml:space="preserve">H.G. </w:t>
      </w:r>
      <w:proofErr w:type="spellStart"/>
      <w:r w:rsidRPr="006C1C79">
        <w:rPr>
          <w:bCs/>
          <w:lang w:val="pt-PT"/>
        </w:rPr>
        <w:t>nr</w:t>
      </w:r>
      <w:proofErr w:type="spellEnd"/>
      <w:r w:rsidRPr="006C1C79">
        <w:rPr>
          <w:bCs/>
          <w:lang w:val="pt-PT"/>
        </w:rPr>
        <w:t>. 1336/2022</w:t>
      </w:r>
      <w:r w:rsidRPr="006C1C79">
        <w:rPr>
          <w:rFonts w:eastAsia="Times New Roman" w:cs="Times New Roman"/>
          <w:bCs/>
          <w:szCs w:val="24"/>
          <w:lang w:val="pt-PT"/>
        </w:rPr>
        <w:t>;</w:t>
      </w:r>
    </w:p>
    <w:p w14:paraId="512E5220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copia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actului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identitate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identitatea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potrivit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legii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aflate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termen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valabilitate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79118005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copia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certificatului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casatorie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altui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s-a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realizat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schimbarea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nume,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dupa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2F693D53" w14:textId="01D34DE1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copiile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documentelor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nivelul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studiilor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ale altor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acte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efectuarea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unor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specializari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precum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copiile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documentelor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indeplinirea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conditiilor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specifice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ale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postului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73625637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copia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carnetului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munca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adeverintei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eliberate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angajator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perioada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lucrata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vechimea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munca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specialitatea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studiilor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solicitate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ocuparea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postului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1E927D9C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certificat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cazier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judiciar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dupa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extrasul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cazierul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judiciar;</w:t>
      </w:r>
    </w:p>
    <w:p w14:paraId="74E98670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adeverinta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medicala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starea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sanatate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corespunzatoare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eliberata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catre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medicul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familie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al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candidatului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catre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unitatile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sanitare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abilitate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cel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mult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6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luni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anterior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derularii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concursului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3DD75C71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certificatul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integritate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comportamentala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reiasa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ca nu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s-au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comis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infractiuni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prevazute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art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. 1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. (2)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Legea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nr</w:t>
      </w:r>
      <w:proofErr w:type="spellEnd"/>
      <w:r w:rsidRPr="008946A3">
        <w:rPr>
          <w:rFonts w:eastAsia="Times New Roman" w:cs="Times New Roman"/>
          <w:szCs w:val="24"/>
          <w:lang w:val="pt-PT"/>
        </w:rPr>
        <w:t>. 118/2019 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privind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Registrul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national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automatizat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privire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comis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infractiuni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sexuale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exploatare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unor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asupra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minorilor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precum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completarea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Legii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. 76/2008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privind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organizarea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functionarea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Sistemului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National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Date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Genetice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Judiciare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modificarile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ulterioare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candidatii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inscrisi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posturile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cadrul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sistemului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invatamant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sanatate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protectie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sociala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precum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entitate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publica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privata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activitate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presupune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contactul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direct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copii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varsta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dizabilitati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categorii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vulnerabile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presupune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examinarea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fizica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evaluarea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psihologica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unei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0A02284E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curriculum vitae,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model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comun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european</w:t>
      </w:r>
      <w:proofErr w:type="spellEnd"/>
      <w:r w:rsidRPr="008946A3">
        <w:rPr>
          <w:rFonts w:eastAsia="Times New Roman" w:cs="Times New Roman"/>
          <w:szCs w:val="24"/>
          <w:lang w:val="pt-PT"/>
        </w:rPr>
        <w:t>.</w:t>
      </w:r>
    </w:p>
    <w:p w14:paraId="12F48705" w14:textId="77777777" w:rsidR="006C1C79" w:rsidRDefault="006C1C79">
      <w:pPr>
        <w:spacing w:after="120"/>
        <w:rPr>
          <w:b/>
          <w:lang w:val="pt-PT"/>
        </w:rPr>
      </w:pPr>
    </w:p>
    <w:p w14:paraId="40CB4EDC" w14:textId="6E71ED29" w:rsidR="00316D5C" w:rsidRPr="00316D5C" w:rsidRDefault="00DC7CA5" w:rsidP="00316D5C">
      <w:pPr>
        <w:spacing w:after="120"/>
        <w:rPr>
          <w:b/>
          <w:bCs/>
          <w:lang w:val="pt-PT"/>
        </w:rPr>
      </w:pPr>
      <w:r w:rsidRPr="002153C2">
        <w:rPr>
          <w:b/>
          <w:lang w:val="pt-PT"/>
        </w:rPr>
        <w:t>BIBLIOGRAFIE ŞI TEMATICĂ PENTRU POSTUL DE MEDIATOR ȘCOLAR:</w:t>
      </w:r>
      <w:r w:rsidRPr="002153C2">
        <w:rPr>
          <w:b/>
          <w:bCs/>
          <w:lang w:val="pt-PT"/>
        </w:rPr>
        <w:br/>
      </w:r>
    </w:p>
    <w:p w14:paraId="529D19E6" w14:textId="77777777" w:rsidR="00316D5C" w:rsidRPr="00316D5C" w:rsidRDefault="00316D5C" w:rsidP="00316D5C">
      <w:pPr>
        <w:spacing w:after="120"/>
        <w:rPr>
          <w:b/>
          <w:bCs/>
          <w:lang w:val="pt-PT"/>
        </w:rPr>
      </w:pPr>
      <w:r w:rsidRPr="00316D5C">
        <w:rPr>
          <w:b/>
          <w:bCs/>
          <w:lang w:val="pt-PT"/>
        </w:rPr>
        <w:t xml:space="preserve">• </w:t>
      </w:r>
      <w:proofErr w:type="spellStart"/>
      <w:r w:rsidRPr="00316D5C">
        <w:rPr>
          <w:b/>
          <w:bCs/>
          <w:lang w:val="pt-PT"/>
        </w:rPr>
        <w:t>Legea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învăţământului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preuniversitar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nr</w:t>
      </w:r>
      <w:proofErr w:type="spellEnd"/>
      <w:r w:rsidRPr="00316D5C">
        <w:rPr>
          <w:b/>
          <w:bCs/>
          <w:lang w:val="pt-PT"/>
        </w:rPr>
        <w:t xml:space="preserve">. 198/2023, cu </w:t>
      </w:r>
      <w:proofErr w:type="spellStart"/>
      <w:r w:rsidRPr="00316D5C">
        <w:rPr>
          <w:b/>
          <w:bCs/>
          <w:lang w:val="pt-PT"/>
        </w:rPr>
        <w:t>modificările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şi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completările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ulterioare</w:t>
      </w:r>
      <w:proofErr w:type="spellEnd"/>
      <w:r w:rsidRPr="00316D5C">
        <w:rPr>
          <w:b/>
          <w:bCs/>
          <w:lang w:val="pt-PT"/>
        </w:rPr>
        <w:t>;</w:t>
      </w:r>
    </w:p>
    <w:p w14:paraId="6FF76D6F" w14:textId="77777777" w:rsidR="00316D5C" w:rsidRPr="00316D5C" w:rsidRDefault="00316D5C" w:rsidP="00316D5C">
      <w:pPr>
        <w:spacing w:after="120"/>
        <w:rPr>
          <w:b/>
          <w:bCs/>
          <w:lang w:val="pt-PT"/>
        </w:rPr>
      </w:pPr>
      <w:r w:rsidRPr="00316D5C">
        <w:rPr>
          <w:b/>
          <w:bCs/>
          <w:lang w:val="pt-PT"/>
        </w:rPr>
        <w:t xml:space="preserve">• </w:t>
      </w:r>
      <w:proofErr w:type="spellStart"/>
      <w:r w:rsidRPr="00316D5C">
        <w:rPr>
          <w:b/>
          <w:bCs/>
          <w:lang w:val="pt-PT"/>
        </w:rPr>
        <w:t>Legea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nr</w:t>
      </w:r>
      <w:proofErr w:type="spellEnd"/>
      <w:r w:rsidRPr="00316D5C">
        <w:rPr>
          <w:b/>
          <w:bCs/>
          <w:lang w:val="pt-PT"/>
        </w:rPr>
        <w:t xml:space="preserve">. 272 </w:t>
      </w:r>
      <w:proofErr w:type="spellStart"/>
      <w:r w:rsidRPr="00316D5C">
        <w:rPr>
          <w:b/>
          <w:bCs/>
          <w:lang w:val="pt-PT"/>
        </w:rPr>
        <w:t>din</w:t>
      </w:r>
      <w:proofErr w:type="spellEnd"/>
      <w:r w:rsidRPr="00316D5C">
        <w:rPr>
          <w:b/>
          <w:bCs/>
          <w:lang w:val="pt-PT"/>
        </w:rPr>
        <w:t xml:space="preserve"> 21 </w:t>
      </w:r>
      <w:proofErr w:type="spellStart"/>
      <w:r w:rsidRPr="00316D5C">
        <w:rPr>
          <w:b/>
          <w:bCs/>
          <w:lang w:val="pt-PT"/>
        </w:rPr>
        <w:t>iunie</w:t>
      </w:r>
      <w:proofErr w:type="spellEnd"/>
      <w:r w:rsidRPr="00316D5C">
        <w:rPr>
          <w:b/>
          <w:bCs/>
          <w:lang w:val="pt-PT"/>
        </w:rPr>
        <w:t xml:space="preserve"> 2004 (</w:t>
      </w:r>
      <w:proofErr w:type="spellStart"/>
      <w:r w:rsidRPr="00316D5C">
        <w:rPr>
          <w:b/>
          <w:bCs/>
          <w:lang w:val="pt-PT"/>
        </w:rPr>
        <w:t>republicată</w:t>
      </w:r>
      <w:proofErr w:type="spellEnd"/>
      <w:r w:rsidRPr="00316D5C">
        <w:rPr>
          <w:b/>
          <w:bCs/>
          <w:lang w:val="pt-PT"/>
        </w:rPr>
        <w:t xml:space="preserve">) </w:t>
      </w:r>
      <w:proofErr w:type="spellStart"/>
      <w:r w:rsidRPr="00316D5C">
        <w:rPr>
          <w:b/>
          <w:bCs/>
          <w:lang w:val="pt-PT"/>
        </w:rPr>
        <w:t>privind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protecția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și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promovarea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drepturilor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copilului</w:t>
      </w:r>
      <w:proofErr w:type="spellEnd"/>
      <w:r w:rsidRPr="00316D5C">
        <w:rPr>
          <w:b/>
          <w:bCs/>
          <w:lang w:val="pt-PT"/>
        </w:rPr>
        <w:t>;</w:t>
      </w:r>
    </w:p>
    <w:p w14:paraId="23A41EA1" w14:textId="77777777" w:rsidR="00316D5C" w:rsidRPr="00316D5C" w:rsidRDefault="00316D5C" w:rsidP="00316D5C">
      <w:pPr>
        <w:spacing w:after="120"/>
        <w:rPr>
          <w:b/>
          <w:bCs/>
          <w:lang w:val="pt-PT"/>
        </w:rPr>
      </w:pPr>
      <w:r w:rsidRPr="002153C2">
        <w:rPr>
          <w:b/>
          <w:bCs/>
          <w:lang w:val="pt-PT"/>
        </w:rPr>
        <w:lastRenderedPageBreak/>
        <w:t xml:space="preserve">• </w:t>
      </w:r>
      <w:proofErr w:type="spellStart"/>
      <w:r w:rsidRPr="00316D5C">
        <w:rPr>
          <w:b/>
          <w:bCs/>
          <w:lang w:val="pt-PT"/>
        </w:rPr>
        <w:t>Rotaru</w:t>
      </w:r>
      <w:proofErr w:type="spellEnd"/>
      <w:r w:rsidRPr="00316D5C">
        <w:rPr>
          <w:b/>
          <w:bCs/>
          <w:lang w:val="pt-PT"/>
        </w:rPr>
        <w:t xml:space="preserve">, Adriana Maria, Oliver </w:t>
      </w:r>
      <w:proofErr w:type="spellStart"/>
      <w:r w:rsidRPr="00316D5C">
        <w:rPr>
          <w:b/>
          <w:bCs/>
          <w:lang w:val="pt-PT"/>
        </w:rPr>
        <w:t>Peyroux</w:t>
      </w:r>
      <w:proofErr w:type="spellEnd"/>
      <w:r w:rsidRPr="00316D5C">
        <w:rPr>
          <w:b/>
          <w:bCs/>
          <w:lang w:val="pt-PT"/>
        </w:rPr>
        <w:t xml:space="preserve">, </w:t>
      </w:r>
      <w:proofErr w:type="spellStart"/>
      <w:r w:rsidRPr="00316D5C">
        <w:rPr>
          <w:b/>
          <w:bCs/>
          <w:lang w:val="pt-PT"/>
        </w:rPr>
        <w:t>și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Mihai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Gruia</w:t>
      </w:r>
      <w:proofErr w:type="spellEnd"/>
      <w:r w:rsidRPr="00316D5C">
        <w:rPr>
          <w:b/>
          <w:bCs/>
          <w:lang w:val="pt-PT"/>
        </w:rPr>
        <w:t xml:space="preserve">. </w:t>
      </w:r>
      <w:proofErr w:type="gramStart"/>
      <w:r w:rsidRPr="00316D5C">
        <w:rPr>
          <w:b/>
          <w:bCs/>
          <w:lang w:val="pt-PT"/>
        </w:rPr>
        <w:t>”</w:t>
      </w:r>
      <w:proofErr w:type="spellStart"/>
      <w:r w:rsidRPr="00316D5C">
        <w:rPr>
          <w:b/>
          <w:bCs/>
          <w:lang w:val="pt-PT"/>
        </w:rPr>
        <w:t>Ghidul</w:t>
      </w:r>
      <w:proofErr w:type="spellEnd"/>
      <w:proofErr w:type="gram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mediatorului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școlar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în</w:t>
      </w:r>
      <w:proofErr w:type="spellEnd"/>
      <w:r w:rsidRPr="00316D5C">
        <w:rPr>
          <w:b/>
          <w:bCs/>
          <w:lang w:val="pt-PT"/>
        </w:rPr>
        <w:t xml:space="preserve"> România”. </w:t>
      </w:r>
      <w:proofErr w:type="spellStart"/>
      <w:r w:rsidRPr="00316D5C">
        <w:rPr>
          <w:b/>
          <w:bCs/>
          <w:lang w:val="pt-PT"/>
        </w:rPr>
        <w:t>Editura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Reprograph</w:t>
      </w:r>
      <w:proofErr w:type="spellEnd"/>
      <w:r w:rsidRPr="00316D5C">
        <w:rPr>
          <w:b/>
          <w:bCs/>
          <w:lang w:val="pt-PT"/>
        </w:rPr>
        <w:t>, 2012;</w:t>
      </w:r>
    </w:p>
    <w:p w14:paraId="6A37CD25" w14:textId="77777777" w:rsidR="00316D5C" w:rsidRPr="00316D5C" w:rsidRDefault="00316D5C" w:rsidP="00316D5C">
      <w:pPr>
        <w:spacing w:after="120"/>
        <w:rPr>
          <w:b/>
          <w:bCs/>
          <w:lang w:val="pt-PT"/>
        </w:rPr>
      </w:pPr>
      <w:proofErr w:type="gramStart"/>
      <w:r w:rsidRPr="00316D5C">
        <w:rPr>
          <w:b/>
          <w:bCs/>
          <w:lang w:val="pt-PT"/>
        </w:rPr>
        <w:t>• ”</w:t>
      </w:r>
      <w:proofErr w:type="spellStart"/>
      <w:r w:rsidRPr="00316D5C">
        <w:rPr>
          <w:b/>
          <w:bCs/>
          <w:lang w:val="pt-PT"/>
        </w:rPr>
        <w:t>Parteneriat</w:t>
      </w:r>
      <w:proofErr w:type="spellEnd"/>
      <w:proofErr w:type="gram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școală-familie-comunitate</w:t>
      </w:r>
      <w:proofErr w:type="spellEnd"/>
      <w:r w:rsidRPr="00316D5C">
        <w:rPr>
          <w:b/>
          <w:bCs/>
          <w:lang w:val="pt-PT"/>
        </w:rPr>
        <w:t xml:space="preserve">: </w:t>
      </w:r>
      <w:proofErr w:type="spellStart"/>
      <w:r w:rsidRPr="00316D5C">
        <w:rPr>
          <w:b/>
          <w:bCs/>
          <w:lang w:val="pt-PT"/>
        </w:rPr>
        <w:t>Acces</w:t>
      </w:r>
      <w:proofErr w:type="spellEnd"/>
      <w:r w:rsidRPr="00316D5C">
        <w:rPr>
          <w:b/>
          <w:bCs/>
          <w:lang w:val="pt-PT"/>
        </w:rPr>
        <w:t xml:space="preserve"> la </w:t>
      </w:r>
      <w:proofErr w:type="spellStart"/>
      <w:r w:rsidRPr="00316D5C">
        <w:rPr>
          <w:b/>
          <w:bCs/>
          <w:lang w:val="pt-PT"/>
        </w:rPr>
        <w:t>educație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pentru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grupuri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dezavantajate</w:t>
      </w:r>
      <w:proofErr w:type="spellEnd"/>
      <w:r w:rsidRPr="00316D5C">
        <w:rPr>
          <w:b/>
          <w:bCs/>
          <w:lang w:val="pt-PT"/>
        </w:rPr>
        <w:t xml:space="preserve">”. </w:t>
      </w:r>
      <w:proofErr w:type="spellStart"/>
      <w:r w:rsidRPr="00316D5C">
        <w:rPr>
          <w:b/>
          <w:bCs/>
          <w:lang w:val="pt-PT"/>
        </w:rPr>
        <w:t>Program</w:t>
      </w:r>
      <w:proofErr w:type="spellEnd"/>
      <w:r w:rsidRPr="00316D5C">
        <w:rPr>
          <w:b/>
          <w:bCs/>
          <w:lang w:val="pt-PT"/>
        </w:rPr>
        <w:t xml:space="preserve"> PHARE 2003, 2006;</w:t>
      </w:r>
    </w:p>
    <w:p w14:paraId="022E3636" w14:textId="77777777" w:rsidR="00316D5C" w:rsidRPr="00316D5C" w:rsidRDefault="00316D5C" w:rsidP="00316D5C">
      <w:pPr>
        <w:spacing w:after="120"/>
        <w:rPr>
          <w:b/>
          <w:bCs/>
          <w:lang w:val="pt-PT"/>
        </w:rPr>
      </w:pPr>
      <w:r w:rsidRPr="00316D5C">
        <w:rPr>
          <w:b/>
          <w:bCs/>
          <w:lang w:val="pt-PT"/>
        </w:rPr>
        <w:t xml:space="preserve">• OME </w:t>
      </w:r>
      <w:proofErr w:type="spellStart"/>
      <w:r w:rsidRPr="00316D5C">
        <w:rPr>
          <w:b/>
          <w:bCs/>
          <w:lang w:val="pt-PT"/>
        </w:rPr>
        <w:t>nr</w:t>
      </w:r>
      <w:proofErr w:type="spellEnd"/>
      <w:r w:rsidRPr="00316D5C">
        <w:rPr>
          <w:b/>
          <w:bCs/>
          <w:lang w:val="pt-PT"/>
        </w:rPr>
        <w:t xml:space="preserve">. 7701/2024 </w:t>
      </w:r>
      <w:proofErr w:type="spellStart"/>
      <w:r w:rsidRPr="00316D5C">
        <w:rPr>
          <w:b/>
          <w:bCs/>
          <w:lang w:val="pt-PT"/>
        </w:rPr>
        <w:t>privind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aprobarea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Metodologiei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pentru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monitorizarea</w:t>
      </w:r>
      <w:proofErr w:type="spellEnd"/>
      <w:r w:rsidRPr="00316D5C">
        <w:rPr>
          <w:b/>
          <w:bCs/>
          <w:lang w:val="pt-PT"/>
        </w:rPr>
        <w:t xml:space="preserve">, </w:t>
      </w:r>
      <w:proofErr w:type="spellStart"/>
      <w:r w:rsidRPr="00316D5C">
        <w:rPr>
          <w:b/>
          <w:bCs/>
          <w:lang w:val="pt-PT"/>
        </w:rPr>
        <w:t>evaluarea</w:t>
      </w:r>
      <w:proofErr w:type="spellEnd"/>
      <w:r w:rsidRPr="00316D5C">
        <w:rPr>
          <w:b/>
          <w:bCs/>
          <w:lang w:val="pt-PT"/>
        </w:rPr>
        <w:t xml:space="preserve">, </w:t>
      </w:r>
      <w:proofErr w:type="spellStart"/>
      <w:r w:rsidRPr="00316D5C">
        <w:rPr>
          <w:b/>
          <w:bCs/>
          <w:lang w:val="pt-PT"/>
        </w:rPr>
        <w:t>identificarea</w:t>
      </w:r>
      <w:proofErr w:type="spellEnd"/>
      <w:r w:rsidRPr="00316D5C">
        <w:rPr>
          <w:b/>
          <w:bCs/>
          <w:lang w:val="pt-PT"/>
        </w:rPr>
        <w:t xml:space="preserve">, </w:t>
      </w:r>
      <w:proofErr w:type="spellStart"/>
      <w:r w:rsidRPr="00316D5C">
        <w:rPr>
          <w:b/>
          <w:bCs/>
          <w:lang w:val="pt-PT"/>
        </w:rPr>
        <w:t>prevenirea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şi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combaterea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segregării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şcolare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în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învăţământul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preuniversitar</w:t>
      </w:r>
      <w:proofErr w:type="spellEnd"/>
      <w:r w:rsidRPr="00316D5C">
        <w:rPr>
          <w:b/>
          <w:bCs/>
          <w:lang w:val="pt-PT"/>
        </w:rPr>
        <w:t>;</w:t>
      </w:r>
    </w:p>
    <w:p w14:paraId="41E264E6" w14:textId="77777777" w:rsidR="00316D5C" w:rsidRPr="00316D5C" w:rsidRDefault="00316D5C" w:rsidP="00316D5C">
      <w:pPr>
        <w:spacing w:after="120"/>
        <w:rPr>
          <w:b/>
          <w:bCs/>
          <w:lang w:val="pt-PT"/>
        </w:rPr>
      </w:pPr>
      <w:r w:rsidRPr="00316D5C">
        <w:rPr>
          <w:b/>
          <w:bCs/>
          <w:lang w:val="pt-PT"/>
        </w:rPr>
        <w:t xml:space="preserve">• OMEC </w:t>
      </w:r>
      <w:proofErr w:type="spellStart"/>
      <w:r w:rsidRPr="00316D5C">
        <w:rPr>
          <w:b/>
          <w:bCs/>
          <w:lang w:val="pt-PT"/>
        </w:rPr>
        <w:t>nr</w:t>
      </w:r>
      <w:proofErr w:type="spellEnd"/>
      <w:r w:rsidRPr="00316D5C">
        <w:rPr>
          <w:b/>
          <w:bCs/>
          <w:lang w:val="pt-PT"/>
        </w:rPr>
        <w:t xml:space="preserve">. 5.701 </w:t>
      </w:r>
      <w:proofErr w:type="spellStart"/>
      <w:r w:rsidRPr="00316D5C">
        <w:rPr>
          <w:b/>
          <w:bCs/>
          <w:lang w:val="pt-PT"/>
        </w:rPr>
        <w:t>din</w:t>
      </w:r>
      <w:proofErr w:type="spellEnd"/>
      <w:r w:rsidRPr="00316D5C">
        <w:rPr>
          <w:b/>
          <w:bCs/>
          <w:lang w:val="pt-PT"/>
        </w:rPr>
        <w:t xml:space="preserve"> 31 </w:t>
      </w:r>
      <w:proofErr w:type="spellStart"/>
      <w:r w:rsidRPr="00316D5C">
        <w:rPr>
          <w:b/>
          <w:bCs/>
          <w:lang w:val="pt-PT"/>
        </w:rPr>
        <w:t>iulie</w:t>
      </w:r>
      <w:proofErr w:type="spellEnd"/>
      <w:r w:rsidRPr="00316D5C">
        <w:rPr>
          <w:b/>
          <w:bCs/>
          <w:lang w:val="pt-PT"/>
        </w:rPr>
        <w:t xml:space="preserve"> 2024 </w:t>
      </w:r>
      <w:proofErr w:type="spellStart"/>
      <w:r w:rsidRPr="00316D5C">
        <w:rPr>
          <w:b/>
          <w:bCs/>
          <w:lang w:val="pt-PT"/>
        </w:rPr>
        <w:t>pentru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aprobarea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Regulamentului-cadru</w:t>
      </w:r>
      <w:proofErr w:type="spellEnd"/>
      <w:r w:rsidRPr="00316D5C">
        <w:rPr>
          <w:b/>
          <w:bCs/>
          <w:lang w:val="pt-PT"/>
        </w:rPr>
        <w:t xml:space="preserve"> de </w:t>
      </w:r>
      <w:proofErr w:type="spellStart"/>
      <w:r w:rsidRPr="00316D5C">
        <w:rPr>
          <w:b/>
          <w:bCs/>
          <w:lang w:val="pt-PT"/>
        </w:rPr>
        <w:t>organizare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şi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funcţionare</w:t>
      </w:r>
      <w:proofErr w:type="spellEnd"/>
      <w:r w:rsidRPr="00316D5C">
        <w:rPr>
          <w:b/>
          <w:bCs/>
          <w:lang w:val="pt-PT"/>
        </w:rPr>
        <w:t xml:space="preserve"> a </w:t>
      </w:r>
      <w:proofErr w:type="spellStart"/>
      <w:r w:rsidRPr="00316D5C">
        <w:rPr>
          <w:b/>
          <w:bCs/>
          <w:lang w:val="pt-PT"/>
        </w:rPr>
        <w:t>centrelor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judeţene</w:t>
      </w:r>
      <w:proofErr w:type="spellEnd"/>
      <w:r w:rsidRPr="00316D5C">
        <w:rPr>
          <w:b/>
          <w:bCs/>
          <w:lang w:val="pt-PT"/>
        </w:rPr>
        <w:t xml:space="preserve">/al </w:t>
      </w:r>
      <w:proofErr w:type="spellStart"/>
      <w:r w:rsidRPr="00316D5C">
        <w:rPr>
          <w:b/>
          <w:bCs/>
          <w:lang w:val="pt-PT"/>
        </w:rPr>
        <w:t>municipiului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Bucureşti</w:t>
      </w:r>
      <w:proofErr w:type="spellEnd"/>
      <w:r w:rsidRPr="00316D5C">
        <w:rPr>
          <w:b/>
          <w:bCs/>
          <w:lang w:val="pt-PT"/>
        </w:rPr>
        <w:t xml:space="preserve"> de </w:t>
      </w:r>
      <w:proofErr w:type="spellStart"/>
      <w:r w:rsidRPr="00316D5C">
        <w:rPr>
          <w:b/>
          <w:bCs/>
          <w:lang w:val="pt-PT"/>
        </w:rPr>
        <w:t>resurse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şi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asistenţă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educaţională</w:t>
      </w:r>
      <w:proofErr w:type="spellEnd"/>
      <w:r w:rsidRPr="00316D5C">
        <w:rPr>
          <w:b/>
          <w:bCs/>
          <w:lang w:val="pt-PT"/>
        </w:rPr>
        <w:t xml:space="preserve">, cu </w:t>
      </w:r>
      <w:proofErr w:type="spellStart"/>
      <w:r w:rsidRPr="00316D5C">
        <w:rPr>
          <w:b/>
          <w:bCs/>
          <w:lang w:val="pt-PT"/>
        </w:rPr>
        <w:t>modificările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şi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completările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ulterioare</w:t>
      </w:r>
      <w:proofErr w:type="spellEnd"/>
      <w:r w:rsidRPr="00316D5C">
        <w:rPr>
          <w:b/>
          <w:bCs/>
          <w:lang w:val="pt-PT"/>
        </w:rPr>
        <w:t>;</w:t>
      </w:r>
    </w:p>
    <w:p w14:paraId="2F9ED9EE" w14:textId="254596A3" w:rsidR="00DA18C7" w:rsidRDefault="00316D5C" w:rsidP="00316D5C">
      <w:pPr>
        <w:spacing w:after="120"/>
        <w:rPr>
          <w:b/>
          <w:bCs/>
          <w:lang w:val="pt-PT"/>
        </w:rPr>
      </w:pPr>
      <w:r w:rsidRPr="00316D5C">
        <w:rPr>
          <w:b/>
          <w:bCs/>
          <w:lang w:val="pt-PT"/>
        </w:rPr>
        <w:t xml:space="preserve">• </w:t>
      </w:r>
      <w:proofErr w:type="spellStart"/>
      <w:r w:rsidRPr="00316D5C">
        <w:rPr>
          <w:b/>
          <w:bCs/>
          <w:lang w:val="pt-PT"/>
        </w:rPr>
        <w:t>Ordinul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Ministrului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Muncii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și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Justiției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Sociale</w:t>
      </w:r>
      <w:proofErr w:type="spellEnd"/>
      <w:r w:rsidRPr="00316D5C">
        <w:rPr>
          <w:b/>
          <w:bCs/>
          <w:lang w:val="pt-PT"/>
        </w:rPr>
        <w:t xml:space="preserve">, </w:t>
      </w:r>
      <w:proofErr w:type="spellStart"/>
      <w:r w:rsidRPr="00316D5C">
        <w:rPr>
          <w:b/>
          <w:bCs/>
          <w:lang w:val="pt-PT"/>
        </w:rPr>
        <w:t>Ministrului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Sănătății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și</w:t>
      </w:r>
      <w:proofErr w:type="spellEnd"/>
      <w:r w:rsidRPr="00316D5C">
        <w:rPr>
          <w:b/>
          <w:bCs/>
          <w:lang w:val="pt-PT"/>
        </w:rPr>
        <w:t xml:space="preserve"> al </w:t>
      </w:r>
      <w:proofErr w:type="spellStart"/>
      <w:r w:rsidRPr="00316D5C">
        <w:rPr>
          <w:b/>
          <w:bCs/>
          <w:lang w:val="pt-PT"/>
        </w:rPr>
        <w:t>Ministrului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Educației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Naționale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nr</w:t>
      </w:r>
      <w:proofErr w:type="spellEnd"/>
      <w:r w:rsidRPr="00316D5C">
        <w:rPr>
          <w:b/>
          <w:bCs/>
          <w:lang w:val="pt-PT"/>
        </w:rPr>
        <w:t xml:space="preserve">. 393/630/4236/2017 </w:t>
      </w:r>
      <w:proofErr w:type="spellStart"/>
      <w:r w:rsidRPr="00316D5C">
        <w:rPr>
          <w:b/>
          <w:bCs/>
          <w:lang w:val="pt-PT"/>
        </w:rPr>
        <w:t>pentru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aprobarea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Protocolului</w:t>
      </w:r>
      <w:proofErr w:type="spellEnd"/>
      <w:r w:rsidRPr="00316D5C">
        <w:rPr>
          <w:b/>
          <w:bCs/>
          <w:lang w:val="pt-PT"/>
        </w:rPr>
        <w:t xml:space="preserve"> de </w:t>
      </w:r>
      <w:proofErr w:type="spellStart"/>
      <w:r w:rsidRPr="00316D5C">
        <w:rPr>
          <w:b/>
          <w:bCs/>
          <w:lang w:val="pt-PT"/>
        </w:rPr>
        <w:t>colaborare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în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vederea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implementării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serviciilor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comunitare</w:t>
      </w:r>
      <w:proofErr w:type="spellEnd"/>
      <w:r w:rsidRPr="00316D5C">
        <w:rPr>
          <w:b/>
          <w:bCs/>
          <w:lang w:val="pt-PT"/>
        </w:rPr>
        <w:t xml:space="preserve"> </w:t>
      </w:r>
      <w:proofErr w:type="spellStart"/>
      <w:r w:rsidRPr="00316D5C">
        <w:rPr>
          <w:b/>
          <w:bCs/>
          <w:lang w:val="pt-PT"/>
        </w:rPr>
        <w:t>integrate</w:t>
      </w:r>
      <w:proofErr w:type="spellEnd"/>
      <w:r w:rsidRPr="00316D5C">
        <w:rPr>
          <w:b/>
          <w:bCs/>
          <w:lang w:val="pt-PT"/>
        </w:rPr>
        <w:t>.</w:t>
      </w:r>
    </w:p>
    <w:p w14:paraId="3893CED1" w14:textId="77777777" w:rsidR="00316D5C" w:rsidRPr="002153C2" w:rsidRDefault="00316D5C" w:rsidP="00316D5C">
      <w:pPr>
        <w:spacing w:after="120"/>
        <w:rPr>
          <w:b/>
          <w:bCs/>
          <w:lang w:val="pt-PT"/>
        </w:rPr>
      </w:pPr>
    </w:p>
    <w:p w14:paraId="638CA0FE" w14:textId="77777777" w:rsidR="00643FBD" w:rsidRPr="002153C2" w:rsidRDefault="00DC7CA5">
      <w:pPr>
        <w:spacing w:after="120"/>
        <w:rPr>
          <w:lang w:val="pt-PT"/>
        </w:rPr>
      </w:pPr>
      <w:r w:rsidRPr="002153C2">
        <w:rPr>
          <w:b/>
          <w:lang w:val="pt-PT"/>
        </w:rPr>
        <w:t>ATRIBUŢIILE POSTULUI:</w:t>
      </w:r>
    </w:p>
    <w:p w14:paraId="0B96AF96" w14:textId="77777777" w:rsidR="0068216E" w:rsidRPr="004F1BAD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facilitează</w:t>
      </w:r>
      <w:proofErr w:type="spellEnd"/>
      <w:proofErr w:type="gram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dialogul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școală-familie-</w:t>
      </w:r>
      <w:proofErr w:type="gramStart"/>
      <w:r w:rsidRPr="004F1BAD">
        <w:rPr>
          <w:rFonts w:cstheme="minorHAnsi"/>
          <w:lang w:val="fr-FR"/>
        </w:rPr>
        <w:t>comunitate</w:t>
      </w:r>
      <w:proofErr w:type="spellEnd"/>
      <w:r w:rsidRPr="004F1BAD">
        <w:rPr>
          <w:rFonts w:cstheme="minorHAnsi"/>
          <w:lang w:val="fr-FR"/>
        </w:rPr>
        <w:t>;</w:t>
      </w:r>
      <w:proofErr w:type="gramEnd"/>
    </w:p>
    <w:p w14:paraId="2EDAD6C6" w14:textId="77777777" w:rsidR="0068216E" w:rsidRPr="004F1BAD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contribuie</w:t>
      </w:r>
      <w:proofErr w:type="spellEnd"/>
      <w:proofErr w:type="gram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menținerea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dezvoltarea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încrederii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respectului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față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școală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comunitate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respectului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școlii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față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proofErr w:type="gramStart"/>
      <w:r w:rsidRPr="004F1BAD">
        <w:rPr>
          <w:rFonts w:cstheme="minorHAnsi"/>
          <w:lang w:val="fr-FR"/>
        </w:rPr>
        <w:t>comunitate</w:t>
      </w:r>
      <w:proofErr w:type="spellEnd"/>
      <w:r w:rsidRPr="004F1BAD">
        <w:rPr>
          <w:rFonts w:cstheme="minorHAnsi"/>
          <w:lang w:val="fr-FR"/>
        </w:rPr>
        <w:t>;</w:t>
      </w:r>
      <w:proofErr w:type="gramEnd"/>
    </w:p>
    <w:p w14:paraId="1C6E3622" w14:textId="77777777" w:rsidR="0068216E" w:rsidRPr="004F1BAD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monitorizează</w:t>
      </w:r>
      <w:proofErr w:type="spellEnd"/>
      <w:proofErr w:type="gram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copiii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vârstă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preșcolară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comunitate</w:t>
      </w:r>
      <w:proofErr w:type="spellEnd"/>
      <w:r w:rsidRPr="004F1BAD">
        <w:rPr>
          <w:rFonts w:cstheme="minorHAnsi"/>
          <w:lang w:val="fr-FR"/>
        </w:rPr>
        <w:t xml:space="preserve">, care nu </w:t>
      </w:r>
      <w:proofErr w:type="spellStart"/>
      <w:r w:rsidRPr="004F1BAD">
        <w:rPr>
          <w:rFonts w:cstheme="minorHAnsi"/>
          <w:lang w:val="fr-FR"/>
        </w:rPr>
        <w:t>sunt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înscriși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grădiniță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sprijină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familia</w:t>
      </w:r>
      <w:proofErr w:type="spellEnd"/>
      <w:r w:rsidRPr="004F1BAD">
        <w:rPr>
          <w:rFonts w:cstheme="minorHAnsi"/>
          <w:lang w:val="fr-FR"/>
        </w:rPr>
        <w:t>/</w:t>
      </w:r>
      <w:proofErr w:type="spellStart"/>
      <w:r w:rsidRPr="004F1BAD">
        <w:rPr>
          <w:rFonts w:cstheme="minorHAnsi"/>
          <w:lang w:val="fr-FR"/>
        </w:rPr>
        <w:t>susținătorii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legali</w:t>
      </w:r>
      <w:proofErr w:type="spellEnd"/>
      <w:r w:rsidRPr="004F1BAD">
        <w:rPr>
          <w:rFonts w:cstheme="minorHAnsi"/>
          <w:lang w:val="fr-FR"/>
        </w:rPr>
        <w:t xml:space="preserve"> ai </w:t>
      </w:r>
      <w:proofErr w:type="spellStart"/>
      <w:r w:rsidRPr="004F1BAD">
        <w:rPr>
          <w:rFonts w:cstheme="minorHAnsi"/>
          <w:lang w:val="fr-FR"/>
        </w:rPr>
        <w:t>copilului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demersurile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necesare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înscrierea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acestora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învățământul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proofErr w:type="gramStart"/>
      <w:r w:rsidRPr="004F1BAD">
        <w:rPr>
          <w:rFonts w:cstheme="minorHAnsi"/>
          <w:lang w:val="fr-FR"/>
        </w:rPr>
        <w:t>preșcolar</w:t>
      </w:r>
      <w:proofErr w:type="spellEnd"/>
      <w:r w:rsidRPr="004F1BAD">
        <w:rPr>
          <w:rFonts w:cstheme="minorHAnsi"/>
          <w:lang w:val="fr-FR"/>
        </w:rPr>
        <w:t>;</w:t>
      </w:r>
      <w:proofErr w:type="gramEnd"/>
    </w:p>
    <w:p w14:paraId="4B1F85C6" w14:textId="77777777" w:rsidR="0068216E" w:rsidRPr="004F1BAD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monitorizează</w:t>
      </w:r>
      <w:proofErr w:type="spellEnd"/>
      <w:proofErr w:type="gram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copiii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vârstă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școlară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circumscripția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școlară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gramStart"/>
      <w:r w:rsidRPr="004F1BAD">
        <w:rPr>
          <w:rFonts w:cstheme="minorHAnsi"/>
          <w:lang w:val="fr-FR"/>
        </w:rPr>
        <w:t>care nu</w:t>
      </w:r>
      <w:proofErr w:type="gramEnd"/>
      <w:r w:rsidRPr="004F1BAD">
        <w:rPr>
          <w:rFonts w:cstheme="minorHAnsi"/>
          <w:lang w:val="fr-FR"/>
        </w:rPr>
        <w:t xml:space="preserve"> au </w:t>
      </w:r>
      <w:proofErr w:type="spellStart"/>
      <w:r w:rsidRPr="004F1BAD">
        <w:rPr>
          <w:rFonts w:cstheme="minorHAnsi"/>
          <w:lang w:val="fr-FR"/>
        </w:rPr>
        <w:t>fost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înscriși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niciodată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școală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propunând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conducerii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școlii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soluții</w:t>
      </w:r>
      <w:proofErr w:type="spellEnd"/>
      <w:r w:rsidRPr="004F1BAD">
        <w:rPr>
          <w:rFonts w:cstheme="minorHAnsi"/>
          <w:lang w:val="fr-FR"/>
        </w:rPr>
        <w:t xml:space="preserve"> optime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recuperarea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facilitând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accesul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acestora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programele</w:t>
      </w:r>
      <w:proofErr w:type="spellEnd"/>
      <w:r w:rsidRPr="004F1BAD">
        <w:rPr>
          <w:rFonts w:cstheme="minorHAnsi"/>
          <w:lang w:val="fr-FR"/>
        </w:rPr>
        <w:t xml:space="preserve"> alternative de </w:t>
      </w:r>
      <w:proofErr w:type="spellStart"/>
      <w:r w:rsidRPr="004F1BAD">
        <w:rPr>
          <w:rFonts w:cstheme="minorHAnsi"/>
          <w:lang w:val="fr-FR"/>
        </w:rPr>
        <w:t>învățământ</w:t>
      </w:r>
      <w:proofErr w:type="spellEnd"/>
      <w:r w:rsidRPr="004F1BAD">
        <w:rPr>
          <w:rFonts w:cstheme="minorHAnsi"/>
          <w:lang w:val="fr-FR"/>
        </w:rPr>
        <w:t xml:space="preserve"> (</w:t>
      </w:r>
      <w:proofErr w:type="spellStart"/>
      <w:r w:rsidRPr="004F1BAD">
        <w:rPr>
          <w:rFonts w:cstheme="minorHAnsi"/>
          <w:lang w:val="fr-FR"/>
        </w:rPr>
        <w:t>înscrierea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învățământul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masă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cursuri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zi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sau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cursuri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frecvență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redusă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includerea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Programul</w:t>
      </w:r>
      <w:proofErr w:type="spellEnd"/>
      <w:r w:rsidRPr="004F1BAD">
        <w:rPr>
          <w:rFonts w:cstheme="minorHAnsi"/>
          <w:lang w:val="fr-FR"/>
        </w:rPr>
        <w:t xml:space="preserve"> „A doua </w:t>
      </w:r>
      <w:proofErr w:type="spellStart"/>
      <w:r w:rsidRPr="004F1BAD">
        <w:rPr>
          <w:rFonts w:cstheme="minorHAnsi"/>
          <w:lang w:val="fr-FR"/>
        </w:rPr>
        <w:t>șansă</w:t>
      </w:r>
      <w:proofErr w:type="spellEnd"/>
      <w:r w:rsidRPr="004F1BAD">
        <w:rPr>
          <w:rFonts w:cstheme="minorHAnsi"/>
          <w:lang w:val="fr-FR"/>
        </w:rPr>
        <w:t>“ etc.</w:t>
      </w:r>
      <w:proofErr w:type="gramStart"/>
      <w:r w:rsidRPr="004F1BAD">
        <w:rPr>
          <w:rFonts w:cstheme="minorHAnsi"/>
          <w:lang w:val="fr-FR"/>
        </w:rPr>
        <w:t>);</w:t>
      </w:r>
      <w:proofErr w:type="gramEnd"/>
    </w:p>
    <w:p w14:paraId="135BEB74" w14:textId="77777777" w:rsidR="0068216E" w:rsidRPr="00120750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asigură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consiliere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educațională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elevelor</w:t>
      </w:r>
      <w:proofErr w:type="spellEnd"/>
      <w:r w:rsidRPr="00120750">
        <w:rPr>
          <w:rFonts w:cstheme="minorHAnsi"/>
          <w:lang w:val="pt-PT"/>
        </w:rPr>
        <w:t xml:space="preserve"> gravide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elevilor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părinți</w:t>
      </w:r>
      <w:proofErr w:type="spellEnd"/>
      <w:r w:rsidRPr="00120750">
        <w:rPr>
          <w:rFonts w:cstheme="minorHAnsi"/>
          <w:lang w:val="pt-PT"/>
        </w:rPr>
        <w:t>;</w:t>
      </w:r>
    </w:p>
    <w:p w14:paraId="4864718B" w14:textId="77777777" w:rsidR="0068216E" w:rsidRPr="00120750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desfășoară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consiliere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administrativă</w:t>
      </w:r>
      <w:proofErr w:type="spellEnd"/>
      <w:r w:rsidRPr="00120750">
        <w:rPr>
          <w:rFonts w:cstheme="minorHAnsi"/>
          <w:lang w:val="pt-PT"/>
        </w:rPr>
        <w:t xml:space="preserve"> cu </w:t>
      </w:r>
      <w:proofErr w:type="spellStart"/>
      <w:r w:rsidRPr="00120750">
        <w:rPr>
          <w:rFonts w:cstheme="minorHAnsi"/>
          <w:lang w:val="pt-PT"/>
        </w:rPr>
        <w:t>privire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drepturile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educaționale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cele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privind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starea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sănătate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inclusiv</w:t>
      </w:r>
      <w:proofErr w:type="spellEnd"/>
      <w:r w:rsidRPr="00120750">
        <w:rPr>
          <w:rFonts w:cstheme="minorHAnsi"/>
          <w:lang w:val="pt-PT"/>
        </w:rPr>
        <w:t xml:space="preserve"> cu </w:t>
      </w:r>
      <w:proofErr w:type="spellStart"/>
      <w:r w:rsidRPr="00120750">
        <w:rPr>
          <w:rFonts w:cstheme="minorHAnsi"/>
          <w:lang w:val="pt-PT"/>
        </w:rPr>
        <w:t>sprijinul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unui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mediator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sanitar</w:t>
      </w:r>
      <w:proofErr w:type="spellEnd"/>
      <w:r w:rsidRPr="00120750">
        <w:rPr>
          <w:rFonts w:cstheme="minorHAnsi"/>
          <w:lang w:val="pt-PT"/>
        </w:rPr>
        <w:t>;</w:t>
      </w:r>
    </w:p>
    <w:p w14:paraId="5064C85F" w14:textId="77777777" w:rsidR="0068216E" w:rsidRPr="00120750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asigură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participarea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tuturor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copiilor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din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comunitate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învățământul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preuniversitar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obligatoriu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încurajând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implicarea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părinților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educația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copiilor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viața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școlii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facilitând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colaborarea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dintre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echipa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comunitară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integrată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familie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comunitate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școală</w:t>
      </w:r>
      <w:proofErr w:type="spellEnd"/>
      <w:r w:rsidRPr="00120750">
        <w:rPr>
          <w:rFonts w:cstheme="minorHAnsi"/>
          <w:lang w:val="pt-PT"/>
        </w:rPr>
        <w:t>;</w:t>
      </w:r>
    </w:p>
    <w:p w14:paraId="4567CD69" w14:textId="77777777" w:rsidR="0068216E" w:rsidRPr="00120750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r w:rsidRPr="00120750">
        <w:rPr>
          <w:rFonts w:cstheme="minorHAnsi"/>
          <w:lang w:val="pt-PT"/>
        </w:rPr>
        <w:t xml:space="preserve">se </w:t>
      </w:r>
      <w:proofErr w:type="spellStart"/>
      <w:r w:rsidRPr="00120750">
        <w:rPr>
          <w:rFonts w:cstheme="minorHAnsi"/>
          <w:lang w:val="pt-PT"/>
        </w:rPr>
        <w:t>implică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informarea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susținerea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familiilor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pentru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accesarea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burselor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a altor forme de </w:t>
      </w:r>
      <w:proofErr w:type="spellStart"/>
      <w:r w:rsidRPr="00120750">
        <w:rPr>
          <w:rFonts w:cstheme="minorHAnsi"/>
          <w:lang w:val="pt-PT"/>
        </w:rPr>
        <w:t>sprijin</w:t>
      </w:r>
      <w:proofErr w:type="spellEnd"/>
      <w:r w:rsidRPr="00120750">
        <w:rPr>
          <w:rFonts w:cstheme="minorHAnsi"/>
          <w:lang w:val="pt-PT"/>
        </w:rPr>
        <w:t xml:space="preserve"> financiar </w:t>
      </w:r>
      <w:proofErr w:type="spellStart"/>
      <w:r w:rsidRPr="00120750">
        <w:rPr>
          <w:rFonts w:cstheme="minorHAnsi"/>
          <w:lang w:val="pt-PT"/>
        </w:rPr>
        <w:t>acordat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elevilor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prin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unitățile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învățământ</w:t>
      </w:r>
      <w:proofErr w:type="spellEnd"/>
      <w:r w:rsidRPr="00120750">
        <w:rPr>
          <w:rFonts w:cstheme="minorHAnsi"/>
          <w:lang w:val="pt-PT"/>
        </w:rPr>
        <w:t>;</w:t>
      </w:r>
    </w:p>
    <w:p w14:paraId="3A401A60" w14:textId="77777777" w:rsidR="0068216E" w:rsidRPr="00120750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monitorizează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copiii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vârstă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preșcolară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din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comunitate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care</w:t>
      </w:r>
      <w:proofErr w:type="spellEnd"/>
      <w:r w:rsidRPr="00120750">
        <w:rPr>
          <w:rFonts w:cstheme="minorHAnsi"/>
          <w:lang w:val="pt-PT"/>
        </w:rPr>
        <w:t xml:space="preserve"> nu </w:t>
      </w:r>
      <w:proofErr w:type="spellStart"/>
      <w:r w:rsidRPr="00120750">
        <w:rPr>
          <w:rFonts w:cstheme="minorHAnsi"/>
          <w:lang w:val="pt-PT"/>
        </w:rPr>
        <w:t>sunt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înscriși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grădiniță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sprijină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familia</w:t>
      </w:r>
      <w:proofErr w:type="spellEnd"/>
      <w:r w:rsidRPr="00120750">
        <w:rPr>
          <w:rFonts w:cstheme="minorHAnsi"/>
          <w:lang w:val="pt-PT"/>
        </w:rPr>
        <w:t>/</w:t>
      </w:r>
      <w:proofErr w:type="spellStart"/>
      <w:r w:rsidRPr="00120750">
        <w:rPr>
          <w:rFonts w:cstheme="minorHAnsi"/>
          <w:lang w:val="pt-PT"/>
        </w:rPr>
        <w:t>susținătorii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legali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gramStart"/>
      <w:r w:rsidRPr="00120750">
        <w:rPr>
          <w:rFonts w:cstheme="minorHAnsi"/>
          <w:lang w:val="pt-PT"/>
        </w:rPr>
        <w:t>ai</w:t>
      </w:r>
      <w:proofErr w:type="gram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copilului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demersurile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necesare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pentru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înscrierea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acestora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învățământul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preșcolar</w:t>
      </w:r>
      <w:proofErr w:type="spellEnd"/>
      <w:r w:rsidRPr="00120750">
        <w:rPr>
          <w:rFonts w:cstheme="minorHAnsi"/>
          <w:lang w:val="pt-PT"/>
        </w:rPr>
        <w:t>;</w:t>
      </w:r>
    </w:p>
    <w:p w14:paraId="48409790" w14:textId="77777777" w:rsidR="0068216E" w:rsidRPr="00120750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proofErr w:type="spellStart"/>
      <w:r w:rsidRPr="00120750">
        <w:rPr>
          <w:rFonts w:cstheme="minorHAnsi"/>
          <w:lang w:val="pt-PT"/>
        </w:rPr>
        <w:t>monitorizează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copiii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vârstă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școlară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din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circumscripția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școlară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care</w:t>
      </w:r>
      <w:proofErr w:type="spellEnd"/>
      <w:r w:rsidRPr="00120750">
        <w:rPr>
          <w:rFonts w:cstheme="minorHAnsi"/>
          <w:lang w:val="pt-PT"/>
        </w:rPr>
        <w:t xml:space="preserve"> nu au </w:t>
      </w:r>
      <w:proofErr w:type="spellStart"/>
      <w:r w:rsidRPr="00120750">
        <w:rPr>
          <w:rFonts w:cstheme="minorHAnsi"/>
          <w:lang w:val="pt-PT"/>
        </w:rPr>
        <w:t>fost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înscriși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niciodată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școală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propunând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conducerii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școlii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colaborare</w:t>
      </w:r>
      <w:proofErr w:type="spellEnd"/>
      <w:r w:rsidRPr="00120750">
        <w:rPr>
          <w:rFonts w:cstheme="minorHAnsi"/>
          <w:lang w:val="pt-PT"/>
        </w:rPr>
        <w:t xml:space="preserve"> cu </w:t>
      </w:r>
      <w:proofErr w:type="spellStart"/>
      <w:r w:rsidRPr="00120750">
        <w:rPr>
          <w:rFonts w:cstheme="minorHAnsi"/>
          <w:lang w:val="pt-PT"/>
        </w:rPr>
        <w:t>membrii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echipei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comunitare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integrate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soluții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optime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pentru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recuperarea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lor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și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facilitând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accesul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acestora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programele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alternative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învățământ</w:t>
      </w:r>
      <w:proofErr w:type="spellEnd"/>
      <w:r w:rsidRPr="00120750">
        <w:rPr>
          <w:rFonts w:cstheme="minorHAnsi"/>
          <w:lang w:val="pt-PT"/>
        </w:rPr>
        <w:t xml:space="preserve"> (</w:t>
      </w:r>
      <w:proofErr w:type="spellStart"/>
      <w:r w:rsidRPr="00120750">
        <w:rPr>
          <w:rFonts w:cstheme="minorHAnsi"/>
          <w:lang w:val="pt-PT"/>
        </w:rPr>
        <w:t>înscrierea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învățământul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masă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cursuri</w:t>
      </w:r>
      <w:proofErr w:type="spellEnd"/>
      <w:r w:rsidRPr="00120750">
        <w:rPr>
          <w:rFonts w:cstheme="minorHAnsi"/>
          <w:lang w:val="pt-PT"/>
        </w:rPr>
        <w:t xml:space="preserve"> de </w:t>
      </w:r>
      <w:proofErr w:type="spellStart"/>
      <w:r w:rsidRPr="00120750">
        <w:rPr>
          <w:rFonts w:cstheme="minorHAnsi"/>
          <w:lang w:val="pt-PT"/>
        </w:rPr>
        <w:t>zi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sau</w:t>
      </w:r>
      <w:proofErr w:type="spellEnd"/>
      <w:r w:rsidRPr="00120750">
        <w:rPr>
          <w:rFonts w:cstheme="minorHAnsi"/>
          <w:lang w:val="pt-PT"/>
        </w:rPr>
        <w:t xml:space="preserve"> la </w:t>
      </w:r>
      <w:proofErr w:type="spellStart"/>
      <w:r w:rsidRPr="00120750">
        <w:rPr>
          <w:rFonts w:cstheme="minorHAnsi"/>
          <w:lang w:val="pt-PT"/>
        </w:rPr>
        <w:t>cursuri</w:t>
      </w:r>
      <w:proofErr w:type="spellEnd"/>
      <w:r w:rsidRPr="00120750">
        <w:rPr>
          <w:rFonts w:cstheme="minorHAnsi"/>
          <w:lang w:val="pt-PT"/>
        </w:rPr>
        <w:t xml:space="preserve"> cu </w:t>
      </w:r>
      <w:proofErr w:type="spellStart"/>
      <w:r w:rsidRPr="00120750">
        <w:rPr>
          <w:rFonts w:cstheme="minorHAnsi"/>
          <w:lang w:val="pt-PT"/>
        </w:rPr>
        <w:t>frecvență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redusă</w:t>
      </w:r>
      <w:proofErr w:type="spellEnd"/>
      <w:r w:rsidRPr="00120750">
        <w:rPr>
          <w:rFonts w:cstheme="minorHAnsi"/>
          <w:lang w:val="pt-PT"/>
        </w:rPr>
        <w:t xml:space="preserve">, </w:t>
      </w:r>
      <w:proofErr w:type="spellStart"/>
      <w:r w:rsidRPr="00120750">
        <w:rPr>
          <w:rFonts w:cstheme="minorHAnsi"/>
          <w:lang w:val="pt-PT"/>
        </w:rPr>
        <w:t>includerea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în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r w:rsidRPr="00120750">
        <w:rPr>
          <w:rFonts w:cstheme="minorHAnsi"/>
          <w:lang w:val="pt-PT"/>
        </w:rPr>
        <w:t>Programul</w:t>
      </w:r>
      <w:proofErr w:type="spellEnd"/>
      <w:r w:rsidRPr="00120750">
        <w:rPr>
          <w:rFonts w:cstheme="minorHAnsi"/>
          <w:lang w:val="pt-PT"/>
        </w:rPr>
        <w:t xml:space="preserve"> „A </w:t>
      </w:r>
      <w:proofErr w:type="spellStart"/>
      <w:r w:rsidRPr="00120750">
        <w:rPr>
          <w:rFonts w:cstheme="minorHAnsi"/>
          <w:lang w:val="pt-PT"/>
        </w:rPr>
        <w:t>doua</w:t>
      </w:r>
      <w:proofErr w:type="spellEnd"/>
      <w:r w:rsidRPr="00120750">
        <w:rPr>
          <w:rFonts w:cstheme="minorHAnsi"/>
          <w:lang w:val="pt-PT"/>
        </w:rPr>
        <w:t xml:space="preserve"> </w:t>
      </w:r>
      <w:proofErr w:type="spellStart"/>
      <w:proofErr w:type="gramStart"/>
      <w:r w:rsidRPr="00120750">
        <w:rPr>
          <w:rFonts w:cstheme="minorHAnsi"/>
          <w:lang w:val="pt-PT"/>
        </w:rPr>
        <w:t>șansă</w:t>
      </w:r>
      <w:proofErr w:type="spellEnd"/>
      <w:r w:rsidRPr="00120750">
        <w:rPr>
          <w:rFonts w:cstheme="minorHAnsi"/>
          <w:lang w:val="pt-PT"/>
        </w:rPr>
        <w:t>“ etc.</w:t>
      </w:r>
      <w:proofErr w:type="gramEnd"/>
      <w:r w:rsidRPr="00120750">
        <w:rPr>
          <w:rFonts w:cstheme="minorHAnsi"/>
          <w:lang w:val="pt-PT"/>
        </w:rPr>
        <w:t>);</w:t>
      </w:r>
    </w:p>
    <w:p w14:paraId="71033C1D" w14:textId="77777777" w:rsidR="0068216E" w:rsidRPr="004F1BAD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sprijină</w:t>
      </w:r>
      <w:proofErr w:type="spellEnd"/>
      <w:proofErr w:type="gram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organizarea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prog</w:t>
      </w:r>
      <w:r>
        <w:rPr>
          <w:rFonts w:cstheme="minorHAnsi"/>
          <w:lang w:val="fr-FR"/>
        </w:rPr>
        <w:t>rame-suport</w:t>
      </w:r>
      <w:proofErr w:type="spellEnd"/>
      <w:r>
        <w:rPr>
          <w:rFonts w:cstheme="minorHAnsi"/>
          <w:lang w:val="fr-FR"/>
        </w:rPr>
        <w:t xml:space="preserve"> </w:t>
      </w:r>
      <w:proofErr w:type="spellStart"/>
      <w:r>
        <w:rPr>
          <w:rFonts w:cstheme="minorHAnsi"/>
          <w:lang w:val="fr-FR"/>
        </w:rPr>
        <w:t>pentru</w:t>
      </w:r>
      <w:proofErr w:type="spellEnd"/>
      <w:r>
        <w:rPr>
          <w:rFonts w:cstheme="minorHAnsi"/>
          <w:lang w:val="fr-FR"/>
        </w:rPr>
        <w:t xml:space="preserve"> </w:t>
      </w:r>
      <w:proofErr w:type="spellStart"/>
      <w:r>
        <w:rPr>
          <w:rFonts w:cstheme="minorHAnsi"/>
          <w:lang w:val="fr-FR"/>
        </w:rPr>
        <w:t>îmbunătățire</w:t>
      </w:r>
      <w:proofErr w:type="spellEnd"/>
      <w:r>
        <w:rPr>
          <w:rFonts w:cstheme="minorHAnsi"/>
          <w:lang w:val="fr-FR"/>
        </w:rPr>
        <w:t xml:space="preserve"> </w:t>
      </w:r>
      <w:proofErr w:type="spellStart"/>
      <w:r>
        <w:rPr>
          <w:rFonts w:cstheme="minorHAnsi"/>
          <w:lang w:val="fr-FR"/>
        </w:rPr>
        <w:t>performanțe</w:t>
      </w:r>
      <w:proofErr w:type="spellEnd"/>
      <w:r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școlare</w:t>
      </w:r>
      <w:proofErr w:type="spellEnd"/>
      <w:r w:rsidRPr="004F1BAD">
        <w:rPr>
          <w:rFonts w:cstheme="minorHAnsi"/>
          <w:lang w:val="fr-FR"/>
        </w:rPr>
        <w:t xml:space="preserve"> (</w:t>
      </w:r>
      <w:proofErr w:type="spellStart"/>
      <w:r w:rsidRPr="004F1BAD">
        <w:rPr>
          <w:rFonts w:cstheme="minorHAnsi"/>
          <w:lang w:val="fr-FR"/>
        </w:rPr>
        <w:t>programe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recuperare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programe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intervenție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personalizată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programe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tip</w:t>
      </w:r>
      <w:proofErr w:type="spellEnd"/>
      <w:r w:rsidRPr="004F1BAD">
        <w:rPr>
          <w:rFonts w:cstheme="minorHAnsi"/>
          <w:lang w:val="fr-FR"/>
        </w:rPr>
        <w:t xml:space="preserve"> „A doua </w:t>
      </w:r>
      <w:proofErr w:type="spellStart"/>
      <w:r w:rsidRPr="004F1BAD">
        <w:rPr>
          <w:rFonts w:cstheme="minorHAnsi"/>
          <w:lang w:val="fr-FR"/>
        </w:rPr>
        <w:t>șansă</w:t>
      </w:r>
      <w:proofErr w:type="spellEnd"/>
      <w:r w:rsidRPr="004F1BAD">
        <w:rPr>
          <w:rFonts w:cstheme="minorHAnsi"/>
          <w:lang w:val="fr-FR"/>
        </w:rPr>
        <w:t>“ „</w:t>
      </w:r>
      <w:proofErr w:type="spellStart"/>
      <w:r w:rsidRPr="004F1BAD">
        <w:rPr>
          <w:rFonts w:cstheme="minorHAnsi"/>
          <w:lang w:val="fr-FR"/>
        </w:rPr>
        <w:t>Școala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după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școală</w:t>
      </w:r>
      <w:proofErr w:type="spellEnd"/>
      <w:r w:rsidRPr="004F1BAD">
        <w:rPr>
          <w:rFonts w:cstheme="minorHAnsi"/>
          <w:lang w:val="fr-FR"/>
        </w:rPr>
        <w:t>“ etc.</w:t>
      </w:r>
      <w:proofErr w:type="gramStart"/>
      <w:r w:rsidRPr="004F1BAD">
        <w:rPr>
          <w:rFonts w:cstheme="minorHAnsi"/>
          <w:lang w:val="fr-FR"/>
        </w:rPr>
        <w:t>);</w:t>
      </w:r>
      <w:proofErr w:type="gramEnd"/>
    </w:p>
    <w:p w14:paraId="24260558" w14:textId="77777777" w:rsidR="0068216E" w:rsidRPr="004F1BAD" w:rsidRDefault="0068216E" w:rsidP="0068216E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fr-FR"/>
        </w:rPr>
      </w:pPr>
      <w:proofErr w:type="spellStart"/>
      <w:proofErr w:type="gramStart"/>
      <w:r w:rsidRPr="004F1BAD">
        <w:rPr>
          <w:rFonts w:cstheme="minorHAnsi"/>
          <w:lang w:val="fr-FR"/>
        </w:rPr>
        <w:t>furnizează</w:t>
      </w:r>
      <w:proofErr w:type="spellEnd"/>
      <w:proofErr w:type="gram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alte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tipuri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intervenții</w:t>
      </w:r>
      <w:proofErr w:type="spellEnd"/>
      <w:r w:rsidRPr="004F1BAD">
        <w:rPr>
          <w:rFonts w:cstheme="minorHAnsi"/>
          <w:lang w:val="fr-FR"/>
        </w:rPr>
        <w:t xml:space="preserve"> care </w:t>
      </w:r>
      <w:proofErr w:type="spellStart"/>
      <w:r w:rsidRPr="004F1BAD">
        <w:rPr>
          <w:rFonts w:cstheme="minorHAnsi"/>
          <w:lang w:val="fr-FR"/>
        </w:rPr>
        <w:t>sunt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relație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aria </w:t>
      </w:r>
      <w:proofErr w:type="spellStart"/>
      <w:r w:rsidRPr="004F1BAD">
        <w:rPr>
          <w:rFonts w:cstheme="minorHAnsi"/>
          <w:lang w:val="fr-FR"/>
        </w:rPr>
        <w:t>medierii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școlare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eliminarea</w:t>
      </w:r>
      <w:proofErr w:type="spellEnd"/>
      <w:r w:rsidRPr="004F1BAD">
        <w:rPr>
          <w:rFonts w:cstheme="minorHAnsi"/>
          <w:lang w:val="fr-FR"/>
        </w:rPr>
        <w:t>/</w:t>
      </w:r>
      <w:proofErr w:type="spellStart"/>
      <w:r w:rsidRPr="004F1BAD">
        <w:rPr>
          <w:rFonts w:cstheme="minorHAnsi"/>
          <w:lang w:val="fr-FR"/>
        </w:rPr>
        <w:t>reducerea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stării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sărăcie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excluziune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socială</w:t>
      </w:r>
      <w:proofErr w:type="spellEnd"/>
    </w:p>
    <w:p w14:paraId="3A08C5FA" w14:textId="77777777" w:rsidR="00DA18C7" w:rsidRPr="0068216E" w:rsidRDefault="00DA18C7">
      <w:pPr>
        <w:spacing w:after="120"/>
        <w:rPr>
          <w:b/>
          <w:lang w:val="fr-FR"/>
        </w:rPr>
      </w:pPr>
    </w:p>
    <w:p w14:paraId="46DFC0AF" w14:textId="77777777" w:rsidR="00316D5C" w:rsidRDefault="00316D5C">
      <w:pPr>
        <w:spacing w:after="120"/>
        <w:rPr>
          <w:b/>
          <w:lang w:val="pt-PT"/>
        </w:rPr>
      </w:pPr>
    </w:p>
    <w:p w14:paraId="67BBC1DC" w14:textId="19720969" w:rsidR="00643FBD" w:rsidRPr="002153C2" w:rsidRDefault="00DC7CA5">
      <w:pPr>
        <w:spacing w:after="120"/>
        <w:rPr>
          <w:lang w:val="pt-PT"/>
        </w:rPr>
      </w:pPr>
      <w:r w:rsidRPr="002153C2">
        <w:rPr>
          <w:b/>
          <w:lang w:val="pt-PT"/>
        </w:rPr>
        <w:lastRenderedPageBreak/>
        <w:t>ALTE ATRIBUȚII (SPECIFICE ÎN CADRUL PROIECTULUI):</w:t>
      </w:r>
    </w:p>
    <w:p w14:paraId="2908FDE6" w14:textId="77777777" w:rsidR="00643FBD" w:rsidRPr="002153C2" w:rsidRDefault="00DC7CA5">
      <w:pPr>
        <w:spacing w:after="24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derularea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activități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identificare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persoanelor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vulnerabile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diverse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mecanisme</w:t>
      </w:r>
      <w:proofErr w:type="spellEnd"/>
      <w:r w:rsidRPr="002153C2">
        <w:rPr>
          <w:lang w:val="pt-PT"/>
        </w:rPr>
        <w:t xml:space="preserve"> – </w:t>
      </w:r>
      <w:proofErr w:type="spellStart"/>
      <w:r w:rsidRPr="002153C2">
        <w:rPr>
          <w:lang w:val="pt-PT"/>
        </w:rPr>
        <w:t>screening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sesizări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referire</w:t>
      </w:r>
      <w:proofErr w:type="spellEnd"/>
      <w:r w:rsidRPr="002153C2">
        <w:rPr>
          <w:lang w:val="pt-PT"/>
        </w:rPr>
        <w:t>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decontarea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rapoarte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lunare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activitate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după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modelul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furnizat</w:t>
      </w:r>
      <w:proofErr w:type="spellEnd"/>
      <w:r w:rsidRPr="002153C2">
        <w:rPr>
          <w:lang w:val="pt-PT"/>
        </w:rPr>
        <w:t xml:space="preserve"> de UJSS, </w:t>
      </w:r>
      <w:proofErr w:type="spellStart"/>
      <w:r w:rsidRPr="002153C2">
        <w:rPr>
          <w:lang w:val="pt-PT"/>
        </w:rPr>
        <w:t>privind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implementarea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activității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mediere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școlară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ECI;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schimburi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experiență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întâlniri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locale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între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lucrătorii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comunitari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diverși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profesioniști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membri</w:t>
      </w:r>
      <w:proofErr w:type="spellEnd"/>
      <w:r w:rsidRPr="002153C2">
        <w:rPr>
          <w:lang w:val="pt-PT"/>
        </w:rPr>
        <w:t xml:space="preserve"> ai </w:t>
      </w:r>
      <w:proofErr w:type="spellStart"/>
      <w:r w:rsidRPr="002153C2">
        <w:rPr>
          <w:lang w:val="pt-PT"/>
        </w:rPr>
        <w:t>structurilor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consultative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reprezentanți</w:t>
      </w:r>
      <w:proofErr w:type="spellEnd"/>
      <w:r w:rsidRPr="002153C2">
        <w:rPr>
          <w:lang w:val="pt-PT"/>
        </w:rPr>
        <w:t xml:space="preserve"> ai </w:t>
      </w:r>
      <w:proofErr w:type="spellStart"/>
      <w:r w:rsidRPr="002153C2">
        <w:rPr>
          <w:lang w:val="pt-PT"/>
        </w:rPr>
        <w:t>primăriilor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etc</w:t>
      </w:r>
      <w:proofErr w:type="spellEnd"/>
      <w:r w:rsidRPr="002153C2">
        <w:rPr>
          <w:lang w:val="pt-PT"/>
        </w:rPr>
        <w:t>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identificarea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inițiative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complementare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derulate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sfera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activitate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precum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facilitarea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cooperării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alți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actori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pe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plan</w:t>
      </w:r>
      <w:proofErr w:type="spellEnd"/>
      <w:r w:rsidRPr="002153C2">
        <w:rPr>
          <w:lang w:val="pt-PT"/>
        </w:rPr>
        <w:t xml:space="preserve"> local;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întâlniri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periodice</w:t>
      </w:r>
      <w:proofErr w:type="spellEnd"/>
      <w:r w:rsidRPr="002153C2">
        <w:rPr>
          <w:lang w:val="pt-PT"/>
        </w:rPr>
        <w:t xml:space="preserve"> (</w:t>
      </w:r>
      <w:proofErr w:type="spellStart"/>
      <w:r w:rsidRPr="002153C2">
        <w:rPr>
          <w:lang w:val="pt-PT"/>
        </w:rPr>
        <w:t>lunare</w:t>
      </w:r>
      <w:proofErr w:type="spellEnd"/>
      <w:r w:rsidRPr="002153C2">
        <w:rPr>
          <w:lang w:val="pt-PT"/>
        </w:rPr>
        <w:t>/</w:t>
      </w:r>
      <w:proofErr w:type="spellStart"/>
      <w:r w:rsidRPr="002153C2">
        <w:rPr>
          <w:lang w:val="pt-PT"/>
        </w:rPr>
        <w:t>trimestriale</w:t>
      </w:r>
      <w:proofErr w:type="spellEnd"/>
      <w:r w:rsidRPr="002153C2">
        <w:rPr>
          <w:lang w:val="pt-PT"/>
        </w:rPr>
        <w:t xml:space="preserve">) de </w:t>
      </w:r>
      <w:proofErr w:type="spellStart"/>
      <w:r w:rsidRPr="002153C2">
        <w:rPr>
          <w:lang w:val="pt-PT"/>
        </w:rPr>
        <w:t>instruire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supervizare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membrilor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echipei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(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ceea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privește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implementarea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instrumentului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informatic</w:t>
      </w:r>
      <w:proofErr w:type="spellEnd"/>
      <w:r w:rsidRPr="002153C2">
        <w:rPr>
          <w:lang w:val="pt-PT"/>
        </w:rPr>
        <w:t xml:space="preserve"> SCI de </w:t>
      </w:r>
      <w:proofErr w:type="spellStart"/>
      <w:r w:rsidRPr="002153C2">
        <w:rPr>
          <w:lang w:val="pt-PT"/>
        </w:rPr>
        <w:t>identificare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monitorizare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persoanelor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vulnerabile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centralizarea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validarea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datelor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culese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local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aplicația</w:t>
      </w:r>
      <w:proofErr w:type="spellEnd"/>
      <w:r w:rsidRPr="002153C2">
        <w:rPr>
          <w:lang w:val="pt-PT"/>
        </w:rPr>
        <w:t xml:space="preserve"> SCI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raportarea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lunară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rapoartelor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lunare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activitate</w:t>
      </w:r>
      <w:proofErr w:type="spellEnd"/>
      <w:r w:rsidRPr="002153C2">
        <w:rPr>
          <w:lang w:val="pt-PT"/>
        </w:rPr>
        <w:t xml:space="preserve">; </w:t>
      </w:r>
      <w:proofErr w:type="spellStart"/>
      <w:r w:rsidRPr="002153C2">
        <w:rPr>
          <w:lang w:val="pt-PT"/>
        </w:rPr>
        <w:t>asigurarea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managementului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caz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furnizării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servicii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sociale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precădere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celor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pachetul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minim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servicii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generat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aplicația</w:t>
      </w:r>
      <w:proofErr w:type="spellEnd"/>
      <w:r w:rsidRPr="002153C2">
        <w:rPr>
          <w:lang w:val="pt-PT"/>
        </w:rPr>
        <w:t xml:space="preserve"> SCI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maniera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integrată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ceilalți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prestatori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servicii</w:t>
      </w:r>
      <w:proofErr w:type="spellEnd"/>
      <w:r w:rsidRPr="002153C2">
        <w:rPr>
          <w:lang w:val="pt-PT"/>
        </w:rPr>
        <w:t xml:space="preserve">); </w:t>
      </w:r>
      <w:proofErr w:type="spellStart"/>
      <w:r w:rsidRPr="002153C2">
        <w:rPr>
          <w:lang w:val="pt-PT"/>
        </w:rPr>
        <w:t>crearea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activarea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mobilizarea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structurilor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consultative</w:t>
      </w:r>
      <w:proofErr w:type="spellEnd"/>
      <w:r w:rsidRPr="002153C2">
        <w:rPr>
          <w:lang w:val="pt-PT"/>
        </w:rPr>
        <w:t xml:space="preserve"> (SCC),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susținerea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implicării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membrilor</w:t>
      </w:r>
      <w:proofErr w:type="spellEnd"/>
      <w:r w:rsidRPr="002153C2">
        <w:rPr>
          <w:lang w:val="pt-PT"/>
        </w:rPr>
        <w:t xml:space="preserve"> SCC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soluționarea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cazurilor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identificate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aplicația</w:t>
      </w:r>
      <w:proofErr w:type="spellEnd"/>
      <w:r w:rsidRPr="002153C2">
        <w:rPr>
          <w:lang w:val="pt-PT"/>
        </w:rPr>
        <w:t xml:space="preserve"> SCI;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evenimentele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informare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comunicare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organizate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proiectului</w:t>
      </w:r>
      <w:proofErr w:type="spellEnd"/>
      <w:r w:rsidRPr="002153C2">
        <w:rPr>
          <w:lang w:val="pt-PT"/>
        </w:rPr>
        <w:t xml:space="preserve">; </w:t>
      </w:r>
      <w:proofErr w:type="spellStart"/>
      <w:r w:rsidRPr="002153C2">
        <w:rPr>
          <w:lang w:val="pt-PT"/>
        </w:rPr>
        <w:t>facilitarea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diseminării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informațiilor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privire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proiect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instrumentelor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elaborate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proiectului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nivelul</w:t>
      </w:r>
      <w:proofErr w:type="spellEnd"/>
      <w:r w:rsidRPr="002153C2">
        <w:rPr>
          <w:lang w:val="pt-PT"/>
        </w:rPr>
        <w:t xml:space="preserve"> DGASPC / AJPIS / CJRAE / DSP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rezultatelor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aplicării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acestora</w:t>
      </w:r>
      <w:proofErr w:type="spellEnd"/>
      <w:r w:rsidRPr="002153C2">
        <w:rPr>
          <w:lang w:val="pt-PT"/>
        </w:rPr>
        <w:t>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asigurarea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aplicării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județean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mecanismului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operațional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colaborare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interinstituțională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coordonare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serviciilor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integrate</w:t>
      </w:r>
      <w:proofErr w:type="spellEnd"/>
      <w:r w:rsidRPr="002153C2">
        <w:rPr>
          <w:lang w:val="pt-PT"/>
        </w:rPr>
        <w:t xml:space="preserve"> (</w:t>
      </w:r>
      <w:proofErr w:type="spellStart"/>
      <w:r w:rsidRPr="002153C2">
        <w:rPr>
          <w:lang w:val="pt-PT"/>
        </w:rPr>
        <w:t>având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vedere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prevederile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Ordinului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nr</w:t>
      </w:r>
      <w:proofErr w:type="spellEnd"/>
      <w:r w:rsidRPr="002153C2">
        <w:rPr>
          <w:lang w:val="pt-PT"/>
        </w:rPr>
        <w:t xml:space="preserve">. 2.555/2023/25.017/2.485/4.490/2024 </w:t>
      </w:r>
      <w:proofErr w:type="spellStart"/>
      <w:r w:rsidRPr="002153C2">
        <w:rPr>
          <w:lang w:val="pt-PT"/>
        </w:rPr>
        <w:t>privind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modificarea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Ordinului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nr</w:t>
      </w:r>
      <w:proofErr w:type="spellEnd"/>
      <w:r w:rsidRPr="002153C2">
        <w:rPr>
          <w:lang w:val="pt-PT"/>
        </w:rPr>
        <w:t>. 393/630/4.236/2017);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comunicarea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reprezentanții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autorităților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administrației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publice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locale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pentru</w:t>
      </w:r>
      <w:proofErr w:type="spellEnd"/>
      <w:r w:rsidRPr="002153C2">
        <w:rPr>
          <w:lang w:val="pt-PT"/>
        </w:rPr>
        <w:t xml:space="preserve"> a se </w:t>
      </w:r>
      <w:proofErr w:type="spellStart"/>
      <w:r w:rsidRPr="002153C2">
        <w:rPr>
          <w:lang w:val="pt-PT"/>
        </w:rPr>
        <w:t>asigura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sustenabilitatea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activităților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proiect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identificarea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unor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oportunități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finanțare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nerambursabilă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scrierea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proiecte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local.</w:t>
      </w:r>
    </w:p>
    <w:p w14:paraId="59012663" w14:textId="77777777" w:rsidR="00643FBD" w:rsidRPr="002153C2" w:rsidRDefault="00DC7CA5" w:rsidP="007F7992">
      <w:pPr>
        <w:spacing w:after="0"/>
        <w:rPr>
          <w:lang w:val="pt-PT"/>
        </w:rPr>
      </w:pPr>
      <w:proofErr w:type="spellStart"/>
      <w:r w:rsidRPr="002153C2">
        <w:rPr>
          <w:b/>
          <w:lang w:val="pt-PT"/>
        </w:rPr>
        <w:t>Dosarele</w:t>
      </w:r>
      <w:proofErr w:type="spellEnd"/>
      <w:r w:rsidRPr="002153C2">
        <w:rPr>
          <w:b/>
          <w:lang w:val="pt-PT"/>
        </w:rPr>
        <w:t xml:space="preserve"> de </w:t>
      </w:r>
      <w:proofErr w:type="spellStart"/>
      <w:r w:rsidRPr="002153C2">
        <w:rPr>
          <w:b/>
          <w:lang w:val="pt-PT"/>
        </w:rPr>
        <w:t>înscriere</w:t>
      </w:r>
      <w:proofErr w:type="spellEnd"/>
      <w:r w:rsidRPr="002153C2">
        <w:rPr>
          <w:b/>
          <w:lang w:val="pt-PT"/>
        </w:rPr>
        <w:t xml:space="preserve"> se </w:t>
      </w:r>
      <w:proofErr w:type="spellStart"/>
      <w:r w:rsidRPr="002153C2">
        <w:rPr>
          <w:b/>
          <w:lang w:val="pt-PT"/>
        </w:rPr>
        <w:t>depun</w:t>
      </w:r>
      <w:proofErr w:type="spellEnd"/>
      <w:r w:rsidRPr="002153C2">
        <w:rPr>
          <w:b/>
          <w:lang w:val="pt-PT"/>
        </w:rPr>
        <w:t xml:space="preserve"> la </w:t>
      </w:r>
      <w:proofErr w:type="spellStart"/>
      <w:r w:rsidRPr="002153C2">
        <w:rPr>
          <w:b/>
          <w:lang w:val="pt-PT"/>
        </w:rPr>
        <w:t>sediul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instituției</w:t>
      </w:r>
      <w:proofErr w:type="spellEnd"/>
      <w:r w:rsidRPr="002153C2">
        <w:rPr>
          <w:b/>
          <w:lang w:val="pt-PT"/>
        </w:rPr>
        <w:t>.</w:t>
      </w:r>
    </w:p>
    <w:p w14:paraId="1C2A88E5" w14:textId="47F9C15F" w:rsidR="00643FBD" w:rsidRPr="002153C2" w:rsidRDefault="00DC7CA5" w:rsidP="007F7992">
      <w:pPr>
        <w:spacing w:after="0"/>
        <w:rPr>
          <w:lang w:val="pt-PT"/>
        </w:rPr>
      </w:pPr>
      <w:proofErr w:type="spellStart"/>
      <w:r w:rsidRPr="002153C2">
        <w:rPr>
          <w:lang w:val="pt-PT"/>
        </w:rPr>
        <w:t>Persoana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contact</w:t>
      </w:r>
      <w:proofErr w:type="spellEnd"/>
      <w:r w:rsidRPr="002153C2">
        <w:rPr>
          <w:lang w:val="pt-PT"/>
        </w:rPr>
        <w:t xml:space="preserve">: </w:t>
      </w:r>
      <w:r w:rsidR="002153C2" w:rsidRPr="002153C2">
        <w:rPr>
          <w:lang w:val="pt-PT"/>
        </w:rPr>
        <w:t xml:space="preserve">Seles </w:t>
      </w:r>
      <w:proofErr w:type="spellStart"/>
      <w:r w:rsidR="002153C2" w:rsidRPr="002153C2">
        <w:rPr>
          <w:lang w:val="pt-PT"/>
        </w:rPr>
        <w:t>Raluca</w:t>
      </w:r>
      <w:proofErr w:type="spellEnd"/>
      <w:r w:rsidR="002153C2" w:rsidRPr="002153C2">
        <w:rPr>
          <w:lang w:val="pt-PT"/>
        </w:rPr>
        <w:t xml:space="preserve"> </w:t>
      </w:r>
      <w:proofErr w:type="spellStart"/>
      <w:r w:rsidR="002153C2" w:rsidRPr="002153C2">
        <w:rPr>
          <w:lang w:val="pt-PT"/>
        </w:rPr>
        <w:t>Ioana</w:t>
      </w:r>
      <w:proofErr w:type="spellEnd"/>
      <w:r w:rsidR="002153C2" w:rsidRPr="002153C2">
        <w:rPr>
          <w:lang w:val="pt-PT"/>
        </w:rPr>
        <w:t xml:space="preserve"> </w:t>
      </w:r>
      <w:r w:rsidRPr="002153C2">
        <w:rPr>
          <w:lang w:val="pt-PT"/>
        </w:rPr>
        <w:t xml:space="preserve">– </w:t>
      </w:r>
      <w:proofErr w:type="spellStart"/>
      <w:r w:rsidRPr="002153C2">
        <w:rPr>
          <w:lang w:val="pt-PT"/>
        </w:rPr>
        <w:t>consilier</w:t>
      </w:r>
      <w:proofErr w:type="spellEnd"/>
      <w:r w:rsidR="002153C2" w:rsidRPr="002153C2">
        <w:rPr>
          <w:lang w:val="pt-PT"/>
        </w:rPr>
        <w:t xml:space="preserve">– </w:t>
      </w:r>
      <w:proofErr w:type="spellStart"/>
      <w:r w:rsidR="002153C2" w:rsidRPr="002153C2">
        <w:rPr>
          <w:lang w:val="pt-PT"/>
        </w:rPr>
        <w:t>Secretarul</w:t>
      </w:r>
      <w:proofErr w:type="spellEnd"/>
      <w:r w:rsidR="002153C2" w:rsidRPr="002153C2">
        <w:rPr>
          <w:lang w:val="pt-PT"/>
        </w:rPr>
        <w:t xml:space="preserve"> </w:t>
      </w:r>
      <w:proofErr w:type="spellStart"/>
      <w:r w:rsidR="002153C2" w:rsidRPr="002153C2">
        <w:rPr>
          <w:lang w:val="pt-PT"/>
        </w:rPr>
        <w:t>comisiei</w:t>
      </w:r>
      <w:proofErr w:type="spellEnd"/>
      <w:r w:rsidR="002153C2" w:rsidRPr="002153C2">
        <w:rPr>
          <w:lang w:val="pt-PT"/>
        </w:rPr>
        <w:t xml:space="preserve"> de </w:t>
      </w:r>
      <w:proofErr w:type="spellStart"/>
      <w:r w:rsidR="002153C2" w:rsidRPr="002153C2">
        <w:rPr>
          <w:lang w:val="pt-PT"/>
        </w:rPr>
        <w:t>concurs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telefon</w:t>
      </w:r>
      <w:proofErr w:type="spellEnd"/>
      <w:r w:rsidRPr="002153C2">
        <w:rPr>
          <w:lang w:val="pt-PT"/>
        </w:rPr>
        <w:t xml:space="preserve"> 0261 824800, </w:t>
      </w:r>
      <w:proofErr w:type="spellStart"/>
      <w:r w:rsidRPr="002153C2">
        <w:rPr>
          <w:lang w:val="pt-PT"/>
        </w:rPr>
        <w:t>adresa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corespondență</w:t>
      </w:r>
      <w:proofErr w:type="spellEnd"/>
      <w:r w:rsidRPr="002153C2">
        <w:rPr>
          <w:lang w:val="pt-PT"/>
        </w:rPr>
        <w:t xml:space="preserve">: </w:t>
      </w:r>
      <w:proofErr w:type="spellStart"/>
      <w:r w:rsidRPr="002153C2">
        <w:rPr>
          <w:lang w:val="pt-PT"/>
        </w:rPr>
        <w:t>Pișcolt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nr</w:t>
      </w:r>
      <w:proofErr w:type="spellEnd"/>
      <w:r w:rsidRPr="002153C2">
        <w:rPr>
          <w:lang w:val="pt-PT"/>
        </w:rPr>
        <w:t xml:space="preserve">. 62, </w:t>
      </w:r>
      <w:proofErr w:type="spellStart"/>
      <w:r w:rsidRPr="002153C2">
        <w:rPr>
          <w:lang w:val="pt-PT"/>
        </w:rPr>
        <w:t>jud</w:t>
      </w:r>
      <w:proofErr w:type="spellEnd"/>
      <w:r w:rsidRPr="002153C2">
        <w:rPr>
          <w:lang w:val="pt-PT"/>
        </w:rPr>
        <w:t>. Satu Mare, e-mail: primariacomuneipiscolt@yahoo.com.</w:t>
      </w:r>
    </w:p>
    <w:p w14:paraId="26D2865F" w14:textId="044D804D" w:rsidR="00643FBD" w:rsidRDefault="00DC7CA5" w:rsidP="007F7992">
      <w:pPr>
        <w:spacing w:after="0" w:line="240" w:lineRule="auto"/>
        <w:rPr>
          <w:lang w:val="pt-PT"/>
        </w:rPr>
      </w:pPr>
      <w:proofErr w:type="spellStart"/>
      <w:r w:rsidRPr="002153C2">
        <w:rPr>
          <w:lang w:val="pt-PT"/>
        </w:rPr>
        <w:t>Informații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suplimentare</w:t>
      </w:r>
      <w:proofErr w:type="spellEnd"/>
      <w:r w:rsidRPr="002153C2">
        <w:rPr>
          <w:lang w:val="pt-PT"/>
        </w:rPr>
        <w:t xml:space="preserve"> se </w:t>
      </w:r>
      <w:proofErr w:type="spellStart"/>
      <w:r w:rsidRPr="002153C2">
        <w:rPr>
          <w:lang w:val="pt-PT"/>
        </w:rPr>
        <w:t>pot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obține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sediul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Primăriei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Pișcolt</w:t>
      </w:r>
      <w:proofErr w:type="spellEnd"/>
      <w:r w:rsidRPr="002153C2">
        <w:rPr>
          <w:lang w:val="pt-PT"/>
        </w:rPr>
        <w:t>.</w:t>
      </w:r>
    </w:p>
    <w:p w14:paraId="291966A1" w14:textId="77777777" w:rsidR="007F7992" w:rsidRDefault="007F7992" w:rsidP="002153C2">
      <w:pPr>
        <w:spacing w:before="360"/>
        <w:jc w:val="center"/>
        <w:rPr>
          <w:b/>
          <w:lang w:val="pt-PT"/>
        </w:rPr>
      </w:pPr>
    </w:p>
    <w:p w14:paraId="7579A16E" w14:textId="73B95C5E" w:rsidR="00643FBD" w:rsidRPr="002153C2" w:rsidRDefault="00DC7CA5" w:rsidP="002153C2">
      <w:pPr>
        <w:spacing w:before="360"/>
        <w:jc w:val="center"/>
        <w:rPr>
          <w:lang w:val="pt-PT"/>
        </w:rPr>
      </w:pPr>
      <w:r w:rsidRPr="002153C2">
        <w:rPr>
          <w:b/>
          <w:lang w:val="pt-PT"/>
        </w:rPr>
        <w:t>PRIMAR,</w:t>
      </w:r>
      <w:r w:rsidRPr="002153C2">
        <w:rPr>
          <w:b/>
          <w:lang w:val="pt-PT"/>
        </w:rPr>
        <w:br/>
      </w:r>
      <w:r w:rsidR="002153C2">
        <w:rPr>
          <w:b/>
          <w:lang w:val="pt-PT"/>
        </w:rPr>
        <w:t xml:space="preserve">Varga </w:t>
      </w:r>
      <w:proofErr w:type="spellStart"/>
      <w:r w:rsidR="002153C2">
        <w:rPr>
          <w:b/>
          <w:lang w:val="pt-PT"/>
        </w:rPr>
        <w:t>Cosmin</w:t>
      </w:r>
      <w:proofErr w:type="spellEnd"/>
      <w:r w:rsidR="002153C2">
        <w:rPr>
          <w:b/>
          <w:lang w:val="pt-PT"/>
        </w:rPr>
        <w:t xml:space="preserve"> </w:t>
      </w:r>
      <w:proofErr w:type="spellStart"/>
      <w:r w:rsidR="002153C2">
        <w:rPr>
          <w:b/>
          <w:lang w:val="pt-PT"/>
        </w:rPr>
        <w:t>Vasile</w:t>
      </w:r>
      <w:proofErr w:type="spellEnd"/>
    </w:p>
    <w:sectPr w:rsidR="00643FBD" w:rsidRPr="002153C2" w:rsidSect="00DA18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C82186"/>
    <w:multiLevelType w:val="multilevel"/>
    <w:tmpl w:val="329CFF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699747C"/>
    <w:multiLevelType w:val="hybridMultilevel"/>
    <w:tmpl w:val="2DA69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D00AFE"/>
    <w:multiLevelType w:val="hybridMultilevel"/>
    <w:tmpl w:val="CF90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D2AB6"/>
    <w:multiLevelType w:val="hybridMultilevel"/>
    <w:tmpl w:val="4366F0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C544CE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69412C5C"/>
    <w:multiLevelType w:val="hybridMultilevel"/>
    <w:tmpl w:val="DED898D2"/>
    <w:lvl w:ilvl="0" w:tplc="4F665ED8">
      <w:start w:val="3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151D1"/>
    <w:multiLevelType w:val="multilevel"/>
    <w:tmpl w:val="2F4852B4"/>
    <w:lvl w:ilvl="0">
      <w:start w:val="1"/>
      <w:numFmt w:val="lowerLetter"/>
      <w:lvlText w:val="%1)"/>
      <w:lvlJc w:val="left"/>
      <w:pPr>
        <w:ind w:left="927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E560589"/>
    <w:multiLevelType w:val="hybridMultilevel"/>
    <w:tmpl w:val="091816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2882169">
    <w:abstractNumId w:val="8"/>
  </w:num>
  <w:num w:numId="2" w16cid:durableId="1785660793">
    <w:abstractNumId w:val="6"/>
  </w:num>
  <w:num w:numId="3" w16cid:durableId="1059091641">
    <w:abstractNumId w:val="5"/>
  </w:num>
  <w:num w:numId="4" w16cid:durableId="1262369589">
    <w:abstractNumId w:val="4"/>
  </w:num>
  <w:num w:numId="5" w16cid:durableId="1601185000">
    <w:abstractNumId w:val="7"/>
  </w:num>
  <w:num w:numId="6" w16cid:durableId="513152724">
    <w:abstractNumId w:val="3"/>
  </w:num>
  <w:num w:numId="7" w16cid:durableId="53623622">
    <w:abstractNumId w:val="2"/>
  </w:num>
  <w:num w:numId="8" w16cid:durableId="915431183">
    <w:abstractNumId w:val="1"/>
  </w:num>
  <w:num w:numId="9" w16cid:durableId="1919484266">
    <w:abstractNumId w:val="0"/>
  </w:num>
  <w:num w:numId="10" w16cid:durableId="1030760207">
    <w:abstractNumId w:val="12"/>
  </w:num>
  <w:num w:numId="11" w16cid:durableId="2022732651">
    <w:abstractNumId w:val="10"/>
  </w:num>
  <w:num w:numId="12" w16cid:durableId="1532836819">
    <w:abstractNumId w:val="16"/>
  </w:num>
  <w:num w:numId="13" w16cid:durableId="1915387826">
    <w:abstractNumId w:val="11"/>
  </w:num>
  <w:num w:numId="14" w16cid:durableId="1168861680">
    <w:abstractNumId w:val="13"/>
  </w:num>
  <w:num w:numId="15" w16cid:durableId="1473711915">
    <w:abstractNumId w:val="9"/>
  </w:num>
  <w:num w:numId="16" w16cid:durableId="688142633">
    <w:abstractNumId w:val="15"/>
  </w:num>
  <w:num w:numId="17" w16cid:durableId="221449995">
    <w:abstractNumId w:val="14"/>
  </w:num>
  <w:num w:numId="18" w16cid:durableId="5491952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3C2"/>
    <w:rsid w:val="00282C87"/>
    <w:rsid w:val="0029639D"/>
    <w:rsid w:val="002F5636"/>
    <w:rsid w:val="00316D5C"/>
    <w:rsid w:val="00326F90"/>
    <w:rsid w:val="00441F98"/>
    <w:rsid w:val="005D2E8E"/>
    <w:rsid w:val="005E4119"/>
    <w:rsid w:val="00643FBD"/>
    <w:rsid w:val="006751B6"/>
    <w:rsid w:val="0068216E"/>
    <w:rsid w:val="006C1C79"/>
    <w:rsid w:val="007F7992"/>
    <w:rsid w:val="00A77A9B"/>
    <w:rsid w:val="00AA1D8D"/>
    <w:rsid w:val="00AB2F1D"/>
    <w:rsid w:val="00B01830"/>
    <w:rsid w:val="00B47730"/>
    <w:rsid w:val="00C90CA1"/>
    <w:rsid w:val="00CB0664"/>
    <w:rsid w:val="00DA18C7"/>
    <w:rsid w:val="00DC7CA5"/>
    <w:rsid w:val="00E674D2"/>
    <w:rsid w:val="00E871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FC960D7"/>
  <w14:defaultImageDpi w14:val="300"/>
  <w15:docId w15:val="{3DEEB424-ECD3-47A3-9E7C-BBFC3395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68216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2315</Words>
  <Characters>13201</Characters>
  <Application>Microsoft Office Word</Application>
  <DocSecurity>0</DocSecurity>
  <Lines>110</Lines>
  <Paragraphs>30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Utilizator 02</cp:lastModifiedBy>
  <cp:revision>9</cp:revision>
  <cp:lastPrinted>2026-10-26T13:30:00Z</cp:lastPrinted>
  <dcterms:created xsi:type="dcterms:W3CDTF">2013-12-23T23:15:00Z</dcterms:created>
  <dcterms:modified xsi:type="dcterms:W3CDTF">2026-10-26T13:32:00Z</dcterms:modified>
  <cp:category/>
</cp:coreProperties>
</file>