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47EC4" w14:textId="30AE68A0" w:rsidR="007A3040" w:rsidRPr="007A3040" w:rsidRDefault="007A3040" w:rsidP="007A3040">
      <w:pPr>
        <w:pStyle w:val="Titlu1"/>
        <w:ind w:right="-630"/>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Nr. </w:t>
      </w:r>
      <w:r w:rsidR="003579C6">
        <w:rPr>
          <w:rFonts w:ascii="Times New Roman" w:hAnsi="Times New Roman" w:cs="Times New Roman"/>
          <w:b w:val="0"/>
          <w:color w:val="auto"/>
          <w:sz w:val="24"/>
          <w:szCs w:val="24"/>
        </w:rPr>
        <w:t>2700/23.10.2026</w:t>
      </w:r>
    </w:p>
    <w:p w14:paraId="061FE2F3" w14:textId="77777777" w:rsidR="00EA209D" w:rsidRDefault="00A87C69" w:rsidP="00C825F5">
      <w:pPr>
        <w:pStyle w:val="Titlu1"/>
        <w:ind w:right="-630"/>
        <w:jc w:val="center"/>
      </w:pPr>
      <w:r>
        <w:t>ANUNȚ DE CONCURS</w:t>
      </w:r>
    </w:p>
    <w:p w14:paraId="10522B2B" w14:textId="019807F9" w:rsidR="00D562F3" w:rsidRPr="00EC7785" w:rsidRDefault="00D562F3" w:rsidP="00D562F3">
      <w:pPr>
        <w:jc w:val="center"/>
        <w:rPr>
          <w:b/>
        </w:rPr>
      </w:pPr>
      <w:proofErr w:type="gramStart"/>
      <w:r>
        <w:t>Privind  oragnizarea</w:t>
      </w:r>
      <w:proofErr w:type="gramEnd"/>
      <w:r>
        <w:t xml:space="preserve">  </w:t>
      </w:r>
      <w:proofErr w:type="gramStart"/>
      <w:r>
        <w:t>concursului  pentru</w:t>
      </w:r>
      <w:proofErr w:type="gramEnd"/>
      <w:r>
        <w:t xml:space="preserve">  ocuparea, </w:t>
      </w:r>
      <w:proofErr w:type="gramStart"/>
      <w:r>
        <w:t>pe  perioadă</w:t>
      </w:r>
      <w:proofErr w:type="gramEnd"/>
      <w:r>
        <w:t xml:space="preserve">  </w:t>
      </w:r>
      <w:proofErr w:type="gramStart"/>
      <w:r>
        <w:t xml:space="preserve">nedeterminată  </w:t>
      </w:r>
      <w:r w:rsidR="00A16299" w:rsidRPr="00A16299">
        <w:rPr>
          <w:b/>
          <w:bCs/>
        </w:rPr>
        <w:t>un</w:t>
      </w:r>
      <w:proofErr w:type="gramEnd"/>
      <w:r w:rsidRPr="00A16299">
        <w:rPr>
          <w:b/>
          <w:bCs/>
        </w:rPr>
        <w:t xml:space="preserve">  </w:t>
      </w:r>
      <w:proofErr w:type="gramStart"/>
      <w:r w:rsidRPr="00A16299">
        <w:rPr>
          <w:b/>
          <w:bCs/>
        </w:rPr>
        <w:t>post</w:t>
      </w:r>
      <w:r>
        <w:t xml:space="preserve">  de</w:t>
      </w:r>
      <w:proofErr w:type="gramEnd"/>
      <w:r>
        <w:t xml:space="preserve">  </w:t>
      </w:r>
      <w:r w:rsidR="00EC7785" w:rsidRPr="00EC7785">
        <w:rPr>
          <w:b/>
        </w:rPr>
        <w:t>ÎNGRIJITOARE</w:t>
      </w:r>
    </w:p>
    <w:p w14:paraId="3B4ECE83" w14:textId="57C5B096" w:rsidR="007A3040" w:rsidRDefault="00A441BB" w:rsidP="007A3040">
      <w:pPr>
        <w:ind w:right="-540" w:firstLine="720"/>
        <w:jc w:val="both"/>
        <w:rPr>
          <w:rFonts w:ascii="Times New Roman" w:hAnsi="Times New Roman" w:cs="Times New Roman"/>
          <w:sz w:val="24"/>
          <w:szCs w:val="24"/>
        </w:rPr>
      </w:pPr>
      <w:r w:rsidRPr="000E5F23">
        <w:rPr>
          <w:rFonts w:ascii="Times New Roman" w:hAnsi="Times New Roman" w:cs="Times New Roman"/>
          <w:sz w:val="24"/>
          <w:szCs w:val="24"/>
          <w:lang w:val="ro-RO"/>
        </w:rPr>
        <w:t xml:space="preserve">Şcoala  Gimnazială  </w:t>
      </w:r>
      <w:r w:rsidRPr="000E5F23">
        <w:rPr>
          <w:rFonts w:ascii="Times New Roman" w:hAnsi="Times New Roman" w:cs="Times New Roman"/>
          <w:i/>
          <w:sz w:val="24"/>
          <w:szCs w:val="24"/>
          <w:lang w:val="ro-RO"/>
        </w:rPr>
        <w:t>Mircea  Eliade</w:t>
      </w:r>
      <w:r w:rsidRPr="000E5F23">
        <w:rPr>
          <w:rFonts w:ascii="Times New Roman" w:hAnsi="Times New Roman" w:cs="Times New Roman"/>
          <w:sz w:val="24"/>
          <w:szCs w:val="24"/>
          <w:lang w:val="ro-RO"/>
        </w:rPr>
        <w:t>, Piteşti</w:t>
      </w:r>
      <w:r w:rsidR="00A87C69" w:rsidRPr="000E5F23">
        <w:rPr>
          <w:rFonts w:ascii="Times New Roman" w:hAnsi="Times New Roman" w:cs="Times New Roman"/>
          <w:sz w:val="24"/>
          <w:szCs w:val="24"/>
        </w:rPr>
        <w:t xml:space="preserve">, </w:t>
      </w:r>
      <w:r w:rsidRPr="000E5F23">
        <w:rPr>
          <w:rFonts w:ascii="Times New Roman" w:hAnsi="Times New Roman" w:cs="Times New Roman"/>
          <w:sz w:val="24"/>
          <w:szCs w:val="24"/>
        </w:rPr>
        <w:t xml:space="preserve">CUI 29361267  </w:t>
      </w:r>
      <w:r w:rsidR="00A87C69" w:rsidRPr="000E5F23">
        <w:rPr>
          <w:rFonts w:ascii="Times New Roman" w:hAnsi="Times New Roman" w:cs="Times New Roman"/>
          <w:sz w:val="24"/>
          <w:szCs w:val="24"/>
        </w:rPr>
        <w:t>cu sediul în</w:t>
      </w:r>
      <w:r w:rsidRPr="000E5F23">
        <w:rPr>
          <w:rFonts w:ascii="Times New Roman" w:hAnsi="Times New Roman" w:cs="Times New Roman"/>
          <w:sz w:val="24"/>
          <w:szCs w:val="24"/>
        </w:rPr>
        <w:t xml:space="preserve">  Piteşti, bulevardul  Petrochimiştilor, nr.31</w:t>
      </w:r>
      <w:r w:rsidR="004D7456" w:rsidRPr="000E5F23">
        <w:rPr>
          <w:rFonts w:ascii="Times New Roman" w:hAnsi="Times New Roman" w:cs="Times New Roman"/>
          <w:sz w:val="24"/>
          <w:szCs w:val="24"/>
        </w:rPr>
        <w:t>, judeţul  Argeş</w:t>
      </w:r>
      <w:r w:rsidR="00A87C69" w:rsidRPr="000E5F23">
        <w:rPr>
          <w:rFonts w:ascii="Times New Roman" w:hAnsi="Times New Roman" w:cs="Times New Roman"/>
          <w:sz w:val="24"/>
          <w:szCs w:val="24"/>
        </w:rPr>
        <w:t>,</w:t>
      </w:r>
      <w:r w:rsidR="004D7456" w:rsidRPr="000E5F23">
        <w:rPr>
          <w:rFonts w:ascii="Times New Roman" w:hAnsi="Times New Roman" w:cs="Times New Roman"/>
          <w:sz w:val="24"/>
          <w:szCs w:val="24"/>
        </w:rPr>
        <w:t xml:space="preserve"> anunţă  </w:t>
      </w:r>
      <w:r w:rsidR="00A87C69" w:rsidRPr="000E5F23">
        <w:rPr>
          <w:rFonts w:ascii="Times New Roman" w:hAnsi="Times New Roman" w:cs="Times New Roman"/>
          <w:sz w:val="24"/>
          <w:szCs w:val="24"/>
        </w:rPr>
        <w:t xml:space="preserve"> organiz</w:t>
      </w:r>
      <w:r w:rsidR="004D7456" w:rsidRPr="000E5F23">
        <w:rPr>
          <w:rFonts w:ascii="Times New Roman" w:hAnsi="Times New Roman" w:cs="Times New Roman"/>
          <w:sz w:val="24"/>
          <w:szCs w:val="24"/>
        </w:rPr>
        <w:t xml:space="preserve">area  </w:t>
      </w:r>
      <w:r w:rsidR="00A87C69" w:rsidRPr="000E5F23">
        <w:rPr>
          <w:rFonts w:ascii="Times New Roman" w:hAnsi="Times New Roman" w:cs="Times New Roman"/>
          <w:sz w:val="24"/>
          <w:szCs w:val="24"/>
        </w:rPr>
        <w:t>concurs</w:t>
      </w:r>
      <w:r w:rsidR="004D7456" w:rsidRPr="000E5F23">
        <w:rPr>
          <w:rFonts w:ascii="Times New Roman" w:hAnsi="Times New Roman" w:cs="Times New Roman"/>
          <w:sz w:val="24"/>
          <w:szCs w:val="24"/>
        </w:rPr>
        <w:t xml:space="preserve">ului  </w:t>
      </w:r>
      <w:r w:rsidR="00A87C69" w:rsidRPr="000E5F23">
        <w:rPr>
          <w:rFonts w:ascii="Times New Roman" w:hAnsi="Times New Roman" w:cs="Times New Roman"/>
          <w:sz w:val="24"/>
          <w:szCs w:val="24"/>
        </w:rPr>
        <w:t xml:space="preserve"> pentru ocuparea </w:t>
      </w:r>
      <w:r w:rsidR="004D7456" w:rsidRPr="000E5F23">
        <w:rPr>
          <w:rFonts w:ascii="Times New Roman" w:hAnsi="Times New Roman" w:cs="Times New Roman"/>
          <w:sz w:val="24"/>
          <w:szCs w:val="24"/>
        </w:rPr>
        <w:t xml:space="preserve">pe  perioadă  nedeterminată  a </w:t>
      </w:r>
      <w:r w:rsidR="00A16299">
        <w:rPr>
          <w:rFonts w:ascii="Times New Roman" w:hAnsi="Times New Roman" w:cs="Times New Roman"/>
          <w:sz w:val="24"/>
          <w:szCs w:val="24"/>
        </w:rPr>
        <w:t xml:space="preserve">unui </w:t>
      </w:r>
      <w:r w:rsidR="00EC7785" w:rsidRPr="000E5F23">
        <w:rPr>
          <w:rFonts w:ascii="Times New Roman" w:hAnsi="Times New Roman" w:cs="Times New Roman"/>
          <w:sz w:val="24"/>
          <w:szCs w:val="24"/>
        </w:rPr>
        <w:t>post</w:t>
      </w:r>
      <w:r w:rsidR="00A87C69" w:rsidRPr="000E5F23">
        <w:rPr>
          <w:rFonts w:ascii="Times New Roman" w:hAnsi="Times New Roman" w:cs="Times New Roman"/>
          <w:sz w:val="24"/>
          <w:szCs w:val="24"/>
        </w:rPr>
        <w:t xml:space="preserve"> vacant de </w:t>
      </w:r>
      <w:r w:rsidR="00EC7785" w:rsidRPr="000E5F23">
        <w:rPr>
          <w:rFonts w:ascii="Times New Roman" w:hAnsi="Times New Roman" w:cs="Times New Roman"/>
          <w:sz w:val="24"/>
          <w:szCs w:val="24"/>
        </w:rPr>
        <w:t>ÎNGRIJITOARE</w:t>
      </w:r>
      <w:r w:rsidR="00A87C69" w:rsidRPr="000E5F23">
        <w:rPr>
          <w:rFonts w:ascii="Times New Roman" w:hAnsi="Times New Roman" w:cs="Times New Roman"/>
          <w:sz w:val="24"/>
          <w:szCs w:val="24"/>
        </w:rPr>
        <w:t xml:space="preserve"> </w:t>
      </w:r>
      <w:r w:rsidR="004D7456" w:rsidRPr="000E5F23">
        <w:rPr>
          <w:rFonts w:ascii="Times New Roman" w:hAnsi="Times New Roman" w:cs="Times New Roman"/>
          <w:sz w:val="24"/>
          <w:szCs w:val="24"/>
        </w:rPr>
        <w:t xml:space="preserve"> - cu  studii  medii, vacante </w:t>
      </w:r>
      <w:r w:rsidR="00FA67EC" w:rsidRPr="000E5F23">
        <w:rPr>
          <w:rFonts w:ascii="Times New Roman" w:hAnsi="Times New Roman" w:cs="Times New Roman"/>
          <w:sz w:val="24"/>
          <w:szCs w:val="24"/>
        </w:rPr>
        <w:t>î</w:t>
      </w:r>
      <w:r w:rsidR="004D7456" w:rsidRPr="000E5F23">
        <w:rPr>
          <w:rFonts w:ascii="Times New Roman" w:hAnsi="Times New Roman" w:cs="Times New Roman"/>
          <w:sz w:val="24"/>
          <w:szCs w:val="24"/>
        </w:rPr>
        <w:t>n conformitate cu prevederile H.G. nr. 1336/ 28.10.2022, respectând prevederile Ordonanței de Urgență nr. 156/2024, după cum urmează</w:t>
      </w:r>
      <w:r w:rsidR="00FA67EC" w:rsidRPr="000E5F23">
        <w:rPr>
          <w:rFonts w:ascii="Times New Roman" w:hAnsi="Times New Roman" w:cs="Times New Roman"/>
          <w:sz w:val="24"/>
          <w:szCs w:val="24"/>
        </w:rPr>
        <w:t>:</w:t>
      </w:r>
      <w:r w:rsidR="007A3040">
        <w:rPr>
          <w:rFonts w:ascii="Times New Roman" w:hAnsi="Times New Roman" w:cs="Times New Roman"/>
          <w:sz w:val="24"/>
          <w:szCs w:val="24"/>
        </w:rPr>
        <w:t xml:space="preserve"> </w:t>
      </w:r>
    </w:p>
    <w:p w14:paraId="595552C7" w14:textId="2DF0961F" w:rsidR="00E75C53" w:rsidRPr="000E5F23" w:rsidRDefault="00A16299" w:rsidP="007A3040">
      <w:pPr>
        <w:ind w:right="-540" w:firstLine="720"/>
        <w:jc w:val="both"/>
        <w:rPr>
          <w:rFonts w:ascii="Times New Roman" w:hAnsi="Times New Roman" w:cs="Times New Roman"/>
          <w:sz w:val="24"/>
          <w:szCs w:val="24"/>
        </w:rPr>
      </w:pPr>
      <w:r>
        <w:rPr>
          <w:rFonts w:ascii="Times New Roman" w:hAnsi="Times New Roman" w:cs="Times New Roman"/>
          <w:b/>
          <w:bCs/>
          <w:sz w:val="24"/>
          <w:szCs w:val="24"/>
        </w:rPr>
        <w:t>1</w:t>
      </w:r>
      <w:r w:rsidR="00EC7785" w:rsidRPr="000E5F23">
        <w:rPr>
          <w:rFonts w:ascii="Times New Roman" w:hAnsi="Times New Roman" w:cs="Times New Roman"/>
          <w:b/>
          <w:bCs/>
          <w:sz w:val="24"/>
          <w:szCs w:val="24"/>
        </w:rPr>
        <w:t xml:space="preserve"> </w:t>
      </w:r>
      <w:proofErr w:type="gramStart"/>
      <w:r w:rsidR="00EC7785" w:rsidRPr="000E5F23">
        <w:rPr>
          <w:rFonts w:ascii="Times New Roman" w:hAnsi="Times New Roman" w:cs="Times New Roman"/>
          <w:b/>
          <w:bCs/>
          <w:sz w:val="24"/>
          <w:szCs w:val="24"/>
        </w:rPr>
        <w:t>norm</w:t>
      </w:r>
      <w:r w:rsidR="003579C6">
        <w:rPr>
          <w:rFonts w:ascii="Times New Roman" w:hAnsi="Times New Roman" w:cs="Times New Roman"/>
          <w:b/>
          <w:bCs/>
          <w:sz w:val="24"/>
          <w:szCs w:val="24"/>
        </w:rPr>
        <w:t>ă</w:t>
      </w:r>
      <w:r w:rsidR="00E75C53" w:rsidRPr="000E5F23">
        <w:rPr>
          <w:rFonts w:ascii="Times New Roman" w:hAnsi="Times New Roman" w:cs="Times New Roman"/>
          <w:b/>
          <w:bCs/>
          <w:sz w:val="24"/>
          <w:szCs w:val="24"/>
        </w:rPr>
        <w:t xml:space="preserve">  </w:t>
      </w:r>
      <w:r w:rsidR="00EC7785" w:rsidRPr="000E5F23">
        <w:rPr>
          <w:rFonts w:ascii="Times New Roman" w:hAnsi="Times New Roman" w:cs="Times New Roman"/>
          <w:b/>
          <w:bCs/>
          <w:sz w:val="24"/>
          <w:szCs w:val="24"/>
        </w:rPr>
        <w:t>ÎNGRIJITOARE</w:t>
      </w:r>
      <w:proofErr w:type="gramEnd"/>
      <w:r w:rsidR="00E75C53" w:rsidRPr="000E5F23">
        <w:rPr>
          <w:rFonts w:ascii="Times New Roman" w:hAnsi="Times New Roman" w:cs="Times New Roman"/>
          <w:b/>
          <w:bCs/>
          <w:sz w:val="24"/>
          <w:szCs w:val="24"/>
        </w:rPr>
        <w:t xml:space="preserve"> </w:t>
      </w:r>
      <w:r w:rsidR="00E75C53" w:rsidRPr="000E5F23">
        <w:rPr>
          <w:rFonts w:ascii="Times New Roman" w:hAnsi="Times New Roman" w:cs="Times New Roman"/>
          <w:sz w:val="24"/>
          <w:szCs w:val="24"/>
        </w:rPr>
        <w:t>(durata timpului de lucru – 8h / zi).</w:t>
      </w:r>
    </w:p>
    <w:p w14:paraId="3955784E" w14:textId="77777777" w:rsidR="00E75C53" w:rsidRPr="000E5F23" w:rsidRDefault="00E75C53" w:rsidP="00E75C53">
      <w:pPr>
        <w:pStyle w:val="Default"/>
        <w:rPr>
          <w:b/>
        </w:rPr>
      </w:pPr>
      <w:r w:rsidRPr="000E5F23">
        <w:rPr>
          <w:b/>
        </w:rPr>
        <w:t xml:space="preserve">Concursul constă în 3 </w:t>
      </w:r>
      <w:proofErr w:type="gramStart"/>
      <w:r w:rsidRPr="000E5F23">
        <w:rPr>
          <w:b/>
        </w:rPr>
        <w:t>probe</w:t>
      </w:r>
      <w:r w:rsidR="00FA67EC" w:rsidRPr="000E5F23">
        <w:rPr>
          <w:b/>
        </w:rPr>
        <w:t xml:space="preserve">  eliminatorii</w:t>
      </w:r>
      <w:proofErr w:type="gramEnd"/>
      <w:r w:rsidRPr="000E5F23">
        <w:rPr>
          <w:b/>
        </w:rPr>
        <w:t xml:space="preserve">, după cum urmează: </w:t>
      </w:r>
    </w:p>
    <w:p w14:paraId="1EF52446" w14:textId="77777777" w:rsidR="00FA67EC" w:rsidRPr="007A3040" w:rsidRDefault="00FA67EC" w:rsidP="00C825F5">
      <w:pPr>
        <w:pStyle w:val="Default"/>
      </w:pPr>
      <w:r w:rsidRPr="007A3040">
        <w:t>1</w:t>
      </w:r>
      <w:r w:rsidRPr="007A3040">
        <w:rPr>
          <w:i/>
        </w:rPr>
        <w:t xml:space="preserve">) Selecţia    </w:t>
      </w:r>
      <w:proofErr w:type="gramStart"/>
      <w:r w:rsidRPr="007A3040">
        <w:rPr>
          <w:i/>
        </w:rPr>
        <w:t>dosarelor  de</w:t>
      </w:r>
      <w:proofErr w:type="gramEnd"/>
      <w:r w:rsidRPr="007A3040">
        <w:rPr>
          <w:i/>
        </w:rPr>
        <w:t xml:space="preserve">  înscriere</w:t>
      </w:r>
      <w:r w:rsidR="00E91213" w:rsidRPr="007A3040">
        <w:rPr>
          <w:i/>
        </w:rPr>
        <w:t xml:space="preserve"> (</w:t>
      </w:r>
      <w:proofErr w:type="gramStart"/>
      <w:r w:rsidR="007031A8" w:rsidRPr="007A3040">
        <w:rPr>
          <w:i/>
        </w:rPr>
        <w:t>probă  eliminatorie</w:t>
      </w:r>
      <w:proofErr w:type="gramEnd"/>
      <w:r w:rsidR="007031A8" w:rsidRPr="007A3040">
        <w:rPr>
          <w:i/>
        </w:rPr>
        <w:t xml:space="preserve"> </w:t>
      </w:r>
      <w:proofErr w:type="gramStart"/>
      <w:r w:rsidR="007031A8" w:rsidRPr="007A3040">
        <w:rPr>
          <w:i/>
        </w:rPr>
        <w:t>pentru  dosarele</w:t>
      </w:r>
      <w:proofErr w:type="gramEnd"/>
      <w:r w:rsidR="007031A8" w:rsidRPr="007A3040">
        <w:rPr>
          <w:i/>
        </w:rPr>
        <w:t xml:space="preserve"> incomplete </w:t>
      </w:r>
      <w:proofErr w:type="gramStart"/>
      <w:r w:rsidR="007031A8" w:rsidRPr="007A3040">
        <w:rPr>
          <w:i/>
        </w:rPr>
        <w:t>sau  care</w:t>
      </w:r>
      <w:proofErr w:type="gramEnd"/>
      <w:r w:rsidR="007031A8" w:rsidRPr="007A3040">
        <w:rPr>
          <w:i/>
        </w:rPr>
        <w:t xml:space="preserve">  </w:t>
      </w:r>
      <w:proofErr w:type="gramStart"/>
      <w:r w:rsidR="007031A8" w:rsidRPr="007A3040">
        <w:rPr>
          <w:i/>
        </w:rPr>
        <w:t>nu  respectă</w:t>
      </w:r>
      <w:proofErr w:type="gramEnd"/>
      <w:r w:rsidR="007031A8" w:rsidRPr="007A3040">
        <w:rPr>
          <w:i/>
        </w:rPr>
        <w:t xml:space="preserve"> </w:t>
      </w:r>
      <w:proofErr w:type="gramStart"/>
      <w:r w:rsidR="007031A8" w:rsidRPr="007A3040">
        <w:rPr>
          <w:i/>
        </w:rPr>
        <w:t>cerinţele  minime</w:t>
      </w:r>
      <w:proofErr w:type="gramEnd"/>
      <w:r w:rsidR="007031A8" w:rsidRPr="007A3040">
        <w:rPr>
          <w:i/>
        </w:rPr>
        <w:t>)</w:t>
      </w:r>
      <w:r w:rsidRPr="007A3040">
        <w:t xml:space="preserve"> </w:t>
      </w:r>
    </w:p>
    <w:p w14:paraId="3D7D6666" w14:textId="77777777" w:rsidR="00E75C53" w:rsidRPr="007A3040" w:rsidRDefault="00FA67EC" w:rsidP="00C825F5">
      <w:pPr>
        <w:pStyle w:val="Default"/>
        <w:rPr>
          <w:color w:val="auto"/>
        </w:rPr>
      </w:pPr>
      <w:r w:rsidRPr="007A3040">
        <w:rPr>
          <w:color w:val="auto"/>
        </w:rPr>
        <w:t>2</w:t>
      </w:r>
      <w:r w:rsidR="00E75C53" w:rsidRPr="007A3040">
        <w:rPr>
          <w:color w:val="auto"/>
        </w:rPr>
        <w:t xml:space="preserve">) </w:t>
      </w:r>
      <w:r w:rsidR="00E75C53" w:rsidRPr="007A3040">
        <w:rPr>
          <w:bCs/>
          <w:i/>
          <w:iCs/>
          <w:color w:val="auto"/>
        </w:rPr>
        <w:t xml:space="preserve">Proba </w:t>
      </w:r>
      <w:r w:rsidRPr="007A3040">
        <w:rPr>
          <w:bCs/>
          <w:i/>
          <w:iCs/>
          <w:color w:val="auto"/>
        </w:rPr>
        <w:t>scrisă</w:t>
      </w:r>
      <w:r w:rsidR="00E75C53" w:rsidRPr="007A3040">
        <w:rPr>
          <w:color w:val="auto"/>
        </w:rPr>
        <w:t xml:space="preserve">, în data de </w:t>
      </w:r>
      <w:r w:rsidR="00063761" w:rsidRPr="007A3040">
        <w:rPr>
          <w:color w:val="auto"/>
        </w:rPr>
        <w:t>07.09.2026</w:t>
      </w:r>
      <w:r w:rsidR="00E75C53" w:rsidRPr="007A3040">
        <w:rPr>
          <w:bCs/>
          <w:color w:val="auto"/>
        </w:rPr>
        <w:t xml:space="preserve">, ora </w:t>
      </w:r>
      <w:r w:rsidR="00063761" w:rsidRPr="007A3040">
        <w:rPr>
          <w:bCs/>
          <w:color w:val="auto"/>
        </w:rPr>
        <w:t>13,</w:t>
      </w:r>
      <w:r w:rsidR="00E91213" w:rsidRPr="007A3040">
        <w:rPr>
          <w:bCs/>
          <w:color w:val="auto"/>
        </w:rPr>
        <w:t>00</w:t>
      </w:r>
      <w:r w:rsidR="00E75C53" w:rsidRPr="007A3040">
        <w:rPr>
          <w:color w:val="auto"/>
        </w:rPr>
        <w:t xml:space="preserve">, la sediul unității; </w:t>
      </w:r>
    </w:p>
    <w:p w14:paraId="0ECE3026" w14:textId="77777777" w:rsidR="00E75C53" w:rsidRPr="007A3040" w:rsidRDefault="00FA67EC" w:rsidP="00C825F5">
      <w:pPr>
        <w:pStyle w:val="Default"/>
        <w:rPr>
          <w:color w:val="auto"/>
        </w:rPr>
      </w:pPr>
      <w:r w:rsidRPr="007A3040">
        <w:rPr>
          <w:color w:val="auto"/>
        </w:rPr>
        <w:t>3</w:t>
      </w:r>
      <w:r w:rsidR="00E75C53" w:rsidRPr="007A3040">
        <w:rPr>
          <w:color w:val="auto"/>
        </w:rPr>
        <w:t xml:space="preserve">) </w:t>
      </w:r>
      <w:r w:rsidR="00E75C53" w:rsidRPr="007A3040">
        <w:rPr>
          <w:bCs/>
          <w:i/>
          <w:iCs/>
          <w:color w:val="auto"/>
        </w:rPr>
        <w:t>Proba interviu</w:t>
      </w:r>
      <w:r w:rsidR="00E75C53" w:rsidRPr="007A3040">
        <w:rPr>
          <w:color w:val="auto"/>
        </w:rPr>
        <w:t xml:space="preserve">, în data de </w:t>
      </w:r>
      <w:r w:rsidR="00063761" w:rsidRPr="007A3040">
        <w:rPr>
          <w:color w:val="auto"/>
        </w:rPr>
        <w:t>09.09.2026</w:t>
      </w:r>
      <w:r w:rsidR="00E75C53" w:rsidRPr="007A3040">
        <w:rPr>
          <w:bCs/>
          <w:color w:val="auto"/>
        </w:rPr>
        <w:t xml:space="preserve">, ora </w:t>
      </w:r>
      <w:r w:rsidR="00063761" w:rsidRPr="007A3040">
        <w:rPr>
          <w:bCs/>
          <w:color w:val="auto"/>
        </w:rPr>
        <w:t>10</w:t>
      </w:r>
      <w:r w:rsidR="00E75C53" w:rsidRPr="007A3040">
        <w:rPr>
          <w:bCs/>
          <w:color w:val="auto"/>
        </w:rPr>
        <w:t>.00</w:t>
      </w:r>
      <w:r w:rsidR="00E75C53" w:rsidRPr="007A3040">
        <w:rPr>
          <w:color w:val="auto"/>
        </w:rPr>
        <w:t xml:space="preserve">, la sediul unității. </w:t>
      </w:r>
    </w:p>
    <w:p w14:paraId="1719D429" w14:textId="77777777" w:rsidR="002C2C7B" w:rsidRPr="007A3040" w:rsidRDefault="00FA67EC" w:rsidP="00FA67EC">
      <w:pPr>
        <w:pStyle w:val="Default"/>
        <w:rPr>
          <w:bCs/>
          <w:color w:val="auto"/>
        </w:rPr>
      </w:pPr>
      <w:r w:rsidRPr="007A3040">
        <w:rPr>
          <w:color w:val="auto"/>
        </w:rPr>
        <w:t xml:space="preserve"> </w:t>
      </w:r>
      <w:r w:rsidRPr="007A3040">
        <w:rPr>
          <w:bCs/>
          <w:color w:val="auto"/>
        </w:rPr>
        <w:t xml:space="preserve">Data limită pentru depunerea dosarelor este: </w:t>
      </w:r>
      <w:r w:rsidR="00063761" w:rsidRPr="007A3040">
        <w:rPr>
          <w:bCs/>
          <w:color w:val="auto"/>
        </w:rPr>
        <w:t>01.09.2026</w:t>
      </w:r>
      <w:r w:rsidR="00C825F5" w:rsidRPr="007A3040">
        <w:rPr>
          <w:bCs/>
          <w:color w:val="auto"/>
        </w:rPr>
        <w:t xml:space="preserve">- ORA </w:t>
      </w:r>
      <w:r w:rsidR="00063761" w:rsidRPr="007A3040">
        <w:rPr>
          <w:bCs/>
          <w:color w:val="auto"/>
        </w:rPr>
        <w:t>12</w:t>
      </w:r>
      <w:r w:rsidR="00C825F5" w:rsidRPr="007A3040">
        <w:rPr>
          <w:bCs/>
          <w:color w:val="auto"/>
        </w:rPr>
        <w:t>,00</w:t>
      </w:r>
    </w:p>
    <w:p w14:paraId="54ECDEC4" w14:textId="77777777" w:rsidR="002C2C7B" w:rsidRPr="000E5F23" w:rsidRDefault="002C2C7B" w:rsidP="00FA67EC">
      <w:pPr>
        <w:pStyle w:val="Default"/>
      </w:pPr>
    </w:p>
    <w:p w14:paraId="1E2AF60C" w14:textId="77777777" w:rsidR="00FA67EC" w:rsidRPr="000E5F23" w:rsidRDefault="00FA67EC" w:rsidP="00D562F3">
      <w:pPr>
        <w:pStyle w:val="Default"/>
        <w:numPr>
          <w:ilvl w:val="0"/>
          <w:numId w:val="10"/>
        </w:numPr>
        <w:ind w:left="360" w:hanging="360"/>
      </w:pPr>
      <w:r w:rsidRPr="000E5F23">
        <w:rPr>
          <w:b/>
          <w:bCs/>
        </w:rPr>
        <w:t xml:space="preserve">CONDIȚII NECESARE OCUPĂRII UNUI POST CONTRACTUAL VACANT: </w:t>
      </w:r>
    </w:p>
    <w:p w14:paraId="712DF2F6" w14:textId="77777777" w:rsidR="00FA67EC" w:rsidRPr="000E5F23" w:rsidRDefault="00FA67EC" w:rsidP="00D562F3">
      <w:pPr>
        <w:pStyle w:val="Default"/>
      </w:pPr>
      <w:r w:rsidRPr="000E5F23">
        <w:t xml:space="preserve">La concurs se poate înscrie orice candidat care îndeplinește, cumulativ, următoarele condiții: </w:t>
      </w:r>
    </w:p>
    <w:p w14:paraId="0ACEC7F3" w14:textId="77777777" w:rsidR="002C2C7B" w:rsidRPr="000E5F23" w:rsidRDefault="00FA67EC" w:rsidP="00D562F3">
      <w:pPr>
        <w:pStyle w:val="Default"/>
        <w:numPr>
          <w:ilvl w:val="1"/>
          <w:numId w:val="11"/>
        </w:numPr>
        <w:jc w:val="both"/>
      </w:pPr>
      <w:r w:rsidRPr="000E5F23">
        <w:rPr>
          <w:b/>
          <w:bCs/>
          <w:i/>
          <w:iCs/>
        </w:rPr>
        <w:t xml:space="preserve">Condiții generale </w:t>
      </w:r>
      <w:r w:rsidRPr="000E5F23">
        <w:t xml:space="preserve">(conform art. 15 din HG nr. 1336/2022 pentru aprobarea </w:t>
      </w:r>
      <w:r w:rsidRPr="000E5F23">
        <w:rPr>
          <w:i/>
          <w:iCs/>
        </w:rPr>
        <w:t>Regulamentului-cadru privind organizarea și dezvoltarea carierei personalului contractual din sectorul bugetar plătit din fonduri publice)</w:t>
      </w:r>
      <w:r w:rsidRPr="000E5F23">
        <w:t xml:space="preserve">: </w:t>
      </w:r>
    </w:p>
    <w:p w14:paraId="39D95D11" w14:textId="77777777" w:rsidR="00FA67EC" w:rsidRPr="000E5F23" w:rsidRDefault="002C2C7B" w:rsidP="00D562F3">
      <w:pPr>
        <w:pStyle w:val="Default"/>
        <w:numPr>
          <w:ilvl w:val="1"/>
          <w:numId w:val="11"/>
        </w:numPr>
      </w:pPr>
      <w:r w:rsidRPr="000E5F23">
        <w:t xml:space="preserve">- </w:t>
      </w:r>
      <w:r w:rsidR="00FA67EC" w:rsidRPr="000E5F23">
        <w:t xml:space="preserve">are cetățenia română sau cetățenia unui alt stat membru al Uniunii Europene, a unui stat parte la Acordul privind Spațiului Economic European (SEE) sau cetățenia Confederației Elvețiene; </w:t>
      </w:r>
    </w:p>
    <w:p w14:paraId="62D419F5" w14:textId="77777777" w:rsidR="00FA67EC" w:rsidRPr="000E5F23" w:rsidRDefault="002C2C7B" w:rsidP="00D562F3">
      <w:pPr>
        <w:pStyle w:val="Default"/>
        <w:numPr>
          <w:ilvl w:val="1"/>
          <w:numId w:val="11"/>
        </w:numPr>
      </w:pPr>
      <w:r w:rsidRPr="000E5F23">
        <w:t xml:space="preserve">- </w:t>
      </w:r>
      <w:r w:rsidR="00FA67EC" w:rsidRPr="000E5F23">
        <w:t xml:space="preserve">cunoaște limba română, scris si vorbit; </w:t>
      </w:r>
    </w:p>
    <w:p w14:paraId="7DF4C276" w14:textId="77777777" w:rsidR="00FA67EC" w:rsidRPr="000E5F23" w:rsidRDefault="002C2C7B" w:rsidP="00D562F3">
      <w:pPr>
        <w:pStyle w:val="Default"/>
        <w:numPr>
          <w:ilvl w:val="1"/>
          <w:numId w:val="11"/>
        </w:numPr>
        <w:jc w:val="both"/>
      </w:pPr>
      <w:r w:rsidRPr="000E5F23">
        <w:t xml:space="preserve">- </w:t>
      </w:r>
      <w:r w:rsidR="00FA67EC" w:rsidRPr="000E5F23">
        <w:t xml:space="preserve">are capacitate de muncă în conformitate cu prevederile Legii nr. 53/2003 – Codul muncii, republicată, cu modificările și completările ulterioare; </w:t>
      </w:r>
    </w:p>
    <w:p w14:paraId="31D52FBD" w14:textId="77777777" w:rsidR="00FA67EC" w:rsidRPr="000E5F23" w:rsidRDefault="002C2C7B" w:rsidP="00D562F3">
      <w:pPr>
        <w:pStyle w:val="Default"/>
        <w:numPr>
          <w:ilvl w:val="1"/>
          <w:numId w:val="11"/>
        </w:numPr>
      </w:pPr>
      <w:r w:rsidRPr="000E5F23">
        <w:t xml:space="preserve">- </w:t>
      </w:r>
      <w:r w:rsidR="00FA67EC" w:rsidRPr="000E5F23">
        <w:t xml:space="preserve">are o stare de sănătate corespunzătoare postului pentru care candidează, atestată pe baza adeverinței medicale eliberate de medicul de familie sau de unitățile sanitare abilitate; </w:t>
      </w:r>
    </w:p>
    <w:p w14:paraId="5A953DB3" w14:textId="77777777" w:rsidR="00FA67EC" w:rsidRPr="000E5F23" w:rsidRDefault="002C2C7B" w:rsidP="00D562F3">
      <w:pPr>
        <w:pStyle w:val="Default"/>
        <w:numPr>
          <w:ilvl w:val="1"/>
          <w:numId w:val="11"/>
        </w:numPr>
      </w:pPr>
      <w:r w:rsidRPr="000E5F23">
        <w:t xml:space="preserve">- </w:t>
      </w:r>
      <w:r w:rsidR="00FA67EC" w:rsidRPr="000E5F23">
        <w:t xml:space="preserve">îndeplinește condițiile de studii, de vechime în specialitate și, după caz, alte condiții specifice potrivit cerințelor postului scos la concurs; </w:t>
      </w:r>
    </w:p>
    <w:p w14:paraId="2A6CE647" w14:textId="77777777" w:rsidR="002C2C7B" w:rsidRPr="000E5F23" w:rsidRDefault="002C2C7B" w:rsidP="00D562F3">
      <w:pPr>
        <w:pStyle w:val="Default"/>
        <w:numPr>
          <w:ilvl w:val="1"/>
          <w:numId w:val="12"/>
        </w:numPr>
        <w:jc w:val="both"/>
        <w:rPr>
          <w:color w:val="auto"/>
        </w:rPr>
      </w:pPr>
      <w:r w:rsidRPr="000E5F23">
        <w:t xml:space="preserve">- </w:t>
      </w:r>
      <w:r w:rsidR="00FA67EC" w:rsidRPr="000E5F23">
        <w:t xml:space="preserve">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w:t>
      </w:r>
      <w:r w:rsidRPr="000E5F23">
        <w:rPr>
          <w:color w:val="auto"/>
        </w:rPr>
        <w:t xml:space="preserve">care </w:t>
      </w:r>
      <w:proofErr w:type="gramStart"/>
      <w:r w:rsidRPr="000E5F23">
        <w:rPr>
          <w:color w:val="auto"/>
        </w:rPr>
        <w:t>a</w:t>
      </w:r>
      <w:proofErr w:type="gramEnd"/>
      <w:r w:rsidRPr="000E5F23">
        <w:rPr>
          <w:color w:val="auto"/>
        </w:rPr>
        <w:t xml:space="preserve"> intervenit reabilitarea; </w:t>
      </w:r>
    </w:p>
    <w:p w14:paraId="2ECAFB00" w14:textId="77777777" w:rsidR="002C2C7B" w:rsidRPr="000E5F23" w:rsidRDefault="002C2C7B" w:rsidP="00D562F3">
      <w:pPr>
        <w:pStyle w:val="Default"/>
        <w:numPr>
          <w:ilvl w:val="1"/>
          <w:numId w:val="12"/>
        </w:numPr>
        <w:jc w:val="both"/>
        <w:rPr>
          <w:color w:val="auto"/>
        </w:rPr>
      </w:pPr>
      <w:r w:rsidRPr="000E5F23">
        <w:rPr>
          <w:color w:val="auto"/>
        </w:rPr>
        <w:t xml:space="preserve">- nu execută o pedeapsă complementară prin care i-a fost interzisă exercitarea dreptului de </w:t>
      </w:r>
      <w:proofErr w:type="gramStart"/>
      <w:r w:rsidRPr="000E5F23">
        <w:rPr>
          <w:color w:val="auto"/>
        </w:rPr>
        <w:t>a</w:t>
      </w:r>
      <w:proofErr w:type="gramEnd"/>
      <w:r w:rsidRPr="000E5F23">
        <w:rPr>
          <w:color w:val="auto"/>
        </w:rPr>
        <w:t xml:space="preserve"> ocupa funcția, de </w:t>
      </w:r>
      <w:proofErr w:type="gramStart"/>
      <w:r w:rsidRPr="000E5F23">
        <w:rPr>
          <w:color w:val="auto"/>
        </w:rPr>
        <w:t>a</w:t>
      </w:r>
      <w:proofErr w:type="gramEnd"/>
      <w:r w:rsidRPr="000E5F23">
        <w:rPr>
          <w:color w:val="auto"/>
        </w:rPr>
        <w:t xml:space="preserve"> exercita profesia sau meseria ori de a desfășura activitatea de care s-a folosit pentru </w:t>
      </w:r>
      <w:r w:rsidRPr="000E5F23">
        <w:rPr>
          <w:color w:val="auto"/>
        </w:rPr>
        <w:lastRenderedPageBreak/>
        <w:t xml:space="preserve">săvârșirea infracțiunii sau față de aceasta nu s-a luat măsura de siguranță </w:t>
      </w:r>
      <w:proofErr w:type="gramStart"/>
      <w:r w:rsidRPr="000E5F23">
        <w:rPr>
          <w:color w:val="auto"/>
        </w:rPr>
        <w:t>a</w:t>
      </w:r>
      <w:proofErr w:type="gramEnd"/>
      <w:r w:rsidRPr="000E5F23">
        <w:rPr>
          <w:color w:val="auto"/>
        </w:rPr>
        <w:t xml:space="preserve"> interzicerii ocupării unei funcții sau </w:t>
      </w:r>
      <w:proofErr w:type="gramStart"/>
      <w:r w:rsidRPr="000E5F23">
        <w:rPr>
          <w:color w:val="auto"/>
        </w:rPr>
        <w:t>a</w:t>
      </w:r>
      <w:proofErr w:type="gramEnd"/>
      <w:r w:rsidRPr="000E5F23">
        <w:rPr>
          <w:color w:val="auto"/>
        </w:rPr>
        <w:t xml:space="preserve"> exercitării unei profesii; </w:t>
      </w:r>
    </w:p>
    <w:p w14:paraId="3C0BF43C" w14:textId="77777777" w:rsidR="00FA67EC" w:rsidRPr="000E5F23" w:rsidRDefault="00030FE7" w:rsidP="00030FE7">
      <w:pPr>
        <w:pStyle w:val="Default"/>
        <w:numPr>
          <w:ilvl w:val="1"/>
          <w:numId w:val="12"/>
        </w:numPr>
        <w:jc w:val="both"/>
        <w:rPr>
          <w:color w:val="auto"/>
        </w:rPr>
      </w:pPr>
      <w:r w:rsidRPr="000E5F23">
        <w:rPr>
          <w:color w:val="auto"/>
        </w:rPr>
        <w:t xml:space="preserve">- </w:t>
      </w:r>
      <w:r w:rsidR="00FA67EC" w:rsidRPr="000E5F23">
        <w:rPr>
          <w:color w:val="auto"/>
        </w:rP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p>
    <w:p w14:paraId="31A57558" w14:textId="77777777" w:rsidR="00FA67EC" w:rsidRPr="000E5F23" w:rsidRDefault="00FA67EC" w:rsidP="00FA67EC">
      <w:pPr>
        <w:pStyle w:val="Default"/>
        <w:numPr>
          <w:ilvl w:val="1"/>
          <w:numId w:val="12"/>
        </w:numPr>
        <w:rPr>
          <w:color w:val="auto"/>
        </w:rPr>
      </w:pPr>
    </w:p>
    <w:p w14:paraId="339378C0" w14:textId="77777777" w:rsidR="00FA67EC" w:rsidRPr="000E5F23" w:rsidRDefault="00FA67EC" w:rsidP="001F1C46">
      <w:pPr>
        <w:pStyle w:val="Default"/>
        <w:spacing w:after="71"/>
        <w:rPr>
          <w:color w:val="auto"/>
        </w:rPr>
      </w:pPr>
      <w:r w:rsidRPr="000E5F23">
        <w:rPr>
          <w:b/>
          <w:bCs/>
          <w:i/>
          <w:iCs/>
          <w:color w:val="auto"/>
        </w:rPr>
        <w:t xml:space="preserve">Condiții specifice: </w:t>
      </w:r>
    </w:p>
    <w:p w14:paraId="3B8C380A" w14:textId="77777777" w:rsidR="001F1C46" w:rsidRPr="000E5F23" w:rsidRDefault="001F1C46" w:rsidP="001F1C46">
      <w:pPr>
        <w:pStyle w:val="Listparagraf"/>
        <w:numPr>
          <w:ilvl w:val="0"/>
          <w:numId w:val="18"/>
        </w:numPr>
        <w:spacing w:after="0" w:line="240" w:lineRule="auto"/>
        <w:rPr>
          <w:rFonts w:ascii="Times New Roman" w:eastAsia="Times New Roman" w:hAnsi="Times New Roman" w:cs="Times New Roman"/>
          <w:sz w:val="24"/>
          <w:szCs w:val="24"/>
        </w:rPr>
      </w:pPr>
      <w:r w:rsidRPr="000E5F23">
        <w:rPr>
          <w:rFonts w:ascii="Times New Roman" w:eastAsia="Times New Roman" w:hAnsi="Times New Roman" w:cs="Times New Roman"/>
          <w:b/>
          <w:bCs/>
          <w:sz w:val="24"/>
          <w:szCs w:val="24"/>
        </w:rPr>
        <w:t>studii medii</w:t>
      </w:r>
      <w:r w:rsidRPr="000E5F23">
        <w:rPr>
          <w:rFonts w:ascii="Times New Roman" w:eastAsia="Times New Roman" w:hAnsi="Times New Roman" w:cs="Times New Roman"/>
          <w:sz w:val="24"/>
          <w:szCs w:val="24"/>
        </w:rPr>
        <w:t>, finalizate cu document doveditor;</w:t>
      </w:r>
    </w:p>
    <w:p w14:paraId="0D4EACC1" w14:textId="77777777" w:rsidR="001F1C46" w:rsidRPr="000E5F23" w:rsidRDefault="001F1C46" w:rsidP="001F1C46">
      <w:pPr>
        <w:pStyle w:val="Listparagraf"/>
        <w:numPr>
          <w:ilvl w:val="0"/>
          <w:numId w:val="18"/>
        </w:numPr>
        <w:spacing w:after="0" w:line="240" w:lineRule="auto"/>
        <w:rPr>
          <w:rFonts w:ascii="Times New Roman" w:eastAsia="Times New Roman" w:hAnsi="Times New Roman" w:cs="Times New Roman"/>
          <w:b/>
          <w:sz w:val="24"/>
          <w:szCs w:val="24"/>
        </w:rPr>
      </w:pPr>
      <w:r w:rsidRPr="000E5F23">
        <w:rPr>
          <w:rFonts w:ascii="Times New Roman" w:eastAsia="Times New Roman" w:hAnsi="Times New Roman" w:cs="Times New Roman"/>
          <w:b/>
          <w:bCs/>
          <w:sz w:val="24"/>
          <w:szCs w:val="24"/>
        </w:rPr>
        <w:t>vechime în muncă: minimum 5 ani</w:t>
      </w:r>
      <w:r w:rsidRPr="000E5F23">
        <w:rPr>
          <w:rFonts w:ascii="Times New Roman" w:eastAsia="Times New Roman" w:hAnsi="Times New Roman" w:cs="Times New Roman"/>
          <w:b/>
          <w:sz w:val="24"/>
          <w:szCs w:val="24"/>
        </w:rPr>
        <w:t>;</w:t>
      </w:r>
    </w:p>
    <w:p w14:paraId="1E4628C7" w14:textId="77777777" w:rsidR="001F1C46" w:rsidRPr="000E5F23" w:rsidRDefault="001F1C46" w:rsidP="001F1C46">
      <w:pPr>
        <w:pStyle w:val="Listparagraf"/>
        <w:numPr>
          <w:ilvl w:val="0"/>
          <w:numId w:val="18"/>
        </w:numPr>
        <w:spacing w:after="0" w:line="240" w:lineRule="auto"/>
        <w:rPr>
          <w:rFonts w:ascii="Times New Roman" w:eastAsia="Times New Roman" w:hAnsi="Times New Roman" w:cs="Times New Roman"/>
          <w:b/>
          <w:sz w:val="24"/>
          <w:szCs w:val="24"/>
        </w:rPr>
      </w:pPr>
      <w:r w:rsidRPr="000E5F23">
        <w:rPr>
          <w:rFonts w:ascii="Times New Roman" w:eastAsia="Times New Roman" w:hAnsi="Times New Roman" w:cs="Times New Roman"/>
          <w:b/>
          <w:sz w:val="24"/>
          <w:szCs w:val="24"/>
        </w:rPr>
        <w:t xml:space="preserve"> capacitate deplină de exercițiu;</w:t>
      </w:r>
    </w:p>
    <w:p w14:paraId="04972AC5" w14:textId="77777777" w:rsidR="001F1C46" w:rsidRPr="000E5F23" w:rsidRDefault="001F1C46" w:rsidP="001F1C46">
      <w:pPr>
        <w:pStyle w:val="Listparagraf"/>
        <w:numPr>
          <w:ilvl w:val="0"/>
          <w:numId w:val="18"/>
        </w:numPr>
        <w:spacing w:after="0" w:line="240" w:lineRule="auto"/>
        <w:rPr>
          <w:rFonts w:ascii="Times New Roman" w:eastAsia="Times New Roman" w:hAnsi="Times New Roman" w:cs="Times New Roman"/>
          <w:b/>
          <w:sz w:val="24"/>
          <w:szCs w:val="24"/>
        </w:rPr>
      </w:pPr>
      <w:r w:rsidRPr="000E5F23">
        <w:rPr>
          <w:rFonts w:ascii="Times New Roman" w:eastAsia="Times New Roman" w:hAnsi="Times New Roman" w:cs="Times New Roman"/>
          <w:b/>
          <w:sz w:val="24"/>
          <w:szCs w:val="24"/>
        </w:rPr>
        <w:t>apt din punct de vedere medical pentru desfășurarea activității specifice postului;</w:t>
      </w:r>
    </w:p>
    <w:p w14:paraId="36507E31" w14:textId="77777777" w:rsidR="001F1C46" w:rsidRPr="000E5F23" w:rsidRDefault="001F1C46" w:rsidP="001F1C46">
      <w:pPr>
        <w:pStyle w:val="Listparagraf"/>
        <w:numPr>
          <w:ilvl w:val="0"/>
          <w:numId w:val="18"/>
        </w:numPr>
        <w:spacing w:after="0" w:line="240" w:lineRule="auto"/>
        <w:rPr>
          <w:rFonts w:ascii="Times New Roman" w:eastAsia="Times New Roman" w:hAnsi="Times New Roman" w:cs="Times New Roman"/>
          <w:b/>
          <w:sz w:val="24"/>
          <w:szCs w:val="24"/>
        </w:rPr>
      </w:pPr>
      <w:r w:rsidRPr="000E5F23">
        <w:rPr>
          <w:rFonts w:ascii="Times New Roman" w:eastAsia="Times New Roman" w:hAnsi="Times New Roman" w:cs="Times New Roman"/>
          <w:b/>
          <w:sz w:val="24"/>
          <w:szCs w:val="24"/>
        </w:rPr>
        <w:t>disponibilitate pentru desfășurarea activității în programul stabilit de unitatea de învățământ;</w:t>
      </w:r>
    </w:p>
    <w:p w14:paraId="4905E13C" w14:textId="77777777" w:rsidR="001F1C46" w:rsidRPr="000E5F23" w:rsidRDefault="001F1C46" w:rsidP="001F1C46">
      <w:pPr>
        <w:pStyle w:val="Listparagraf"/>
        <w:numPr>
          <w:ilvl w:val="0"/>
          <w:numId w:val="18"/>
        </w:numPr>
        <w:spacing w:after="0" w:line="240" w:lineRule="auto"/>
        <w:rPr>
          <w:rFonts w:ascii="Times New Roman" w:eastAsia="Times New Roman" w:hAnsi="Times New Roman" w:cs="Times New Roman"/>
          <w:b/>
          <w:sz w:val="24"/>
          <w:szCs w:val="24"/>
        </w:rPr>
      </w:pPr>
      <w:r w:rsidRPr="000E5F23">
        <w:rPr>
          <w:rFonts w:ascii="Times New Roman" w:eastAsia="Times New Roman" w:hAnsi="Times New Roman" w:cs="Times New Roman"/>
          <w:b/>
          <w:sz w:val="24"/>
          <w:szCs w:val="24"/>
        </w:rPr>
        <w:t xml:space="preserve"> cunoștințe privind normele de igienă și curățenie în spațiile școlare;</w:t>
      </w:r>
    </w:p>
    <w:p w14:paraId="019EA6EC" w14:textId="77777777" w:rsidR="001F1C46" w:rsidRPr="000E5F23" w:rsidRDefault="001F1C46" w:rsidP="001F1C46">
      <w:pPr>
        <w:pStyle w:val="Listparagraf"/>
        <w:numPr>
          <w:ilvl w:val="0"/>
          <w:numId w:val="18"/>
        </w:numPr>
        <w:spacing w:after="0" w:line="240" w:lineRule="auto"/>
        <w:rPr>
          <w:rFonts w:ascii="Times New Roman" w:eastAsia="Times New Roman" w:hAnsi="Times New Roman" w:cs="Times New Roman"/>
          <w:b/>
          <w:sz w:val="24"/>
          <w:szCs w:val="24"/>
        </w:rPr>
      </w:pPr>
      <w:r w:rsidRPr="000E5F23">
        <w:rPr>
          <w:rFonts w:ascii="Times New Roman" w:eastAsia="Times New Roman" w:hAnsi="Times New Roman" w:cs="Times New Roman"/>
          <w:b/>
          <w:sz w:val="24"/>
          <w:szCs w:val="24"/>
        </w:rPr>
        <w:t>capacitatea de a utiliza și întreține corespunzător materialele, echipamentele și ustensilele de curățenie;</w:t>
      </w:r>
    </w:p>
    <w:p w14:paraId="3E766355" w14:textId="77777777" w:rsidR="001F1C46" w:rsidRPr="000E5F23" w:rsidRDefault="001F1C46" w:rsidP="001F1C46">
      <w:pPr>
        <w:pStyle w:val="Listparagraf"/>
        <w:numPr>
          <w:ilvl w:val="0"/>
          <w:numId w:val="18"/>
        </w:numPr>
        <w:spacing w:after="0" w:line="240" w:lineRule="auto"/>
        <w:rPr>
          <w:rFonts w:ascii="Times New Roman" w:eastAsia="Times New Roman" w:hAnsi="Times New Roman" w:cs="Times New Roman"/>
          <w:b/>
          <w:sz w:val="24"/>
          <w:szCs w:val="24"/>
        </w:rPr>
      </w:pPr>
      <w:r w:rsidRPr="000E5F23">
        <w:rPr>
          <w:rFonts w:ascii="Times New Roman" w:eastAsia="Times New Roman" w:hAnsi="Times New Roman" w:cs="Times New Roman"/>
          <w:b/>
          <w:sz w:val="24"/>
          <w:szCs w:val="24"/>
        </w:rPr>
        <w:t xml:space="preserve">capacitatea de a respecta normele de securitate și sănătate în muncă, prevenire și stingere </w:t>
      </w:r>
      <w:proofErr w:type="gramStart"/>
      <w:r w:rsidRPr="000E5F23">
        <w:rPr>
          <w:rFonts w:ascii="Times New Roman" w:eastAsia="Times New Roman" w:hAnsi="Times New Roman" w:cs="Times New Roman"/>
          <w:b/>
          <w:sz w:val="24"/>
          <w:szCs w:val="24"/>
        </w:rPr>
        <w:t>a</w:t>
      </w:r>
      <w:proofErr w:type="gramEnd"/>
      <w:r w:rsidRPr="000E5F23">
        <w:rPr>
          <w:rFonts w:ascii="Times New Roman" w:eastAsia="Times New Roman" w:hAnsi="Times New Roman" w:cs="Times New Roman"/>
          <w:b/>
          <w:sz w:val="24"/>
          <w:szCs w:val="24"/>
        </w:rPr>
        <w:t xml:space="preserve"> incendiilor și regulile de acces și comportament în unitatea de învățământ;</w:t>
      </w:r>
    </w:p>
    <w:p w14:paraId="5ECD852D" w14:textId="77777777" w:rsidR="00FA67EC" w:rsidRPr="000E5F23" w:rsidRDefault="001F1C46" w:rsidP="001F1C46">
      <w:pPr>
        <w:pStyle w:val="Default"/>
        <w:numPr>
          <w:ilvl w:val="0"/>
          <w:numId w:val="18"/>
        </w:numPr>
        <w:rPr>
          <w:b/>
          <w:color w:val="auto"/>
        </w:rPr>
      </w:pPr>
      <w:r w:rsidRPr="000E5F23">
        <w:rPr>
          <w:rFonts w:eastAsia="Times New Roman"/>
          <w:b/>
          <w:color w:val="auto"/>
        </w:rPr>
        <w:t>constituie avantaj experiența anterioară în activități de curățenie și întreținere în unități de învățământ sau alte instituții publice.</w:t>
      </w:r>
    </w:p>
    <w:p w14:paraId="0D7AF7BA" w14:textId="77777777" w:rsidR="00FA67EC" w:rsidRPr="000E5F23" w:rsidRDefault="00FA67EC" w:rsidP="00FA67EC">
      <w:pPr>
        <w:pStyle w:val="Default"/>
        <w:rPr>
          <w:color w:val="auto"/>
        </w:rPr>
      </w:pPr>
    </w:p>
    <w:p w14:paraId="417E4F05" w14:textId="77777777" w:rsidR="007A3040" w:rsidRDefault="00FA67EC" w:rsidP="007A3040">
      <w:pPr>
        <w:pStyle w:val="Default"/>
        <w:ind w:left="360"/>
        <w:jc w:val="center"/>
        <w:rPr>
          <w:b/>
          <w:bCs/>
          <w:color w:val="auto"/>
        </w:rPr>
      </w:pPr>
      <w:proofErr w:type="gramStart"/>
      <w:r w:rsidRPr="000E5F23">
        <w:rPr>
          <w:b/>
          <w:bCs/>
          <w:color w:val="auto"/>
        </w:rPr>
        <w:t>DOCUMENTE</w:t>
      </w:r>
      <w:r w:rsidR="007A3040">
        <w:rPr>
          <w:b/>
          <w:bCs/>
          <w:color w:val="auto"/>
        </w:rPr>
        <w:t xml:space="preserve"> </w:t>
      </w:r>
      <w:r w:rsidRPr="000E5F23">
        <w:rPr>
          <w:b/>
          <w:bCs/>
          <w:color w:val="auto"/>
        </w:rPr>
        <w:t xml:space="preserve"> SOLICITATE</w:t>
      </w:r>
      <w:proofErr w:type="gramEnd"/>
      <w:r w:rsidR="007A3040">
        <w:rPr>
          <w:b/>
          <w:bCs/>
          <w:color w:val="auto"/>
        </w:rPr>
        <w:t xml:space="preserve"> </w:t>
      </w:r>
      <w:r w:rsidRPr="000E5F23">
        <w:rPr>
          <w:b/>
          <w:bCs/>
          <w:color w:val="auto"/>
        </w:rPr>
        <w:t xml:space="preserve"> </w:t>
      </w:r>
      <w:proofErr w:type="gramStart"/>
      <w:r w:rsidRPr="000E5F23">
        <w:rPr>
          <w:b/>
          <w:bCs/>
          <w:color w:val="auto"/>
        </w:rPr>
        <w:t xml:space="preserve">PENTRU </w:t>
      </w:r>
      <w:r w:rsidR="007A3040">
        <w:rPr>
          <w:b/>
          <w:bCs/>
          <w:color w:val="auto"/>
        </w:rPr>
        <w:t xml:space="preserve"> </w:t>
      </w:r>
      <w:r w:rsidRPr="000E5F23">
        <w:rPr>
          <w:b/>
          <w:bCs/>
          <w:color w:val="auto"/>
        </w:rPr>
        <w:t>ÎNTOCMIREA</w:t>
      </w:r>
      <w:proofErr w:type="gramEnd"/>
      <w:r w:rsidRPr="000E5F23">
        <w:rPr>
          <w:b/>
          <w:bCs/>
          <w:color w:val="auto"/>
        </w:rPr>
        <w:t xml:space="preserve"> </w:t>
      </w:r>
    </w:p>
    <w:p w14:paraId="25AA525A" w14:textId="77777777" w:rsidR="00FA67EC" w:rsidRPr="000E5F23" w:rsidRDefault="007A3040" w:rsidP="007A3040">
      <w:pPr>
        <w:pStyle w:val="Default"/>
        <w:ind w:left="360"/>
        <w:jc w:val="center"/>
        <w:rPr>
          <w:color w:val="auto"/>
        </w:rPr>
      </w:pPr>
      <w:r>
        <w:rPr>
          <w:b/>
          <w:bCs/>
          <w:color w:val="auto"/>
        </w:rPr>
        <w:t xml:space="preserve"> </w:t>
      </w:r>
      <w:proofErr w:type="gramStart"/>
      <w:r w:rsidR="00FA67EC" w:rsidRPr="000E5F23">
        <w:rPr>
          <w:b/>
          <w:bCs/>
          <w:color w:val="auto"/>
        </w:rPr>
        <w:t xml:space="preserve">DOSARULUI </w:t>
      </w:r>
      <w:r>
        <w:rPr>
          <w:b/>
          <w:bCs/>
          <w:color w:val="auto"/>
        </w:rPr>
        <w:t xml:space="preserve"> </w:t>
      </w:r>
      <w:r w:rsidR="00FA67EC" w:rsidRPr="000E5F23">
        <w:rPr>
          <w:b/>
          <w:bCs/>
          <w:color w:val="auto"/>
        </w:rPr>
        <w:t>DE</w:t>
      </w:r>
      <w:proofErr w:type="gramEnd"/>
      <w:r w:rsidR="00FA67EC" w:rsidRPr="000E5F23">
        <w:rPr>
          <w:b/>
          <w:bCs/>
          <w:color w:val="auto"/>
        </w:rPr>
        <w:t xml:space="preserve"> </w:t>
      </w:r>
      <w:r>
        <w:rPr>
          <w:b/>
          <w:bCs/>
          <w:color w:val="auto"/>
        </w:rPr>
        <w:t xml:space="preserve"> </w:t>
      </w:r>
      <w:r w:rsidR="00FA67EC" w:rsidRPr="000E5F23">
        <w:rPr>
          <w:b/>
          <w:bCs/>
          <w:color w:val="auto"/>
        </w:rPr>
        <w:t>CONCURS:</w:t>
      </w:r>
    </w:p>
    <w:p w14:paraId="122610E1" w14:textId="77777777" w:rsidR="00FA67EC" w:rsidRPr="000E5F23" w:rsidRDefault="00FA67EC" w:rsidP="00FA67EC">
      <w:pPr>
        <w:pStyle w:val="Default"/>
        <w:rPr>
          <w:color w:val="auto"/>
        </w:rPr>
      </w:pPr>
    </w:p>
    <w:p w14:paraId="59623478" w14:textId="77777777" w:rsidR="00FA67EC" w:rsidRPr="000E5F23" w:rsidRDefault="00FA67EC" w:rsidP="00030FE7">
      <w:pPr>
        <w:pStyle w:val="Default"/>
        <w:jc w:val="both"/>
        <w:rPr>
          <w:color w:val="auto"/>
        </w:rPr>
      </w:pPr>
      <w:r w:rsidRPr="000E5F23">
        <w:rPr>
          <w:color w:val="auto"/>
        </w:rPr>
        <w:t xml:space="preserve">Conform art. 35 al </w:t>
      </w:r>
      <w:r w:rsidRPr="000E5F23">
        <w:rPr>
          <w:i/>
          <w:iCs/>
          <w:color w:val="auto"/>
        </w:rPr>
        <w:t>Regulamentului-cadru privind organizarea și dezvoltarea carierei personalului contractual din sectorul bugetar plătit din fonduri publice</w:t>
      </w:r>
      <w:r w:rsidRPr="000E5F23">
        <w:rPr>
          <w:color w:val="auto"/>
        </w:rPr>
        <w:t xml:space="preserve">, aprobat prin HG nr. 1336/2022, pentru înscrierea la concurs candidații vor prezenta un dosar care va conține următoarele documente: </w:t>
      </w:r>
    </w:p>
    <w:p w14:paraId="2783CA4B" w14:textId="77777777" w:rsidR="00FA67EC" w:rsidRPr="000E5F23" w:rsidRDefault="00FA67EC" w:rsidP="00030FE7">
      <w:pPr>
        <w:pStyle w:val="Default"/>
        <w:ind w:firstLine="720"/>
        <w:jc w:val="both"/>
        <w:rPr>
          <w:color w:val="auto"/>
        </w:rPr>
      </w:pPr>
      <w:r w:rsidRPr="000E5F23">
        <w:rPr>
          <w:color w:val="auto"/>
        </w:rPr>
        <w:t xml:space="preserve"> a) formular de înscriere la concurs, </w:t>
      </w:r>
    </w:p>
    <w:p w14:paraId="05F46BE7" w14:textId="77777777" w:rsidR="00FA67EC" w:rsidRPr="000E5F23" w:rsidRDefault="00FA67EC" w:rsidP="00030FE7">
      <w:pPr>
        <w:pStyle w:val="Default"/>
        <w:spacing w:after="21"/>
        <w:ind w:firstLine="720"/>
        <w:jc w:val="both"/>
        <w:rPr>
          <w:color w:val="auto"/>
        </w:rPr>
      </w:pPr>
      <w:r w:rsidRPr="000E5F23">
        <w:rPr>
          <w:color w:val="auto"/>
        </w:rPr>
        <w:t xml:space="preserve">b) copia actului de identitate sau orice alt document care atestă identitatea, potrivit legii, aflate în termen de valabilitate; </w:t>
      </w:r>
    </w:p>
    <w:p w14:paraId="0CDC296E" w14:textId="77777777" w:rsidR="00FA67EC" w:rsidRPr="000E5F23" w:rsidRDefault="00FA67EC" w:rsidP="00030FE7">
      <w:pPr>
        <w:pStyle w:val="Default"/>
        <w:spacing w:after="21"/>
        <w:ind w:firstLine="720"/>
        <w:jc w:val="both"/>
        <w:rPr>
          <w:color w:val="auto"/>
        </w:rPr>
      </w:pPr>
      <w:r w:rsidRPr="000E5F23">
        <w:rPr>
          <w:color w:val="auto"/>
        </w:rPr>
        <w:t xml:space="preserve">c) copia certificatului de căsătorie sau </w:t>
      </w:r>
      <w:proofErr w:type="gramStart"/>
      <w:r w:rsidRPr="000E5F23">
        <w:rPr>
          <w:color w:val="auto"/>
        </w:rPr>
        <w:t>a</w:t>
      </w:r>
      <w:proofErr w:type="gramEnd"/>
      <w:r w:rsidRPr="000E5F23">
        <w:rPr>
          <w:color w:val="auto"/>
        </w:rPr>
        <w:t xml:space="preserve"> altui document prin care s-a realizat schimbarea de nume, după caz; </w:t>
      </w:r>
    </w:p>
    <w:p w14:paraId="752E1063" w14:textId="77777777" w:rsidR="00FA67EC" w:rsidRPr="000E5F23" w:rsidRDefault="00FA67EC" w:rsidP="00030FE7">
      <w:pPr>
        <w:pStyle w:val="Default"/>
        <w:spacing w:after="21"/>
        <w:ind w:firstLine="720"/>
        <w:jc w:val="both"/>
        <w:rPr>
          <w:color w:val="auto"/>
        </w:rPr>
      </w:pPr>
      <w:r w:rsidRPr="000E5F23">
        <w:rPr>
          <w:color w:val="auto"/>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337A559" w14:textId="77777777" w:rsidR="00FA67EC" w:rsidRPr="000E5F23" w:rsidRDefault="00FA67EC" w:rsidP="00030FE7">
      <w:pPr>
        <w:pStyle w:val="Default"/>
        <w:spacing w:after="21"/>
        <w:ind w:firstLine="720"/>
        <w:jc w:val="both"/>
        <w:rPr>
          <w:color w:val="auto"/>
        </w:rPr>
      </w:pPr>
      <w:r w:rsidRPr="000E5F23">
        <w:rPr>
          <w:color w:val="auto"/>
        </w:rPr>
        <w:t xml:space="preserve">e) copia carnetului de muncă, </w:t>
      </w:r>
      <w:proofErr w:type="gramStart"/>
      <w:r w:rsidRPr="000E5F23">
        <w:rPr>
          <w:color w:val="auto"/>
        </w:rPr>
        <w:t>a</w:t>
      </w:r>
      <w:proofErr w:type="gramEnd"/>
      <w:r w:rsidRPr="000E5F23">
        <w:rPr>
          <w:color w:val="auto"/>
        </w:rPr>
        <w:t xml:space="preserve"> adeverinței eliberate de angajator pentru perioada lucrată, care să ateste vechime în muncă și în specialitatea studiilor solicitate pentru ocuparea postului; </w:t>
      </w:r>
    </w:p>
    <w:p w14:paraId="08CEF2B8" w14:textId="77777777" w:rsidR="00FA67EC" w:rsidRPr="000E5F23" w:rsidRDefault="00FA67EC" w:rsidP="00030FE7">
      <w:pPr>
        <w:pStyle w:val="Default"/>
        <w:spacing w:after="21"/>
        <w:ind w:firstLine="720"/>
        <w:jc w:val="both"/>
        <w:rPr>
          <w:color w:val="auto"/>
        </w:rPr>
      </w:pPr>
      <w:r w:rsidRPr="000E5F23">
        <w:rPr>
          <w:color w:val="auto"/>
        </w:rPr>
        <w:t xml:space="preserve">f) certificat de cazier judiciar sau, după caz, extrasul de pe cazierul judiciar; </w:t>
      </w:r>
    </w:p>
    <w:p w14:paraId="064236D8" w14:textId="77777777" w:rsidR="00FA67EC" w:rsidRPr="000E5F23" w:rsidRDefault="00FA67EC" w:rsidP="00030FE7">
      <w:pPr>
        <w:pStyle w:val="Default"/>
        <w:spacing w:after="21"/>
        <w:ind w:firstLine="720"/>
        <w:jc w:val="both"/>
        <w:rPr>
          <w:color w:val="auto"/>
        </w:rPr>
      </w:pPr>
      <w:r w:rsidRPr="000E5F23">
        <w:rPr>
          <w:color w:val="auto"/>
        </w:rPr>
        <w:t xml:space="preserve">g) adeverință medicală care să ateste starea de sănătate corespunzătoare eliberată de către medicul de familie al candidatului sau de către unitățile sanitare abilitate cu cel mult 6 luni anterior derulării concursului; </w:t>
      </w:r>
    </w:p>
    <w:p w14:paraId="353EB734" w14:textId="77777777" w:rsidR="00FA67EC" w:rsidRPr="000E5F23" w:rsidRDefault="00FA67EC" w:rsidP="00030FE7">
      <w:pPr>
        <w:pStyle w:val="Default"/>
        <w:ind w:firstLine="720"/>
        <w:jc w:val="both"/>
        <w:rPr>
          <w:color w:val="auto"/>
        </w:rPr>
      </w:pPr>
      <w:r w:rsidRPr="000E5F23">
        <w:rPr>
          <w:color w:val="auto"/>
        </w:rPr>
        <w:lastRenderedPageBreak/>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w:t>
      </w:r>
      <w:r w:rsidR="00030FE7" w:rsidRPr="000E5F23">
        <w:rPr>
          <w:color w:val="auto"/>
        </w:rPr>
        <w:t>asupra minorilor, precum și pentru completarea Legii nr. 76/2008 privind organizarea și funcționarea Sistemului Național de Date Genetice Judiciare, cu modificările ulterioare;</w:t>
      </w:r>
    </w:p>
    <w:p w14:paraId="4207200F" w14:textId="77777777" w:rsidR="00030FE7" w:rsidRPr="000E5F23" w:rsidRDefault="00030FE7" w:rsidP="00030FE7">
      <w:pPr>
        <w:pStyle w:val="Default"/>
        <w:ind w:firstLine="720"/>
        <w:rPr>
          <w:color w:val="auto"/>
        </w:rPr>
      </w:pPr>
      <w:r w:rsidRPr="000E5F23">
        <w:rPr>
          <w:color w:val="auto"/>
        </w:rPr>
        <w:t xml:space="preserve">i) curriculum vitae, model comun European. </w:t>
      </w:r>
    </w:p>
    <w:p w14:paraId="2665AE0D" w14:textId="77777777" w:rsidR="008C18AE" w:rsidRPr="000E5F23" w:rsidRDefault="008C18AE" w:rsidP="008C18AE">
      <w:pPr>
        <w:ind w:left="360" w:firstLine="360"/>
        <w:rPr>
          <w:rFonts w:ascii="Times New Roman" w:hAnsi="Times New Roman" w:cs="Times New Roman"/>
          <w:sz w:val="24"/>
          <w:szCs w:val="24"/>
        </w:rPr>
      </w:pPr>
      <w:r w:rsidRPr="000E5F23">
        <w:rPr>
          <w:rFonts w:ascii="Times New Roman" w:eastAsia="MS Mincho" w:hAnsi="Times New Roman" w:cs="Times New Roman"/>
          <w:sz w:val="24"/>
          <w:szCs w:val="24"/>
        </w:rPr>
        <w:t xml:space="preserve">j) </w:t>
      </w:r>
      <w:r w:rsidRPr="000E5F23">
        <w:rPr>
          <w:rFonts w:ascii="Times New Roman" w:hAnsi="Times New Roman" w:cs="Times New Roman"/>
          <w:sz w:val="24"/>
          <w:szCs w:val="24"/>
        </w:rPr>
        <w:t>alte documente justificative solicitate prin anunțul de concurs, pentru demonstrarea îndeplinirii condițiilor specifice postului.</w:t>
      </w:r>
    </w:p>
    <w:p w14:paraId="25D2F0F5" w14:textId="77777777" w:rsidR="00E97A89" w:rsidRPr="000E5F23" w:rsidRDefault="00E97A89" w:rsidP="007A3040">
      <w:pPr>
        <w:spacing w:after="0" w:line="240" w:lineRule="auto"/>
        <w:rPr>
          <w:rFonts w:ascii="Times New Roman" w:hAnsi="Times New Roman" w:cs="Times New Roman"/>
          <w:sz w:val="24"/>
          <w:szCs w:val="24"/>
        </w:rPr>
      </w:pPr>
      <w:r w:rsidRPr="000E5F23">
        <w:rPr>
          <w:rFonts w:ascii="Times New Roman" w:hAnsi="Times New Roman" w:cs="Times New Roman"/>
          <w:b/>
          <w:sz w:val="24"/>
          <w:szCs w:val="24"/>
        </w:rPr>
        <w:t>Precizare privind copiile documentelor:</w:t>
      </w:r>
    </w:p>
    <w:p w14:paraId="28729E61" w14:textId="77777777" w:rsidR="00E97A89" w:rsidRDefault="00E97A89" w:rsidP="007A3040">
      <w:p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t>La depunerea dosarului, copiile documentelor se prezintă însoțite de documentele originale, în vederea verificării conformității copiilor cu acestea, potrivit procedurii stabilite de unitatea de învățământ.</w:t>
      </w:r>
    </w:p>
    <w:p w14:paraId="5032ABA1" w14:textId="77777777" w:rsidR="007A3040" w:rsidRPr="000E5F23" w:rsidRDefault="007A3040" w:rsidP="007A3040">
      <w:pPr>
        <w:spacing w:after="0" w:line="240" w:lineRule="auto"/>
        <w:jc w:val="both"/>
        <w:rPr>
          <w:rFonts w:ascii="Times New Roman" w:hAnsi="Times New Roman" w:cs="Times New Roman"/>
          <w:sz w:val="24"/>
          <w:szCs w:val="24"/>
        </w:rPr>
      </w:pPr>
    </w:p>
    <w:p w14:paraId="42EF28C3" w14:textId="77777777" w:rsidR="00E97A89" w:rsidRPr="000E5F23" w:rsidRDefault="00E97A89" w:rsidP="007A3040">
      <w:pPr>
        <w:spacing w:after="0" w:line="240" w:lineRule="auto"/>
        <w:jc w:val="both"/>
        <w:rPr>
          <w:rFonts w:ascii="Times New Roman" w:hAnsi="Times New Roman" w:cs="Times New Roman"/>
          <w:sz w:val="24"/>
          <w:szCs w:val="24"/>
        </w:rPr>
      </w:pPr>
      <w:r w:rsidRPr="000E5F23">
        <w:rPr>
          <w:rFonts w:ascii="Times New Roman" w:hAnsi="Times New Roman" w:cs="Times New Roman"/>
          <w:b/>
          <w:sz w:val="24"/>
          <w:szCs w:val="24"/>
        </w:rPr>
        <w:t>Temei legal:</w:t>
      </w:r>
    </w:p>
    <w:p w14:paraId="6BFBA28B" w14:textId="77777777" w:rsidR="00E97A89" w:rsidRPr="000E5F23" w:rsidRDefault="00E97A89" w:rsidP="007A3040">
      <w:p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t>H.G. nr. 1336/2022 pentru aprobarea Regulamentului-cadru privind organizarea și dezvoltarea carierei personalului contractual din sectorul bugetar plătit din fonduri publice, cu modificările și completările ulterioare, precum și prevederile legale aplicabile personalului din unitățile de învățământ</w:t>
      </w:r>
    </w:p>
    <w:p w14:paraId="2F97A94E" w14:textId="77777777" w:rsidR="007A3040" w:rsidRDefault="007A3040" w:rsidP="00D45C68">
      <w:pPr>
        <w:pStyle w:val="Default"/>
        <w:rPr>
          <w:b/>
          <w:bCs/>
        </w:rPr>
      </w:pPr>
    </w:p>
    <w:p w14:paraId="6846E415" w14:textId="77777777" w:rsidR="00D45C68" w:rsidRPr="000E5F23" w:rsidRDefault="00D45C68" w:rsidP="00D45C68">
      <w:pPr>
        <w:pStyle w:val="Default"/>
      </w:pPr>
      <w:r w:rsidRPr="000E5F23">
        <w:rPr>
          <w:b/>
          <w:bCs/>
        </w:rPr>
        <w:t xml:space="preserve">NOTĂ: </w:t>
      </w:r>
    </w:p>
    <w:p w14:paraId="7EBF03B8" w14:textId="77777777" w:rsidR="00A16299" w:rsidRDefault="00A16299" w:rsidP="00A16299">
      <w:pPr>
        <w:pStyle w:val="Default"/>
        <w:rPr>
          <w:b/>
        </w:rPr>
      </w:pPr>
      <w:r w:rsidRPr="00FB2C82">
        <w:rPr>
          <w:b/>
        </w:rPr>
        <w:t xml:space="preserve">Conform H.G. nr. 1336/ 28.10.2022: </w:t>
      </w:r>
    </w:p>
    <w:p w14:paraId="00FEA9C0" w14:textId="77777777" w:rsidR="00A16299" w:rsidRPr="005F54B9" w:rsidRDefault="00A16299" w:rsidP="00A16299">
      <w:pPr>
        <w:pStyle w:val="Default"/>
        <w:rPr>
          <w:i/>
        </w:rPr>
      </w:pPr>
      <w:r>
        <w:t>- a</w:t>
      </w:r>
      <w:r w:rsidRPr="005F54B9">
        <w:t xml:space="preserve">rt. 37, alin (3) prevede; </w:t>
      </w:r>
      <w:r w:rsidRPr="005F54B9">
        <w:rPr>
          <w:i/>
        </w:rPr>
        <w:t>Până în ultima zi prevăzută pentru selecţia dosarelor, membrii comisiei de concurs pot solicita candidaţilor documente relevante, din categoria celor prevăzute la art. 35 alin. (1), pentru desfăşurarea concursului.</w:t>
      </w:r>
    </w:p>
    <w:p w14:paraId="44C2E0A0" w14:textId="77777777" w:rsidR="00A16299" w:rsidRPr="005F54B9" w:rsidRDefault="00A16299" w:rsidP="00A16299">
      <w:pPr>
        <w:pStyle w:val="Default"/>
        <w:rPr>
          <w:i/>
        </w:rPr>
      </w:pPr>
      <w:r w:rsidRPr="005F54B9">
        <w:t xml:space="preserve">-  art. 46, alin </w:t>
      </w:r>
      <w:proofErr w:type="gramStart"/>
      <w:r w:rsidRPr="005F54B9">
        <w:t>3  prevede</w:t>
      </w:r>
      <w:proofErr w:type="gramEnd"/>
      <w:r w:rsidRPr="005F54B9">
        <w:t xml:space="preserve">: </w:t>
      </w:r>
      <w:r w:rsidRPr="005F54B9">
        <w:rPr>
          <w:i/>
        </w:rPr>
        <w:t xml:space="preserve">Sunt declaraţi admişi la interviu şi/sau proba practică candidaţii care au obţinut: </w:t>
      </w:r>
    </w:p>
    <w:p w14:paraId="0330249C" w14:textId="77777777" w:rsidR="00A16299" w:rsidRPr="005F54B9" w:rsidRDefault="00A16299" w:rsidP="00A16299">
      <w:pPr>
        <w:pStyle w:val="Default"/>
        <w:jc w:val="both"/>
        <w:rPr>
          <w:bCs/>
        </w:rPr>
      </w:pPr>
      <w:r w:rsidRPr="005F54B9">
        <w:rPr>
          <w:i/>
        </w:rPr>
        <w:t>a) minimum 50 de puncte, în cazul concursurilor organizate pentru ocuparea funcţiilor contractuale de execuţie;</w:t>
      </w:r>
    </w:p>
    <w:p w14:paraId="68F92260" w14:textId="77777777" w:rsidR="00A16299" w:rsidRDefault="00A16299" w:rsidP="00A16299">
      <w:pPr>
        <w:pStyle w:val="Default"/>
      </w:pPr>
      <w:r w:rsidRPr="005F54B9">
        <w:t xml:space="preserve">- art. 46, alin 5.  </w:t>
      </w:r>
      <w:r w:rsidRPr="005F54B9">
        <w:rPr>
          <w:i/>
        </w:rPr>
        <w:t xml:space="preserve">la punctaje egale are prioritate candidatul care </w:t>
      </w:r>
      <w:proofErr w:type="gramStart"/>
      <w:r w:rsidRPr="005F54B9">
        <w:rPr>
          <w:i/>
        </w:rPr>
        <w:t>a</w:t>
      </w:r>
      <w:proofErr w:type="gramEnd"/>
      <w:r w:rsidRPr="005F54B9">
        <w:rPr>
          <w:i/>
        </w:rPr>
        <w:t xml:space="preserve"> obţinut punctajul cel mai mare la proba scrisă, iar dacă egalitatea se menţine, candidaţii aflaţi în această situaţie vor fi invitaţi la un nou interviu, în urma căruia comisia de concurs va decide asupra candidatului câştigător</w:t>
      </w:r>
      <w:r w:rsidRPr="005F54B9">
        <w:t>.</w:t>
      </w:r>
    </w:p>
    <w:p w14:paraId="38A8B570" w14:textId="77777777" w:rsidR="00A16299" w:rsidRDefault="00A16299" w:rsidP="00A16299">
      <w:pPr>
        <w:pStyle w:val="Default"/>
      </w:pPr>
    </w:p>
    <w:p w14:paraId="3B455E22" w14:textId="77777777" w:rsidR="00A16299" w:rsidRPr="00F814F7" w:rsidRDefault="00A16299" w:rsidP="00A16299">
      <w:pPr>
        <w:pStyle w:val="Default"/>
        <w:jc w:val="center"/>
        <w:rPr>
          <w:b/>
          <w:bCs/>
          <w:sz w:val="28"/>
          <w:szCs w:val="28"/>
        </w:rPr>
      </w:pPr>
      <w:proofErr w:type="gramStart"/>
      <w:r w:rsidRPr="00F814F7">
        <w:rPr>
          <w:b/>
          <w:sz w:val="28"/>
          <w:szCs w:val="28"/>
        </w:rPr>
        <w:t>FIECARE  PROBĂ</w:t>
      </w:r>
      <w:proofErr w:type="gramEnd"/>
      <w:r w:rsidRPr="00F814F7">
        <w:rPr>
          <w:b/>
          <w:sz w:val="28"/>
          <w:szCs w:val="28"/>
        </w:rPr>
        <w:t xml:space="preserve">  </w:t>
      </w:r>
      <w:proofErr w:type="gramStart"/>
      <w:r w:rsidRPr="00F814F7">
        <w:rPr>
          <w:b/>
          <w:sz w:val="28"/>
          <w:szCs w:val="28"/>
        </w:rPr>
        <w:t>DE  CONCURS</w:t>
      </w:r>
      <w:proofErr w:type="gramEnd"/>
      <w:r w:rsidRPr="00F814F7">
        <w:rPr>
          <w:b/>
          <w:sz w:val="28"/>
          <w:szCs w:val="28"/>
        </w:rPr>
        <w:t xml:space="preserve">  </w:t>
      </w:r>
      <w:proofErr w:type="gramStart"/>
      <w:r w:rsidRPr="00F814F7">
        <w:rPr>
          <w:b/>
          <w:sz w:val="28"/>
          <w:szCs w:val="28"/>
        </w:rPr>
        <w:t>ESTE  ELIMINATORIE</w:t>
      </w:r>
      <w:proofErr w:type="gramEnd"/>
      <w:r w:rsidRPr="00F814F7">
        <w:rPr>
          <w:b/>
          <w:sz w:val="28"/>
          <w:szCs w:val="28"/>
        </w:rPr>
        <w:t>.</w:t>
      </w:r>
    </w:p>
    <w:p w14:paraId="6F390D06" w14:textId="22CAE9B3" w:rsidR="00A16299" w:rsidRPr="009C2654" w:rsidRDefault="00A16299" w:rsidP="00A16299">
      <w:pPr>
        <w:pStyle w:val="Default"/>
      </w:pPr>
    </w:p>
    <w:p w14:paraId="7AB594BD" w14:textId="4AAE1E55" w:rsidR="00A16299" w:rsidRDefault="00A16299" w:rsidP="00A16299">
      <w:pPr>
        <w:pStyle w:val="Default"/>
        <w:numPr>
          <w:ilvl w:val="0"/>
          <w:numId w:val="17"/>
        </w:numPr>
        <w:jc w:val="both"/>
      </w:pPr>
      <w:r w:rsidRPr="009C2654">
        <w:t xml:space="preserve">Dosarele se vor depune la sediul unității din </w:t>
      </w:r>
      <w:proofErr w:type="gramStart"/>
      <w:r w:rsidRPr="009C2654">
        <w:t>localitatea  Piteşti</w:t>
      </w:r>
      <w:proofErr w:type="gramEnd"/>
      <w:r w:rsidRPr="009C2654">
        <w:t xml:space="preserve">, </w:t>
      </w:r>
      <w:proofErr w:type="gramStart"/>
      <w:r w:rsidRPr="009C2654">
        <w:t>bulevardul  Petrochimiştilor</w:t>
      </w:r>
      <w:proofErr w:type="gramEnd"/>
      <w:r w:rsidRPr="009C2654">
        <w:t xml:space="preserve">, </w:t>
      </w:r>
      <w:r w:rsidR="000B7DE1">
        <w:t>nr</w:t>
      </w:r>
      <w:r w:rsidRPr="009C2654">
        <w:t xml:space="preserve">. 31, </w:t>
      </w:r>
      <w:proofErr w:type="gramStart"/>
      <w:r w:rsidRPr="009C2654">
        <w:t>judeţul  Argeş</w:t>
      </w:r>
      <w:proofErr w:type="gramEnd"/>
      <w:r w:rsidRPr="009C2654">
        <w:t xml:space="preserve">, la compartamentul secretariat, în termen de 10 zile lucrătoare de la data publicării anunțului pe portalul </w:t>
      </w:r>
      <w:r w:rsidRPr="009C2654">
        <w:rPr>
          <w:b/>
          <w:bCs/>
        </w:rPr>
        <w:t>posturi.gov.ro</w:t>
      </w:r>
      <w:r w:rsidRPr="009C2654">
        <w:t>, în intervalul orar 09</w:t>
      </w:r>
      <w:r w:rsidRPr="00B75166">
        <w:rPr>
          <w:vertAlign w:val="superscript"/>
        </w:rPr>
        <w:t>00</w:t>
      </w:r>
      <w:r w:rsidRPr="009C2654">
        <w:t xml:space="preserve"> – 16</w:t>
      </w:r>
      <w:r w:rsidRPr="00B75166">
        <w:rPr>
          <w:vertAlign w:val="superscript"/>
        </w:rPr>
        <w:t>00</w:t>
      </w:r>
      <w:r w:rsidRPr="009C2654">
        <w:t xml:space="preserve">. </w:t>
      </w:r>
    </w:p>
    <w:p w14:paraId="26F85864" w14:textId="77777777" w:rsidR="00EA209D" w:rsidRPr="007A3040" w:rsidRDefault="00A87C69">
      <w:pPr>
        <w:pStyle w:val="Titlu2"/>
        <w:rPr>
          <w:rFonts w:ascii="Times New Roman" w:hAnsi="Times New Roman" w:cs="Times New Roman"/>
          <w:color w:val="auto"/>
          <w:sz w:val="24"/>
          <w:szCs w:val="24"/>
        </w:rPr>
      </w:pPr>
      <w:r w:rsidRPr="007A3040">
        <w:rPr>
          <w:rFonts w:ascii="Times New Roman" w:hAnsi="Times New Roman" w:cs="Times New Roman"/>
          <w:color w:val="auto"/>
          <w:sz w:val="24"/>
          <w:szCs w:val="24"/>
        </w:rPr>
        <w:t>Calendar desfășurare:</w:t>
      </w:r>
    </w:p>
    <w:tbl>
      <w:tblPr>
        <w:tblW w:w="987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5633"/>
        <w:gridCol w:w="3600"/>
      </w:tblGrid>
      <w:tr w:rsidR="00A441BB" w:rsidRPr="000E5F23" w14:paraId="31E7D937" w14:textId="77777777" w:rsidTr="007A3040">
        <w:trPr>
          <w:trHeight w:val="551"/>
        </w:trPr>
        <w:tc>
          <w:tcPr>
            <w:tcW w:w="637" w:type="dxa"/>
          </w:tcPr>
          <w:p w14:paraId="2063B179" w14:textId="77777777" w:rsidR="00A441BB" w:rsidRPr="000E5F23" w:rsidRDefault="00A441BB" w:rsidP="007A3040">
            <w:pPr>
              <w:pStyle w:val="TableParagraph"/>
              <w:spacing w:line="270" w:lineRule="atLeast"/>
              <w:ind w:left="141" w:right="113" w:firstLine="7"/>
              <w:rPr>
                <w:sz w:val="24"/>
                <w:szCs w:val="24"/>
              </w:rPr>
            </w:pPr>
            <w:r w:rsidRPr="000E5F23">
              <w:rPr>
                <w:sz w:val="24"/>
                <w:szCs w:val="24"/>
              </w:rPr>
              <w:t>Nr.crt.</w:t>
            </w:r>
          </w:p>
        </w:tc>
        <w:tc>
          <w:tcPr>
            <w:tcW w:w="5633" w:type="dxa"/>
          </w:tcPr>
          <w:p w14:paraId="2B9C41D4" w14:textId="77777777" w:rsidR="00A441BB" w:rsidRPr="000E5F23" w:rsidRDefault="00A441BB" w:rsidP="007A3040">
            <w:pPr>
              <w:pStyle w:val="TableParagraph"/>
              <w:ind w:left="94" w:right="142"/>
              <w:jc w:val="center"/>
              <w:rPr>
                <w:sz w:val="24"/>
                <w:szCs w:val="24"/>
              </w:rPr>
            </w:pPr>
            <w:r w:rsidRPr="000E5F23">
              <w:rPr>
                <w:sz w:val="24"/>
                <w:szCs w:val="24"/>
              </w:rPr>
              <w:t>Activităţi</w:t>
            </w:r>
          </w:p>
        </w:tc>
        <w:tc>
          <w:tcPr>
            <w:tcW w:w="3600" w:type="dxa"/>
          </w:tcPr>
          <w:p w14:paraId="249637CF" w14:textId="77777777" w:rsidR="00A441BB" w:rsidRPr="000E5F23" w:rsidRDefault="00A441BB" w:rsidP="007A3040">
            <w:pPr>
              <w:pStyle w:val="TableParagraph"/>
              <w:ind w:left="206" w:right="197"/>
              <w:jc w:val="center"/>
              <w:rPr>
                <w:sz w:val="24"/>
                <w:szCs w:val="24"/>
              </w:rPr>
            </w:pPr>
            <w:r w:rsidRPr="000E5F23">
              <w:rPr>
                <w:sz w:val="24"/>
                <w:szCs w:val="24"/>
              </w:rPr>
              <w:t>Data</w:t>
            </w:r>
          </w:p>
        </w:tc>
      </w:tr>
      <w:tr w:rsidR="00A441BB" w:rsidRPr="000E5F23" w14:paraId="14AE15CE" w14:textId="77777777" w:rsidTr="007A3040">
        <w:trPr>
          <w:trHeight w:val="332"/>
        </w:trPr>
        <w:tc>
          <w:tcPr>
            <w:tcW w:w="637" w:type="dxa"/>
          </w:tcPr>
          <w:p w14:paraId="2684E4BB" w14:textId="77777777" w:rsidR="00A441BB" w:rsidRPr="000E5F23" w:rsidRDefault="00A441BB" w:rsidP="007A3040">
            <w:pPr>
              <w:pStyle w:val="TableParagraph"/>
              <w:rPr>
                <w:sz w:val="24"/>
                <w:szCs w:val="24"/>
              </w:rPr>
            </w:pPr>
            <w:r w:rsidRPr="000E5F23">
              <w:rPr>
                <w:sz w:val="24"/>
                <w:szCs w:val="24"/>
              </w:rPr>
              <w:t>1.</w:t>
            </w:r>
          </w:p>
        </w:tc>
        <w:tc>
          <w:tcPr>
            <w:tcW w:w="5633" w:type="dxa"/>
          </w:tcPr>
          <w:p w14:paraId="534793ED" w14:textId="77777777" w:rsidR="00A441BB" w:rsidRPr="000E5F23" w:rsidRDefault="00A441BB" w:rsidP="007A3040">
            <w:pPr>
              <w:pStyle w:val="TableParagraph"/>
              <w:spacing w:line="270" w:lineRule="atLeast"/>
              <w:ind w:left="107" w:right="87"/>
              <w:rPr>
                <w:sz w:val="24"/>
                <w:szCs w:val="24"/>
              </w:rPr>
            </w:pPr>
            <w:r w:rsidRPr="000E5F23">
              <w:rPr>
                <w:sz w:val="24"/>
                <w:szCs w:val="24"/>
              </w:rPr>
              <w:t xml:space="preserve">Publicarea anuntului </w:t>
            </w:r>
          </w:p>
        </w:tc>
        <w:tc>
          <w:tcPr>
            <w:tcW w:w="3600" w:type="dxa"/>
            <w:vAlign w:val="center"/>
          </w:tcPr>
          <w:p w14:paraId="7C02DB90" w14:textId="242DED0E" w:rsidR="00A441BB" w:rsidRPr="000E5F23" w:rsidRDefault="00A16299" w:rsidP="007A3040">
            <w:pPr>
              <w:pStyle w:val="TableParagraph"/>
              <w:ind w:left="207" w:right="197"/>
              <w:jc w:val="center"/>
              <w:rPr>
                <w:sz w:val="24"/>
                <w:szCs w:val="24"/>
              </w:rPr>
            </w:pPr>
            <w:r>
              <w:rPr>
                <w:sz w:val="24"/>
                <w:szCs w:val="24"/>
              </w:rPr>
              <w:t>26.10</w:t>
            </w:r>
            <w:r w:rsidR="0076433F" w:rsidRPr="000E5F23">
              <w:rPr>
                <w:sz w:val="24"/>
                <w:szCs w:val="24"/>
              </w:rPr>
              <w:t>.2026</w:t>
            </w:r>
          </w:p>
        </w:tc>
      </w:tr>
      <w:tr w:rsidR="00A441BB" w:rsidRPr="000E5F23" w14:paraId="685534AD" w14:textId="77777777" w:rsidTr="007A3040">
        <w:trPr>
          <w:trHeight w:val="567"/>
        </w:trPr>
        <w:tc>
          <w:tcPr>
            <w:tcW w:w="637" w:type="dxa"/>
          </w:tcPr>
          <w:p w14:paraId="7587484A" w14:textId="77777777" w:rsidR="00A441BB" w:rsidRPr="000E5F23" w:rsidRDefault="00A441BB" w:rsidP="007A3040">
            <w:pPr>
              <w:pStyle w:val="TableParagraph"/>
              <w:rPr>
                <w:sz w:val="24"/>
                <w:szCs w:val="24"/>
              </w:rPr>
            </w:pPr>
            <w:r w:rsidRPr="000E5F23">
              <w:rPr>
                <w:sz w:val="24"/>
                <w:szCs w:val="24"/>
              </w:rPr>
              <w:t>2.</w:t>
            </w:r>
          </w:p>
        </w:tc>
        <w:tc>
          <w:tcPr>
            <w:tcW w:w="5633" w:type="dxa"/>
          </w:tcPr>
          <w:p w14:paraId="61ED3185" w14:textId="77777777" w:rsidR="00A441BB" w:rsidRPr="000E5F23" w:rsidRDefault="00A441BB" w:rsidP="007A3040">
            <w:pPr>
              <w:pStyle w:val="TableParagraph"/>
              <w:spacing w:line="270" w:lineRule="atLeast"/>
              <w:ind w:left="107" w:right="87"/>
              <w:rPr>
                <w:sz w:val="24"/>
                <w:szCs w:val="24"/>
              </w:rPr>
            </w:pPr>
            <w:r w:rsidRPr="000E5F23">
              <w:rPr>
                <w:sz w:val="24"/>
                <w:szCs w:val="24"/>
              </w:rPr>
              <w:t xml:space="preserve">Data limita pentru depunerea dosarelor de participare la concurs la adresa: Școala Gimnazială„Mircea Eliade” </w:t>
            </w:r>
            <w:r w:rsidRPr="000E5F23">
              <w:rPr>
                <w:sz w:val="24"/>
                <w:szCs w:val="24"/>
              </w:rPr>
              <w:lastRenderedPageBreak/>
              <w:t>Pitești,Pitești, Str. Petrochimistilor nr. 31, județul Argeș,</w:t>
            </w:r>
          </w:p>
        </w:tc>
        <w:tc>
          <w:tcPr>
            <w:tcW w:w="3600" w:type="dxa"/>
            <w:vAlign w:val="center"/>
          </w:tcPr>
          <w:p w14:paraId="6391B838" w14:textId="41BC40C8" w:rsidR="00A441BB" w:rsidRPr="000E5F23" w:rsidRDefault="00A16299" w:rsidP="007A3040">
            <w:pPr>
              <w:pStyle w:val="TableParagraph"/>
              <w:ind w:left="207" w:right="197"/>
              <w:jc w:val="center"/>
              <w:rPr>
                <w:sz w:val="24"/>
                <w:szCs w:val="24"/>
              </w:rPr>
            </w:pPr>
            <w:r>
              <w:rPr>
                <w:sz w:val="24"/>
                <w:szCs w:val="24"/>
              </w:rPr>
              <w:lastRenderedPageBreak/>
              <w:t>09.11</w:t>
            </w:r>
            <w:r w:rsidR="0076433F" w:rsidRPr="000E5F23">
              <w:rPr>
                <w:sz w:val="24"/>
                <w:szCs w:val="24"/>
              </w:rPr>
              <w:t>.2026, ora 12,00</w:t>
            </w:r>
          </w:p>
        </w:tc>
      </w:tr>
      <w:tr w:rsidR="00A441BB" w:rsidRPr="000E5F23" w14:paraId="58CEBB40" w14:textId="77777777" w:rsidTr="00175610">
        <w:trPr>
          <w:trHeight w:val="152"/>
        </w:trPr>
        <w:tc>
          <w:tcPr>
            <w:tcW w:w="637" w:type="dxa"/>
          </w:tcPr>
          <w:p w14:paraId="27D2C61D" w14:textId="77777777" w:rsidR="00A441BB" w:rsidRPr="000E5F23" w:rsidRDefault="00A441BB" w:rsidP="007A3040">
            <w:pPr>
              <w:pStyle w:val="TableParagraph"/>
              <w:rPr>
                <w:sz w:val="24"/>
                <w:szCs w:val="24"/>
              </w:rPr>
            </w:pPr>
            <w:r w:rsidRPr="000E5F23">
              <w:rPr>
                <w:sz w:val="24"/>
                <w:szCs w:val="24"/>
              </w:rPr>
              <w:t>3.</w:t>
            </w:r>
          </w:p>
        </w:tc>
        <w:tc>
          <w:tcPr>
            <w:tcW w:w="5633" w:type="dxa"/>
          </w:tcPr>
          <w:p w14:paraId="5C070446" w14:textId="77777777" w:rsidR="00A441BB" w:rsidRPr="000E5F23" w:rsidRDefault="00A441BB" w:rsidP="007A3040">
            <w:pPr>
              <w:pStyle w:val="TableParagraph"/>
              <w:ind w:left="107"/>
              <w:rPr>
                <w:sz w:val="24"/>
                <w:szCs w:val="24"/>
              </w:rPr>
            </w:pPr>
            <w:r w:rsidRPr="000E5F23">
              <w:rPr>
                <w:sz w:val="24"/>
                <w:szCs w:val="24"/>
              </w:rPr>
              <w:t>Selecţia</w:t>
            </w:r>
            <w:r w:rsidR="00142CD8" w:rsidRPr="000E5F23">
              <w:rPr>
                <w:sz w:val="24"/>
                <w:szCs w:val="24"/>
              </w:rPr>
              <w:t xml:space="preserve"> </w:t>
            </w:r>
            <w:r w:rsidRPr="000E5F23">
              <w:rPr>
                <w:sz w:val="24"/>
                <w:szCs w:val="24"/>
              </w:rPr>
              <w:t>dosarelor</w:t>
            </w:r>
            <w:r w:rsidR="00142CD8" w:rsidRPr="000E5F23">
              <w:rPr>
                <w:sz w:val="24"/>
                <w:szCs w:val="24"/>
              </w:rPr>
              <w:t xml:space="preserve"> </w:t>
            </w:r>
            <w:r w:rsidRPr="000E5F23">
              <w:rPr>
                <w:sz w:val="24"/>
                <w:szCs w:val="24"/>
              </w:rPr>
              <w:t>de</w:t>
            </w:r>
            <w:r w:rsidR="00142CD8" w:rsidRPr="000E5F23">
              <w:rPr>
                <w:sz w:val="24"/>
                <w:szCs w:val="24"/>
              </w:rPr>
              <w:t xml:space="preserve"> </w:t>
            </w:r>
            <w:r w:rsidRPr="000E5F23">
              <w:rPr>
                <w:sz w:val="24"/>
                <w:szCs w:val="24"/>
              </w:rPr>
              <w:t>către</w:t>
            </w:r>
            <w:r w:rsidR="00142CD8" w:rsidRPr="000E5F23">
              <w:rPr>
                <w:sz w:val="24"/>
                <w:szCs w:val="24"/>
              </w:rPr>
              <w:t xml:space="preserve"> </w:t>
            </w:r>
            <w:r w:rsidRPr="000E5F23">
              <w:rPr>
                <w:sz w:val="24"/>
                <w:szCs w:val="24"/>
              </w:rPr>
              <w:t>membrii</w:t>
            </w:r>
            <w:r w:rsidR="00142CD8" w:rsidRPr="000E5F23">
              <w:rPr>
                <w:sz w:val="24"/>
                <w:szCs w:val="24"/>
              </w:rPr>
              <w:t xml:space="preserve"> </w:t>
            </w:r>
            <w:r w:rsidRPr="000E5F23">
              <w:rPr>
                <w:sz w:val="24"/>
                <w:szCs w:val="24"/>
              </w:rPr>
              <w:t>comisiei</w:t>
            </w:r>
            <w:r w:rsidR="00142CD8" w:rsidRPr="000E5F23">
              <w:rPr>
                <w:sz w:val="24"/>
                <w:szCs w:val="24"/>
              </w:rPr>
              <w:t xml:space="preserve"> </w:t>
            </w:r>
            <w:r w:rsidRPr="000E5F23">
              <w:rPr>
                <w:sz w:val="24"/>
                <w:szCs w:val="24"/>
              </w:rPr>
              <w:t>de</w:t>
            </w:r>
            <w:r w:rsidR="00142CD8" w:rsidRPr="000E5F23">
              <w:rPr>
                <w:sz w:val="24"/>
                <w:szCs w:val="24"/>
              </w:rPr>
              <w:t xml:space="preserve">  </w:t>
            </w:r>
            <w:r w:rsidRPr="000E5F23">
              <w:rPr>
                <w:sz w:val="24"/>
                <w:szCs w:val="24"/>
              </w:rPr>
              <w:t>concurs</w:t>
            </w:r>
          </w:p>
        </w:tc>
        <w:tc>
          <w:tcPr>
            <w:tcW w:w="3600" w:type="dxa"/>
            <w:vAlign w:val="center"/>
          </w:tcPr>
          <w:p w14:paraId="143BE50C" w14:textId="756C2A26" w:rsidR="00A441BB" w:rsidRPr="000E5F23" w:rsidRDefault="00A16299" w:rsidP="00A16299">
            <w:pPr>
              <w:spacing w:after="0" w:line="240" w:lineRule="auto"/>
              <w:ind w:firstLine="283"/>
              <w:rPr>
                <w:rFonts w:ascii="Times New Roman" w:hAnsi="Times New Roman" w:cs="Times New Roman"/>
                <w:sz w:val="24"/>
                <w:szCs w:val="24"/>
              </w:rPr>
            </w:pPr>
            <w:r>
              <w:rPr>
                <w:rFonts w:ascii="Times New Roman" w:hAnsi="Times New Roman" w:cs="Times New Roman"/>
                <w:sz w:val="24"/>
                <w:szCs w:val="24"/>
              </w:rPr>
              <w:t xml:space="preserve">        11</w:t>
            </w:r>
            <w:r w:rsidR="0076433F" w:rsidRPr="000E5F23">
              <w:rPr>
                <w:rFonts w:ascii="Times New Roman" w:hAnsi="Times New Roman" w:cs="Times New Roman"/>
                <w:sz w:val="24"/>
                <w:szCs w:val="24"/>
              </w:rPr>
              <w:t>.</w:t>
            </w:r>
            <w:r>
              <w:rPr>
                <w:rFonts w:ascii="Times New Roman" w:hAnsi="Times New Roman" w:cs="Times New Roman"/>
                <w:sz w:val="24"/>
                <w:szCs w:val="24"/>
              </w:rPr>
              <w:t>11</w:t>
            </w:r>
            <w:r w:rsidR="0076433F" w:rsidRPr="000E5F23">
              <w:rPr>
                <w:rFonts w:ascii="Times New Roman" w:hAnsi="Times New Roman" w:cs="Times New Roman"/>
                <w:sz w:val="24"/>
                <w:szCs w:val="24"/>
              </w:rPr>
              <w:t>.2026, ora 12,00</w:t>
            </w:r>
          </w:p>
        </w:tc>
      </w:tr>
      <w:tr w:rsidR="00A441BB" w:rsidRPr="000E5F23" w14:paraId="794DB7B2" w14:textId="77777777" w:rsidTr="007A3040">
        <w:trPr>
          <w:trHeight w:val="107"/>
        </w:trPr>
        <w:tc>
          <w:tcPr>
            <w:tcW w:w="637" w:type="dxa"/>
          </w:tcPr>
          <w:p w14:paraId="0DF26171" w14:textId="77777777" w:rsidR="00A441BB" w:rsidRPr="000E5F23" w:rsidRDefault="00A441BB" w:rsidP="007A3040">
            <w:pPr>
              <w:pStyle w:val="TableParagraph"/>
              <w:rPr>
                <w:sz w:val="24"/>
                <w:szCs w:val="24"/>
              </w:rPr>
            </w:pPr>
            <w:r w:rsidRPr="000E5F23">
              <w:rPr>
                <w:sz w:val="24"/>
                <w:szCs w:val="24"/>
              </w:rPr>
              <w:t>4.</w:t>
            </w:r>
          </w:p>
        </w:tc>
        <w:tc>
          <w:tcPr>
            <w:tcW w:w="5633" w:type="dxa"/>
          </w:tcPr>
          <w:p w14:paraId="2690E1B4" w14:textId="77777777" w:rsidR="00A441BB" w:rsidRPr="000E5F23" w:rsidRDefault="00A441BB" w:rsidP="007A3040">
            <w:pPr>
              <w:pStyle w:val="TableParagraph"/>
              <w:ind w:left="108"/>
              <w:rPr>
                <w:sz w:val="24"/>
                <w:szCs w:val="24"/>
              </w:rPr>
            </w:pPr>
            <w:r w:rsidRPr="000E5F23">
              <w:rPr>
                <w:sz w:val="24"/>
                <w:szCs w:val="24"/>
              </w:rPr>
              <w:t>Afişarea</w:t>
            </w:r>
            <w:r w:rsidR="00D06DDA" w:rsidRPr="000E5F23">
              <w:rPr>
                <w:sz w:val="24"/>
                <w:szCs w:val="24"/>
              </w:rPr>
              <w:t xml:space="preserve"> </w:t>
            </w:r>
            <w:r w:rsidRPr="000E5F23">
              <w:rPr>
                <w:sz w:val="24"/>
                <w:szCs w:val="24"/>
              </w:rPr>
              <w:t>rezultatelor</w:t>
            </w:r>
            <w:r w:rsidR="00D06DDA" w:rsidRPr="000E5F23">
              <w:rPr>
                <w:sz w:val="24"/>
                <w:szCs w:val="24"/>
              </w:rPr>
              <w:t xml:space="preserve"> </w:t>
            </w:r>
            <w:r w:rsidRPr="000E5F23">
              <w:rPr>
                <w:sz w:val="24"/>
                <w:szCs w:val="24"/>
              </w:rPr>
              <w:t>selecţiei</w:t>
            </w:r>
            <w:r w:rsidR="00D06DDA" w:rsidRPr="000E5F23">
              <w:rPr>
                <w:sz w:val="24"/>
                <w:szCs w:val="24"/>
              </w:rPr>
              <w:t xml:space="preserve"> </w:t>
            </w:r>
            <w:r w:rsidRPr="000E5F23">
              <w:rPr>
                <w:sz w:val="24"/>
                <w:szCs w:val="24"/>
              </w:rPr>
              <w:t>dosarelor</w:t>
            </w:r>
          </w:p>
        </w:tc>
        <w:tc>
          <w:tcPr>
            <w:tcW w:w="3600" w:type="dxa"/>
            <w:vAlign w:val="center"/>
          </w:tcPr>
          <w:p w14:paraId="1F2F6BF7" w14:textId="0700129F" w:rsidR="00A441BB" w:rsidRPr="000E5F23" w:rsidRDefault="00A16299" w:rsidP="007A3040">
            <w:pPr>
              <w:pStyle w:val="TableParagraph"/>
              <w:ind w:left="205" w:right="197"/>
              <w:jc w:val="center"/>
              <w:rPr>
                <w:sz w:val="24"/>
                <w:szCs w:val="24"/>
              </w:rPr>
            </w:pPr>
            <w:r>
              <w:rPr>
                <w:sz w:val="24"/>
                <w:szCs w:val="24"/>
              </w:rPr>
              <w:t>11</w:t>
            </w:r>
            <w:r w:rsidRPr="000E5F23">
              <w:rPr>
                <w:sz w:val="24"/>
                <w:szCs w:val="24"/>
              </w:rPr>
              <w:t>.</w:t>
            </w:r>
            <w:r>
              <w:rPr>
                <w:sz w:val="24"/>
                <w:szCs w:val="24"/>
              </w:rPr>
              <w:t>11</w:t>
            </w:r>
            <w:r w:rsidRPr="000E5F23">
              <w:rPr>
                <w:sz w:val="24"/>
                <w:szCs w:val="24"/>
              </w:rPr>
              <w:t>.2026</w:t>
            </w:r>
            <w:r w:rsidR="0076433F" w:rsidRPr="000E5F23">
              <w:rPr>
                <w:sz w:val="24"/>
                <w:szCs w:val="24"/>
              </w:rPr>
              <w:t>, ora 12,00</w:t>
            </w:r>
          </w:p>
        </w:tc>
      </w:tr>
      <w:tr w:rsidR="00A441BB" w:rsidRPr="000E5F23" w14:paraId="3A59BACD" w14:textId="77777777" w:rsidTr="007A3040">
        <w:trPr>
          <w:trHeight w:val="567"/>
        </w:trPr>
        <w:tc>
          <w:tcPr>
            <w:tcW w:w="637" w:type="dxa"/>
          </w:tcPr>
          <w:p w14:paraId="358D271E" w14:textId="77777777" w:rsidR="00A441BB" w:rsidRPr="000E5F23" w:rsidRDefault="00A441BB" w:rsidP="007A3040">
            <w:pPr>
              <w:pStyle w:val="TableParagraph"/>
              <w:rPr>
                <w:sz w:val="24"/>
                <w:szCs w:val="24"/>
              </w:rPr>
            </w:pPr>
            <w:r w:rsidRPr="000E5F23">
              <w:rPr>
                <w:sz w:val="24"/>
                <w:szCs w:val="24"/>
              </w:rPr>
              <w:t>5.</w:t>
            </w:r>
          </w:p>
        </w:tc>
        <w:tc>
          <w:tcPr>
            <w:tcW w:w="5633" w:type="dxa"/>
          </w:tcPr>
          <w:p w14:paraId="032282B1" w14:textId="77777777" w:rsidR="00A441BB" w:rsidRPr="000E5F23" w:rsidRDefault="00A441BB" w:rsidP="007A3040">
            <w:pPr>
              <w:pStyle w:val="TableParagraph"/>
              <w:spacing w:line="270" w:lineRule="atLeast"/>
              <w:ind w:left="107" w:right="1013"/>
              <w:rPr>
                <w:sz w:val="24"/>
                <w:szCs w:val="24"/>
              </w:rPr>
            </w:pPr>
            <w:r w:rsidRPr="000E5F23">
              <w:rPr>
                <w:sz w:val="24"/>
                <w:szCs w:val="24"/>
              </w:rPr>
              <w:t>Depunerea contestaţiilor privind rezultatele selecţiei</w:t>
            </w:r>
            <w:r w:rsidR="00D06DDA" w:rsidRPr="000E5F23">
              <w:rPr>
                <w:sz w:val="24"/>
                <w:szCs w:val="24"/>
              </w:rPr>
              <w:t xml:space="preserve"> </w:t>
            </w:r>
            <w:r w:rsidRPr="000E5F23">
              <w:rPr>
                <w:sz w:val="24"/>
                <w:szCs w:val="24"/>
              </w:rPr>
              <w:t>dosarelor</w:t>
            </w:r>
          </w:p>
        </w:tc>
        <w:tc>
          <w:tcPr>
            <w:tcW w:w="3600" w:type="dxa"/>
            <w:vAlign w:val="center"/>
          </w:tcPr>
          <w:p w14:paraId="5DFC7D24" w14:textId="1C094768" w:rsidR="00A441BB" w:rsidRPr="000E5F23" w:rsidRDefault="00A16299" w:rsidP="007A3040">
            <w:pPr>
              <w:pStyle w:val="TableParagraph"/>
              <w:ind w:left="205" w:right="197"/>
              <w:jc w:val="center"/>
              <w:rPr>
                <w:sz w:val="24"/>
                <w:szCs w:val="24"/>
              </w:rPr>
            </w:pPr>
            <w:r>
              <w:rPr>
                <w:sz w:val="24"/>
                <w:szCs w:val="24"/>
              </w:rPr>
              <w:t>12.11</w:t>
            </w:r>
            <w:r w:rsidR="0076433F" w:rsidRPr="000E5F23">
              <w:rPr>
                <w:sz w:val="24"/>
                <w:szCs w:val="24"/>
              </w:rPr>
              <w:t>.2026, ora 12,00</w:t>
            </w:r>
          </w:p>
        </w:tc>
      </w:tr>
      <w:tr w:rsidR="00A441BB" w:rsidRPr="000E5F23" w14:paraId="4BCE21CA" w14:textId="77777777" w:rsidTr="007A3040">
        <w:trPr>
          <w:trHeight w:val="215"/>
        </w:trPr>
        <w:tc>
          <w:tcPr>
            <w:tcW w:w="637" w:type="dxa"/>
          </w:tcPr>
          <w:p w14:paraId="1F602A75" w14:textId="77777777" w:rsidR="00A441BB" w:rsidRPr="000E5F23" w:rsidRDefault="00A441BB" w:rsidP="007A3040">
            <w:pPr>
              <w:pStyle w:val="TableParagraph"/>
              <w:rPr>
                <w:sz w:val="24"/>
                <w:szCs w:val="24"/>
              </w:rPr>
            </w:pPr>
            <w:r w:rsidRPr="000E5F23">
              <w:rPr>
                <w:sz w:val="24"/>
                <w:szCs w:val="24"/>
              </w:rPr>
              <w:t>6.</w:t>
            </w:r>
          </w:p>
        </w:tc>
        <w:tc>
          <w:tcPr>
            <w:tcW w:w="5633" w:type="dxa"/>
          </w:tcPr>
          <w:p w14:paraId="47499821" w14:textId="77777777" w:rsidR="00A441BB" w:rsidRPr="000E5F23" w:rsidRDefault="00A441BB" w:rsidP="007A3040">
            <w:pPr>
              <w:pStyle w:val="TableParagraph"/>
              <w:ind w:left="108"/>
              <w:rPr>
                <w:sz w:val="24"/>
                <w:szCs w:val="24"/>
              </w:rPr>
            </w:pPr>
            <w:r w:rsidRPr="000E5F23">
              <w:rPr>
                <w:sz w:val="24"/>
                <w:szCs w:val="24"/>
              </w:rPr>
              <w:t>Afişarea rezultatului soluţionării contestaţiilor</w:t>
            </w:r>
          </w:p>
        </w:tc>
        <w:tc>
          <w:tcPr>
            <w:tcW w:w="3600" w:type="dxa"/>
            <w:vAlign w:val="center"/>
          </w:tcPr>
          <w:p w14:paraId="6D5E0AB8" w14:textId="5E73CE34" w:rsidR="00A441BB" w:rsidRPr="000E5F23" w:rsidRDefault="00A16299" w:rsidP="007A3040">
            <w:pPr>
              <w:pStyle w:val="TableParagraph"/>
              <w:ind w:left="205" w:right="197"/>
              <w:jc w:val="center"/>
              <w:rPr>
                <w:sz w:val="24"/>
                <w:szCs w:val="24"/>
              </w:rPr>
            </w:pPr>
            <w:r>
              <w:rPr>
                <w:sz w:val="24"/>
                <w:szCs w:val="24"/>
              </w:rPr>
              <w:t>12.11</w:t>
            </w:r>
            <w:r w:rsidR="0076433F" w:rsidRPr="000E5F23">
              <w:rPr>
                <w:sz w:val="24"/>
                <w:szCs w:val="24"/>
              </w:rPr>
              <w:t>.2026, ora 15,00</w:t>
            </w:r>
          </w:p>
        </w:tc>
      </w:tr>
      <w:tr w:rsidR="00A441BB" w:rsidRPr="000E5F23" w14:paraId="21A5DC12" w14:textId="77777777" w:rsidTr="007A3040">
        <w:trPr>
          <w:trHeight w:val="395"/>
        </w:trPr>
        <w:tc>
          <w:tcPr>
            <w:tcW w:w="637" w:type="dxa"/>
          </w:tcPr>
          <w:p w14:paraId="3DF3206B" w14:textId="77777777" w:rsidR="00A441BB" w:rsidRPr="000E5F23" w:rsidRDefault="00A441BB" w:rsidP="007A3040">
            <w:pPr>
              <w:pStyle w:val="TableParagraph"/>
              <w:rPr>
                <w:sz w:val="24"/>
                <w:szCs w:val="24"/>
              </w:rPr>
            </w:pPr>
            <w:r w:rsidRPr="000E5F23">
              <w:rPr>
                <w:sz w:val="24"/>
                <w:szCs w:val="24"/>
              </w:rPr>
              <w:t>7.</w:t>
            </w:r>
          </w:p>
        </w:tc>
        <w:tc>
          <w:tcPr>
            <w:tcW w:w="5633" w:type="dxa"/>
          </w:tcPr>
          <w:p w14:paraId="332F8123" w14:textId="77777777" w:rsidR="00A441BB" w:rsidRPr="000E5F23" w:rsidRDefault="00A441BB" w:rsidP="007A3040">
            <w:pPr>
              <w:pStyle w:val="TableParagraph"/>
              <w:ind w:left="107"/>
              <w:rPr>
                <w:sz w:val="24"/>
                <w:szCs w:val="24"/>
              </w:rPr>
            </w:pPr>
            <w:r w:rsidRPr="000E5F23">
              <w:rPr>
                <w:sz w:val="24"/>
                <w:szCs w:val="24"/>
              </w:rPr>
              <w:t>Susţinerea probei  scrise</w:t>
            </w:r>
          </w:p>
        </w:tc>
        <w:tc>
          <w:tcPr>
            <w:tcW w:w="3600" w:type="dxa"/>
            <w:vAlign w:val="center"/>
          </w:tcPr>
          <w:p w14:paraId="4079F481" w14:textId="5E7BE542" w:rsidR="00A441BB" w:rsidRPr="000E5F23" w:rsidRDefault="00A16299" w:rsidP="007A3040">
            <w:pPr>
              <w:pStyle w:val="TableParagraph"/>
              <w:ind w:left="205" w:right="197"/>
              <w:jc w:val="center"/>
              <w:rPr>
                <w:sz w:val="24"/>
                <w:szCs w:val="24"/>
              </w:rPr>
            </w:pPr>
            <w:r>
              <w:rPr>
                <w:sz w:val="24"/>
                <w:szCs w:val="24"/>
              </w:rPr>
              <w:t>13.11</w:t>
            </w:r>
            <w:r w:rsidR="0076433F" w:rsidRPr="000E5F23">
              <w:rPr>
                <w:sz w:val="24"/>
                <w:szCs w:val="24"/>
              </w:rPr>
              <w:t xml:space="preserve">.2026, ora </w:t>
            </w:r>
            <w:r>
              <w:rPr>
                <w:sz w:val="24"/>
                <w:szCs w:val="24"/>
              </w:rPr>
              <w:t>10</w:t>
            </w:r>
            <w:r w:rsidR="0076433F" w:rsidRPr="000E5F23">
              <w:rPr>
                <w:sz w:val="24"/>
                <w:szCs w:val="24"/>
              </w:rPr>
              <w:t>,00</w:t>
            </w:r>
          </w:p>
        </w:tc>
      </w:tr>
      <w:tr w:rsidR="00A441BB" w:rsidRPr="000E5F23" w14:paraId="1D8AA885" w14:textId="77777777" w:rsidTr="007A3040">
        <w:trPr>
          <w:trHeight w:val="323"/>
        </w:trPr>
        <w:tc>
          <w:tcPr>
            <w:tcW w:w="637" w:type="dxa"/>
          </w:tcPr>
          <w:p w14:paraId="72F864E5" w14:textId="77777777" w:rsidR="00A441BB" w:rsidRPr="000E5F23" w:rsidRDefault="00A441BB" w:rsidP="007A3040">
            <w:pPr>
              <w:pStyle w:val="TableParagraph"/>
              <w:rPr>
                <w:sz w:val="24"/>
                <w:szCs w:val="24"/>
              </w:rPr>
            </w:pPr>
            <w:r w:rsidRPr="000E5F23">
              <w:rPr>
                <w:sz w:val="24"/>
                <w:szCs w:val="24"/>
              </w:rPr>
              <w:t>8.</w:t>
            </w:r>
          </w:p>
        </w:tc>
        <w:tc>
          <w:tcPr>
            <w:tcW w:w="5633" w:type="dxa"/>
          </w:tcPr>
          <w:p w14:paraId="3E439489" w14:textId="77777777" w:rsidR="00A441BB" w:rsidRPr="000E5F23" w:rsidRDefault="00A441BB" w:rsidP="007A3040">
            <w:pPr>
              <w:pStyle w:val="TableParagraph"/>
              <w:ind w:left="108"/>
              <w:rPr>
                <w:sz w:val="24"/>
                <w:szCs w:val="24"/>
              </w:rPr>
            </w:pPr>
            <w:r w:rsidRPr="000E5F23">
              <w:rPr>
                <w:sz w:val="24"/>
                <w:szCs w:val="24"/>
              </w:rPr>
              <w:t>Afişarea</w:t>
            </w:r>
            <w:r w:rsidR="00142CD8" w:rsidRPr="000E5F23">
              <w:rPr>
                <w:sz w:val="24"/>
                <w:szCs w:val="24"/>
              </w:rPr>
              <w:t xml:space="preserve"> </w:t>
            </w:r>
            <w:r w:rsidRPr="000E5F23">
              <w:rPr>
                <w:sz w:val="24"/>
                <w:szCs w:val="24"/>
              </w:rPr>
              <w:t>rezultatului</w:t>
            </w:r>
            <w:r w:rsidR="00142CD8" w:rsidRPr="000E5F23">
              <w:rPr>
                <w:sz w:val="24"/>
                <w:szCs w:val="24"/>
              </w:rPr>
              <w:t xml:space="preserve"> </w:t>
            </w:r>
            <w:r w:rsidRPr="000E5F23">
              <w:rPr>
                <w:sz w:val="24"/>
                <w:szCs w:val="24"/>
              </w:rPr>
              <w:t>probei</w:t>
            </w:r>
            <w:r w:rsidR="00142CD8" w:rsidRPr="000E5F23">
              <w:rPr>
                <w:sz w:val="24"/>
                <w:szCs w:val="24"/>
              </w:rPr>
              <w:t xml:space="preserve"> </w:t>
            </w:r>
            <w:r w:rsidRPr="000E5F23">
              <w:rPr>
                <w:sz w:val="24"/>
                <w:szCs w:val="24"/>
              </w:rPr>
              <w:t>scrise</w:t>
            </w:r>
          </w:p>
        </w:tc>
        <w:tc>
          <w:tcPr>
            <w:tcW w:w="3600" w:type="dxa"/>
            <w:vAlign w:val="center"/>
          </w:tcPr>
          <w:p w14:paraId="41A6229D" w14:textId="08DFEDB6" w:rsidR="00A441BB" w:rsidRPr="000E5F23" w:rsidRDefault="00A16299" w:rsidP="007A3040">
            <w:pPr>
              <w:pStyle w:val="TableParagraph"/>
              <w:ind w:left="205" w:right="197"/>
              <w:jc w:val="center"/>
              <w:rPr>
                <w:sz w:val="24"/>
                <w:szCs w:val="24"/>
              </w:rPr>
            </w:pPr>
            <w:r>
              <w:rPr>
                <w:sz w:val="24"/>
                <w:szCs w:val="24"/>
              </w:rPr>
              <w:t>13.11</w:t>
            </w:r>
            <w:r w:rsidR="0076433F" w:rsidRPr="000E5F23">
              <w:rPr>
                <w:sz w:val="24"/>
                <w:szCs w:val="24"/>
              </w:rPr>
              <w:t>.2026, ora 1</w:t>
            </w:r>
            <w:r w:rsidR="000A74DE">
              <w:rPr>
                <w:sz w:val="24"/>
                <w:szCs w:val="24"/>
              </w:rPr>
              <w:t>3</w:t>
            </w:r>
            <w:r w:rsidR="0076433F" w:rsidRPr="000E5F23">
              <w:rPr>
                <w:sz w:val="24"/>
                <w:szCs w:val="24"/>
              </w:rPr>
              <w:t>,00</w:t>
            </w:r>
          </w:p>
        </w:tc>
      </w:tr>
      <w:tr w:rsidR="00A441BB" w:rsidRPr="000E5F23" w14:paraId="03D8E22C" w14:textId="77777777" w:rsidTr="007A3040">
        <w:trPr>
          <w:trHeight w:val="565"/>
        </w:trPr>
        <w:tc>
          <w:tcPr>
            <w:tcW w:w="637" w:type="dxa"/>
          </w:tcPr>
          <w:p w14:paraId="6B6FB4BB" w14:textId="77777777" w:rsidR="00A441BB" w:rsidRPr="000E5F23" w:rsidRDefault="00A441BB" w:rsidP="007A3040">
            <w:pPr>
              <w:pStyle w:val="TableParagraph"/>
              <w:rPr>
                <w:sz w:val="24"/>
                <w:szCs w:val="24"/>
              </w:rPr>
            </w:pPr>
            <w:r w:rsidRPr="000E5F23">
              <w:rPr>
                <w:sz w:val="24"/>
                <w:szCs w:val="24"/>
              </w:rPr>
              <w:t>9.</w:t>
            </w:r>
          </w:p>
        </w:tc>
        <w:tc>
          <w:tcPr>
            <w:tcW w:w="5633" w:type="dxa"/>
          </w:tcPr>
          <w:p w14:paraId="37754F8A" w14:textId="77777777" w:rsidR="00A441BB" w:rsidRPr="000E5F23" w:rsidRDefault="00A441BB" w:rsidP="007A3040">
            <w:pPr>
              <w:pStyle w:val="TableParagraph"/>
              <w:spacing w:line="270" w:lineRule="atLeast"/>
              <w:ind w:left="107" w:right="580"/>
              <w:rPr>
                <w:sz w:val="24"/>
                <w:szCs w:val="24"/>
              </w:rPr>
            </w:pPr>
            <w:r w:rsidRPr="000E5F23">
              <w:rPr>
                <w:sz w:val="24"/>
                <w:szCs w:val="24"/>
              </w:rPr>
              <w:t>Depunerea contestaţiilor privind rezultatele probei scrise</w:t>
            </w:r>
          </w:p>
        </w:tc>
        <w:tc>
          <w:tcPr>
            <w:tcW w:w="3600" w:type="dxa"/>
            <w:vAlign w:val="center"/>
          </w:tcPr>
          <w:p w14:paraId="2A79204D" w14:textId="0420CBB7" w:rsidR="00A441BB" w:rsidRPr="000E5F23" w:rsidRDefault="00A16299" w:rsidP="007A3040">
            <w:pPr>
              <w:pStyle w:val="TableParagraph"/>
              <w:ind w:left="205" w:right="197"/>
              <w:jc w:val="center"/>
              <w:rPr>
                <w:sz w:val="24"/>
                <w:szCs w:val="24"/>
              </w:rPr>
            </w:pPr>
            <w:r>
              <w:rPr>
                <w:sz w:val="24"/>
                <w:szCs w:val="24"/>
              </w:rPr>
              <w:t>13.11</w:t>
            </w:r>
            <w:r w:rsidR="0076433F" w:rsidRPr="000E5F23">
              <w:rPr>
                <w:sz w:val="24"/>
                <w:szCs w:val="24"/>
              </w:rPr>
              <w:t>.2026, ora 1</w:t>
            </w:r>
            <w:r>
              <w:rPr>
                <w:sz w:val="24"/>
                <w:szCs w:val="24"/>
              </w:rPr>
              <w:t>7</w:t>
            </w:r>
            <w:r w:rsidR="0076433F" w:rsidRPr="000E5F23">
              <w:rPr>
                <w:sz w:val="24"/>
                <w:szCs w:val="24"/>
              </w:rPr>
              <w:t>,00</w:t>
            </w:r>
          </w:p>
        </w:tc>
      </w:tr>
      <w:tr w:rsidR="00A441BB" w:rsidRPr="000E5F23" w14:paraId="56EF5ED5" w14:textId="77777777" w:rsidTr="00175610">
        <w:trPr>
          <w:trHeight w:val="287"/>
        </w:trPr>
        <w:tc>
          <w:tcPr>
            <w:tcW w:w="637" w:type="dxa"/>
          </w:tcPr>
          <w:p w14:paraId="32696E4E" w14:textId="77777777" w:rsidR="00A441BB" w:rsidRPr="000E5F23" w:rsidRDefault="00A441BB" w:rsidP="007A3040">
            <w:pPr>
              <w:pStyle w:val="TableParagraph"/>
              <w:rPr>
                <w:sz w:val="24"/>
                <w:szCs w:val="24"/>
              </w:rPr>
            </w:pPr>
            <w:r w:rsidRPr="000E5F23">
              <w:rPr>
                <w:sz w:val="24"/>
                <w:szCs w:val="24"/>
              </w:rPr>
              <w:t>10.</w:t>
            </w:r>
          </w:p>
        </w:tc>
        <w:tc>
          <w:tcPr>
            <w:tcW w:w="5633" w:type="dxa"/>
          </w:tcPr>
          <w:p w14:paraId="11B96248" w14:textId="77777777" w:rsidR="00A441BB" w:rsidRPr="000E5F23" w:rsidRDefault="00A441BB" w:rsidP="007A3040">
            <w:pPr>
              <w:pStyle w:val="TableParagraph"/>
              <w:ind w:left="108"/>
              <w:rPr>
                <w:sz w:val="24"/>
                <w:szCs w:val="24"/>
              </w:rPr>
            </w:pPr>
            <w:r w:rsidRPr="000E5F23">
              <w:rPr>
                <w:sz w:val="24"/>
                <w:szCs w:val="24"/>
              </w:rPr>
              <w:t>Afişarea</w:t>
            </w:r>
            <w:r w:rsidR="00D06DDA" w:rsidRPr="000E5F23">
              <w:rPr>
                <w:sz w:val="24"/>
                <w:szCs w:val="24"/>
              </w:rPr>
              <w:t xml:space="preserve"> </w:t>
            </w:r>
            <w:r w:rsidRPr="000E5F23">
              <w:rPr>
                <w:sz w:val="24"/>
                <w:szCs w:val="24"/>
              </w:rPr>
              <w:t>rezultatului</w:t>
            </w:r>
            <w:r w:rsidR="00D06DDA" w:rsidRPr="000E5F23">
              <w:rPr>
                <w:sz w:val="24"/>
                <w:szCs w:val="24"/>
              </w:rPr>
              <w:t xml:space="preserve"> </w:t>
            </w:r>
            <w:r w:rsidRPr="000E5F23">
              <w:rPr>
                <w:sz w:val="24"/>
                <w:szCs w:val="24"/>
              </w:rPr>
              <w:t>soluţionării</w:t>
            </w:r>
            <w:r w:rsidR="00D06DDA" w:rsidRPr="000E5F23">
              <w:rPr>
                <w:sz w:val="24"/>
                <w:szCs w:val="24"/>
              </w:rPr>
              <w:t xml:space="preserve"> </w:t>
            </w:r>
            <w:r w:rsidRPr="000E5F23">
              <w:rPr>
                <w:sz w:val="24"/>
                <w:szCs w:val="24"/>
              </w:rPr>
              <w:t>contestaţiilor</w:t>
            </w:r>
          </w:p>
        </w:tc>
        <w:tc>
          <w:tcPr>
            <w:tcW w:w="3600" w:type="dxa"/>
            <w:vAlign w:val="center"/>
          </w:tcPr>
          <w:p w14:paraId="0FFC23A0" w14:textId="329B3F15" w:rsidR="00A441BB" w:rsidRPr="000E5F23" w:rsidRDefault="00A16299" w:rsidP="007A3040">
            <w:pPr>
              <w:pStyle w:val="TableParagraph"/>
              <w:ind w:left="205" w:right="197"/>
              <w:jc w:val="center"/>
              <w:rPr>
                <w:sz w:val="24"/>
                <w:szCs w:val="24"/>
              </w:rPr>
            </w:pPr>
            <w:r>
              <w:rPr>
                <w:sz w:val="24"/>
                <w:szCs w:val="24"/>
              </w:rPr>
              <w:t>13.11</w:t>
            </w:r>
            <w:r w:rsidR="0076433F" w:rsidRPr="000E5F23">
              <w:rPr>
                <w:sz w:val="24"/>
                <w:szCs w:val="24"/>
              </w:rPr>
              <w:t>.2026, ora 1</w:t>
            </w:r>
            <w:r>
              <w:rPr>
                <w:sz w:val="24"/>
                <w:szCs w:val="24"/>
              </w:rPr>
              <w:t>8</w:t>
            </w:r>
            <w:r w:rsidR="0076433F" w:rsidRPr="000E5F23">
              <w:rPr>
                <w:sz w:val="24"/>
                <w:szCs w:val="24"/>
              </w:rPr>
              <w:t>,00</w:t>
            </w:r>
          </w:p>
        </w:tc>
      </w:tr>
      <w:tr w:rsidR="00A441BB" w:rsidRPr="000E5F23" w14:paraId="3D1E9F03" w14:textId="77777777" w:rsidTr="007A3040">
        <w:trPr>
          <w:trHeight w:val="152"/>
        </w:trPr>
        <w:tc>
          <w:tcPr>
            <w:tcW w:w="637" w:type="dxa"/>
          </w:tcPr>
          <w:p w14:paraId="3815E393" w14:textId="77777777" w:rsidR="00A441BB" w:rsidRPr="000E5F23" w:rsidRDefault="00A441BB" w:rsidP="007A3040">
            <w:pPr>
              <w:pStyle w:val="TableParagraph"/>
              <w:rPr>
                <w:sz w:val="24"/>
                <w:szCs w:val="24"/>
              </w:rPr>
            </w:pPr>
            <w:r w:rsidRPr="000E5F23">
              <w:rPr>
                <w:sz w:val="24"/>
                <w:szCs w:val="24"/>
              </w:rPr>
              <w:t>11.</w:t>
            </w:r>
          </w:p>
        </w:tc>
        <w:tc>
          <w:tcPr>
            <w:tcW w:w="5633" w:type="dxa"/>
          </w:tcPr>
          <w:p w14:paraId="3AC86235" w14:textId="77777777" w:rsidR="00A441BB" w:rsidRPr="000E5F23" w:rsidRDefault="00A441BB" w:rsidP="007A3040">
            <w:pPr>
              <w:pStyle w:val="TableParagraph"/>
              <w:ind w:left="108"/>
              <w:rPr>
                <w:sz w:val="24"/>
                <w:szCs w:val="24"/>
              </w:rPr>
            </w:pPr>
            <w:r w:rsidRPr="000E5F23">
              <w:rPr>
                <w:sz w:val="24"/>
                <w:szCs w:val="24"/>
              </w:rPr>
              <w:t>Susţinerea</w:t>
            </w:r>
            <w:r w:rsidR="0075136B" w:rsidRPr="000E5F23">
              <w:rPr>
                <w:sz w:val="24"/>
                <w:szCs w:val="24"/>
              </w:rPr>
              <w:t xml:space="preserve"> </w:t>
            </w:r>
            <w:r w:rsidRPr="000E5F23">
              <w:rPr>
                <w:sz w:val="24"/>
                <w:szCs w:val="24"/>
              </w:rPr>
              <w:t>interviului</w:t>
            </w:r>
          </w:p>
        </w:tc>
        <w:tc>
          <w:tcPr>
            <w:tcW w:w="3600" w:type="dxa"/>
            <w:vAlign w:val="center"/>
          </w:tcPr>
          <w:p w14:paraId="346C62FF" w14:textId="358E10CD" w:rsidR="00A441BB" w:rsidRPr="000E5F23" w:rsidRDefault="00A16299" w:rsidP="007A3040">
            <w:pPr>
              <w:pStyle w:val="TableParagraph"/>
              <w:ind w:left="205" w:right="197"/>
              <w:jc w:val="center"/>
              <w:rPr>
                <w:sz w:val="24"/>
                <w:szCs w:val="24"/>
              </w:rPr>
            </w:pPr>
            <w:r>
              <w:rPr>
                <w:sz w:val="24"/>
                <w:szCs w:val="24"/>
              </w:rPr>
              <w:t>16.11</w:t>
            </w:r>
            <w:r w:rsidR="0076433F" w:rsidRPr="000E5F23">
              <w:rPr>
                <w:sz w:val="24"/>
                <w:szCs w:val="24"/>
              </w:rPr>
              <w:t>.2026, ora 10,00</w:t>
            </w:r>
          </w:p>
        </w:tc>
      </w:tr>
      <w:tr w:rsidR="00A441BB" w:rsidRPr="000E5F23" w14:paraId="6313DAD7" w14:textId="77777777" w:rsidTr="00175610">
        <w:trPr>
          <w:trHeight w:val="413"/>
        </w:trPr>
        <w:tc>
          <w:tcPr>
            <w:tcW w:w="637" w:type="dxa"/>
          </w:tcPr>
          <w:p w14:paraId="5AC70FC7" w14:textId="77777777" w:rsidR="00A441BB" w:rsidRPr="000E5F23" w:rsidRDefault="00A441BB" w:rsidP="007A3040">
            <w:pPr>
              <w:pStyle w:val="TableParagraph"/>
              <w:rPr>
                <w:sz w:val="24"/>
                <w:szCs w:val="24"/>
              </w:rPr>
            </w:pPr>
            <w:r w:rsidRPr="000E5F23">
              <w:rPr>
                <w:sz w:val="24"/>
                <w:szCs w:val="24"/>
              </w:rPr>
              <w:t>12.</w:t>
            </w:r>
          </w:p>
        </w:tc>
        <w:tc>
          <w:tcPr>
            <w:tcW w:w="5633" w:type="dxa"/>
          </w:tcPr>
          <w:p w14:paraId="21B52F65" w14:textId="77777777" w:rsidR="00A441BB" w:rsidRPr="000E5F23" w:rsidRDefault="00A441BB" w:rsidP="007A3040">
            <w:pPr>
              <w:pStyle w:val="TableParagraph"/>
              <w:ind w:left="108"/>
              <w:rPr>
                <w:sz w:val="24"/>
                <w:szCs w:val="24"/>
              </w:rPr>
            </w:pPr>
            <w:r w:rsidRPr="000E5F23">
              <w:rPr>
                <w:sz w:val="24"/>
                <w:szCs w:val="24"/>
              </w:rPr>
              <w:t>Comunicarea</w:t>
            </w:r>
            <w:r w:rsidR="0075136B" w:rsidRPr="000E5F23">
              <w:rPr>
                <w:sz w:val="24"/>
                <w:szCs w:val="24"/>
              </w:rPr>
              <w:t xml:space="preserve">  </w:t>
            </w:r>
            <w:r w:rsidRPr="000E5F23">
              <w:rPr>
                <w:sz w:val="24"/>
                <w:szCs w:val="24"/>
              </w:rPr>
              <w:t>rezultatelor</w:t>
            </w:r>
            <w:r w:rsidR="0075136B" w:rsidRPr="000E5F23">
              <w:rPr>
                <w:sz w:val="24"/>
                <w:szCs w:val="24"/>
              </w:rPr>
              <w:t xml:space="preserve">  </w:t>
            </w:r>
            <w:r w:rsidRPr="000E5F23">
              <w:rPr>
                <w:sz w:val="24"/>
                <w:szCs w:val="24"/>
              </w:rPr>
              <w:t>după</w:t>
            </w:r>
            <w:r w:rsidR="0075136B" w:rsidRPr="000E5F23">
              <w:rPr>
                <w:sz w:val="24"/>
                <w:szCs w:val="24"/>
              </w:rPr>
              <w:t xml:space="preserve">  </w:t>
            </w:r>
            <w:r w:rsidRPr="000E5F23">
              <w:rPr>
                <w:sz w:val="24"/>
                <w:szCs w:val="24"/>
              </w:rPr>
              <w:t>susţinerea</w:t>
            </w:r>
            <w:r w:rsidR="0075136B" w:rsidRPr="000E5F23">
              <w:rPr>
                <w:sz w:val="24"/>
                <w:szCs w:val="24"/>
              </w:rPr>
              <w:t xml:space="preserve"> </w:t>
            </w:r>
            <w:r w:rsidRPr="000E5F23">
              <w:rPr>
                <w:sz w:val="24"/>
                <w:szCs w:val="24"/>
              </w:rPr>
              <w:t>interviului</w:t>
            </w:r>
          </w:p>
        </w:tc>
        <w:tc>
          <w:tcPr>
            <w:tcW w:w="3600" w:type="dxa"/>
            <w:vAlign w:val="center"/>
          </w:tcPr>
          <w:p w14:paraId="3EE7F0F6" w14:textId="169EF5C6" w:rsidR="00A441BB" w:rsidRPr="000E5F23" w:rsidRDefault="00A16299" w:rsidP="007A3040">
            <w:pPr>
              <w:pStyle w:val="TableParagraph"/>
              <w:ind w:left="205" w:right="197"/>
              <w:jc w:val="center"/>
              <w:rPr>
                <w:sz w:val="24"/>
                <w:szCs w:val="24"/>
              </w:rPr>
            </w:pPr>
            <w:r>
              <w:rPr>
                <w:sz w:val="24"/>
                <w:szCs w:val="24"/>
              </w:rPr>
              <w:t>16.11</w:t>
            </w:r>
            <w:r w:rsidR="0076433F" w:rsidRPr="000E5F23">
              <w:rPr>
                <w:sz w:val="24"/>
                <w:szCs w:val="24"/>
              </w:rPr>
              <w:t>.2026, ora 1</w:t>
            </w:r>
            <w:r>
              <w:rPr>
                <w:sz w:val="24"/>
                <w:szCs w:val="24"/>
              </w:rPr>
              <w:t>4</w:t>
            </w:r>
            <w:r w:rsidR="0076433F" w:rsidRPr="000E5F23">
              <w:rPr>
                <w:sz w:val="24"/>
                <w:szCs w:val="24"/>
              </w:rPr>
              <w:t>,00</w:t>
            </w:r>
          </w:p>
        </w:tc>
      </w:tr>
      <w:tr w:rsidR="00A441BB" w:rsidRPr="000E5F23" w14:paraId="390F9415" w14:textId="77777777" w:rsidTr="007A3040">
        <w:trPr>
          <w:trHeight w:val="278"/>
        </w:trPr>
        <w:tc>
          <w:tcPr>
            <w:tcW w:w="637" w:type="dxa"/>
          </w:tcPr>
          <w:p w14:paraId="0BBF6345" w14:textId="77777777" w:rsidR="00A441BB" w:rsidRPr="000E5F23" w:rsidRDefault="00A441BB" w:rsidP="007A3040">
            <w:pPr>
              <w:pStyle w:val="TableParagraph"/>
              <w:rPr>
                <w:sz w:val="24"/>
                <w:szCs w:val="24"/>
              </w:rPr>
            </w:pPr>
            <w:r w:rsidRPr="000E5F23">
              <w:rPr>
                <w:sz w:val="24"/>
                <w:szCs w:val="24"/>
              </w:rPr>
              <w:t>13.</w:t>
            </w:r>
          </w:p>
        </w:tc>
        <w:tc>
          <w:tcPr>
            <w:tcW w:w="5633" w:type="dxa"/>
          </w:tcPr>
          <w:p w14:paraId="484FF687" w14:textId="77777777" w:rsidR="00A441BB" w:rsidRPr="000E5F23" w:rsidRDefault="00A441BB" w:rsidP="007A3040">
            <w:pPr>
              <w:pStyle w:val="TableParagraph"/>
              <w:ind w:left="108"/>
              <w:rPr>
                <w:sz w:val="24"/>
                <w:szCs w:val="24"/>
              </w:rPr>
            </w:pPr>
            <w:r w:rsidRPr="000E5F23">
              <w:rPr>
                <w:sz w:val="24"/>
                <w:szCs w:val="24"/>
              </w:rPr>
              <w:t>Depunerea</w:t>
            </w:r>
            <w:r w:rsidR="0075136B" w:rsidRPr="000E5F23">
              <w:rPr>
                <w:sz w:val="24"/>
                <w:szCs w:val="24"/>
              </w:rPr>
              <w:t xml:space="preserve"> </w:t>
            </w:r>
            <w:r w:rsidRPr="000E5F23">
              <w:rPr>
                <w:sz w:val="24"/>
                <w:szCs w:val="24"/>
              </w:rPr>
              <w:t>contestaţiilor</w:t>
            </w:r>
            <w:r w:rsidR="0075136B" w:rsidRPr="000E5F23">
              <w:rPr>
                <w:sz w:val="24"/>
                <w:szCs w:val="24"/>
              </w:rPr>
              <w:t xml:space="preserve"> </w:t>
            </w:r>
            <w:r w:rsidRPr="000E5F23">
              <w:rPr>
                <w:sz w:val="24"/>
                <w:szCs w:val="24"/>
              </w:rPr>
              <w:t>privind</w:t>
            </w:r>
            <w:r w:rsidR="0075136B" w:rsidRPr="000E5F23">
              <w:rPr>
                <w:sz w:val="24"/>
                <w:szCs w:val="24"/>
              </w:rPr>
              <w:t xml:space="preserve"> </w:t>
            </w:r>
            <w:r w:rsidRPr="000E5F23">
              <w:rPr>
                <w:sz w:val="24"/>
                <w:szCs w:val="24"/>
              </w:rPr>
              <w:t>rezultatul</w:t>
            </w:r>
            <w:r w:rsidR="0075136B" w:rsidRPr="000E5F23">
              <w:rPr>
                <w:sz w:val="24"/>
                <w:szCs w:val="24"/>
              </w:rPr>
              <w:t xml:space="preserve"> </w:t>
            </w:r>
            <w:r w:rsidRPr="000E5F23">
              <w:rPr>
                <w:sz w:val="24"/>
                <w:szCs w:val="24"/>
              </w:rPr>
              <w:t>interviului</w:t>
            </w:r>
          </w:p>
        </w:tc>
        <w:tc>
          <w:tcPr>
            <w:tcW w:w="3600" w:type="dxa"/>
            <w:vAlign w:val="center"/>
          </w:tcPr>
          <w:p w14:paraId="3EB1762E" w14:textId="150512B1" w:rsidR="00A441BB" w:rsidRPr="000E5F23" w:rsidRDefault="00A16299" w:rsidP="007A3040">
            <w:pPr>
              <w:pStyle w:val="TableParagraph"/>
              <w:ind w:left="205" w:right="197"/>
              <w:jc w:val="center"/>
              <w:rPr>
                <w:sz w:val="24"/>
                <w:szCs w:val="24"/>
              </w:rPr>
            </w:pPr>
            <w:r>
              <w:rPr>
                <w:sz w:val="24"/>
                <w:szCs w:val="24"/>
              </w:rPr>
              <w:t>16.11</w:t>
            </w:r>
            <w:r w:rsidR="0076433F" w:rsidRPr="000E5F23">
              <w:rPr>
                <w:sz w:val="24"/>
                <w:szCs w:val="24"/>
              </w:rPr>
              <w:t>.2026, ora 1</w:t>
            </w:r>
            <w:r>
              <w:rPr>
                <w:sz w:val="24"/>
                <w:szCs w:val="24"/>
              </w:rPr>
              <w:t>8</w:t>
            </w:r>
            <w:r w:rsidR="0076433F" w:rsidRPr="000E5F23">
              <w:rPr>
                <w:sz w:val="24"/>
                <w:szCs w:val="24"/>
              </w:rPr>
              <w:t>,00</w:t>
            </w:r>
          </w:p>
        </w:tc>
      </w:tr>
      <w:tr w:rsidR="00A441BB" w:rsidRPr="000E5F23" w14:paraId="2130C81E" w14:textId="77777777" w:rsidTr="007A3040">
        <w:trPr>
          <w:trHeight w:val="377"/>
        </w:trPr>
        <w:tc>
          <w:tcPr>
            <w:tcW w:w="637" w:type="dxa"/>
          </w:tcPr>
          <w:p w14:paraId="25B0CD83" w14:textId="77777777" w:rsidR="00A441BB" w:rsidRPr="000E5F23" w:rsidRDefault="00A441BB" w:rsidP="007A3040">
            <w:pPr>
              <w:pStyle w:val="TableParagraph"/>
              <w:rPr>
                <w:sz w:val="24"/>
                <w:szCs w:val="24"/>
              </w:rPr>
            </w:pPr>
            <w:r w:rsidRPr="000E5F23">
              <w:rPr>
                <w:sz w:val="24"/>
                <w:szCs w:val="24"/>
              </w:rPr>
              <w:t>14.</w:t>
            </w:r>
          </w:p>
        </w:tc>
        <w:tc>
          <w:tcPr>
            <w:tcW w:w="5633" w:type="dxa"/>
          </w:tcPr>
          <w:p w14:paraId="0AC8D2F1" w14:textId="77777777" w:rsidR="00A441BB" w:rsidRPr="000E5F23" w:rsidRDefault="00A441BB" w:rsidP="007A3040">
            <w:pPr>
              <w:pStyle w:val="TableParagraph"/>
              <w:ind w:left="108"/>
              <w:rPr>
                <w:sz w:val="24"/>
                <w:szCs w:val="24"/>
              </w:rPr>
            </w:pPr>
            <w:r w:rsidRPr="000E5F23">
              <w:rPr>
                <w:sz w:val="24"/>
                <w:szCs w:val="24"/>
              </w:rPr>
              <w:t>Afişarea</w:t>
            </w:r>
            <w:r w:rsidR="00FD28C8" w:rsidRPr="000E5F23">
              <w:rPr>
                <w:sz w:val="24"/>
                <w:szCs w:val="24"/>
              </w:rPr>
              <w:t xml:space="preserve"> </w:t>
            </w:r>
            <w:r w:rsidRPr="000E5F23">
              <w:rPr>
                <w:sz w:val="24"/>
                <w:szCs w:val="24"/>
              </w:rPr>
              <w:t>rezultatului</w:t>
            </w:r>
            <w:r w:rsidR="00FD28C8" w:rsidRPr="000E5F23">
              <w:rPr>
                <w:sz w:val="24"/>
                <w:szCs w:val="24"/>
              </w:rPr>
              <w:t xml:space="preserve"> </w:t>
            </w:r>
            <w:r w:rsidRPr="000E5F23">
              <w:rPr>
                <w:sz w:val="24"/>
                <w:szCs w:val="24"/>
              </w:rPr>
              <w:t>soluţionării</w:t>
            </w:r>
            <w:r w:rsidR="00FD28C8" w:rsidRPr="000E5F23">
              <w:rPr>
                <w:sz w:val="24"/>
                <w:szCs w:val="24"/>
              </w:rPr>
              <w:t xml:space="preserve"> </w:t>
            </w:r>
            <w:r w:rsidRPr="000E5F23">
              <w:rPr>
                <w:sz w:val="24"/>
                <w:szCs w:val="24"/>
              </w:rPr>
              <w:t>contestaţiilor</w:t>
            </w:r>
          </w:p>
        </w:tc>
        <w:tc>
          <w:tcPr>
            <w:tcW w:w="3600" w:type="dxa"/>
            <w:vAlign w:val="center"/>
          </w:tcPr>
          <w:p w14:paraId="55510B71" w14:textId="141E41B4" w:rsidR="00A441BB" w:rsidRPr="000E5F23" w:rsidRDefault="0076433F" w:rsidP="007A3040">
            <w:pPr>
              <w:pStyle w:val="TableParagraph"/>
              <w:ind w:left="205" w:right="197"/>
              <w:jc w:val="center"/>
              <w:rPr>
                <w:sz w:val="24"/>
                <w:szCs w:val="24"/>
              </w:rPr>
            </w:pPr>
            <w:r w:rsidRPr="000E5F23">
              <w:rPr>
                <w:sz w:val="24"/>
                <w:szCs w:val="24"/>
              </w:rPr>
              <w:t>1</w:t>
            </w:r>
            <w:r w:rsidR="000A74DE">
              <w:rPr>
                <w:sz w:val="24"/>
                <w:szCs w:val="24"/>
              </w:rPr>
              <w:t>7.11</w:t>
            </w:r>
            <w:r w:rsidRPr="000E5F23">
              <w:rPr>
                <w:sz w:val="24"/>
                <w:szCs w:val="24"/>
              </w:rPr>
              <w:t>.2026, ora 1</w:t>
            </w:r>
            <w:r w:rsidR="000A74DE">
              <w:rPr>
                <w:sz w:val="24"/>
                <w:szCs w:val="24"/>
              </w:rPr>
              <w:t>1</w:t>
            </w:r>
            <w:r w:rsidRPr="000E5F23">
              <w:rPr>
                <w:sz w:val="24"/>
                <w:szCs w:val="24"/>
              </w:rPr>
              <w:t>,00</w:t>
            </w:r>
          </w:p>
        </w:tc>
      </w:tr>
      <w:tr w:rsidR="00A441BB" w:rsidRPr="000E5F23" w14:paraId="3BF6C1F2" w14:textId="77777777" w:rsidTr="007A3040">
        <w:trPr>
          <w:trHeight w:val="332"/>
        </w:trPr>
        <w:tc>
          <w:tcPr>
            <w:tcW w:w="637" w:type="dxa"/>
          </w:tcPr>
          <w:p w14:paraId="6779E71C" w14:textId="77777777" w:rsidR="00A441BB" w:rsidRPr="000E5F23" w:rsidRDefault="00A441BB" w:rsidP="007A3040">
            <w:pPr>
              <w:pStyle w:val="TableParagraph"/>
              <w:rPr>
                <w:sz w:val="24"/>
                <w:szCs w:val="24"/>
              </w:rPr>
            </w:pPr>
            <w:r w:rsidRPr="000E5F23">
              <w:rPr>
                <w:sz w:val="24"/>
                <w:szCs w:val="24"/>
              </w:rPr>
              <w:t>15.</w:t>
            </w:r>
          </w:p>
        </w:tc>
        <w:tc>
          <w:tcPr>
            <w:tcW w:w="5633" w:type="dxa"/>
          </w:tcPr>
          <w:p w14:paraId="4AA41090" w14:textId="77777777" w:rsidR="00A441BB" w:rsidRPr="000E5F23" w:rsidRDefault="00A441BB" w:rsidP="007A3040">
            <w:pPr>
              <w:pStyle w:val="TableParagraph"/>
              <w:ind w:left="108"/>
              <w:rPr>
                <w:sz w:val="24"/>
                <w:szCs w:val="24"/>
              </w:rPr>
            </w:pPr>
            <w:r w:rsidRPr="000E5F23">
              <w:rPr>
                <w:sz w:val="24"/>
                <w:szCs w:val="24"/>
              </w:rPr>
              <w:t>Afişarea</w:t>
            </w:r>
            <w:r w:rsidR="00FD28C8" w:rsidRPr="000E5F23">
              <w:rPr>
                <w:sz w:val="24"/>
                <w:szCs w:val="24"/>
              </w:rPr>
              <w:t xml:space="preserve"> </w:t>
            </w:r>
            <w:r w:rsidRPr="000E5F23">
              <w:rPr>
                <w:sz w:val="24"/>
                <w:szCs w:val="24"/>
              </w:rPr>
              <w:t>rezultatului</w:t>
            </w:r>
            <w:r w:rsidR="00FD28C8" w:rsidRPr="000E5F23">
              <w:rPr>
                <w:sz w:val="24"/>
                <w:szCs w:val="24"/>
              </w:rPr>
              <w:t xml:space="preserve"> </w:t>
            </w:r>
            <w:r w:rsidRPr="000E5F23">
              <w:rPr>
                <w:sz w:val="24"/>
                <w:szCs w:val="24"/>
              </w:rPr>
              <w:t>final</w:t>
            </w:r>
            <w:r w:rsidR="00FD28C8" w:rsidRPr="000E5F23">
              <w:rPr>
                <w:sz w:val="24"/>
                <w:szCs w:val="24"/>
              </w:rPr>
              <w:t xml:space="preserve"> </w:t>
            </w:r>
            <w:r w:rsidRPr="000E5F23">
              <w:rPr>
                <w:sz w:val="24"/>
                <w:szCs w:val="24"/>
              </w:rPr>
              <w:t>al</w:t>
            </w:r>
            <w:r w:rsidR="00FD28C8" w:rsidRPr="000E5F23">
              <w:rPr>
                <w:sz w:val="24"/>
                <w:szCs w:val="24"/>
              </w:rPr>
              <w:t xml:space="preserve">  </w:t>
            </w:r>
            <w:r w:rsidRPr="000E5F23">
              <w:rPr>
                <w:sz w:val="24"/>
                <w:szCs w:val="24"/>
              </w:rPr>
              <w:t>concursului</w:t>
            </w:r>
          </w:p>
        </w:tc>
        <w:tc>
          <w:tcPr>
            <w:tcW w:w="3600" w:type="dxa"/>
            <w:vAlign w:val="center"/>
          </w:tcPr>
          <w:p w14:paraId="131C33AA" w14:textId="78F5E9AB" w:rsidR="00A441BB" w:rsidRPr="000E5F23" w:rsidRDefault="000A74DE" w:rsidP="007A3040">
            <w:pPr>
              <w:pStyle w:val="TableParagraph"/>
              <w:ind w:left="205" w:right="197"/>
              <w:jc w:val="center"/>
              <w:rPr>
                <w:sz w:val="24"/>
                <w:szCs w:val="24"/>
              </w:rPr>
            </w:pPr>
            <w:r>
              <w:rPr>
                <w:sz w:val="24"/>
                <w:szCs w:val="24"/>
              </w:rPr>
              <w:t>17</w:t>
            </w:r>
            <w:r w:rsidR="0076433F" w:rsidRPr="000E5F23">
              <w:rPr>
                <w:sz w:val="24"/>
                <w:szCs w:val="24"/>
              </w:rPr>
              <w:t>.</w:t>
            </w:r>
            <w:r>
              <w:rPr>
                <w:sz w:val="24"/>
                <w:szCs w:val="24"/>
              </w:rPr>
              <w:t>11</w:t>
            </w:r>
            <w:r w:rsidR="0076433F" w:rsidRPr="000E5F23">
              <w:rPr>
                <w:sz w:val="24"/>
                <w:szCs w:val="24"/>
              </w:rPr>
              <w:t>.2026, ora 1</w:t>
            </w:r>
            <w:r>
              <w:rPr>
                <w:sz w:val="24"/>
                <w:szCs w:val="24"/>
              </w:rPr>
              <w:t>1</w:t>
            </w:r>
            <w:r w:rsidR="0076433F" w:rsidRPr="000E5F23">
              <w:rPr>
                <w:sz w:val="24"/>
                <w:szCs w:val="24"/>
              </w:rPr>
              <w:t>,00</w:t>
            </w:r>
          </w:p>
        </w:tc>
      </w:tr>
    </w:tbl>
    <w:p w14:paraId="047B3BCE" w14:textId="77777777" w:rsidR="006101DC" w:rsidRPr="000E5F23" w:rsidRDefault="006101DC" w:rsidP="007A3040">
      <w:pPr>
        <w:pStyle w:val="Titlu2"/>
        <w:spacing w:before="0"/>
        <w:rPr>
          <w:rFonts w:ascii="Times New Roman" w:hAnsi="Times New Roman" w:cs="Times New Roman"/>
          <w:sz w:val="24"/>
          <w:szCs w:val="24"/>
        </w:rPr>
      </w:pPr>
      <w:r w:rsidRPr="000E5F23">
        <w:rPr>
          <w:rFonts w:ascii="Times New Roman" w:hAnsi="Times New Roman" w:cs="Times New Roman"/>
          <w:sz w:val="24"/>
          <w:szCs w:val="24"/>
        </w:rPr>
        <w:t xml:space="preserve">Tematica necesară în vederea susținerii concursului: </w:t>
      </w:r>
    </w:p>
    <w:p w14:paraId="06B20DFA" w14:textId="77777777" w:rsidR="006101DC" w:rsidRPr="000E5F23" w:rsidRDefault="006101DC" w:rsidP="006101DC">
      <w:pPr>
        <w:pStyle w:val="Titlu2"/>
        <w:spacing w:before="0" w:line="240" w:lineRule="auto"/>
        <w:rPr>
          <w:rFonts w:ascii="Times New Roman" w:hAnsi="Times New Roman" w:cs="Times New Roman"/>
          <w:b w:val="0"/>
          <w:color w:val="auto"/>
          <w:sz w:val="24"/>
          <w:szCs w:val="24"/>
        </w:rPr>
      </w:pPr>
      <w:r w:rsidRPr="000E5F23">
        <w:rPr>
          <w:rFonts w:ascii="Times New Roman" w:hAnsi="Times New Roman" w:cs="Times New Roman"/>
          <w:b w:val="0"/>
          <w:color w:val="auto"/>
          <w:sz w:val="24"/>
          <w:szCs w:val="24"/>
        </w:rPr>
        <w:t xml:space="preserve">1. Noțiuni fundamentale de igienă; </w:t>
      </w:r>
    </w:p>
    <w:p w14:paraId="77CEF5E0" w14:textId="77777777" w:rsidR="006101DC" w:rsidRPr="000E5F23" w:rsidRDefault="006101DC" w:rsidP="006101DC">
      <w:pPr>
        <w:pStyle w:val="Titlu2"/>
        <w:spacing w:before="0" w:line="240" w:lineRule="auto"/>
        <w:rPr>
          <w:rFonts w:ascii="Times New Roman" w:hAnsi="Times New Roman" w:cs="Times New Roman"/>
          <w:b w:val="0"/>
          <w:color w:val="auto"/>
          <w:sz w:val="24"/>
          <w:szCs w:val="24"/>
        </w:rPr>
      </w:pPr>
      <w:r w:rsidRPr="000E5F23">
        <w:rPr>
          <w:rFonts w:ascii="Times New Roman" w:hAnsi="Times New Roman" w:cs="Times New Roman"/>
          <w:b w:val="0"/>
          <w:color w:val="auto"/>
          <w:sz w:val="24"/>
          <w:szCs w:val="24"/>
        </w:rPr>
        <w:t xml:space="preserve">2. Reguli de efectuare a curățeniei în instituțiile de învățământ; </w:t>
      </w:r>
    </w:p>
    <w:p w14:paraId="59BB8C35" w14:textId="77777777" w:rsidR="006101DC" w:rsidRPr="000E5F23" w:rsidRDefault="006101DC" w:rsidP="006101DC">
      <w:pPr>
        <w:pStyle w:val="Titlu2"/>
        <w:spacing w:before="0" w:line="240" w:lineRule="auto"/>
        <w:rPr>
          <w:rFonts w:ascii="Times New Roman" w:hAnsi="Times New Roman" w:cs="Times New Roman"/>
          <w:b w:val="0"/>
          <w:color w:val="auto"/>
          <w:sz w:val="24"/>
          <w:szCs w:val="24"/>
        </w:rPr>
      </w:pPr>
      <w:r w:rsidRPr="000E5F23">
        <w:rPr>
          <w:rFonts w:ascii="Times New Roman" w:hAnsi="Times New Roman" w:cs="Times New Roman"/>
          <w:b w:val="0"/>
          <w:color w:val="auto"/>
          <w:sz w:val="24"/>
          <w:szCs w:val="24"/>
        </w:rPr>
        <w:t xml:space="preserve">3. Metode de dezinsecție și dezinfecție; </w:t>
      </w:r>
    </w:p>
    <w:p w14:paraId="0AFEB495" w14:textId="77777777" w:rsidR="006101DC" w:rsidRPr="000E5F23" w:rsidRDefault="006101DC" w:rsidP="006101DC">
      <w:pPr>
        <w:pStyle w:val="Titlu2"/>
        <w:spacing w:before="0" w:line="240" w:lineRule="auto"/>
        <w:rPr>
          <w:rFonts w:ascii="Times New Roman" w:hAnsi="Times New Roman" w:cs="Times New Roman"/>
          <w:b w:val="0"/>
          <w:color w:val="auto"/>
          <w:sz w:val="24"/>
          <w:szCs w:val="24"/>
        </w:rPr>
      </w:pPr>
      <w:r w:rsidRPr="000E5F23">
        <w:rPr>
          <w:rFonts w:ascii="Times New Roman" w:hAnsi="Times New Roman" w:cs="Times New Roman"/>
          <w:b w:val="0"/>
          <w:color w:val="auto"/>
          <w:sz w:val="24"/>
          <w:szCs w:val="24"/>
        </w:rPr>
        <w:t xml:space="preserve">4. Securitate și sănătate în muncă și P.S.I.; </w:t>
      </w:r>
    </w:p>
    <w:p w14:paraId="68627E1C" w14:textId="77777777" w:rsidR="006101DC" w:rsidRPr="000E5F23" w:rsidRDefault="006101DC" w:rsidP="006101DC">
      <w:pPr>
        <w:pStyle w:val="Titlu2"/>
        <w:spacing w:before="0" w:line="240" w:lineRule="auto"/>
        <w:rPr>
          <w:rFonts w:ascii="Times New Roman" w:hAnsi="Times New Roman" w:cs="Times New Roman"/>
          <w:b w:val="0"/>
          <w:color w:val="auto"/>
          <w:sz w:val="24"/>
          <w:szCs w:val="24"/>
        </w:rPr>
      </w:pPr>
      <w:r w:rsidRPr="000E5F23">
        <w:rPr>
          <w:rFonts w:ascii="Times New Roman" w:hAnsi="Times New Roman" w:cs="Times New Roman"/>
          <w:b w:val="0"/>
          <w:color w:val="auto"/>
          <w:sz w:val="24"/>
          <w:szCs w:val="24"/>
        </w:rPr>
        <w:t>5. Răspunderea disciplinară;</w:t>
      </w:r>
    </w:p>
    <w:p w14:paraId="258CEB0A" w14:textId="77777777" w:rsidR="006101DC" w:rsidRPr="000E5F23" w:rsidRDefault="006101DC" w:rsidP="006101DC">
      <w:pPr>
        <w:pStyle w:val="Titlu2"/>
        <w:spacing w:before="0" w:line="240" w:lineRule="auto"/>
        <w:rPr>
          <w:rFonts w:ascii="Times New Roman" w:hAnsi="Times New Roman" w:cs="Times New Roman"/>
          <w:b w:val="0"/>
          <w:color w:val="auto"/>
          <w:sz w:val="24"/>
          <w:szCs w:val="24"/>
        </w:rPr>
      </w:pPr>
      <w:r w:rsidRPr="000E5F23">
        <w:rPr>
          <w:rFonts w:ascii="Times New Roman" w:hAnsi="Times New Roman" w:cs="Times New Roman"/>
          <w:b w:val="0"/>
          <w:color w:val="auto"/>
          <w:sz w:val="24"/>
          <w:szCs w:val="24"/>
        </w:rPr>
        <w:t xml:space="preserve"> 6. Codul de conduită a personalului contractual. </w:t>
      </w:r>
    </w:p>
    <w:p w14:paraId="2A21A392" w14:textId="77777777" w:rsidR="00EA209D" w:rsidRPr="000E5F23" w:rsidRDefault="00A87C69">
      <w:pPr>
        <w:pStyle w:val="Titlu2"/>
        <w:rPr>
          <w:rFonts w:ascii="Times New Roman" w:hAnsi="Times New Roman" w:cs="Times New Roman"/>
          <w:sz w:val="24"/>
          <w:szCs w:val="24"/>
        </w:rPr>
      </w:pPr>
      <w:r w:rsidRPr="000E5F23">
        <w:rPr>
          <w:rFonts w:ascii="Times New Roman" w:hAnsi="Times New Roman" w:cs="Times New Roman"/>
          <w:sz w:val="24"/>
          <w:szCs w:val="24"/>
        </w:rPr>
        <w:t>Bibliografie:</w:t>
      </w:r>
    </w:p>
    <w:p w14:paraId="678CCFB5" w14:textId="77777777" w:rsidR="006101DC" w:rsidRPr="000E5F23" w:rsidRDefault="006101DC" w:rsidP="007A3040">
      <w:pPr>
        <w:pStyle w:val="Listparagraf"/>
        <w:numPr>
          <w:ilvl w:val="0"/>
          <w:numId w:val="18"/>
        </w:num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t xml:space="preserve">Legea nr. 319/2006 privind securitatea și sănătatea în muncă, cu completările și modificările ulterioare: </w:t>
      </w:r>
    </w:p>
    <w:p w14:paraId="20095163" w14:textId="77777777" w:rsidR="006101DC" w:rsidRPr="000E5F23" w:rsidRDefault="006101DC" w:rsidP="007A3040">
      <w:pPr>
        <w:pStyle w:val="Listparagraf"/>
        <w:numPr>
          <w:ilvl w:val="0"/>
          <w:numId w:val="21"/>
        </w:num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t>IV Obligațiile lucrătorilor,</w:t>
      </w:r>
    </w:p>
    <w:p w14:paraId="2083F565" w14:textId="77777777" w:rsidR="006101DC" w:rsidRPr="000E5F23" w:rsidRDefault="006101DC" w:rsidP="007A3040">
      <w:pPr>
        <w:pStyle w:val="Listparagraf"/>
        <w:numPr>
          <w:ilvl w:val="0"/>
          <w:numId w:val="21"/>
        </w:num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t>V Supravegherea sănătății,</w:t>
      </w:r>
    </w:p>
    <w:p w14:paraId="0169E08A" w14:textId="77777777" w:rsidR="006101DC" w:rsidRPr="000E5F23" w:rsidRDefault="006101DC" w:rsidP="007A3040">
      <w:pPr>
        <w:pStyle w:val="Listparagraf"/>
        <w:numPr>
          <w:ilvl w:val="0"/>
          <w:numId w:val="21"/>
        </w:num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t>VI Comunicarea, cercetarea, înregistrarea și raportarea evenimentelor,</w:t>
      </w:r>
    </w:p>
    <w:p w14:paraId="55D7AE20" w14:textId="77777777" w:rsidR="006101DC" w:rsidRPr="000E5F23" w:rsidRDefault="006101DC" w:rsidP="007A3040">
      <w:pPr>
        <w:pStyle w:val="Listparagraf"/>
        <w:numPr>
          <w:ilvl w:val="0"/>
          <w:numId w:val="18"/>
        </w:num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t>Hotărârea de Guvern 1425/2006 pentru aprobarea Normelor metodologice de aplicare a prevederilor Legii securității și sănătății în muncă nr. 319/2006;</w:t>
      </w:r>
    </w:p>
    <w:p w14:paraId="4E3FF0F8" w14:textId="77777777" w:rsidR="006101DC" w:rsidRPr="000E5F23" w:rsidRDefault="006101DC" w:rsidP="007A3040">
      <w:pPr>
        <w:pStyle w:val="Listparagraf"/>
        <w:numPr>
          <w:ilvl w:val="0"/>
          <w:numId w:val="18"/>
        </w:num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t xml:space="preserve">Ordinul nr. 1456/2020 pentru aprobarea Normelor de igienă din unităţile pentru ocrotirea, educarea, instruirea, odihna şi recreerea copiilor şi tinerilor; </w:t>
      </w:r>
    </w:p>
    <w:p w14:paraId="060C3C41" w14:textId="77777777" w:rsidR="001B19AD" w:rsidRPr="000E5F23" w:rsidRDefault="006101DC" w:rsidP="007A3040">
      <w:pPr>
        <w:pStyle w:val="Listparagraf"/>
        <w:numPr>
          <w:ilvl w:val="0"/>
          <w:numId w:val="18"/>
        </w:num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t xml:space="preserve"> Legea nr. 477/2004 privind Codul de conduită a personalului contractual din autorităţile şi instituţiile publice, cu completările și modificările ulterioare:  </w:t>
      </w:r>
    </w:p>
    <w:p w14:paraId="1E703B25" w14:textId="77777777" w:rsidR="006101DC" w:rsidRPr="000E5F23" w:rsidRDefault="006101DC" w:rsidP="007A3040">
      <w:pPr>
        <w:pStyle w:val="Listparagraf"/>
        <w:numPr>
          <w:ilvl w:val="0"/>
          <w:numId w:val="22"/>
        </w:num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t>II Norme generale de conduită profesională a personalului contractual;</w:t>
      </w:r>
    </w:p>
    <w:p w14:paraId="5299B064" w14:textId="77777777" w:rsidR="006101DC" w:rsidRPr="000E5F23" w:rsidRDefault="006101DC" w:rsidP="007A3040">
      <w:pPr>
        <w:pStyle w:val="Listparagraf"/>
        <w:numPr>
          <w:ilvl w:val="0"/>
          <w:numId w:val="18"/>
        </w:num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t>Legea 53/2003 Codul Muncii cu completările și modificările ulterioare:  Titlul II, cap. II Executarea contractului individual de muncă;</w:t>
      </w:r>
    </w:p>
    <w:p w14:paraId="6D10BDC6" w14:textId="77777777" w:rsidR="006101DC" w:rsidRPr="000E5F23" w:rsidRDefault="006101DC" w:rsidP="007A3040">
      <w:pPr>
        <w:pStyle w:val="Listparagraf"/>
        <w:numPr>
          <w:ilvl w:val="0"/>
          <w:numId w:val="22"/>
        </w:num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t>Titlul V Sănătatea și securitatea în muncă;</w:t>
      </w:r>
    </w:p>
    <w:p w14:paraId="364D3FC7" w14:textId="77777777" w:rsidR="006101DC" w:rsidRPr="000E5F23" w:rsidRDefault="006101DC" w:rsidP="007A3040">
      <w:pPr>
        <w:pStyle w:val="Listparagraf"/>
        <w:numPr>
          <w:ilvl w:val="0"/>
          <w:numId w:val="22"/>
        </w:num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t>Titlul XI, cap. II Răspunderea disciplinară;</w:t>
      </w:r>
    </w:p>
    <w:p w14:paraId="4C949008" w14:textId="77777777" w:rsidR="006101DC" w:rsidRPr="000E5F23" w:rsidRDefault="006101DC" w:rsidP="007A3040">
      <w:pPr>
        <w:pStyle w:val="Listparagraf"/>
        <w:numPr>
          <w:ilvl w:val="0"/>
          <w:numId w:val="22"/>
        </w:num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lastRenderedPageBreak/>
        <w:t>Titlul XI, cap. III Răspunderea patrimonială.</w:t>
      </w:r>
    </w:p>
    <w:p w14:paraId="7A665B78" w14:textId="77777777" w:rsidR="006101DC" w:rsidRPr="000E5F23" w:rsidRDefault="006101DC" w:rsidP="007A3040">
      <w:pPr>
        <w:pStyle w:val="Listparagraf"/>
        <w:numPr>
          <w:ilvl w:val="0"/>
          <w:numId w:val="18"/>
        </w:num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t xml:space="preserve">  Legea 272/2004 privind protecția și promovarea drepturilor copilului, cu completările și modificările ulterioare:  </w:t>
      </w:r>
    </w:p>
    <w:p w14:paraId="43CFFF42" w14:textId="77777777" w:rsidR="006101DC" w:rsidRPr="000E5F23" w:rsidRDefault="006101DC" w:rsidP="007A3040">
      <w:pPr>
        <w:pStyle w:val="Listparagraf"/>
        <w:numPr>
          <w:ilvl w:val="0"/>
          <w:numId w:val="23"/>
        </w:numPr>
        <w:spacing w:after="0" w:line="240" w:lineRule="auto"/>
        <w:jc w:val="both"/>
        <w:rPr>
          <w:rFonts w:ascii="Times New Roman" w:hAnsi="Times New Roman" w:cs="Times New Roman"/>
          <w:sz w:val="24"/>
          <w:szCs w:val="24"/>
        </w:rPr>
      </w:pPr>
      <w:r w:rsidRPr="000E5F23">
        <w:rPr>
          <w:rFonts w:ascii="Times New Roman" w:hAnsi="Times New Roman" w:cs="Times New Roman"/>
          <w:sz w:val="24"/>
          <w:szCs w:val="24"/>
        </w:rPr>
        <w:t xml:space="preserve">VI Protecția copilului împotriva abuzului, neglijării, exploatării și </w:t>
      </w:r>
      <w:proofErr w:type="gramStart"/>
      <w:r w:rsidRPr="000E5F23">
        <w:rPr>
          <w:rFonts w:ascii="Times New Roman" w:hAnsi="Times New Roman" w:cs="Times New Roman"/>
          <w:sz w:val="24"/>
          <w:szCs w:val="24"/>
        </w:rPr>
        <w:t>a</w:t>
      </w:r>
      <w:proofErr w:type="gramEnd"/>
      <w:r w:rsidRPr="000E5F23">
        <w:rPr>
          <w:rFonts w:ascii="Times New Roman" w:hAnsi="Times New Roman" w:cs="Times New Roman"/>
          <w:sz w:val="24"/>
          <w:szCs w:val="24"/>
        </w:rPr>
        <w:t xml:space="preserve"> oricărei forme de violență, art. 89, 95, 96; </w:t>
      </w:r>
    </w:p>
    <w:p w14:paraId="1D8059C6" w14:textId="77777777" w:rsidR="009C2654" w:rsidRPr="004D56BC" w:rsidRDefault="006101DC" w:rsidP="007A3040">
      <w:pPr>
        <w:pStyle w:val="Listparagraf"/>
        <w:numPr>
          <w:ilvl w:val="0"/>
          <w:numId w:val="18"/>
        </w:numPr>
        <w:spacing w:after="0" w:line="240" w:lineRule="auto"/>
        <w:jc w:val="both"/>
        <w:rPr>
          <w:rFonts w:ascii="Times New Roman" w:hAnsi="Times New Roman" w:cs="Times New Roman"/>
          <w:b/>
          <w:sz w:val="24"/>
          <w:szCs w:val="24"/>
        </w:rPr>
      </w:pPr>
      <w:r w:rsidRPr="000E5F23">
        <w:rPr>
          <w:rFonts w:ascii="Times New Roman" w:hAnsi="Times New Roman" w:cs="Times New Roman"/>
          <w:sz w:val="24"/>
          <w:szCs w:val="24"/>
        </w:rPr>
        <w:t xml:space="preserve">Atribuțiile din fișa postului de îngrijitor. </w:t>
      </w:r>
    </w:p>
    <w:p w14:paraId="34A4C774" w14:textId="77777777" w:rsidR="004D56BC" w:rsidRPr="004D56BC" w:rsidRDefault="004D56BC" w:rsidP="004D56BC">
      <w:pPr>
        <w:pStyle w:val="Listparagraf"/>
        <w:spacing w:after="0" w:line="240" w:lineRule="auto"/>
        <w:jc w:val="both"/>
        <w:rPr>
          <w:rFonts w:ascii="Times New Roman" w:hAnsi="Times New Roman" w:cs="Times New Roman"/>
          <w:b/>
          <w:sz w:val="24"/>
          <w:szCs w:val="24"/>
        </w:rPr>
      </w:pPr>
    </w:p>
    <w:p w14:paraId="4B006397" w14:textId="77777777" w:rsidR="004D56BC" w:rsidRDefault="004D56BC" w:rsidP="004D56BC">
      <w:pPr>
        <w:pStyle w:val="Listparagraf"/>
        <w:spacing w:after="0" w:line="240" w:lineRule="auto"/>
        <w:jc w:val="both"/>
        <w:rPr>
          <w:rFonts w:ascii="Times New Roman" w:hAnsi="Times New Roman" w:cs="Times New Roman"/>
          <w:sz w:val="24"/>
          <w:szCs w:val="24"/>
        </w:rPr>
      </w:pPr>
    </w:p>
    <w:p w14:paraId="450CE584" w14:textId="77777777" w:rsidR="004D56BC" w:rsidRDefault="004D56BC" w:rsidP="004D56BC">
      <w:pPr>
        <w:pStyle w:val="Listparagraf"/>
        <w:spacing w:after="0" w:line="240" w:lineRule="auto"/>
        <w:jc w:val="both"/>
        <w:rPr>
          <w:rFonts w:ascii="Times New Roman" w:hAnsi="Times New Roman" w:cs="Times New Roman"/>
          <w:sz w:val="24"/>
          <w:szCs w:val="24"/>
        </w:rPr>
      </w:pPr>
    </w:p>
    <w:sectPr w:rsidR="004D56BC" w:rsidSect="00493AF6">
      <w:headerReference w:type="default" r:id="rId8"/>
      <w:pgSz w:w="12240" w:h="15840"/>
      <w:pgMar w:top="900" w:right="81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82B0C" w14:textId="77777777" w:rsidR="00DD3EE1" w:rsidRDefault="00DD3EE1" w:rsidP="00C825F5">
      <w:pPr>
        <w:spacing w:after="0" w:line="240" w:lineRule="auto"/>
      </w:pPr>
      <w:r>
        <w:separator/>
      </w:r>
    </w:p>
  </w:endnote>
  <w:endnote w:type="continuationSeparator" w:id="0">
    <w:p w14:paraId="44756E50" w14:textId="77777777" w:rsidR="00DD3EE1" w:rsidRDefault="00DD3EE1" w:rsidP="00C82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E4BC8" w14:textId="77777777" w:rsidR="00DD3EE1" w:rsidRDefault="00DD3EE1" w:rsidP="00C825F5">
      <w:pPr>
        <w:spacing w:after="0" w:line="240" w:lineRule="auto"/>
      </w:pPr>
      <w:r>
        <w:separator/>
      </w:r>
    </w:p>
  </w:footnote>
  <w:footnote w:type="continuationSeparator" w:id="0">
    <w:p w14:paraId="537194FB" w14:textId="77777777" w:rsidR="00DD3EE1" w:rsidRDefault="00DD3EE1" w:rsidP="00C825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2E552" w14:textId="77777777" w:rsidR="00C825F5" w:rsidRDefault="00C825F5" w:rsidP="00C825F5">
    <w:pPr>
      <w:pStyle w:val="Antet"/>
      <w:pBdr>
        <w:bottom w:val="single" w:sz="4" w:space="1" w:color="auto"/>
      </w:pBdr>
      <w:tabs>
        <w:tab w:val="center" w:pos="4320"/>
        <w:tab w:val="right" w:pos="8640"/>
      </w:tabs>
      <w:jc w:val="center"/>
      <w:rPr>
        <w:b/>
        <w:sz w:val="28"/>
        <w:szCs w:val="28"/>
      </w:rPr>
    </w:pPr>
    <w:r>
      <w:rPr>
        <w:b/>
        <w:noProof/>
        <w:sz w:val="28"/>
        <w:szCs w:val="28"/>
      </w:rPr>
      <w:drawing>
        <wp:anchor distT="0" distB="0" distL="114300" distR="114300" simplePos="0" relativeHeight="251660288" behindDoc="1" locked="0" layoutInCell="1" allowOverlap="1" wp14:anchorId="7F8FEA80" wp14:editId="4F24381F">
          <wp:simplePos x="0" y="0"/>
          <wp:positionH relativeFrom="column">
            <wp:posOffset>-695325</wp:posOffset>
          </wp:positionH>
          <wp:positionV relativeFrom="paragraph">
            <wp:posOffset>-257175</wp:posOffset>
          </wp:positionV>
          <wp:extent cx="2298065" cy="1009650"/>
          <wp:effectExtent l="19050" t="0" r="6985" b="0"/>
          <wp:wrapNone/>
          <wp:docPr id="1" name="Picture 1" descr="C:\Users\Dana\Desktop\ScoalaMirceaEliade_logo3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a\Desktop\ScoalaMirceaEliade_logo3 (1).png"/>
                  <pic:cNvPicPr>
                    <a:picLocks noChangeAspect="1" noChangeArrowheads="1"/>
                  </pic:cNvPicPr>
                </pic:nvPicPr>
                <pic:blipFill>
                  <a:blip r:embed="rId1"/>
                  <a:srcRect/>
                  <a:stretch>
                    <a:fillRect/>
                  </a:stretch>
                </pic:blipFill>
                <pic:spPr bwMode="auto">
                  <a:xfrm>
                    <a:off x="0" y="0"/>
                    <a:ext cx="2298065" cy="1009650"/>
                  </a:xfrm>
                  <a:prstGeom prst="rect">
                    <a:avLst/>
                  </a:prstGeom>
                  <a:noFill/>
                  <a:ln w="9525">
                    <a:noFill/>
                    <a:miter lim="800000"/>
                    <a:headEnd/>
                    <a:tailEnd/>
                  </a:ln>
                </pic:spPr>
              </pic:pic>
            </a:graphicData>
          </a:graphic>
        </wp:anchor>
      </w:drawing>
    </w:r>
    <w:r>
      <w:rPr>
        <w:b/>
        <w:sz w:val="28"/>
        <w:szCs w:val="28"/>
      </w:rPr>
      <w:t xml:space="preserve">            </w:t>
    </w:r>
    <w:proofErr w:type="gramStart"/>
    <w:r>
      <w:rPr>
        <w:b/>
        <w:sz w:val="28"/>
        <w:szCs w:val="28"/>
      </w:rPr>
      <w:t>MINISTERUL  EDUCAȚIEI</w:t>
    </w:r>
    <w:proofErr w:type="gramEnd"/>
    <w:r>
      <w:rPr>
        <w:b/>
        <w:sz w:val="28"/>
        <w:szCs w:val="28"/>
      </w:rPr>
      <w:t xml:space="preserve">  ŞI CERCETĂRII</w:t>
    </w:r>
  </w:p>
  <w:p w14:paraId="1E743D2E" w14:textId="77777777" w:rsidR="00C825F5" w:rsidRDefault="00C825F5" w:rsidP="00C825F5">
    <w:pPr>
      <w:pStyle w:val="Antet"/>
      <w:pBdr>
        <w:bottom w:val="single" w:sz="4" w:space="1" w:color="auto"/>
      </w:pBdr>
      <w:tabs>
        <w:tab w:val="center" w:pos="4320"/>
        <w:tab w:val="right" w:pos="8640"/>
      </w:tabs>
      <w:jc w:val="center"/>
      <w:rPr>
        <w:b/>
        <w:sz w:val="28"/>
        <w:szCs w:val="28"/>
      </w:rPr>
    </w:pPr>
    <w:r>
      <w:rPr>
        <w:b/>
        <w:sz w:val="28"/>
        <w:szCs w:val="28"/>
      </w:rPr>
      <w:t xml:space="preserve">              Inspectoratul Școlar Județean Argeș</w:t>
    </w:r>
  </w:p>
  <w:p w14:paraId="6C5BBEA3" w14:textId="77777777" w:rsidR="00C825F5" w:rsidRDefault="00C825F5" w:rsidP="00C825F5">
    <w:pPr>
      <w:pStyle w:val="Antet"/>
      <w:pBdr>
        <w:bottom w:val="single" w:sz="4" w:space="1" w:color="auto"/>
      </w:pBdr>
      <w:tabs>
        <w:tab w:val="center" w:pos="4320"/>
        <w:tab w:val="right" w:pos="8640"/>
      </w:tabs>
      <w:jc w:val="center"/>
      <w:rPr>
        <w:b/>
        <w:sz w:val="28"/>
        <w:szCs w:val="28"/>
      </w:rPr>
    </w:pPr>
    <w:r>
      <w:rPr>
        <w:b/>
        <w:sz w:val="28"/>
        <w:szCs w:val="28"/>
      </w:rPr>
      <w:t xml:space="preserve">               </w:t>
    </w:r>
    <w:proofErr w:type="gramStart"/>
    <w:r>
      <w:rPr>
        <w:b/>
        <w:sz w:val="28"/>
        <w:szCs w:val="28"/>
      </w:rPr>
      <w:t>ȘCOALA  GIMNAZIALĂ</w:t>
    </w:r>
    <w:proofErr w:type="gramEnd"/>
    <w:r>
      <w:rPr>
        <w:b/>
        <w:sz w:val="28"/>
        <w:szCs w:val="28"/>
      </w:rPr>
      <w:t xml:space="preserve">  </w:t>
    </w:r>
    <w:proofErr w:type="gramStart"/>
    <w:r>
      <w:rPr>
        <w:b/>
        <w:i/>
        <w:iCs/>
        <w:sz w:val="28"/>
        <w:szCs w:val="28"/>
      </w:rPr>
      <w:t>MIRCEA  ELIADE</w:t>
    </w:r>
    <w:proofErr w:type="gramEnd"/>
    <w:r>
      <w:rPr>
        <w:b/>
        <w:i/>
        <w:iCs/>
        <w:sz w:val="28"/>
        <w:szCs w:val="28"/>
      </w:rPr>
      <w:t xml:space="preserve"> </w:t>
    </w:r>
    <w:r>
      <w:rPr>
        <w:b/>
        <w:sz w:val="28"/>
        <w:szCs w:val="28"/>
      </w:rPr>
      <w:t xml:space="preserve"> PITEȘTI</w:t>
    </w:r>
  </w:p>
  <w:p w14:paraId="16AD7003" w14:textId="77777777" w:rsidR="00C825F5" w:rsidRDefault="00C825F5" w:rsidP="00C825F5">
    <w:pPr>
      <w:pStyle w:val="Antet"/>
      <w:pBdr>
        <w:bottom w:val="single" w:sz="4" w:space="1" w:color="auto"/>
      </w:pBdr>
      <w:tabs>
        <w:tab w:val="center" w:pos="4320"/>
        <w:tab w:val="right" w:pos="8640"/>
      </w:tabs>
      <w:jc w:val="center"/>
      <w:rPr>
        <w:b/>
        <w:sz w:val="28"/>
        <w:szCs w:val="28"/>
      </w:rPr>
    </w:pPr>
    <w:r>
      <w:rPr>
        <w:b/>
      </w:rPr>
      <w:t xml:space="preserve">                  </w:t>
    </w:r>
    <w:r>
      <w:rPr>
        <w:b/>
        <w:sz w:val="24"/>
        <w:szCs w:val="24"/>
      </w:rPr>
      <w:t xml:space="preserve">PITEȘTI - </w:t>
    </w:r>
    <w:proofErr w:type="gramStart"/>
    <w:r>
      <w:rPr>
        <w:b/>
        <w:sz w:val="24"/>
        <w:szCs w:val="24"/>
      </w:rPr>
      <w:t>Bulevardul  Petrochimiştilor</w:t>
    </w:r>
    <w:proofErr w:type="gramEnd"/>
    <w:r>
      <w:rPr>
        <w:b/>
        <w:sz w:val="24"/>
        <w:szCs w:val="24"/>
      </w:rPr>
      <w:t xml:space="preserve">, Nr.31  </w:t>
    </w:r>
    <w:r>
      <w:rPr>
        <w:b/>
      </w:rPr>
      <w:t xml:space="preserve">        </w:t>
    </w:r>
  </w:p>
  <w:p w14:paraId="16AED778" w14:textId="77777777" w:rsidR="00C825F5" w:rsidRDefault="00C825F5" w:rsidP="00C825F5">
    <w:pPr>
      <w:pStyle w:val="Antet"/>
      <w:pBdr>
        <w:bottom w:val="single" w:sz="4" w:space="1" w:color="auto"/>
      </w:pBdr>
      <w:tabs>
        <w:tab w:val="center" w:pos="4320"/>
        <w:tab w:val="right" w:pos="8640"/>
      </w:tabs>
      <w:jc w:val="center"/>
      <w:rPr>
        <w:b/>
        <w:sz w:val="24"/>
        <w:szCs w:val="24"/>
      </w:rPr>
    </w:pPr>
    <w:r>
      <w:rPr>
        <w:b/>
        <w:sz w:val="24"/>
        <w:szCs w:val="24"/>
      </w:rPr>
      <w:t>Cod fiscal 29361267</w:t>
    </w:r>
  </w:p>
  <w:p w14:paraId="4C8CC8CC" w14:textId="77777777" w:rsidR="00C825F5" w:rsidRDefault="00C825F5">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11.15pt" o:bullet="t">
        <v:imagedata r:id="rId1" o:title="mso986B"/>
      </v:shape>
    </w:pict>
  </w:numPicBullet>
  <w:abstractNum w:abstractNumId="0" w15:restartNumberingAfterBreak="0">
    <w:nsid w:val="B0A0C69B"/>
    <w:multiLevelType w:val="hybridMultilevel"/>
    <w:tmpl w:val="A5B6DF80"/>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0F0F02"/>
    <w:multiLevelType w:val="hybridMultilevel"/>
    <w:tmpl w:val="5528AFD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D85B665"/>
    <w:multiLevelType w:val="hybridMultilevel"/>
    <w:tmpl w:val="D4CF2A3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4"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5"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6"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7"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8"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9"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10"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11"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abstractNum w:abstractNumId="12" w15:restartNumberingAfterBreak="0">
    <w:nsid w:val="13E603FA"/>
    <w:multiLevelType w:val="hybridMultilevel"/>
    <w:tmpl w:val="9522DD7C"/>
    <w:lvl w:ilvl="0" w:tplc="04090001">
      <w:start w:val="1"/>
      <w:numFmt w:val="bullet"/>
      <w:lvlText w:val=""/>
      <w:lvlJc w:val="left"/>
      <w:pPr>
        <w:ind w:left="2190" w:hanging="360"/>
      </w:pPr>
      <w:rPr>
        <w:rFonts w:ascii="Symbol" w:hAnsi="Symbo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13" w15:restartNumberingAfterBreak="0">
    <w:nsid w:val="17886926"/>
    <w:multiLevelType w:val="hybridMultilevel"/>
    <w:tmpl w:val="56905E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85C466C"/>
    <w:multiLevelType w:val="hybridMultilevel"/>
    <w:tmpl w:val="74F4E43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126426C"/>
    <w:multiLevelType w:val="hybridMultilevel"/>
    <w:tmpl w:val="FA6A75D8"/>
    <w:lvl w:ilvl="0" w:tplc="04090007">
      <w:start w:val="1"/>
      <w:numFmt w:val="bullet"/>
      <w:lvlText w:val=""/>
      <w:lvlPicBulletId w:val="0"/>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6" w15:restartNumberingAfterBreak="0">
    <w:nsid w:val="3A51690D"/>
    <w:multiLevelType w:val="hybridMultilevel"/>
    <w:tmpl w:val="9F262052"/>
    <w:lvl w:ilvl="0" w:tplc="04090007">
      <w:start w:val="1"/>
      <w:numFmt w:val="bullet"/>
      <w:lvlText w:val=""/>
      <w:lvlPicBulletId w:val="0"/>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17" w15:restartNumberingAfterBreak="0">
    <w:nsid w:val="3EA90790"/>
    <w:multiLevelType w:val="hybridMultilevel"/>
    <w:tmpl w:val="ABDEEF8A"/>
    <w:lvl w:ilvl="0" w:tplc="04090001">
      <w:start w:val="1"/>
      <w:numFmt w:val="bullet"/>
      <w:lvlText w:val=""/>
      <w:lvlJc w:val="left"/>
      <w:pPr>
        <w:ind w:left="2205" w:hanging="360"/>
      </w:pPr>
      <w:rPr>
        <w:rFonts w:ascii="Symbol" w:hAnsi="Symbol"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18" w15:restartNumberingAfterBreak="0">
    <w:nsid w:val="441CFABC"/>
    <w:multiLevelType w:val="hybridMultilevel"/>
    <w:tmpl w:val="FD32F88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C4B04CC"/>
    <w:multiLevelType w:val="hybridMultilevel"/>
    <w:tmpl w:val="E0026BB4"/>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E2A2A"/>
    <w:multiLevelType w:val="hybridMultilevel"/>
    <w:tmpl w:val="6DE1D13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8E87FFC"/>
    <w:multiLevelType w:val="hybridMultilevel"/>
    <w:tmpl w:val="A08AD89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BCA019F"/>
    <w:multiLevelType w:val="hybridMultilevel"/>
    <w:tmpl w:val="E5E732C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54298822">
    <w:abstractNumId w:val="11"/>
  </w:num>
  <w:num w:numId="2" w16cid:durableId="1317029818">
    <w:abstractNumId w:val="9"/>
  </w:num>
  <w:num w:numId="3" w16cid:durableId="630480640">
    <w:abstractNumId w:val="8"/>
  </w:num>
  <w:num w:numId="4" w16cid:durableId="1292129315">
    <w:abstractNumId w:val="7"/>
  </w:num>
  <w:num w:numId="5" w16cid:durableId="1648581958">
    <w:abstractNumId w:val="10"/>
  </w:num>
  <w:num w:numId="6" w16cid:durableId="44566492">
    <w:abstractNumId w:val="6"/>
  </w:num>
  <w:num w:numId="7" w16cid:durableId="1251306568">
    <w:abstractNumId w:val="5"/>
  </w:num>
  <w:num w:numId="8" w16cid:durableId="799345390">
    <w:abstractNumId w:val="4"/>
  </w:num>
  <w:num w:numId="9" w16cid:durableId="1147430743">
    <w:abstractNumId w:val="3"/>
  </w:num>
  <w:num w:numId="10" w16cid:durableId="1963998425">
    <w:abstractNumId w:val="2"/>
  </w:num>
  <w:num w:numId="11" w16cid:durableId="221327361">
    <w:abstractNumId w:val="22"/>
  </w:num>
  <w:num w:numId="12" w16cid:durableId="731318197">
    <w:abstractNumId w:val="21"/>
  </w:num>
  <w:num w:numId="13" w16cid:durableId="681711742">
    <w:abstractNumId w:val="0"/>
  </w:num>
  <w:num w:numId="14" w16cid:durableId="957372056">
    <w:abstractNumId w:val="20"/>
  </w:num>
  <w:num w:numId="15" w16cid:durableId="1426729564">
    <w:abstractNumId w:val="14"/>
  </w:num>
  <w:num w:numId="16" w16cid:durableId="976182347">
    <w:abstractNumId w:val="18"/>
  </w:num>
  <w:num w:numId="17" w16cid:durableId="1589460193">
    <w:abstractNumId w:val="1"/>
  </w:num>
  <w:num w:numId="18" w16cid:durableId="662927521">
    <w:abstractNumId w:val="19"/>
  </w:num>
  <w:num w:numId="19" w16cid:durableId="856652747">
    <w:abstractNumId w:val="16"/>
  </w:num>
  <w:num w:numId="20" w16cid:durableId="642390457">
    <w:abstractNumId w:val="15"/>
  </w:num>
  <w:num w:numId="21" w16cid:durableId="2117409041">
    <w:abstractNumId w:val="12"/>
  </w:num>
  <w:num w:numId="22" w16cid:durableId="357126126">
    <w:abstractNumId w:val="17"/>
  </w:num>
  <w:num w:numId="23" w16cid:durableId="13870257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30FE7"/>
    <w:rsid w:val="00034616"/>
    <w:rsid w:val="0006063C"/>
    <w:rsid w:val="00063761"/>
    <w:rsid w:val="000A74DE"/>
    <w:rsid w:val="000B7DE1"/>
    <w:rsid w:val="000E5F23"/>
    <w:rsid w:val="00103B9B"/>
    <w:rsid w:val="00142CD8"/>
    <w:rsid w:val="0015074B"/>
    <w:rsid w:val="00175610"/>
    <w:rsid w:val="001A1AC7"/>
    <w:rsid w:val="001B19AD"/>
    <w:rsid w:val="001F1C46"/>
    <w:rsid w:val="0029639D"/>
    <w:rsid w:val="002C2C7B"/>
    <w:rsid w:val="0031371B"/>
    <w:rsid w:val="00326F90"/>
    <w:rsid w:val="003579C6"/>
    <w:rsid w:val="003A655B"/>
    <w:rsid w:val="003A76A2"/>
    <w:rsid w:val="00482087"/>
    <w:rsid w:val="00493AF6"/>
    <w:rsid w:val="004D56BC"/>
    <w:rsid w:val="004D7456"/>
    <w:rsid w:val="00502D76"/>
    <w:rsid w:val="00540200"/>
    <w:rsid w:val="005850B1"/>
    <w:rsid w:val="005C37C7"/>
    <w:rsid w:val="006101DC"/>
    <w:rsid w:val="006638EA"/>
    <w:rsid w:val="00665EB5"/>
    <w:rsid w:val="007031A8"/>
    <w:rsid w:val="0075136B"/>
    <w:rsid w:val="00753A99"/>
    <w:rsid w:val="0076433F"/>
    <w:rsid w:val="007A3040"/>
    <w:rsid w:val="00803277"/>
    <w:rsid w:val="008C18AE"/>
    <w:rsid w:val="009C1569"/>
    <w:rsid w:val="009C2654"/>
    <w:rsid w:val="00A16299"/>
    <w:rsid w:val="00A2181E"/>
    <w:rsid w:val="00A441BB"/>
    <w:rsid w:val="00A87C69"/>
    <w:rsid w:val="00AA1D8D"/>
    <w:rsid w:val="00AC408A"/>
    <w:rsid w:val="00B24104"/>
    <w:rsid w:val="00B47730"/>
    <w:rsid w:val="00B96914"/>
    <w:rsid w:val="00C65844"/>
    <w:rsid w:val="00C825F5"/>
    <w:rsid w:val="00CB0664"/>
    <w:rsid w:val="00D06DDA"/>
    <w:rsid w:val="00D45C68"/>
    <w:rsid w:val="00D562F3"/>
    <w:rsid w:val="00DD3EE1"/>
    <w:rsid w:val="00E204F1"/>
    <w:rsid w:val="00E25892"/>
    <w:rsid w:val="00E75C53"/>
    <w:rsid w:val="00E91213"/>
    <w:rsid w:val="00E97A89"/>
    <w:rsid w:val="00EA209D"/>
    <w:rsid w:val="00EC7785"/>
    <w:rsid w:val="00FA67EC"/>
    <w:rsid w:val="00FC693F"/>
    <w:rsid w:val="00FD28C8"/>
    <w:rsid w:val="00FF56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C46797"/>
  <w15:docId w15:val="{BBF10F77-B16B-401F-8739-56247E5E5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Paragraph">
    <w:name w:val="Table Paragraph"/>
    <w:basedOn w:val="Normal"/>
    <w:uiPriority w:val="1"/>
    <w:qFormat/>
    <w:rsid w:val="00A441BB"/>
    <w:pPr>
      <w:widowControl w:val="0"/>
      <w:autoSpaceDE w:val="0"/>
      <w:autoSpaceDN w:val="0"/>
      <w:spacing w:after="0" w:line="240" w:lineRule="auto"/>
      <w:ind w:left="171"/>
    </w:pPr>
    <w:rPr>
      <w:rFonts w:ascii="Times New Roman" w:eastAsia="Times New Roman" w:hAnsi="Times New Roman" w:cs="Times New Roman"/>
      <w:lang w:val="ro-RO"/>
    </w:rPr>
  </w:style>
  <w:style w:type="paragraph" w:customStyle="1" w:styleId="Default">
    <w:name w:val="Default"/>
    <w:rsid w:val="00E75C5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2152">
      <w:bodyDiv w:val="1"/>
      <w:marLeft w:val="0"/>
      <w:marRight w:val="0"/>
      <w:marTop w:val="0"/>
      <w:marBottom w:val="0"/>
      <w:divBdr>
        <w:top w:val="none" w:sz="0" w:space="0" w:color="auto"/>
        <w:left w:val="none" w:sz="0" w:space="0" w:color="auto"/>
        <w:bottom w:val="none" w:sz="0" w:space="0" w:color="auto"/>
        <w:right w:val="none" w:sz="0" w:space="0" w:color="auto"/>
      </w:divBdr>
    </w:div>
    <w:div w:id="209877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1598</Words>
  <Characters>9110</Characters>
  <Application>Microsoft Office Word</Application>
  <DocSecurity>0</DocSecurity>
  <Lines>75</Lines>
  <Paragraphs>21</Paragraphs>
  <ScaleCrop>false</ScaleCrop>
  <HeadingPairs>
    <vt:vector size="6" baseType="variant">
      <vt:variant>
        <vt:lpstr>Titlu</vt:lpstr>
      </vt:variant>
      <vt:variant>
        <vt:i4>1</vt:i4>
      </vt:variant>
      <vt:variant>
        <vt:lpstr>Title</vt:lpstr>
      </vt:variant>
      <vt:variant>
        <vt:i4>1</vt:i4>
      </vt:variant>
      <vt:variant>
        <vt:lpstr>Headings</vt:lpstr>
      </vt:variant>
      <vt:variant>
        <vt:i4>11</vt:i4>
      </vt:variant>
    </vt:vector>
  </HeadingPairs>
  <TitlesOfParts>
    <vt:vector size="13" baseType="lpstr">
      <vt:lpstr/>
      <vt:lpstr/>
      <vt:lpstr>Nr. 1833/18.08.2026</vt:lpstr>
      <vt:lpstr>ANUNȚ DE CONCURS</vt:lpstr>
      <vt:lpstr>    Calendar desfășurare:</vt:lpstr>
      <vt:lpstr>    Tematica necesară în vederea susținerii concursului: </vt:lpstr>
      <vt:lpstr>    1. Noțiuni fundamentale de igienă; </vt:lpstr>
      <vt:lpstr>    2. Reguli de efectuare a curățeniei în instituțiile de învățământ; </vt:lpstr>
      <vt:lpstr>    3. Metode de dezinsecție și dezinfecție; </vt:lpstr>
      <vt:lpstr>    4. Securitate și sănătate în muncă și P.S.I.; </vt:lpstr>
      <vt:lpstr>    5. Răspunderea disciplinară;</vt:lpstr>
      <vt:lpstr>    6. Codul de conduită a personalului contractual. </vt:lpstr>
      <vt:lpstr>    Bibliografie:</vt:lpstr>
    </vt:vector>
  </TitlesOfParts>
  <Company/>
  <LinksUpToDate>false</LinksUpToDate>
  <CharactersWithSpaces>10687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scoala18</cp:lastModifiedBy>
  <cp:revision>8</cp:revision>
  <cp:lastPrinted>2026-08-19T08:19:00Z</cp:lastPrinted>
  <dcterms:created xsi:type="dcterms:W3CDTF">2026-08-18T09:02:00Z</dcterms:created>
  <dcterms:modified xsi:type="dcterms:W3CDTF">2026-10-23T12:29:00Z</dcterms:modified>
</cp:coreProperties>
</file>