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95F81" w14:textId="77777777" w:rsidR="00D6627C" w:rsidRDefault="00D6627C">
      <w:pPr>
        <w:jc w:val="center"/>
        <w:rPr>
          <w:b/>
        </w:rPr>
      </w:pPr>
    </w:p>
    <w:p w14:paraId="4661A7F6" w14:textId="77777777" w:rsidR="00D6627C" w:rsidRPr="00FF799F" w:rsidRDefault="00D6627C">
      <w:pPr>
        <w:jc w:val="center"/>
        <w:rPr>
          <w:rFonts w:cs="Times New Roman"/>
          <w:b/>
          <w:sz w:val="28"/>
          <w:szCs w:val="28"/>
        </w:rPr>
      </w:pPr>
    </w:p>
    <w:p w14:paraId="2B7568E0" w14:textId="77777777" w:rsidR="00A5753E" w:rsidRPr="00D33F9B" w:rsidRDefault="00FF799F">
      <w:pPr>
        <w:jc w:val="center"/>
        <w:rPr>
          <w:rFonts w:cs="Times New Roman"/>
          <w:sz w:val="28"/>
          <w:szCs w:val="28"/>
          <w:lang w:val="pt-BR"/>
        </w:rPr>
      </w:pPr>
      <w:r w:rsidRPr="00D33F9B">
        <w:rPr>
          <w:rFonts w:cs="Times New Roman"/>
          <w:b/>
          <w:sz w:val="28"/>
          <w:szCs w:val="28"/>
          <w:lang w:val="pt-BR"/>
        </w:rPr>
        <w:t>ANUNȚ</w:t>
      </w:r>
    </w:p>
    <w:p w14:paraId="5245316A" w14:textId="77777777" w:rsidR="00A5753E" w:rsidRPr="00BD57A1" w:rsidRDefault="00FF799F">
      <w:pPr>
        <w:jc w:val="center"/>
        <w:rPr>
          <w:rFonts w:cs="Times New Roman"/>
          <w:sz w:val="28"/>
          <w:szCs w:val="28"/>
          <w:lang w:val="pt-BR"/>
        </w:rPr>
      </w:pPr>
      <w:r w:rsidRPr="00BD57A1">
        <w:rPr>
          <w:rFonts w:cs="Times New Roman"/>
          <w:b/>
          <w:sz w:val="28"/>
          <w:szCs w:val="28"/>
          <w:lang w:val="pt-BR"/>
        </w:rPr>
        <w:t>privind organizarea concursului pentru ocuparea postului de PSIHOLOG</w:t>
      </w:r>
    </w:p>
    <w:p w14:paraId="438599C2" w14:textId="77777777" w:rsidR="00A5753E" w:rsidRPr="00BD57A1" w:rsidRDefault="00FF799F">
      <w:pPr>
        <w:jc w:val="center"/>
        <w:rPr>
          <w:rFonts w:cs="Times New Roman"/>
          <w:sz w:val="28"/>
          <w:szCs w:val="28"/>
          <w:lang w:val="pt-BR"/>
        </w:rPr>
      </w:pPr>
      <w:r w:rsidRPr="00BD57A1">
        <w:rPr>
          <w:rFonts w:cs="Times New Roman"/>
          <w:sz w:val="28"/>
          <w:szCs w:val="28"/>
          <w:lang w:val="pt-BR"/>
        </w:rPr>
        <w:t xml:space="preserve">Proiect: </w:t>
      </w:r>
      <w:r w:rsidR="00686911" w:rsidRPr="00BD57A1">
        <w:rPr>
          <w:rFonts w:cs="Times New Roman"/>
          <w:sz w:val="28"/>
          <w:szCs w:val="28"/>
          <w:lang w:val="pt-BR"/>
        </w:rPr>
        <w:t>„</w:t>
      </w:r>
      <w:r w:rsidR="00686911" w:rsidRPr="00342BB3">
        <w:rPr>
          <w:rFonts w:eastAsia="Times New Roman" w:cs="Times New Roman"/>
          <w:b/>
          <w:bCs/>
          <w:sz w:val="28"/>
          <w:szCs w:val="28"/>
          <w:lang w:val="ro-RO" w:eastAsia="ro-RO"/>
        </w:rPr>
        <w:t>Centru de zi pentru copii aflati in situatie de risc de separare de parinti</w:t>
      </w:r>
      <w:r w:rsidR="00686911" w:rsidRPr="00342BB3">
        <w:rPr>
          <w:rFonts w:eastAsia="Calibri" w:cs="Times New Roman"/>
          <w:b/>
          <w:bCs/>
          <w:kern w:val="2"/>
          <w:sz w:val="28"/>
          <w:szCs w:val="28"/>
          <w:lang w:val="ro-RO"/>
        </w:rPr>
        <w:t xml:space="preserve">”,subordonat </w:t>
      </w:r>
      <w:r w:rsidR="00686911" w:rsidRPr="00342BB3">
        <w:rPr>
          <w:rFonts w:cs="Times New Roman"/>
          <w:b/>
          <w:bCs/>
          <w:color w:val="000000" w:themeColor="text1"/>
          <w:sz w:val="28"/>
          <w:szCs w:val="28"/>
          <w:lang w:val="ro-RO"/>
        </w:rPr>
        <w:t>Compartimentului Asistență Socială al aparatului de specialitate al primarului comunei  Ieud, județul Maramureș</w:t>
      </w:r>
      <w:r w:rsidR="00686911" w:rsidRPr="00BD57A1">
        <w:rPr>
          <w:rFonts w:cs="Times New Roman"/>
          <w:sz w:val="28"/>
          <w:szCs w:val="28"/>
          <w:lang w:val="pt-BR"/>
        </w:rPr>
        <w:t>”</w:t>
      </w:r>
    </w:p>
    <w:p w14:paraId="776870AE" w14:textId="77777777" w:rsidR="00A5753E" w:rsidRPr="00BD57A1" w:rsidRDefault="00FF799F">
      <w:pPr>
        <w:rPr>
          <w:rFonts w:cs="Times New Roman"/>
          <w:sz w:val="28"/>
          <w:szCs w:val="28"/>
          <w:lang w:val="pt-BR"/>
        </w:rPr>
      </w:pPr>
      <w:r w:rsidRPr="00BD57A1">
        <w:rPr>
          <w:rFonts w:cs="Times New Roman"/>
          <w:sz w:val="28"/>
          <w:szCs w:val="28"/>
          <w:lang w:val="pt-BR"/>
        </w:rPr>
        <w:t xml:space="preserve">UAT Comuna </w:t>
      </w:r>
      <w:r w:rsidR="000F1A8D" w:rsidRPr="00BD57A1">
        <w:rPr>
          <w:rFonts w:cs="Times New Roman"/>
          <w:sz w:val="28"/>
          <w:szCs w:val="28"/>
          <w:lang w:val="pt-BR"/>
        </w:rPr>
        <w:t>Ieud</w:t>
      </w:r>
      <w:r w:rsidRPr="00BD57A1">
        <w:rPr>
          <w:rFonts w:cs="Times New Roman"/>
          <w:sz w:val="28"/>
          <w:szCs w:val="28"/>
          <w:lang w:val="pt-BR"/>
        </w:rPr>
        <w:t xml:space="preserve">, județul </w:t>
      </w:r>
      <w:r w:rsidR="000F1A8D" w:rsidRPr="00BD57A1">
        <w:rPr>
          <w:rFonts w:cs="Times New Roman"/>
          <w:sz w:val="28"/>
          <w:szCs w:val="28"/>
          <w:lang w:val="pt-BR"/>
        </w:rPr>
        <w:t>Maramures</w:t>
      </w:r>
      <w:r w:rsidRPr="00BD57A1">
        <w:rPr>
          <w:rFonts w:cs="Times New Roman"/>
          <w:sz w:val="28"/>
          <w:szCs w:val="28"/>
          <w:lang w:val="pt-BR"/>
        </w:rPr>
        <w:t>, organizează concurs pentru ocuparea unui post de Psiholog – cod COR 263411, cu timp parțial de 4 ore/zi, în cadrul proiectului finanțat prin Programul Incluziune și Demnitate Socială 2021–2027, cod SMIS 350063.</w:t>
      </w:r>
    </w:p>
    <w:p w14:paraId="7CB7AECE" w14:textId="77777777" w:rsidR="00A5753E" w:rsidRPr="00BD57A1" w:rsidRDefault="00FF799F">
      <w:pPr>
        <w:rPr>
          <w:rFonts w:cs="Times New Roman"/>
          <w:sz w:val="28"/>
          <w:szCs w:val="28"/>
          <w:lang w:val="pt-BR"/>
        </w:rPr>
      </w:pPr>
      <w:r w:rsidRPr="00BD57A1">
        <w:rPr>
          <w:rFonts w:cs="Times New Roman"/>
          <w:b/>
          <w:sz w:val="28"/>
          <w:szCs w:val="28"/>
          <w:lang w:val="pt-BR"/>
        </w:rPr>
        <w:t>I. POSTUL PENTRU CARE SE ORGANIZEAZĂ CONCURSUL</w:t>
      </w:r>
    </w:p>
    <w:p w14:paraId="2DBA0EBF" w14:textId="77777777" w:rsidR="00A5753E" w:rsidRPr="00BD57A1" w:rsidRDefault="00FF799F">
      <w:pPr>
        <w:rPr>
          <w:rFonts w:cs="Times New Roman"/>
          <w:sz w:val="28"/>
          <w:szCs w:val="28"/>
          <w:lang w:val="pt-BR"/>
        </w:rPr>
      </w:pPr>
      <w:r w:rsidRPr="00BD57A1">
        <w:rPr>
          <w:rFonts w:cs="Times New Roman"/>
          <w:sz w:val="28"/>
          <w:szCs w:val="28"/>
          <w:lang w:val="pt-BR"/>
        </w:rPr>
        <w:t>Denumirea postului: Psiholog</w:t>
      </w:r>
    </w:p>
    <w:p w14:paraId="55D47D3E" w14:textId="77777777" w:rsidR="00A5753E" w:rsidRPr="00BD57A1" w:rsidRDefault="00FF799F">
      <w:pPr>
        <w:rPr>
          <w:rFonts w:cs="Times New Roman"/>
          <w:sz w:val="28"/>
          <w:szCs w:val="28"/>
          <w:lang w:val="pt-BR"/>
        </w:rPr>
      </w:pPr>
      <w:r w:rsidRPr="00BD57A1">
        <w:rPr>
          <w:rFonts w:cs="Times New Roman"/>
          <w:sz w:val="28"/>
          <w:szCs w:val="28"/>
          <w:lang w:val="pt-BR"/>
        </w:rPr>
        <w:t>Cod COR: 263411</w:t>
      </w:r>
    </w:p>
    <w:p w14:paraId="53D594C8" w14:textId="77777777" w:rsidR="00A5753E" w:rsidRPr="00BD57A1" w:rsidRDefault="00FF799F">
      <w:pPr>
        <w:rPr>
          <w:rFonts w:cs="Times New Roman"/>
          <w:sz w:val="28"/>
          <w:szCs w:val="28"/>
          <w:lang w:val="pt-BR"/>
        </w:rPr>
      </w:pPr>
      <w:r w:rsidRPr="00BD57A1">
        <w:rPr>
          <w:rFonts w:cs="Times New Roman"/>
          <w:sz w:val="28"/>
          <w:szCs w:val="28"/>
          <w:lang w:val="pt-BR"/>
        </w:rPr>
        <w:t>Număr posturi: 1</w:t>
      </w:r>
    </w:p>
    <w:p w14:paraId="43B98DA7" w14:textId="77777777" w:rsidR="00A5753E" w:rsidRPr="00BD57A1" w:rsidRDefault="00FF799F">
      <w:pPr>
        <w:rPr>
          <w:rFonts w:cs="Times New Roman"/>
          <w:sz w:val="28"/>
          <w:szCs w:val="28"/>
          <w:lang w:val="pt-BR"/>
        </w:rPr>
      </w:pPr>
      <w:r w:rsidRPr="00BD57A1">
        <w:rPr>
          <w:rFonts w:cs="Times New Roman"/>
          <w:sz w:val="28"/>
          <w:szCs w:val="28"/>
          <w:lang w:val="pt-BR"/>
        </w:rPr>
        <w:t>Norma de lucru: 4 ore/zi (20 ore/săptămână)</w:t>
      </w:r>
    </w:p>
    <w:p w14:paraId="407C2712" w14:textId="77777777" w:rsidR="00A5753E" w:rsidRPr="00BD57A1" w:rsidRDefault="00FF799F">
      <w:pPr>
        <w:rPr>
          <w:rFonts w:cs="Times New Roman"/>
          <w:sz w:val="28"/>
          <w:szCs w:val="28"/>
          <w:lang w:val="pt-BR"/>
        </w:rPr>
      </w:pPr>
      <w:r w:rsidRPr="00BD57A1">
        <w:rPr>
          <w:rFonts w:cs="Times New Roman"/>
          <w:sz w:val="28"/>
          <w:szCs w:val="28"/>
          <w:lang w:val="pt-BR"/>
        </w:rPr>
        <w:t>Tipul raportului de muncă: contract individual de muncă pe durată determinată, conform perioadei aprobate pentru post și legislației aplicabile.</w:t>
      </w:r>
    </w:p>
    <w:p w14:paraId="75F3AA7D" w14:textId="77777777" w:rsidR="00A5753E" w:rsidRPr="00BD57A1" w:rsidRDefault="00FF799F">
      <w:pPr>
        <w:rPr>
          <w:rFonts w:cs="Times New Roman"/>
          <w:sz w:val="28"/>
          <w:szCs w:val="28"/>
          <w:lang w:val="pt-BR"/>
        </w:rPr>
      </w:pPr>
      <w:r w:rsidRPr="00BD57A1">
        <w:rPr>
          <w:rFonts w:cs="Times New Roman"/>
          <w:sz w:val="28"/>
          <w:szCs w:val="28"/>
          <w:lang w:val="pt-BR"/>
        </w:rPr>
        <w:t xml:space="preserve">Locul desfășurării activității: Comuna </w:t>
      </w:r>
      <w:r w:rsidR="000F1A8D" w:rsidRPr="00BD57A1">
        <w:rPr>
          <w:rFonts w:cs="Times New Roman"/>
          <w:sz w:val="28"/>
          <w:szCs w:val="28"/>
          <w:lang w:val="pt-BR"/>
        </w:rPr>
        <w:t>Ieud, județul Maramures</w:t>
      </w:r>
      <w:r w:rsidRPr="00BD57A1">
        <w:rPr>
          <w:rFonts w:cs="Times New Roman"/>
          <w:sz w:val="28"/>
          <w:szCs w:val="28"/>
          <w:lang w:val="pt-BR"/>
        </w:rPr>
        <w:t>, inclusiv la domiciliul beneficiarilor, după caz.</w:t>
      </w:r>
    </w:p>
    <w:p w14:paraId="1FE06C28" w14:textId="77777777" w:rsidR="00A5753E" w:rsidRPr="00BD57A1" w:rsidRDefault="00FF799F">
      <w:pPr>
        <w:rPr>
          <w:rFonts w:cs="Times New Roman"/>
          <w:sz w:val="28"/>
          <w:szCs w:val="28"/>
          <w:lang w:val="pt-BR"/>
        </w:rPr>
      </w:pPr>
      <w:r w:rsidRPr="00BD57A1">
        <w:rPr>
          <w:rFonts w:cs="Times New Roman"/>
          <w:sz w:val="28"/>
          <w:szCs w:val="28"/>
          <w:lang w:val="pt-BR"/>
        </w:rPr>
        <w:t>Structura: serviciul de îngrijire la domiciliu pentru persoane vârstnice / echipa de implementare, conform documentelor proiectului.</w:t>
      </w:r>
    </w:p>
    <w:p w14:paraId="7FA1FFFC" w14:textId="77777777" w:rsidR="00A5753E" w:rsidRPr="00BD57A1" w:rsidRDefault="00FF799F">
      <w:pPr>
        <w:rPr>
          <w:rFonts w:cs="Times New Roman"/>
          <w:sz w:val="28"/>
          <w:szCs w:val="28"/>
          <w:lang w:val="pt-BR"/>
        </w:rPr>
      </w:pPr>
      <w:r w:rsidRPr="00BD57A1">
        <w:rPr>
          <w:rFonts w:cs="Times New Roman"/>
          <w:b/>
          <w:sz w:val="28"/>
          <w:szCs w:val="28"/>
          <w:lang w:val="pt-BR"/>
        </w:rPr>
        <w:t>II. CONDIȚII GENERALE DE PARTICIPARE</w:t>
      </w:r>
    </w:p>
    <w:p w14:paraId="04E6755D" w14:textId="77777777" w:rsidR="00A5753E" w:rsidRPr="00BD57A1" w:rsidRDefault="00FF799F">
      <w:pPr>
        <w:rPr>
          <w:rFonts w:cs="Times New Roman"/>
          <w:sz w:val="28"/>
          <w:szCs w:val="28"/>
          <w:lang w:val="pt-BR"/>
        </w:rPr>
      </w:pPr>
      <w:r w:rsidRPr="00BD57A1">
        <w:rPr>
          <w:rFonts w:cs="Times New Roman"/>
          <w:sz w:val="28"/>
          <w:szCs w:val="28"/>
          <w:lang w:val="pt-BR"/>
        </w:rPr>
        <w:t>Candidații trebuie să îndeplinească condițiile generale de ocupare a unui post contractual în sectorul public, prevăzute de legislația aplicabilă, inclusiv capacitatea de muncă, starea de sănătate corespunzătoare, condițiile legale privind antecedentele penale și integritatea comportamentală, după caz.</w:t>
      </w:r>
    </w:p>
    <w:p w14:paraId="18312C5B" w14:textId="77777777" w:rsidR="00A5753E" w:rsidRPr="00BD57A1" w:rsidRDefault="00FF799F">
      <w:pPr>
        <w:rPr>
          <w:rFonts w:cs="Times New Roman"/>
          <w:sz w:val="28"/>
          <w:szCs w:val="28"/>
          <w:lang w:val="pt-BR"/>
        </w:rPr>
      </w:pPr>
      <w:r w:rsidRPr="00BD57A1">
        <w:rPr>
          <w:rFonts w:cs="Times New Roman"/>
          <w:b/>
          <w:sz w:val="28"/>
          <w:szCs w:val="28"/>
          <w:lang w:val="pt-BR"/>
        </w:rPr>
        <w:t>III. CONDIȚII SPECIFICE</w:t>
      </w:r>
    </w:p>
    <w:p w14:paraId="317F620C" w14:textId="77777777" w:rsidR="00A5753E" w:rsidRPr="00BD57A1" w:rsidRDefault="00FF799F">
      <w:pPr>
        <w:rPr>
          <w:rFonts w:cs="Times New Roman"/>
          <w:sz w:val="28"/>
          <w:szCs w:val="28"/>
          <w:lang w:val="pt-BR"/>
        </w:rPr>
      </w:pPr>
      <w:r w:rsidRPr="00BD57A1">
        <w:rPr>
          <w:rFonts w:cs="Times New Roman"/>
          <w:sz w:val="28"/>
          <w:szCs w:val="28"/>
          <w:lang w:val="pt-BR"/>
        </w:rPr>
        <w:t>Studii: diplomă de licență în domeniul psihologiei.</w:t>
      </w:r>
    </w:p>
    <w:p w14:paraId="7EE128AB" w14:textId="77777777" w:rsidR="00A5753E" w:rsidRPr="00BD57A1" w:rsidRDefault="00FF799F">
      <w:pPr>
        <w:rPr>
          <w:rFonts w:cs="Times New Roman"/>
          <w:sz w:val="28"/>
          <w:szCs w:val="28"/>
          <w:lang w:val="pt-BR"/>
        </w:rPr>
      </w:pPr>
      <w:r w:rsidRPr="00BD57A1">
        <w:rPr>
          <w:rFonts w:cs="Times New Roman"/>
          <w:sz w:val="28"/>
          <w:szCs w:val="28"/>
          <w:lang w:val="pt-BR"/>
        </w:rPr>
        <w:lastRenderedPageBreak/>
        <w:t>Exercitarea profesiei: atestat de liberă practică emis de Colegiul Psihologilor din România, valabil și corespunzător activităților psihologice ce urmează a fi efectuate; specialitatea și forma de exercitare se verifică în raport cu fișa postului și normele profesionale.</w:t>
      </w:r>
    </w:p>
    <w:p w14:paraId="1EE21ECF" w14:textId="77777777" w:rsidR="00A5753E" w:rsidRPr="00BD57A1" w:rsidRDefault="00FF799F">
      <w:pPr>
        <w:rPr>
          <w:rFonts w:cs="Times New Roman"/>
          <w:sz w:val="28"/>
          <w:szCs w:val="28"/>
          <w:lang w:val="pt-BR"/>
        </w:rPr>
      </w:pPr>
      <w:r w:rsidRPr="00BD57A1">
        <w:rPr>
          <w:rFonts w:cs="Times New Roman"/>
          <w:sz w:val="28"/>
          <w:szCs w:val="28"/>
          <w:lang w:val="pt-BR"/>
        </w:rPr>
        <w:t>Experiența profesională: conform fișei postului și cererii de finanțare aprobate; eventualul prag minim de vechime se completează numai după verificarea acestora.</w:t>
      </w:r>
    </w:p>
    <w:p w14:paraId="63C4BA3F" w14:textId="77777777" w:rsidR="00A5753E" w:rsidRPr="00BD57A1" w:rsidRDefault="00FF799F">
      <w:pPr>
        <w:rPr>
          <w:rFonts w:cs="Times New Roman"/>
          <w:sz w:val="28"/>
          <w:szCs w:val="28"/>
          <w:lang w:val="pt-BR"/>
        </w:rPr>
      </w:pPr>
      <w:r w:rsidRPr="00BD57A1">
        <w:rPr>
          <w:rFonts w:cs="Times New Roman"/>
          <w:sz w:val="28"/>
          <w:szCs w:val="28"/>
          <w:lang w:val="pt-BR"/>
        </w:rPr>
        <w:t>Competențe: evaluare și consiliere psihologică, comunicare empatică, lucru cu persoane vârstnice, confidențialitate, colaborare multidisciplinară, redactarea documentelor de specialitate.</w:t>
      </w:r>
    </w:p>
    <w:p w14:paraId="0D29F4EE" w14:textId="77777777" w:rsidR="00A5753E" w:rsidRPr="00FF799F" w:rsidRDefault="00FF799F">
      <w:pPr>
        <w:rPr>
          <w:rFonts w:cs="Times New Roman"/>
          <w:sz w:val="28"/>
          <w:szCs w:val="28"/>
        </w:rPr>
      </w:pPr>
      <w:r w:rsidRPr="00FF799F">
        <w:rPr>
          <w:rFonts w:cs="Times New Roman"/>
          <w:b/>
          <w:sz w:val="28"/>
          <w:szCs w:val="28"/>
        </w:rPr>
        <w:t>IV. COMPETENȚE ȘI ABILITĂȚI SOLICITATE</w:t>
      </w:r>
    </w:p>
    <w:p w14:paraId="1DA61379"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capacitate de ascultare activă și comunicare adaptată persoanelor vârstnice;</w:t>
      </w:r>
    </w:p>
    <w:p w14:paraId="0745C79A"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respectarea eticii și deontologiei profesionale;</w:t>
      </w:r>
    </w:p>
    <w:p w14:paraId="1B070CBB"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capacitate de identificare a nevoilor și vulnerabilităților psihologice;</w:t>
      </w:r>
    </w:p>
    <w:p w14:paraId="788014BB" w14:textId="77777777" w:rsidR="00A5753E" w:rsidRPr="00FF799F" w:rsidRDefault="00FF799F">
      <w:pPr>
        <w:pStyle w:val="ListBullet"/>
        <w:rPr>
          <w:rFonts w:cs="Times New Roman"/>
          <w:sz w:val="28"/>
          <w:szCs w:val="28"/>
        </w:rPr>
      </w:pPr>
      <w:proofErr w:type="spellStart"/>
      <w:r w:rsidRPr="00FF799F">
        <w:rPr>
          <w:rFonts w:cs="Times New Roman"/>
          <w:sz w:val="28"/>
          <w:szCs w:val="28"/>
        </w:rPr>
        <w:t>colaborare</w:t>
      </w:r>
      <w:proofErr w:type="spellEnd"/>
      <w:r w:rsidRPr="00FF799F">
        <w:rPr>
          <w:rFonts w:cs="Times New Roman"/>
          <w:sz w:val="28"/>
          <w:szCs w:val="28"/>
        </w:rPr>
        <w:t xml:space="preserve"> cu </w:t>
      </w:r>
      <w:proofErr w:type="spellStart"/>
      <w:r w:rsidRPr="00FF799F">
        <w:rPr>
          <w:rFonts w:cs="Times New Roman"/>
          <w:sz w:val="28"/>
          <w:szCs w:val="28"/>
        </w:rPr>
        <w:t>asistentul</w:t>
      </w:r>
      <w:proofErr w:type="spellEnd"/>
      <w:r w:rsidRPr="00FF799F">
        <w:rPr>
          <w:rFonts w:cs="Times New Roman"/>
          <w:sz w:val="28"/>
          <w:szCs w:val="28"/>
        </w:rPr>
        <w:t xml:space="preserve"> social, asistentul medical și îngrijitorii;</w:t>
      </w:r>
    </w:p>
    <w:p w14:paraId="64A84FFA"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capacitate de planificare, documentare și raportare a activității;</w:t>
      </w:r>
    </w:p>
    <w:p w14:paraId="28112860"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respectarea confidențialității, demnității și autonomiei beneficiarilor.</w:t>
      </w:r>
    </w:p>
    <w:p w14:paraId="3546BCB3" w14:textId="77777777" w:rsidR="00A5753E" w:rsidRPr="00FF799F" w:rsidRDefault="00FF799F">
      <w:pPr>
        <w:rPr>
          <w:rFonts w:cs="Times New Roman"/>
          <w:sz w:val="28"/>
          <w:szCs w:val="28"/>
        </w:rPr>
      </w:pPr>
      <w:r w:rsidRPr="00FF799F">
        <w:rPr>
          <w:rFonts w:cs="Times New Roman"/>
          <w:b/>
          <w:sz w:val="28"/>
          <w:szCs w:val="28"/>
        </w:rPr>
        <w:t>V. PRINCIPALELE ATRIBUȚII ALE POSTULUI</w:t>
      </w:r>
    </w:p>
    <w:p w14:paraId="75C1DFFD"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realizează evaluarea psihologică a beneficiarilor, în limitele competențelor profesionale și cu respectarea consimțământului informat;</w:t>
      </w:r>
    </w:p>
    <w:p w14:paraId="29BAD942"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identifică nevoi de sprijin psihologic și formulează recomandări de specialitate;</w:t>
      </w:r>
    </w:p>
    <w:p w14:paraId="002D85A2"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desfășoară activități de consiliere și sprijin psihologic pentru persoanele vârstnice;</w:t>
      </w:r>
    </w:p>
    <w:p w14:paraId="6D6C445B"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contribuie, împreună cu echipa, la planificarea și adaptarea intervențiilor individualizate;</w:t>
      </w:r>
    </w:p>
    <w:p w14:paraId="6D875337"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monitorizează evoluția beneficiarilor și consemnează activitățile în documentele specifice;</w:t>
      </w:r>
    </w:p>
    <w:p w14:paraId="7B904C74"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semnalează situațiile de risc și colaborează cu specialiștii și instituțiile competente;</w:t>
      </w:r>
    </w:p>
    <w:p w14:paraId="69D1F87F"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participă la întâlnirile echipei și întocmește rapoarte/documente justificative conform proiectului;</w:t>
      </w:r>
    </w:p>
    <w:p w14:paraId="373711CE"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respectă normele deontologice, protecția datelor și drepturile beneficiarilor.</w:t>
      </w:r>
    </w:p>
    <w:p w14:paraId="56B2D45E" w14:textId="77777777" w:rsidR="00A5753E" w:rsidRPr="00BD57A1" w:rsidRDefault="00FF799F">
      <w:pPr>
        <w:rPr>
          <w:rFonts w:cs="Times New Roman"/>
          <w:sz w:val="28"/>
          <w:szCs w:val="28"/>
          <w:lang w:val="pt-BR"/>
        </w:rPr>
      </w:pPr>
      <w:r w:rsidRPr="00BD57A1">
        <w:rPr>
          <w:rFonts w:cs="Times New Roman"/>
          <w:sz w:val="28"/>
          <w:szCs w:val="28"/>
          <w:lang w:val="pt-BR"/>
        </w:rPr>
        <w:t>Atribuțiile complete sunt prevăzute în fișa postului aprobată.</w:t>
      </w:r>
    </w:p>
    <w:p w14:paraId="2589ED65" w14:textId="77777777" w:rsidR="00A5753E" w:rsidRPr="00FF799F" w:rsidRDefault="00FF799F">
      <w:pPr>
        <w:rPr>
          <w:rFonts w:cs="Times New Roman"/>
          <w:sz w:val="28"/>
          <w:szCs w:val="28"/>
        </w:rPr>
      </w:pPr>
      <w:r w:rsidRPr="00FF799F">
        <w:rPr>
          <w:rFonts w:cs="Times New Roman"/>
          <w:b/>
          <w:sz w:val="28"/>
          <w:szCs w:val="28"/>
        </w:rPr>
        <w:lastRenderedPageBreak/>
        <w:t>VI. DOCUMENTELE NECESARE ÎNSCRIERII</w:t>
      </w:r>
    </w:p>
    <w:p w14:paraId="37650DF7"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cerere de înscriere la concurs;</w:t>
      </w:r>
    </w:p>
    <w:p w14:paraId="3AD58124"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copie act de identitate și, după caz, documente privind schimbarea numelui;</w:t>
      </w:r>
    </w:p>
    <w:p w14:paraId="2BC815B3"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copie diplomă de licență în psihologie și alte acte de studii relevante;</w:t>
      </w:r>
    </w:p>
    <w:p w14:paraId="35F542C7"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copie atestat de liberă practică și documente privind valabilitatea și specialitatea acestuia;</w:t>
      </w:r>
    </w:p>
    <w:p w14:paraId="1D0FA277" w14:textId="77777777" w:rsidR="00A5753E" w:rsidRPr="00FF799F" w:rsidRDefault="00FF799F">
      <w:pPr>
        <w:pStyle w:val="ListBullet"/>
        <w:rPr>
          <w:rFonts w:cs="Times New Roman"/>
          <w:sz w:val="28"/>
          <w:szCs w:val="28"/>
        </w:rPr>
      </w:pPr>
      <w:r w:rsidRPr="00FF799F">
        <w:rPr>
          <w:rFonts w:cs="Times New Roman"/>
          <w:sz w:val="28"/>
          <w:szCs w:val="28"/>
        </w:rPr>
        <w:t xml:space="preserve">curriculum vitae, model </w:t>
      </w:r>
      <w:proofErr w:type="spellStart"/>
      <w:r w:rsidRPr="00FF799F">
        <w:rPr>
          <w:rFonts w:cs="Times New Roman"/>
          <w:sz w:val="28"/>
          <w:szCs w:val="28"/>
        </w:rPr>
        <w:t>Europass</w:t>
      </w:r>
      <w:proofErr w:type="spellEnd"/>
      <w:r w:rsidRPr="00FF799F">
        <w:rPr>
          <w:rFonts w:cs="Times New Roman"/>
          <w:sz w:val="28"/>
          <w:szCs w:val="28"/>
        </w:rPr>
        <w:t>;</w:t>
      </w:r>
    </w:p>
    <w:p w14:paraId="7BD85E5B"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documente care atestă vechimea/experiența profesională, în măsura solicitată;</w:t>
      </w:r>
    </w:p>
    <w:p w14:paraId="36A8D2ED"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cazier judiciar sau documentul substitutiv permis de lege;</w:t>
      </w:r>
    </w:p>
    <w:p w14:paraId="05B0B055"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certificat de integritate comportamentală, dacă este cerut de legislația aplicabilă postului;</w:t>
      </w:r>
    </w:p>
    <w:p w14:paraId="6669655F"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adeverință medicală pentru exercitarea atribuțiilor;</w:t>
      </w:r>
    </w:p>
    <w:p w14:paraId="7462EC10"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declarație de disponibilitate și declarație privind lipsa conflictelor de interese/incompatibilităților;</w:t>
      </w:r>
    </w:p>
    <w:p w14:paraId="12071A00" w14:textId="77777777" w:rsidR="00A5753E" w:rsidRPr="00BD57A1" w:rsidRDefault="00FF799F">
      <w:pPr>
        <w:pStyle w:val="ListBullet"/>
        <w:rPr>
          <w:rFonts w:cs="Times New Roman"/>
          <w:sz w:val="28"/>
          <w:szCs w:val="28"/>
          <w:lang w:val="pt-BR"/>
        </w:rPr>
      </w:pPr>
      <w:r w:rsidRPr="00BD57A1">
        <w:rPr>
          <w:rFonts w:cs="Times New Roman"/>
          <w:sz w:val="28"/>
          <w:szCs w:val="28"/>
          <w:lang w:val="pt-BR"/>
        </w:rPr>
        <w:t>informare privind prelucrarea datelor cu caracter personal și alte documente prevăzute de legislația aplicabilă.</w:t>
      </w:r>
    </w:p>
    <w:p w14:paraId="357D32F7" w14:textId="77777777" w:rsidR="00A5753E" w:rsidRPr="00BD57A1" w:rsidRDefault="00FF799F">
      <w:pPr>
        <w:rPr>
          <w:rFonts w:cs="Times New Roman"/>
          <w:sz w:val="28"/>
          <w:szCs w:val="28"/>
          <w:lang w:val="pt-BR"/>
        </w:rPr>
      </w:pPr>
      <w:r w:rsidRPr="00BD57A1">
        <w:rPr>
          <w:rFonts w:cs="Times New Roman"/>
          <w:sz w:val="28"/>
          <w:szCs w:val="28"/>
          <w:lang w:val="pt-BR"/>
        </w:rPr>
        <w:t>Documentele se depun în condițiile și termenul prevăzute de prezentul anunț. Originalele se prezintă pentru verificarea conformității copiilor, potrivit procedurii aplicabile.</w:t>
      </w:r>
    </w:p>
    <w:p w14:paraId="1F18F3B7" w14:textId="77777777" w:rsidR="00A5753E" w:rsidRPr="00BD57A1" w:rsidRDefault="00FF799F">
      <w:pPr>
        <w:rPr>
          <w:rFonts w:cs="Times New Roman"/>
          <w:sz w:val="28"/>
          <w:szCs w:val="28"/>
          <w:lang w:val="pt-BR"/>
        </w:rPr>
      </w:pPr>
      <w:r w:rsidRPr="00BD57A1">
        <w:rPr>
          <w:rFonts w:cs="Times New Roman"/>
          <w:b/>
          <w:sz w:val="28"/>
          <w:szCs w:val="28"/>
          <w:lang w:val="pt-BR"/>
        </w:rPr>
        <w:t>VII. ETAPELE CONCURSULUI</w:t>
      </w:r>
    </w:p>
    <w:p w14:paraId="1B4A7FFC" w14:textId="77777777" w:rsidR="00A5753E" w:rsidRPr="00BD57A1" w:rsidRDefault="00FF799F">
      <w:pPr>
        <w:rPr>
          <w:rFonts w:cs="Times New Roman"/>
          <w:sz w:val="28"/>
          <w:szCs w:val="28"/>
          <w:lang w:val="pt-BR"/>
        </w:rPr>
      </w:pPr>
      <w:r w:rsidRPr="00BD57A1">
        <w:rPr>
          <w:rFonts w:cs="Times New Roman"/>
          <w:sz w:val="28"/>
          <w:szCs w:val="28"/>
          <w:lang w:val="pt-BR"/>
        </w:rPr>
        <w:t>1. Selecția dosarelor: verificarea îndeplinirii condițiilor generale și specifice și a documentelor justificative.</w:t>
      </w:r>
    </w:p>
    <w:p w14:paraId="141CAB7C" w14:textId="77777777" w:rsidR="00A5753E" w:rsidRPr="00BD57A1" w:rsidRDefault="00FF799F">
      <w:pPr>
        <w:rPr>
          <w:rFonts w:cs="Times New Roman"/>
          <w:sz w:val="28"/>
          <w:szCs w:val="28"/>
          <w:lang w:val="pt-BR"/>
        </w:rPr>
      </w:pPr>
      <w:r w:rsidRPr="00BD57A1">
        <w:rPr>
          <w:rFonts w:cs="Times New Roman"/>
          <w:sz w:val="28"/>
          <w:szCs w:val="28"/>
          <w:lang w:val="pt-BR"/>
        </w:rPr>
        <w:t>2. Proba scrisă: întrebări și/sau spețe din bibliografia și tematica publicate; durata propusă: 60 de minute; punctaj maxim: 100 de puncte.</w:t>
      </w:r>
    </w:p>
    <w:p w14:paraId="2AEB6BB8" w14:textId="77777777" w:rsidR="00A5753E" w:rsidRPr="00BD57A1" w:rsidRDefault="00FF799F">
      <w:pPr>
        <w:rPr>
          <w:rFonts w:cs="Times New Roman"/>
          <w:sz w:val="28"/>
          <w:szCs w:val="28"/>
          <w:lang w:val="pt-BR"/>
        </w:rPr>
      </w:pPr>
      <w:r w:rsidRPr="00BD57A1">
        <w:rPr>
          <w:rFonts w:cs="Times New Roman"/>
          <w:sz w:val="28"/>
          <w:szCs w:val="28"/>
          <w:lang w:val="pt-BR"/>
        </w:rPr>
        <w:t>3. Interviul: evaluarea cunoștințelor profesionale, a capacității de analiză a situațiilor concrete, a comunicării și a conduitei etice; punctaj maxim: 100 de puncte.</w:t>
      </w:r>
    </w:p>
    <w:p w14:paraId="24904A1C" w14:textId="77777777" w:rsidR="00A5753E" w:rsidRPr="00BD57A1" w:rsidRDefault="00FF799F">
      <w:pPr>
        <w:rPr>
          <w:rFonts w:cs="Times New Roman"/>
          <w:sz w:val="28"/>
          <w:szCs w:val="28"/>
          <w:lang w:val="pt-BR"/>
        </w:rPr>
      </w:pPr>
      <w:r w:rsidRPr="00BD57A1">
        <w:rPr>
          <w:rFonts w:cs="Times New Roman"/>
          <w:sz w:val="28"/>
          <w:szCs w:val="28"/>
          <w:lang w:val="pt-BR"/>
        </w:rPr>
        <w:t>Pragurile de promovare, modul de calcul al punctajului final și departajarea se aplică potrivit HG nr. 1336/2022 și metodologiei aprobate, în forma aplicabilă concursului. Comisia de concurs și comisia de soluționare a contestațiilor se desemnează prin act administrativ.</w:t>
      </w:r>
    </w:p>
    <w:p w14:paraId="4E77ECF6" w14:textId="77777777" w:rsidR="00A5753E" w:rsidRPr="00D33F9B" w:rsidRDefault="00FF799F">
      <w:pPr>
        <w:rPr>
          <w:rFonts w:cs="Times New Roman"/>
          <w:sz w:val="28"/>
          <w:szCs w:val="28"/>
          <w:lang w:val="pt-BR"/>
        </w:rPr>
      </w:pPr>
      <w:r w:rsidRPr="00D33F9B">
        <w:rPr>
          <w:rFonts w:cs="Times New Roman"/>
          <w:b/>
          <w:sz w:val="28"/>
          <w:szCs w:val="28"/>
          <w:lang w:val="pt-BR"/>
        </w:rPr>
        <w:lastRenderedPageBreak/>
        <w:t>VIII. CALENDARUL CONCURSULUI</w:t>
      </w:r>
    </w:p>
    <w:p w14:paraId="69CA7C92" w14:textId="77777777" w:rsidR="00A5753E" w:rsidRPr="00BD57A1" w:rsidRDefault="00FF799F">
      <w:pPr>
        <w:rPr>
          <w:rFonts w:cs="Times New Roman"/>
          <w:sz w:val="28"/>
          <w:szCs w:val="28"/>
          <w:lang w:val="pt-BR"/>
        </w:rPr>
      </w:pPr>
      <w:r w:rsidRPr="00BD57A1">
        <w:rPr>
          <w:rFonts w:cs="Times New Roman"/>
          <w:sz w:val="28"/>
          <w:szCs w:val="28"/>
          <w:lang w:val="pt-BR"/>
        </w:rPr>
        <w:t>Datele și orele se stabilesc înainte de publicare, cu respectarea termenelor legale. Nu se vor folosi datele concursului anterior pentru coordonator UID.</w:t>
      </w:r>
    </w:p>
    <w:p w14:paraId="1819D9C3" w14:textId="77777777" w:rsidR="00A21F32" w:rsidRPr="00BD57A1" w:rsidRDefault="00A21F32">
      <w:pPr>
        <w:rPr>
          <w:rFonts w:cs="Times New Roman"/>
          <w:sz w:val="28"/>
          <w:szCs w:val="28"/>
          <w:lang w:val="pt-BR"/>
        </w:rPr>
      </w:pPr>
    </w:p>
    <w:p w14:paraId="32C3D6D2" w14:textId="77777777" w:rsidR="00A21F32" w:rsidRPr="00FF799F" w:rsidRDefault="00A21F32" w:rsidP="00A21F32">
      <w:pPr>
        <w:jc w:val="both"/>
        <w:rPr>
          <w:rFonts w:cs="Times New Roman"/>
          <w:b/>
          <w:sz w:val="28"/>
          <w:szCs w:val="28"/>
          <w:lang w:val="ro-RO"/>
        </w:rPr>
      </w:pPr>
      <w:r w:rsidRPr="00FF799F">
        <w:rPr>
          <w:rFonts w:cs="Times New Roman"/>
          <w:b/>
          <w:sz w:val="28"/>
          <w:szCs w:val="28"/>
          <w:lang w:val="ro-RO"/>
        </w:rPr>
        <w:t>Calendarul de desfăşurare a concursului</w:t>
      </w:r>
    </w:p>
    <w:p w14:paraId="1E150CFC" w14:textId="77777777" w:rsidR="00A21F32" w:rsidRPr="00FF799F" w:rsidRDefault="00A21F32" w:rsidP="00A21F32">
      <w:pPr>
        <w:jc w:val="both"/>
        <w:rPr>
          <w:rFonts w:cs="Times New Roman"/>
          <w:sz w:val="28"/>
          <w:szCs w:val="28"/>
          <w:lang w:val="ro-RO"/>
        </w:rPr>
      </w:pPr>
    </w:p>
    <w:p w14:paraId="289FD918" w14:textId="383D83C4" w:rsidR="00A21F32" w:rsidRPr="00FF799F" w:rsidRDefault="00A21F32" w:rsidP="00A21F32">
      <w:pPr>
        <w:jc w:val="both"/>
        <w:rPr>
          <w:rFonts w:cs="Times New Roman"/>
          <w:sz w:val="28"/>
          <w:szCs w:val="28"/>
          <w:lang w:val="ro-RO"/>
        </w:rPr>
      </w:pPr>
      <w:r w:rsidRPr="00FF799F">
        <w:rPr>
          <w:rFonts w:cs="Times New Roman"/>
          <w:b/>
          <w:sz w:val="28"/>
          <w:szCs w:val="28"/>
          <w:lang w:val="ro-RO"/>
        </w:rPr>
        <w:t>Data publicarii si afisarii</w:t>
      </w:r>
      <w:r w:rsidRPr="00FF799F">
        <w:rPr>
          <w:rFonts w:cs="Times New Roman"/>
          <w:sz w:val="28"/>
          <w:szCs w:val="28"/>
          <w:lang w:val="ro-RO"/>
        </w:rPr>
        <w:t xml:space="preserve"> anuntului de concurs este: </w:t>
      </w:r>
      <w:r w:rsidR="00BB2C83">
        <w:rPr>
          <w:rFonts w:cs="Times New Roman"/>
          <w:noProof/>
          <w:sz w:val="28"/>
          <w:szCs w:val="28"/>
          <w:lang w:val="ro-RO"/>
        </w:rPr>
        <w:t>2</w:t>
      </w:r>
      <w:r w:rsidR="00D33F9B">
        <w:rPr>
          <w:rFonts w:cs="Times New Roman"/>
          <w:noProof/>
          <w:sz w:val="28"/>
          <w:szCs w:val="28"/>
          <w:lang w:val="ro-RO"/>
        </w:rPr>
        <w:t>3</w:t>
      </w:r>
      <w:r w:rsidRPr="00FF799F">
        <w:rPr>
          <w:rFonts w:cs="Times New Roman"/>
          <w:noProof/>
          <w:sz w:val="28"/>
          <w:szCs w:val="28"/>
          <w:lang w:val="ro-RO"/>
        </w:rPr>
        <w:t>/10/2026</w:t>
      </w:r>
    </w:p>
    <w:p w14:paraId="17583461" w14:textId="77777777" w:rsidR="00A21F32" w:rsidRPr="00FF799F" w:rsidRDefault="00A21F32" w:rsidP="00A21F32">
      <w:pPr>
        <w:ind w:firstLine="360"/>
        <w:jc w:val="both"/>
        <w:rPr>
          <w:rFonts w:cs="Times New Roman"/>
          <w:sz w:val="28"/>
          <w:szCs w:val="28"/>
          <w:lang w:val="ro-RO"/>
        </w:rPr>
      </w:pPr>
      <w:r w:rsidRPr="00FF799F">
        <w:rPr>
          <w:rFonts w:cs="Times New Roman"/>
          <w:sz w:val="28"/>
          <w:szCs w:val="28"/>
          <w:lang w:val="ro-RO"/>
        </w:rPr>
        <w:t xml:space="preserve">- </w:t>
      </w:r>
      <w:r w:rsidRPr="00FF799F">
        <w:rPr>
          <w:rFonts w:cs="Times New Roman"/>
          <w:sz w:val="28"/>
          <w:szCs w:val="28"/>
          <w:lang w:val="ro-RO"/>
        </w:rPr>
        <w:tab/>
        <w:t xml:space="preserve">termenul de depunere a dosarelor în data de  </w:t>
      </w:r>
      <w:r w:rsidR="00BB2C83">
        <w:rPr>
          <w:rFonts w:cs="Times New Roman"/>
          <w:noProof/>
          <w:sz w:val="28"/>
          <w:szCs w:val="28"/>
          <w:lang w:val="ro-RO"/>
        </w:rPr>
        <w:t>26.10.2026-30.10.2026</w:t>
      </w:r>
      <w:r w:rsidRPr="00FF799F">
        <w:rPr>
          <w:rFonts w:cs="Times New Roman"/>
          <w:sz w:val="28"/>
          <w:szCs w:val="28"/>
          <w:lang w:val="ro-RO"/>
        </w:rPr>
        <w:t xml:space="preserve"> , ora 12:00, la sediul instituţiei;</w:t>
      </w:r>
    </w:p>
    <w:p w14:paraId="2DDE2BBB" w14:textId="77777777" w:rsidR="00A21F32" w:rsidRPr="00FF799F" w:rsidRDefault="00A21F32" w:rsidP="00A21F32">
      <w:pPr>
        <w:ind w:firstLine="360"/>
        <w:jc w:val="both"/>
        <w:rPr>
          <w:rFonts w:cs="Times New Roman"/>
          <w:sz w:val="28"/>
          <w:szCs w:val="28"/>
          <w:lang w:val="ro-RO"/>
        </w:rPr>
      </w:pPr>
      <w:r w:rsidRPr="00FF799F">
        <w:rPr>
          <w:rFonts w:cs="Times New Roman"/>
          <w:sz w:val="28"/>
          <w:szCs w:val="28"/>
          <w:lang w:val="ro-RO"/>
        </w:rPr>
        <w:t xml:space="preserve">- </w:t>
      </w:r>
      <w:r w:rsidRPr="00FF799F">
        <w:rPr>
          <w:rFonts w:cs="Times New Roman"/>
          <w:sz w:val="28"/>
          <w:szCs w:val="28"/>
          <w:lang w:val="ro-RO"/>
        </w:rPr>
        <w:tab/>
        <w:t xml:space="preserve">selecţia dosarelor în data de: </w:t>
      </w:r>
      <w:r w:rsidR="00BB2C83">
        <w:rPr>
          <w:rFonts w:cs="Times New Roman"/>
          <w:noProof/>
          <w:sz w:val="28"/>
          <w:szCs w:val="28"/>
          <w:lang w:val="ro-RO"/>
        </w:rPr>
        <w:t>02</w:t>
      </w:r>
      <w:r w:rsidRPr="00FF799F">
        <w:rPr>
          <w:rFonts w:cs="Times New Roman"/>
          <w:noProof/>
          <w:sz w:val="28"/>
          <w:szCs w:val="28"/>
          <w:lang w:val="ro-RO"/>
        </w:rPr>
        <w:t>/11/2026</w:t>
      </w:r>
      <w:r w:rsidRPr="00FF799F">
        <w:rPr>
          <w:rFonts w:cs="Times New Roman"/>
          <w:sz w:val="28"/>
          <w:szCs w:val="28"/>
          <w:lang w:val="ro-RO"/>
        </w:rPr>
        <w:t xml:space="preserve">  , ora 10:00, la sediul instituţiei;</w:t>
      </w:r>
    </w:p>
    <w:p w14:paraId="3F406B24" w14:textId="77777777" w:rsidR="00A21F32" w:rsidRPr="00FF799F" w:rsidRDefault="00A21F32" w:rsidP="00A21F32">
      <w:pPr>
        <w:ind w:left="720" w:hanging="360"/>
        <w:jc w:val="both"/>
        <w:rPr>
          <w:rFonts w:cs="Times New Roman"/>
          <w:sz w:val="28"/>
          <w:szCs w:val="28"/>
          <w:lang w:val="ro-RO"/>
        </w:rPr>
      </w:pPr>
      <w:r w:rsidRPr="00FF799F">
        <w:rPr>
          <w:rFonts w:cs="Times New Roman"/>
          <w:sz w:val="28"/>
          <w:szCs w:val="28"/>
          <w:lang w:val="ro-RO"/>
        </w:rPr>
        <w:t>-</w:t>
      </w:r>
      <w:r w:rsidRPr="00FF799F">
        <w:rPr>
          <w:rFonts w:cs="Times New Roman"/>
          <w:sz w:val="28"/>
          <w:szCs w:val="28"/>
          <w:lang w:val="ro-RO"/>
        </w:rPr>
        <w:tab/>
        <w:t>afisare rezultate la selectia dosarelor în data de:</w:t>
      </w:r>
      <w:r w:rsidR="00BB2C83">
        <w:rPr>
          <w:rFonts w:cs="Times New Roman"/>
          <w:noProof/>
          <w:sz w:val="28"/>
          <w:szCs w:val="28"/>
          <w:lang w:val="ro-RO"/>
        </w:rPr>
        <w:t xml:space="preserve"> 02</w:t>
      </w:r>
      <w:r w:rsidRPr="00FF799F">
        <w:rPr>
          <w:rFonts w:cs="Times New Roman"/>
          <w:noProof/>
          <w:sz w:val="28"/>
          <w:szCs w:val="28"/>
          <w:lang w:val="ro-RO"/>
        </w:rPr>
        <w:t>/11/2026</w:t>
      </w:r>
      <w:r w:rsidRPr="00FF799F">
        <w:rPr>
          <w:rFonts w:cs="Times New Roman"/>
          <w:sz w:val="28"/>
          <w:szCs w:val="28"/>
          <w:lang w:val="ro-RO"/>
        </w:rPr>
        <w:t xml:space="preserve">   , ora 12:00, la sediul institutiei.</w:t>
      </w:r>
    </w:p>
    <w:p w14:paraId="255B257D" w14:textId="77777777" w:rsidR="00A21F32" w:rsidRPr="00FF799F" w:rsidRDefault="00A21F32" w:rsidP="00A21F32">
      <w:pPr>
        <w:ind w:left="720" w:hanging="360"/>
        <w:jc w:val="both"/>
        <w:rPr>
          <w:rFonts w:cs="Times New Roman"/>
          <w:sz w:val="28"/>
          <w:szCs w:val="28"/>
          <w:lang w:val="ro-RO"/>
        </w:rPr>
      </w:pPr>
      <w:r w:rsidRPr="00FF799F">
        <w:rPr>
          <w:rFonts w:cs="Times New Roman"/>
          <w:sz w:val="28"/>
          <w:szCs w:val="28"/>
          <w:lang w:val="ro-RO"/>
        </w:rPr>
        <w:t>-</w:t>
      </w:r>
      <w:r w:rsidRPr="00FF799F">
        <w:rPr>
          <w:rFonts w:cs="Times New Roman"/>
          <w:sz w:val="28"/>
          <w:szCs w:val="28"/>
          <w:lang w:val="ro-RO"/>
        </w:rPr>
        <w:tab/>
        <w:t xml:space="preserve">termen de contestare la selectia dosarelor în data de </w:t>
      </w:r>
      <w:r w:rsidR="00BB2C83">
        <w:rPr>
          <w:rFonts w:cs="Times New Roman"/>
          <w:noProof/>
          <w:sz w:val="28"/>
          <w:szCs w:val="28"/>
          <w:lang w:val="ro-RO"/>
        </w:rPr>
        <w:t>03</w:t>
      </w:r>
      <w:r w:rsidRPr="00FF799F">
        <w:rPr>
          <w:rFonts w:cs="Times New Roman"/>
          <w:noProof/>
          <w:sz w:val="28"/>
          <w:szCs w:val="28"/>
          <w:lang w:val="ro-RO"/>
        </w:rPr>
        <w:t>/11/2026</w:t>
      </w:r>
      <w:r w:rsidRPr="00FF799F">
        <w:rPr>
          <w:rFonts w:cs="Times New Roman"/>
          <w:sz w:val="28"/>
          <w:szCs w:val="28"/>
          <w:lang w:val="ro-RO"/>
        </w:rPr>
        <w:t xml:space="preserve">   , ora 12:00, la sediul institutiei.</w:t>
      </w:r>
    </w:p>
    <w:p w14:paraId="34B9E4FB" w14:textId="77777777" w:rsidR="00A21F32" w:rsidRPr="00FF799F" w:rsidRDefault="00A21F32" w:rsidP="00A21F32">
      <w:pPr>
        <w:ind w:left="720" w:hanging="360"/>
        <w:jc w:val="both"/>
        <w:rPr>
          <w:rFonts w:cs="Times New Roman"/>
          <w:sz w:val="28"/>
          <w:szCs w:val="28"/>
          <w:lang w:val="ro-RO"/>
        </w:rPr>
      </w:pPr>
      <w:r w:rsidRPr="00FF799F">
        <w:rPr>
          <w:rFonts w:cs="Times New Roman"/>
          <w:sz w:val="28"/>
          <w:szCs w:val="28"/>
          <w:lang w:val="ro-RO"/>
        </w:rPr>
        <w:t>-</w:t>
      </w:r>
      <w:r w:rsidRPr="00FF799F">
        <w:rPr>
          <w:rFonts w:cs="Times New Roman"/>
          <w:sz w:val="28"/>
          <w:szCs w:val="28"/>
          <w:lang w:val="ro-RO"/>
        </w:rPr>
        <w:tab/>
        <w:t xml:space="preserve">afişarea rezultatelor la soluţionarea contestaţiilor privind selectia dosarelor în data de   </w:t>
      </w:r>
      <w:r w:rsidR="00BB2C83">
        <w:rPr>
          <w:rFonts w:cs="Times New Roman"/>
          <w:noProof/>
          <w:sz w:val="28"/>
          <w:szCs w:val="28"/>
          <w:lang w:val="ro-RO"/>
        </w:rPr>
        <w:t>04</w:t>
      </w:r>
      <w:r w:rsidRPr="00FF799F">
        <w:rPr>
          <w:rFonts w:cs="Times New Roman"/>
          <w:noProof/>
          <w:sz w:val="28"/>
          <w:szCs w:val="28"/>
          <w:lang w:val="ro-RO"/>
        </w:rPr>
        <w:t>/11/2026</w:t>
      </w:r>
      <w:r w:rsidRPr="00FF799F">
        <w:rPr>
          <w:rFonts w:cs="Times New Roman"/>
          <w:sz w:val="28"/>
          <w:szCs w:val="28"/>
          <w:lang w:val="ro-RO"/>
        </w:rPr>
        <w:t xml:space="preserve">  , ora 13:00, la sediul institutiei.</w:t>
      </w:r>
    </w:p>
    <w:p w14:paraId="5A925057" w14:textId="77777777" w:rsidR="00A21F32" w:rsidRPr="00FF799F" w:rsidRDefault="00A21F32" w:rsidP="00A21F32">
      <w:pPr>
        <w:ind w:left="720" w:hanging="360"/>
        <w:jc w:val="both"/>
        <w:rPr>
          <w:rFonts w:cs="Times New Roman"/>
          <w:sz w:val="28"/>
          <w:szCs w:val="28"/>
          <w:lang w:val="ro-RO"/>
        </w:rPr>
      </w:pPr>
    </w:p>
    <w:p w14:paraId="3A210DAC" w14:textId="77777777" w:rsidR="00A21F32" w:rsidRPr="00FF799F" w:rsidRDefault="00A21F32" w:rsidP="00A21F32">
      <w:pPr>
        <w:ind w:left="720" w:hanging="360"/>
        <w:jc w:val="both"/>
        <w:rPr>
          <w:rFonts w:cs="Times New Roman"/>
          <w:sz w:val="28"/>
          <w:szCs w:val="28"/>
          <w:lang w:val="ro-RO"/>
        </w:rPr>
      </w:pPr>
      <w:r w:rsidRPr="00FF799F">
        <w:rPr>
          <w:rFonts w:cs="Times New Roman"/>
          <w:sz w:val="28"/>
          <w:szCs w:val="28"/>
          <w:lang w:val="ro-RO"/>
        </w:rPr>
        <w:t>Proba scrisă:</w:t>
      </w:r>
    </w:p>
    <w:p w14:paraId="211640D3" w14:textId="77777777" w:rsidR="00A21F32" w:rsidRPr="00FF799F" w:rsidRDefault="00A21F32" w:rsidP="00A21F32">
      <w:pPr>
        <w:ind w:firstLine="360"/>
        <w:jc w:val="both"/>
        <w:rPr>
          <w:rFonts w:cs="Times New Roman"/>
          <w:sz w:val="28"/>
          <w:szCs w:val="28"/>
          <w:lang w:val="ro-RO"/>
        </w:rPr>
      </w:pPr>
      <w:r w:rsidRPr="00FF799F">
        <w:rPr>
          <w:rFonts w:cs="Times New Roman"/>
          <w:sz w:val="28"/>
          <w:szCs w:val="28"/>
          <w:lang w:val="ro-RO"/>
        </w:rPr>
        <w:t>-</w:t>
      </w:r>
      <w:r w:rsidRPr="00FF799F">
        <w:rPr>
          <w:rFonts w:cs="Times New Roman"/>
          <w:sz w:val="28"/>
          <w:szCs w:val="28"/>
          <w:lang w:val="ro-RO"/>
        </w:rPr>
        <w:tab/>
        <w:t xml:space="preserve">proba scrisă în data de </w:t>
      </w:r>
      <w:r w:rsidR="0030003A">
        <w:rPr>
          <w:rFonts w:cs="Times New Roman"/>
          <w:noProof/>
          <w:sz w:val="28"/>
          <w:szCs w:val="28"/>
          <w:lang w:val="ro-RO"/>
        </w:rPr>
        <w:t>16</w:t>
      </w:r>
      <w:r w:rsidRPr="00FF799F">
        <w:rPr>
          <w:rFonts w:cs="Times New Roman"/>
          <w:noProof/>
          <w:sz w:val="28"/>
          <w:szCs w:val="28"/>
          <w:lang w:val="ro-RO"/>
        </w:rPr>
        <w:t>/11/2026</w:t>
      </w:r>
      <w:r w:rsidRPr="00FF799F">
        <w:rPr>
          <w:rFonts w:cs="Times New Roman"/>
          <w:sz w:val="28"/>
          <w:szCs w:val="28"/>
          <w:lang w:val="ro-RO"/>
        </w:rPr>
        <w:t xml:space="preserve"> , ora 10.00, la sediul instituției;   </w:t>
      </w:r>
    </w:p>
    <w:p w14:paraId="6DC1A11C" w14:textId="77777777" w:rsidR="00A21F32" w:rsidRPr="00FF799F" w:rsidRDefault="00A21F32" w:rsidP="00A21F32">
      <w:pPr>
        <w:numPr>
          <w:ilvl w:val="0"/>
          <w:numId w:val="10"/>
        </w:numPr>
        <w:suppressAutoHyphens/>
        <w:spacing w:after="0" w:line="240" w:lineRule="auto"/>
        <w:jc w:val="both"/>
        <w:rPr>
          <w:rFonts w:cs="Times New Roman"/>
          <w:sz w:val="28"/>
          <w:szCs w:val="28"/>
          <w:lang w:val="ro-RO"/>
        </w:rPr>
      </w:pPr>
      <w:r w:rsidRPr="00FF799F">
        <w:rPr>
          <w:rFonts w:cs="Times New Roman"/>
          <w:sz w:val="28"/>
          <w:szCs w:val="28"/>
          <w:lang w:val="ro-RO"/>
        </w:rPr>
        <w:t xml:space="preserve">afişarea rezultatelor de la proba scrisă în data de </w:t>
      </w:r>
      <w:r w:rsidR="0030003A">
        <w:rPr>
          <w:rFonts w:cs="Times New Roman"/>
          <w:noProof/>
          <w:sz w:val="28"/>
          <w:szCs w:val="28"/>
          <w:lang w:val="ro-RO"/>
        </w:rPr>
        <w:t>16</w:t>
      </w:r>
      <w:r w:rsidRPr="00FF799F">
        <w:rPr>
          <w:rFonts w:cs="Times New Roman"/>
          <w:noProof/>
          <w:sz w:val="28"/>
          <w:szCs w:val="28"/>
          <w:lang w:val="ro-RO"/>
        </w:rPr>
        <w:t>/11/2026</w:t>
      </w:r>
      <w:r w:rsidRPr="00FF799F">
        <w:rPr>
          <w:rFonts w:cs="Times New Roman"/>
          <w:sz w:val="28"/>
          <w:szCs w:val="28"/>
          <w:lang w:val="ro-RO"/>
        </w:rPr>
        <w:t xml:space="preserve">   , ora 14:00, la sediul institutiei.</w:t>
      </w:r>
    </w:p>
    <w:p w14:paraId="384EB3CC" w14:textId="77777777" w:rsidR="00A21F32" w:rsidRPr="00FF799F" w:rsidRDefault="00A21F32" w:rsidP="00A21F32">
      <w:pPr>
        <w:numPr>
          <w:ilvl w:val="0"/>
          <w:numId w:val="10"/>
        </w:numPr>
        <w:suppressAutoHyphens/>
        <w:spacing w:after="0" w:line="240" w:lineRule="auto"/>
        <w:jc w:val="both"/>
        <w:rPr>
          <w:rFonts w:cs="Times New Roman"/>
          <w:sz w:val="28"/>
          <w:szCs w:val="28"/>
          <w:lang w:val="ro-RO"/>
        </w:rPr>
      </w:pPr>
      <w:r w:rsidRPr="00FF799F">
        <w:rPr>
          <w:rFonts w:cs="Times New Roman"/>
          <w:sz w:val="28"/>
          <w:szCs w:val="28"/>
          <w:lang w:val="ro-RO"/>
        </w:rPr>
        <w:t xml:space="preserve">termenul de depunere a contestatiilor la proba scrisă în data de   </w:t>
      </w:r>
      <w:r w:rsidR="00BB2C83">
        <w:rPr>
          <w:rFonts w:cs="Times New Roman"/>
          <w:noProof/>
          <w:sz w:val="28"/>
          <w:szCs w:val="28"/>
          <w:lang w:val="ro-RO"/>
        </w:rPr>
        <w:t>16</w:t>
      </w:r>
      <w:r w:rsidRPr="00FF799F">
        <w:rPr>
          <w:rFonts w:cs="Times New Roman"/>
          <w:noProof/>
          <w:sz w:val="28"/>
          <w:szCs w:val="28"/>
          <w:lang w:val="ro-RO"/>
        </w:rPr>
        <w:t>/11/2026</w:t>
      </w:r>
      <w:r w:rsidRPr="00FF799F">
        <w:rPr>
          <w:rFonts w:cs="Times New Roman"/>
          <w:sz w:val="28"/>
          <w:szCs w:val="28"/>
          <w:lang w:val="ro-RO"/>
        </w:rPr>
        <w:t xml:space="preserve"> ora 14:00, la sediul instituției;</w:t>
      </w:r>
    </w:p>
    <w:p w14:paraId="3E546011" w14:textId="77777777" w:rsidR="00A21F32" w:rsidRPr="00FF799F" w:rsidRDefault="00A21F32" w:rsidP="00A21F32">
      <w:pPr>
        <w:numPr>
          <w:ilvl w:val="0"/>
          <w:numId w:val="10"/>
        </w:numPr>
        <w:suppressAutoHyphens/>
        <w:spacing w:after="0" w:line="240" w:lineRule="auto"/>
        <w:jc w:val="both"/>
        <w:rPr>
          <w:rFonts w:cs="Times New Roman"/>
          <w:sz w:val="28"/>
          <w:szCs w:val="28"/>
          <w:lang w:val="ro-RO"/>
        </w:rPr>
      </w:pPr>
      <w:r w:rsidRPr="00FF799F">
        <w:rPr>
          <w:rFonts w:cs="Times New Roman"/>
          <w:sz w:val="28"/>
          <w:szCs w:val="28"/>
          <w:lang w:val="ro-RO"/>
        </w:rPr>
        <w:t>afişarea rezultatelor la soluţionarea contesta</w:t>
      </w:r>
      <w:r w:rsidR="00BB2C83">
        <w:rPr>
          <w:rFonts w:cs="Times New Roman"/>
          <w:sz w:val="28"/>
          <w:szCs w:val="28"/>
          <w:lang w:val="ro-RO"/>
        </w:rPr>
        <w:t xml:space="preserve">ţiilor probei scrise în data de </w:t>
      </w:r>
      <w:r w:rsidR="0030003A">
        <w:rPr>
          <w:rFonts w:cs="Times New Roman"/>
          <w:sz w:val="28"/>
          <w:szCs w:val="28"/>
          <w:lang w:val="ro-RO"/>
        </w:rPr>
        <w:t>17</w:t>
      </w:r>
      <w:r w:rsidRPr="00FF799F">
        <w:rPr>
          <w:rFonts w:cs="Times New Roman"/>
          <w:noProof/>
          <w:sz w:val="28"/>
          <w:szCs w:val="28"/>
          <w:lang w:val="ro-RO"/>
        </w:rPr>
        <w:t>/11/2026</w:t>
      </w:r>
      <w:r w:rsidRPr="00FF799F">
        <w:rPr>
          <w:rFonts w:cs="Times New Roman"/>
          <w:sz w:val="28"/>
          <w:szCs w:val="28"/>
          <w:lang w:val="ro-RO"/>
        </w:rPr>
        <w:t xml:space="preserve">  , ora 15:30, la sediul instituției; </w:t>
      </w:r>
    </w:p>
    <w:p w14:paraId="45F6468A" w14:textId="77777777" w:rsidR="00A21F32" w:rsidRPr="00FF799F" w:rsidRDefault="00A21F32" w:rsidP="00A21F32">
      <w:pPr>
        <w:ind w:left="720"/>
        <w:jc w:val="both"/>
        <w:rPr>
          <w:rFonts w:cs="Times New Roman"/>
          <w:sz w:val="28"/>
          <w:szCs w:val="28"/>
          <w:lang w:val="ro-RO"/>
        </w:rPr>
      </w:pPr>
    </w:p>
    <w:p w14:paraId="13FCF839" w14:textId="77777777" w:rsidR="00A21F32" w:rsidRPr="00FF799F" w:rsidRDefault="00A21F32" w:rsidP="00A21F32">
      <w:pPr>
        <w:ind w:left="720" w:hanging="360"/>
        <w:jc w:val="both"/>
        <w:rPr>
          <w:rFonts w:cs="Times New Roman"/>
          <w:sz w:val="28"/>
          <w:szCs w:val="28"/>
          <w:lang w:val="ro-RO"/>
        </w:rPr>
      </w:pPr>
      <w:r w:rsidRPr="00FF799F">
        <w:rPr>
          <w:rFonts w:cs="Times New Roman"/>
          <w:sz w:val="28"/>
          <w:szCs w:val="28"/>
          <w:lang w:val="ro-RO"/>
        </w:rPr>
        <w:t>Proba interviu:</w:t>
      </w:r>
    </w:p>
    <w:p w14:paraId="6ACB5F3F" w14:textId="77777777" w:rsidR="00A21F32" w:rsidRPr="00FF799F" w:rsidRDefault="00A21F32" w:rsidP="00A21F32">
      <w:pPr>
        <w:ind w:firstLine="360"/>
        <w:jc w:val="both"/>
        <w:rPr>
          <w:rFonts w:cs="Times New Roman"/>
          <w:sz w:val="28"/>
          <w:szCs w:val="28"/>
          <w:lang w:val="ro-RO"/>
        </w:rPr>
      </w:pPr>
      <w:r w:rsidRPr="00FF799F">
        <w:rPr>
          <w:rFonts w:cs="Times New Roman"/>
          <w:sz w:val="28"/>
          <w:szCs w:val="28"/>
          <w:lang w:val="ro-RO"/>
        </w:rPr>
        <w:t>-</w:t>
      </w:r>
      <w:r w:rsidRPr="00FF799F">
        <w:rPr>
          <w:rFonts w:cs="Times New Roman"/>
          <w:sz w:val="28"/>
          <w:szCs w:val="28"/>
          <w:lang w:val="ro-RO"/>
        </w:rPr>
        <w:tab/>
        <w:t xml:space="preserve">proba interviu în data de </w:t>
      </w:r>
      <w:r w:rsidR="0030003A">
        <w:rPr>
          <w:rFonts w:cs="Times New Roman"/>
          <w:noProof/>
          <w:sz w:val="28"/>
          <w:szCs w:val="28"/>
          <w:lang w:val="ro-RO"/>
        </w:rPr>
        <w:t>18</w:t>
      </w:r>
      <w:r w:rsidRPr="00FF799F">
        <w:rPr>
          <w:rFonts w:cs="Times New Roman"/>
          <w:noProof/>
          <w:sz w:val="28"/>
          <w:szCs w:val="28"/>
          <w:lang w:val="ro-RO"/>
        </w:rPr>
        <w:t>/11/2026</w:t>
      </w:r>
      <w:r w:rsidRPr="00FF799F">
        <w:rPr>
          <w:rFonts w:cs="Times New Roman"/>
          <w:sz w:val="28"/>
          <w:szCs w:val="28"/>
          <w:lang w:val="ro-RO"/>
        </w:rPr>
        <w:t xml:space="preserve">, ora 10.00, la sediul instituției;   </w:t>
      </w:r>
    </w:p>
    <w:p w14:paraId="1711EB1A" w14:textId="77777777" w:rsidR="00A21F32" w:rsidRPr="00FF799F" w:rsidRDefault="00A21F32" w:rsidP="00A21F32">
      <w:pPr>
        <w:numPr>
          <w:ilvl w:val="0"/>
          <w:numId w:val="10"/>
        </w:numPr>
        <w:suppressAutoHyphens/>
        <w:spacing w:after="0" w:line="240" w:lineRule="auto"/>
        <w:jc w:val="both"/>
        <w:rPr>
          <w:rFonts w:cs="Times New Roman"/>
          <w:sz w:val="28"/>
          <w:szCs w:val="28"/>
          <w:lang w:val="ro-RO"/>
        </w:rPr>
      </w:pPr>
      <w:r w:rsidRPr="00FF799F">
        <w:rPr>
          <w:rFonts w:cs="Times New Roman"/>
          <w:sz w:val="28"/>
          <w:szCs w:val="28"/>
          <w:lang w:val="ro-RO"/>
        </w:rPr>
        <w:lastRenderedPageBreak/>
        <w:t xml:space="preserve">afişarea rezultatelor de la proba interviu în data de </w:t>
      </w:r>
      <w:r w:rsidR="0030003A">
        <w:rPr>
          <w:rFonts w:cs="Times New Roman"/>
          <w:noProof/>
          <w:sz w:val="28"/>
          <w:szCs w:val="28"/>
          <w:lang w:val="ro-RO"/>
        </w:rPr>
        <w:t>18</w:t>
      </w:r>
      <w:r w:rsidRPr="00FF799F">
        <w:rPr>
          <w:rFonts w:cs="Times New Roman"/>
          <w:noProof/>
          <w:sz w:val="28"/>
          <w:szCs w:val="28"/>
          <w:lang w:val="ro-RO"/>
        </w:rPr>
        <w:t>/11/2026</w:t>
      </w:r>
      <w:r w:rsidRPr="00FF799F">
        <w:rPr>
          <w:rFonts w:cs="Times New Roman"/>
          <w:sz w:val="28"/>
          <w:szCs w:val="28"/>
          <w:lang w:val="ro-RO"/>
        </w:rPr>
        <w:t xml:space="preserve"> , ora 14:00, la sediul institutiei.</w:t>
      </w:r>
    </w:p>
    <w:p w14:paraId="2574F7A0" w14:textId="77777777" w:rsidR="00A21F32" w:rsidRPr="00FF799F" w:rsidRDefault="00A21F32" w:rsidP="00A21F32">
      <w:pPr>
        <w:numPr>
          <w:ilvl w:val="0"/>
          <w:numId w:val="10"/>
        </w:numPr>
        <w:suppressAutoHyphens/>
        <w:spacing w:after="0" w:line="240" w:lineRule="auto"/>
        <w:jc w:val="both"/>
        <w:rPr>
          <w:rFonts w:cs="Times New Roman"/>
          <w:sz w:val="28"/>
          <w:szCs w:val="28"/>
          <w:lang w:val="ro-RO"/>
        </w:rPr>
      </w:pPr>
      <w:r w:rsidRPr="00FF799F">
        <w:rPr>
          <w:rFonts w:cs="Times New Roman"/>
          <w:sz w:val="28"/>
          <w:szCs w:val="28"/>
          <w:lang w:val="ro-RO"/>
        </w:rPr>
        <w:t xml:space="preserve">termenul de depunere a contestatiilor la proba interviu în data de  </w:t>
      </w:r>
      <w:r w:rsidR="0030003A">
        <w:rPr>
          <w:rFonts w:cs="Times New Roman"/>
          <w:noProof/>
          <w:sz w:val="28"/>
          <w:szCs w:val="28"/>
          <w:lang w:val="ro-RO"/>
        </w:rPr>
        <w:t>18</w:t>
      </w:r>
      <w:r w:rsidRPr="00FF799F">
        <w:rPr>
          <w:rFonts w:cs="Times New Roman"/>
          <w:noProof/>
          <w:sz w:val="28"/>
          <w:szCs w:val="28"/>
          <w:lang w:val="ro-RO"/>
        </w:rPr>
        <w:t>/11/2026</w:t>
      </w:r>
      <w:r w:rsidR="00BB2C83">
        <w:rPr>
          <w:rFonts w:cs="Times New Roman"/>
          <w:sz w:val="28"/>
          <w:szCs w:val="28"/>
          <w:lang w:val="ro-RO"/>
        </w:rPr>
        <w:t xml:space="preserve"> ,ora 16</w:t>
      </w:r>
      <w:r w:rsidRPr="00FF799F">
        <w:rPr>
          <w:rFonts w:cs="Times New Roman"/>
          <w:sz w:val="28"/>
          <w:szCs w:val="28"/>
          <w:lang w:val="ro-RO"/>
        </w:rPr>
        <w:t>:00, la sediul instituției;</w:t>
      </w:r>
    </w:p>
    <w:p w14:paraId="134C6AED" w14:textId="77777777" w:rsidR="00A21F32" w:rsidRPr="00FF799F" w:rsidRDefault="00A21F32" w:rsidP="00A21F32">
      <w:pPr>
        <w:numPr>
          <w:ilvl w:val="0"/>
          <w:numId w:val="10"/>
        </w:numPr>
        <w:suppressAutoHyphens/>
        <w:spacing w:after="0" w:line="240" w:lineRule="auto"/>
        <w:jc w:val="both"/>
        <w:rPr>
          <w:rFonts w:cs="Times New Roman"/>
          <w:sz w:val="28"/>
          <w:szCs w:val="28"/>
          <w:lang w:val="ro-RO"/>
        </w:rPr>
      </w:pPr>
      <w:r w:rsidRPr="00FF799F">
        <w:rPr>
          <w:rFonts w:cs="Times New Roman"/>
          <w:sz w:val="28"/>
          <w:szCs w:val="28"/>
          <w:lang w:val="ro-RO"/>
        </w:rPr>
        <w:t xml:space="preserve">afişarea rezultatelor la soluţionarea contestaţiilor probei interviu în data de </w:t>
      </w:r>
      <w:r w:rsidR="0030003A">
        <w:rPr>
          <w:rFonts w:cs="Times New Roman"/>
          <w:noProof/>
          <w:sz w:val="28"/>
          <w:szCs w:val="28"/>
          <w:lang w:val="ro-RO"/>
        </w:rPr>
        <w:t>19</w:t>
      </w:r>
      <w:r w:rsidRPr="00FF799F">
        <w:rPr>
          <w:rFonts w:cs="Times New Roman"/>
          <w:noProof/>
          <w:sz w:val="28"/>
          <w:szCs w:val="28"/>
          <w:lang w:val="ro-RO"/>
        </w:rPr>
        <w:t>/11/2026</w:t>
      </w:r>
      <w:r w:rsidRPr="00FF799F">
        <w:rPr>
          <w:rFonts w:cs="Times New Roman"/>
          <w:sz w:val="28"/>
          <w:szCs w:val="28"/>
          <w:lang w:val="ro-RO"/>
        </w:rPr>
        <w:t xml:space="preserve">  , ora 15:30, la sediul instituției; </w:t>
      </w:r>
    </w:p>
    <w:p w14:paraId="75AEC99B" w14:textId="77777777" w:rsidR="00A21F32" w:rsidRPr="00FF799F" w:rsidRDefault="00A21F32" w:rsidP="00A21F32">
      <w:pPr>
        <w:ind w:left="360"/>
        <w:jc w:val="both"/>
        <w:rPr>
          <w:rFonts w:cs="Times New Roman"/>
          <w:sz w:val="28"/>
          <w:szCs w:val="28"/>
          <w:lang w:val="ro-RO"/>
        </w:rPr>
      </w:pPr>
    </w:p>
    <w:p w14:paraId="4D793266" w14:textId="77777777" w:rsidR="00A21F32" w:rsidRPr="00FF799F" w:rsidRDefault="00A21F32" w:rsidP="00A21F32">
      <w:pPr>
        <w:numPr>
          <w:ilvl w:val="0"/>
          <w:numId w:val="10"/>
        </w:numPr>
        <w:suppressAutoHyphens/>
        <w:spacing w:after="0" w:line="240" w:lineRule="auto"/>
        <w:jc w:val="both"/>
        <w:rPr>
          <w:rFonts w:cs="Times New Roman"/>
          <w:sz w:val="28"/>
          <w:szCs w:val="28"/>
          <w:lang w:val="ro-RO"/>
        </w:rPr>
      </w:pPr>
      <w:r w:rsidRPr="00FF799F">
        <w:rPr>
          <w:rFonts w:cs="Times New Roman"/>
          <w:sz w:val="28"/>
          <w:szCs w:val="28"/>
          <w:lang w:val="ro-RO"/>
        </w:rPr>
        <w:t xml:space="preserve">Afişarea rezultatelor finale în data de </w:t>
      </w:r>
      <w:r w:rsidR="0030003A">
        <w:rPr>
          <w:rFonts w:cs="Times New Roman"/>
          <w:noProof/>
          <w:sz w:val="28"/>
          <w:szCs w:val="28"/>
          <w:lang w:val="ro-RO"/>
        </w:rPr>
        <w:t>19</w:t>
      </w:r>
      <w:r w:rsidRPr="00FF799F">
        <w:rPr>
          <w:rFonts w:cs="Times New Roman"/>
          <w:noProof/>
          <w:sz w:val="28"/>
          <w:szCs w:val="28"/>
          <w:lang w:val="ro-RO"/>
        </w:rPr>
        <w:t>/11/2026</w:t>
      </w:r>
      <w:r w:rsidRPr="00FF799F">
        <w:rPr>
          <w:rFonts w:cs="Times New Roman"/>
          <w:sz w:val="28"/>
          <w:szCs w:val="28"/>
          <w:lang w:val="ro-RO"/>
        </w:rPr>
        <w:t xml:space="preserve">  , ora 16:00, la sediul instituției;</w:t>
      </w:r>
    </w:p>
    <w:p w14:paraId="3D8F4CE5" w14:textId="77777777" w:rsidR="00A21F32" w:rsidRPr="00FF799F" w:rsidRDefault="00A21F32" w:rsidP="00A21F32">
      <w:pPr>
        <w:ind w:left="360"/>
        <w:jc w:val="both"/>
        <w:rPr>
          <w:rFonts w:cs="Times New Roman"/>
          <w:sz w:val="28"/>
          <w:szCs w:val="28"/>
          <w:lang w:val="ro-RO"/>
        </w:rPr>
      </w:pPr>
    </w:p>
    <w:p w14:paraId="3D85BEDD" w14:textId="77777777" w:rsidR="00A21F32" w:rsidRPr="00BD57A1" w:rsidRDefault="00A21F32">
      <w:pPr>
        <w:rPr>
          <w:rFonts w:cs="Times New Roman"/>
          <w:sz w:val="28"/>
          <w:szCs w:val="28"/>
          <w:lang w:val="pt-BR"/>
        </w:rPr>
      </w:pPr>
    </w:p>
    <w:p w14:paraId="4EF7FDAD" w14:textId="77777777" w:rsidR="00A5753E" w:rsidRPr="00D33F9B" w:rsidRDefault="00FF799F">
      <w:pPr>
        <w:rPr>
          <w:rFonts w:cs="Times New Roman"/>
          <w:sz w:val="28"/>
          <w:szCs w:val="28"/>
          <w:lang w:val="pt-BR"/>
        </w:rPr>
      </w:pPr>
      <w:r w:rsidRPr="00D33F9B">
        <w:rPr>
          <w:rFonts w:cs="Times New Roman"/>
          <w:b/>
          <w:sz w:val="28"/>
          <w:szCs w:val="28"/>
          <w:lang w:val="pt-BR"/>
        </w:rPr>
        <w:t>IX. BIBLIOGRAFIA ȘI TEMATICA</w:t>
      </w:r>
    </w:p>
    <w:p w14:paraId="1ACBA413" w14:textId="77777777" w:rsidR="00A5753E" w:rsidRPr="00BD57A1" w:rsidRDefault="00FF799F">
      <w:pPr>
        <w:rPr>
          <w:rFonts w:cs="Times New Roman"/>
          <w:sz w:val="28"/>
          <w:szCs w:val="28"/>
          <w:lang w:val="pt-BR"/>
        </w:rPr>
      </w:pPr>
      <w:r w:rsidRPr="00BD57A1">
        <w:rPr>
          <w:rFonts w:cs="Times New Roman"/>
          <w:sz w:val="28"/>
          <w:szCs w:val="28"/>
          <w:lang w:val="pt-BR"/>
        </w:rPr>
        <w:t>Bibliografia și tematica se publică împreună cu anunțul, în document separat, și vor include numai actele și temele relevante pentru activitatea psihologului în serviciile de îngrijire la domiciliu: Legea nr. 213/2004, normele deontologice și profesionale aplicabile, Legea nr. 292/2011, Legea nr. 17/2000, legislația privind serviciile sociale și drepturile beneficiarilor, Regulamentul (UE) 2016/679, evaluarea și consilierea persoanelor vârstnice, confidențialitatea și colaborarea multidisciplinară. Titlurile și articolele concrete se definitivează în bibliografia aprobată.</w:t>
      </w:r>
    </w:p>
    <w:p w14:paraId="116238A8" w14:textId="77777777" w:rsidR="00A5753E" w:rsidRPr="00BD57A1" w:rsidRDefault="00FF799F">
      <w:pPr>
        <w:rPr>
          <w:rFonts w:cs="Times New Roman"/>
          <w:sz w:val="28"/>
          <w:szCs w:val="28"/>
          <w:lang w:val="pt-BR"/>
        </w:rPr>
      </w:pPr>
      <w:r w:rsidRPr="00BD57A1">
        <w:rPr>
          <w:rFonts w:cs="Times New Roman"/>
          <w:b/>
          <w:sz w:val="28"/>
          <w:szCs w:val="28"/>
          <w:lang w:val="pt-BR"/>
        </w:rPr>
        <w:t>X. INFORMAȚII SUPLIMENTARE</w:t>
      </w:r>
    </w:p>
    <w:p w14:paraId="00245103" w14:textId="77777777" w:rsidR="00A5753E" w:rsidRPr="00D33F9B" w:rsidRDefault="00FF799F">
      <w:pPr>
        <w:rPr>
          <w:rFonts w:cs="Times New Roman"/>
          <w:sz w:val="28"/>
          <w:szCs w:val="28"/>
          <w:lang w:val="pt-BR"/>
        </w:rPr>
      </w:pPr>
      <w:r w:rsidRPr="00BD57A1">
        <w:rPr>
          <w:rFonts w:cs="Times New Roman"/>
          <w:sz w:val="28"/>
          <w:szCs w:val="28"/>
          <w:lang w:val="pt-BR"/>
        </w:rPr>
        <w:t>Dosarele se depun la sediul UAT Comuna</w:t>
      </w:r>
      <w:r w:rsidR="00BB2C83" w:rsidRPr="00BD57A1">
        <w:rPr>
          <w:rFonts w:cs="Times New Roman"/>
          <w:sz w:val="28"/>
          <w:szCs w:val="28"/>
          <w:lang w:val="pt-BR"/>
        </w:rPr>
        <w:t xml:space="preserve"> </w:t>
      </w:r>
      <w:r w:rsidRPr="00BD57A1">
        <w:rPr>
          <w:rFonts w:cs="Times New Roman"/>
          <w:sz w:val="28"/>
          <w:szCs w:val="28"/>
          <w:lang w:val="pt-BR"/>
        </w:rPr>
        <w:t xml:space="preserve"> </w:t>
      </w:r>
      <w:r w:rsidR="000F1A8D" w:rsidRPr="00BD57A1">
        <w:rPr>
          <w:rFonts w:cs="Times New Roman"/>
          <w:sz w:val="28"/>
          <w:szCs w:val="28"/>
          <w:lang w:val="pt-BR"/>
        </w:rPr>
        <w:t>Ieud</w:t>
      </w:r>
      <w:r w:rsidRPr="00BD57A1">
        <w:rPr>
          <w:rFonts w:cs="Times New Roman"/>
          <w:sz w:val="28"/>
          <w:szCs w:val="28"/>
          <w:lang w:val="pt-BR"/>
        </w:rPr>
        <w:t xml:space="preserve">, județul </w:t>
      </w:r>
      <w:r w:rsidR="000F1A8D" w:rsidRPr="00BD57A1">
        <w:rPr>
          <w:rFonts w:cs="Times New Roman"/>
          <w:sz w:val="28"/>
          <w:szCs w:val="28"/>
          <w:lang w:val="pt-BR"/>
        </w:rPr>
        <w:t>Maramures</w:t>
      </w:r>
      <w:r w:rsidRPr="00BD57A1">
        <w:rPr>
          <w:rFonts w:cs="Times New Roman"/>
          <w:sz w:val="28"/>
          <w:szCs w:val="28"/>
          <w:lang w:val="pt-BR"/>
        </w:rPr>
        <w:t xml:space="preserve">, în programul și până la termenul indicate în calendar. </w:t>
      </w:r>
      <w:r w:rsidRPr="00D33F9B">
        <w:rPr>
          <w:rFonts w:cs="Times New Roman"/>
          <w:sz w:val="28"/>
          <w:szCs w:val="28"/>
          <w:lang w:val="pt-BR"/>
        </w:rPr>
        <w:t xml:space="preserve">Informații suplimentare: </w:t>
      </w:r>
      <w:r w:rsidR="000F1A8D" w:rsidRPr="00D33F9B">
        <w:rPr>
          <w:rFonts w:cs="Times New Roman"/>
          <w:sz w:val="28"/>
          <w:szCs w:val="28"/>
          <w:lang w:val="pt-BR"/>
        </w:rPr>
        <w:t>Micle Paula-Dana</w:t>
      </w:r>
      <w:r w:rsidRPr="00D33F9B">
        <w:rPr>
          <w:rFonts w:cs="Times New Roman"/>
          <w:sz w:val="28"/>
          <w:szCs w:val="28"/>
          <w:lang w:val="pt-BR"/>
        </w:rPr>
        <w:t xml:space="preserve">, telefon </w:t>
      </w:r>
      <w:r w:rsidR="000F1A8D" w:rsidRPr="00D33F9B">
        <w:rPr>
          <w:rFonts w:cs="Times New Roman"/>
          <w:sz w:val="28"/>
          <w:szCs w:val="28"/>
          <w:lang w:val="pt-BR"/>
        </w:rPr>
        <w:t>0762659970</w:t>
      </w:r>
    </w:p>
    <w:p w14:paraId="0C449A9D" w14:textId="77777777" w:rsidR="00A5753E" w:rsidRPr="00BD57A1" w:rsidRDefault="00FF799F">
      <w:pPr>
        <w:rPr>
          <w:rFonts w:cs="Times New Roman"/>
          <w:sz w:val="28"/>
          <w:szCs w:val="28"/>
          <w:lang w:val="pt-BR"/>
        </w:rPr>
      </w:pPr>
      <w:r w:rsidRPr="00BD57A1">
        <w:rPr>
          <w:rFonts w:cs="Times New Roman"/>
          <w:sz w:val="28"/>
          <w:szCs w:val="28"/>
          <w:lang w:val="pt-BR"/>
        </w:rPr>
        <w:t>Rezultatele se afișează potrivit procedurii aprobate, cu respectarea protecției datelor personale.</w:t>
      </w:r>
    </w:p>
    <w:p w14:paraId="3EEC2731" w14:textId="77777777" w:rsidR="00FF799F" w:rsidRPr="00BD57A1" w:rsidRDefault="00FF799F">
      <w:pPr>
        <w:rPr>
          <w:rFonts w:cs="Times New Roman"/>
          <w:sz w:val="28"/>
          <w:szCs w:val="28"/>
          <w:lang w:val="pt-BR"/>
        </w:rPr>
      </w:pPr>
    </w:p>
    <w:p w14:paraId="04A866D3" w14:textId="77777777" w:rsidR="00FF799F" w:rsidRPr="00D33F9B" w:rsidRDefault="00FF799F" w:rsidP="00FF799F">
      <w:pPr>
        <w:jc w:val="center"/>
        <w:rPr>
          <w:rFonts w:cs="Times New Roman"/>
          <w:sz w:val="28"/>
          <w:szCs w:val="28"/>
          <w:lang w:val="pt-BR"/>
        </w:rPr>
      </w:pPr>
      <w:r w:rsidRPr="00D33F9B">
        <w:rPr>
          <w:rFonts w:cs="Times New Roman"/>
          <w:b/>
          <w:sz w:val="28"/>
          <w:szCs w:val="28"/>
          <w:lang w:val="pt-BR"/>
        </w:rPr>
        <w:t>BIBLIOGRAFIE ȘI TEMATICĂ</w:t>
      </w:r>
    </w:p>
    <w:p w14:paraId="4B7D63A6" w14:textId="77777777" w:rsidR="00FF799F" w:rsidRPr="00BD57A1" w:rsidRDefault="00FF799F" w:rsidP="00FF799F">
      <w:pPr>
        <w:jc w:val="center"/>
        <w:rPr>
          <w:rFonts w:cs="Times New Roman"/>
          <w:sz w:val="28"/>
          <w:szCs w:val="28"/>
          <w:lang w:val="pt-BR"/>
        </w:rPr>
      </w:pPr>
      <w:r w:rsidRPr="00BD57A1">
        <w:rPr>
          <w:rFonts w:cs="Times New Roman"/>
          <w:b/>
          <w:sz w:val="28"/>
          <w:szCs w:val="28"/>
          <w:lang w:val="pt-BR"/>
        </w:rPr>
        <w:t>pentru concursul de ocupare a postului de PSIHOLOG –4 ore/zi</w:t>
      </w:r>
    </w:p>
    <w:p w14:paraId="2464BD95" w14:textId="77777777" w:rsidR="00FF799F" w:rsidRPr="000F1A8D" w:rsidRDefault="00FF799F" w:rsidP="000F1A8D">
      <w:pPr>
        <w:spacing w:after="0" w:line="240" w:lineRule="auto"/>
        <w:jc w:val="both"/>
        <w:rPr>
          <w:rFonts w:eastAsia="Times New Roman" w:cs="Times New Roman"/>
          <w:b/>
          <w:bCs/>
          <w:sz w:val="28"/>
          <w:szCs w:val="28"/>
          <w:lang w:val="ro-RO" w:eastAsia="ro-RO"/>
        </w:rPr>
      </w:pPr>
      <w:r w:rsidRPr="00BD57A1">
        <w:rPr>
          <w:rFonts w:cs="Times New Roman"/>
          <w:sz w:val="28"/>
          <w:szCs w:val="28"/>
          <w:lang w:val="pt-BR"/>
        </w:rPr>
        <w:t>Proiect: „</w:t>
      </w:r>
      <w:bookmarkStart w:id="0" w:name="_Hlk208481402"/>
      <w:bookmarkStart w:id="1" w:name="_Hlk208486166"/>
      <w:r w:rsidR="000F1A8D" w:rsidRPr="00342BB3">
        <w:rPr>
          <w:rFonts w:eastAsia="Times New Roman" w:cs="Times New Roman"/>
          <w:b/>
          <w:bCs/>
          <w:sz w:val="28"/>
          <w:szCs w:val="28"/>
          <w:lang w:val="ro-RO" w:eastAsia="ro-RO"/>
        </w:rPr>
        <w:t>Centru de zi pentru copii aflati in situatie de risc de separare de parinti</w:t>
      </w:r>
      <w:r w:rsidR="000F1A8D" w:rsidRPr="00342BB3">
        <w:rPr>
          <w:rFonts w:eastAsia="Calibri" w:cs="Times New Roman"/>
          <w:b/>
          <w:bCs/>
          <w:kern w:val="2"/>
          <w:sz w:val="28"/>
          <w:szCs w:val="28"/>
          <w:lang w:val="ro-RO"/>
        </w:rPr>
        <w:t>”</w:t>
      </w:r>
      <w:bookmarkEnd w:id="0"/>
      <w:r w:rsidR="000F1A8D" w:rsidRPr="00342BB3">
        <w:rPr>
          <w:rFonts w:eastAsia="Calibri" w:cs="Times New Roman"/>
          <w:b/>
          <w:bCs/>
          <w:kern w:val="2"/>
          <w:sz w:val="28"/>
          <w:szCs w:val="28"/>
          <w:lang w:val="ro-RO"/>
        </w:rPr>
        <w:t>,</w:t>
      </w:r>
      <w:bookmarkEnd w:id="1"/>
      <w:r w:rsidR="000F1A8D" w:rsidRPr="00342BB3">
        <w:rPr>
          <w:rFonts w:eastAsia="Calibri" w:cs="Times New Roman"/>
          <w:b/>
          <w:bCs/>
          <w:kern w:val="2"/>
          <w:sz w:val="28"/>
          <w:szCs w:val="28"/>
          <w:lang w:val="ro-RO"/>
        </w:rPr>
        <w:t xml:space="preserve">subordonat </w:t>
      </w:r>
      <w:r w:rsidR="000F1A8D" w:rsidRPr="00342BB3">
        <w:rPr>
          <w:rFonts w:cs="Times New Roman"/>
          <w:b/>
          <w:bCs/>
          <w:color w:val="000000" w:themeColor="text1"/>
          <w:sz w:val="28"/>
          <w:szCs w:val="28"/>
          <w:lang w:val="ro-RO"/>
        </w:rPr>
        <w:t>Compartimentului Asistență Socială al aparatului de specialitate al primarului comunei  Ieud, județul Maramureș</w:t>
      </w:r>
      <w:r w:rsidRPr="00BD57A1">
        <w:rPr>
          <w:rFonts w:cs="Times New Roman"/>
          <w:sz w:val="28"/>
          <w:szCs w:val="28"/>
          <w:lang w:val="pt-BR"/>
        </w:rPr>
        <w:t xml:space="preserve">” </w:t>
      </w:r>
    </w:p>
    <w:p w14:paraId="47C9D4A5" w14:textId="77777777" w:rsidR="00FF799F" w:rsidRPr="00FF799F" w:rsidRDefault="00FF799F" w:rsidP="00FF799F">
      <w:pPr>
        <w:pStyle w:val="ListParagraph"/>
        <w:widowControl w:val="0"/>
        <w:numPr>
          <w:ilvl w:val="0"/>
          <w:numId w:val="11"/>
        </w:numPr>
        <w:suppressAutoHyphens/>
        <w:spacing w:before="240" w:after="0" w:line="240" w:lineRule="auto"/>
        <w:jc w:val="center"/>
        <w:rPr>
          <w:rFonts w:cs="Times New Roman"/>
          <w:b/>
          <w:sz w:val="28"/>
          <w:szCs w:val="28"/>
        </w:rPr>
      </w:pPr>
      <w:r w:rsidRPr="00FF799F">
        <w:rPr>
          <w:rFonts w:cs="Times New Roman"/>
          <w:b/>
          <w:sz w:val="28"/>
          <w:szCs w:val="28"/>
        </w:rPr>
        <w:lastRenderedPageBreak/>
        <w:t>BIBLIOGRAFIE</w:t>
      </w:r>
    </w:p>
    <w:p w14:paraId="24EF9DC7" w14:textId="77777777" w:rsidR="00FF799F" w:rsidRPr="00FF799F" w:rsidRDefault="00FF799F" w:rsidP="00FF799F">
      <w:pPr>
        <w:spacing w:before="240"/>
        <w:jc w:val="center"/>
        <w:rPr>
          <w:rFonts w:cs="Times New Roman"/>
          <w:sz w:val="28"/>
          <w:szCs w:val="28"/>
        </w:rPr>
      </w:pPr>
    </w:p>
    <w:p w14:paraId="17849AFC" w14:textId="77777777" w:rsidR="00FF799F" w:rsidRPr="00BD57A1" w:rsidRDefault="00FF799F" w:rsidP="00FF799F">
      <w:pPr>
        <w:rPr>
          <w:rFonts w:cs="Times New Roman"/>
          <w:sz w:val="28"/>
          <w:szCs w:val="28"/>
          <w:lang w:val="pt-BR"/>
        </w:rPr>
      </w:pPr>
      <w:r w:rsidRPr="00BD57A1">
        <w:rPr>
          <w:rFonts w:cs="Times New Roman"/>
          <w:b/>
          <w:sz w:val="28"/>
          <w:szCs w:val="28"/>
          <w:lang w:val="pt-BR"/>
        </w:rPr>
        <w:t>1. Legea nr. 292/2011 a asistenței sociale, cu modificările și completările ulterioare.</w:t>
      </w:r>
    </w:p>
    <w:p w14:paraId="553A7828" w14:textId="77777777" w:rsidR="0034124F" w:rsidRPr="00686911" w:rsidRDefault="000939F1" w:rsidP="00686911">
      <w:pPr>
        <w:spacing w:after="200"/>
        <w:rPr>
          <w:rFonts w:cs="Times New Roman"/>
          <w:b/>
          <w:sz w:val="28"/>
          <w:szCs w:val="28"/>
          <w:lang w:val="it-CH"/>
        </w:rPr>
      </w:pPr>
      <w:bookmarkStart w:id="2" w:name="_Hlk229644608"/>
      <w:r>
        <w:rPr>
          <w:rFonts w:cs="Times New Roman"/>
          <w:b/>
          <w:sz w:val="28"/>
          <w:szCs w:val="28"/>
          <w:lang w:val="it-CH"/>
        </w:rPr>
        <w:t>2</w:t>
      </w:r>
      <w:r w:rsidR="0034124F" w:rsidRPr="00686911">
        <w:rPr>
          <w:rFonts w:cs="Times New Roman"/>
          <w:b/>
          <w:sz w:val="28"/>
          <w:szCs w:val="28"/>
          <w:lang w:val="it-CH"/>
        </w:rPr>
        <w:t>.Legea nr. 156/2023 privind organizarea activităţii de prevenire a separării copilului de familie;</w:t>
      </w:r>
    </w:p>
    <w:bookmarkEnd w:id="2"/>
    <w:p w14:paraId="5D43FE7F" w14:textId="77777777" w:rsidR="00FF799F" w:rsidRPr="00BD57A1" w:rsidRDefault="000939F1" w:rsidP="00FF799F">
      <w:pPr>
        <w:rPr>
          <w:rFonts w:cs="Times New Roman"/>
          <w:sz w:val="28"/>
          <w:szCs w:val="28"/>
          <w:lang w:val="pt-BR"/>
        </w:rPr>
      </w:pPr>
      <w:r w:rsidRPr="00BD57A1">
        <w:rPr>
          <w:rFonts w:cs="Times New Roman"/>
          <w:b/>
          <w:sz w:val="28"/>
          <w:szCs w:val="28"/>
          <w:lang w:val="pt-BR"/>
        </w:rPr>
        <w:t>3</w:t>
      </w:r>
      <w:r w:rsidR="00FF799F" w:rsidRPr="00BD57A1">
        <w:rPr>
          <w:rFonts w:cs="Times New Roman"/>
          <w:b/>
          <w:sz w:val="28"/>
          <w:szCs w:val="28"/>
          <w:lang w:val="pt-BR"/>
        </w:rPr>
        <w:t>. Legea nr. 213/2004 privind exercitarea profesiei de psiholog cu drept de liberă practică, înființarea, organizarea și funcționarea Colegiului Psihologilor din România, cu modificările și completările ulterioare.</w:t>
      </w:r>
    </w:p>
    <w:p w14:paraId="148741AE" w14:textId="77777777" w:rsidR="00FF799F" w:rsidRPr="00BD57A1" w:rsidRDefault="00FF799F" w:rsidP="00FF799F">
      <w:pPr>
        <w:rPr>
          <w:rFonts w:cs="Times New Roman"/>
          <w:sz w:val="28"/>
          <w:szCs w:val="28"/>
          <w:lang w:val="pt-BR"/>
        </w:rPr>
      </w:pPr>
      <w:r w:rsidRPr="00BD57A1">
        <w:rPr>
          <w:rFonts w:cs="Times New Roman"/>
          <w:sz w:val="28"/>
          <w:szCs w:val="28"/>
          <w:lang w:val="pt-BR"/>
        </w:rPr>
        <w:t xml:space="preserve">   Aspecte urmărite: Dreptul de liberă practică, limitele competențelor profesionale și răspunderea psihologului.</w:t>
      </w:r>
    </w:p>
    <w:p w14:paraId="23EF6723" w14:textId="77777777" w:rsidR="00FF799F" w:rsidRPr="00BD57A1" w:rsidRDefault="000939F1" w:rsidP="00FF799F">
      <w:pPr>
        <w:rPr>
          <w:rFonts w:cs="Times New Roman"/>
          <w:sz w:val="28"/>
          <w:szCs w:val="28"/>
          <w:lang w:val="pt-BR"/>
        </w:rPr>
      </w:pPr>
      <w:r w:rsidRPr="00BD57A1">
        <w:rPr>
          <w:rFonts w:cs="Times New Roman"/>
          <w:b/>
          <w:sz w:val="28"/>
          <w:szCs w:val="28"/>
          <w:lang w:val="pt-BR"/>
        </w:rPr>
        <w:t>4</w:t>
      </w:r>
      <w:r w:rsidR="00FF799F" w:rsidRPr="00BD57A1">
        <w:rPr>
          <w:rFonts w:cs="Times New Roman"/>
          <w:b/>
          <w:sz w:val="28"/>
          <w:szCs w:val="28"/>
          <w:lang w:val="pt-BR"/>
        </w:rPr>
        <w:t>. Codul deontologic al profesiei de psiholog cu drept de liberă practică, în forma aplicabilă la data concursului.</w:t>
      </w:r>
    </w:p>
    <w:p w14:paraId="325462A9" w14:textId="77777777" w:rsidR="00FF799F" w:rsidRPr="00BD57A1" w:rsidRDefault="00FF799F" w:rsidP="00FF799F">
      <w:pPr>
        <w:rPr>
          <w:rFonts w:cs="Times New Roman"/>
          <w:sz w:val="28"/>
          <w:szCs w:val="28"/>
          <w:lang w:val="pt-BR"/>
        </w:rPr>
      </w:pPr>
      <w:r w:rsidRPr="00BD57A1">
        <w:rPr>
          <w:rFonts w:cs="Times New Roman"/>
          <w:sz w:val="28"/>
          <w:szCs w:val="28"/>
          <w:lang w:val="pt-BR"/>
        </w:rPr>
        <w:t xml:space="preserve">   Aspecte urmărite: Consimțământul informat, confidențialitatea, relația profesională, limitele competenței și gestionarea situațiilor de risc.</w:t>
      </w:r>
    </w:p>
    <w:p w14:paraId="6A59C908" w14:textId="77777777" w:rsidR="00FF799F" w:rsidRPr="00BD57A1" w:rsidRDefault="000939F1" w:rsidP="00FF799F">
      <w:pPr>
        <w:rPr>
          <w:rFonts w:cs="Times New Roman"/>
          <w:sz w:val="28"/>
          <w:szCs w:val="28"/>
          <w:lang w:val="pt-BR"/>
        </w:rPr>
      </w:pPr>
      <w:r w:rsidRPr="00BD57A1">
        <w:rPr>
          <w:rFonts w:cs="Times New Roman"/>
          <w:b/>
          <w:sz w:val="28"/>
          <w:szCs w:val="28"/>
          <w:lang w:val="pt-BR"/>
        </w:rPr>
        <w:t>5</w:t>
      </w:r>
      <w:r w:rsidR="00FF799F" w:rsidRPr="00BD57A1">
        <w:rPr>
          <w:rFonts w:cs="Times New Roman"/>
          <w:b/>
          <w:sz w:val="28"/>
          <w:szCs w:val="28"/>
          <w:lang w:val="pt-BR"/>
        </w:rPr>
        <w:t>. Regulamentul (UE) 2016/679 (GDPR) și Legea nr. 190/2018, cu modificările și completările ulterioare.</w:t>
      </w:r>
    </w:p>
    <w:p w14:paraId="1182175E" w14:textId="77777777" w:rsidR="00FF799F" w:rsidRPr="00FF799F" w:rsidRDefault="00FF799F" w:rsidP="00FF799F">
      <w:pPr>
        <w:rPr>
          <w:rFonts w:cs="Times New Roman"/>
          <w:sz w:val="28"/>
          <w:szCs w:val="28"/>
        </w:rPr>
      </w:pPr>
      <w:r w:rsidRPr="00BD57A1">
        <w:rPr>
          <w:rFonts w:cs="Times New Roman"/>
          <w:sz w:val="28"/>
          <w:szCs w:val="28"/>
          <w:lang w:val="pt-BR"/>
        </w:rPr>
        <w:t xml:space="preserve">   </w:t>
      </w:r>
      <w:proofErr w:type="spellStart"/>
      <w:r w:rsidRPr="00FF799F">
        <w:rPr>
          <w:rFonts w:cs="Times New Roman"/>
          <w:sz w:val="28"/>
          <w:szCs w:val="28"/>
        </w:rPr>
        <w:t>Aspecte</w:t>
      </w:r>
      <w:proofErr w:type="spellEnd"/>
      <w:r w:rsidRPr="00FF799F">
        <w:rPr>
          <w:rFonts w:cs="Times New Roman"/>
          <w:sz w:val="28"/>
          <w:szCs w:val="28"/>
        </w:rPr>
        <w:t xml:space="preserve"> </w:t>
      </w:r>
      <w:proofErr w:type="spellStart"/>
      <w:r w:rsidRPr="00FF799F">
        <w:rPr>
          <w:rFonts w:cs="Times New Roman"/>
          <w:sz w:val="28"/>
          <w:szCs w:val="28"/>
        </w:rPr>
        <w:t>urmărite</w:t>
      </w:r>
      <w:proofErr w:type="spellEnd"/>
      <w:r w:rsidRPr="00FF799F">
        <w:rPr>
          <w:rFonts w:cs="Times New Roman"/>
          <w:sz w:val="28"/>
          <w:szCs w:val="28"/>
        </w:rPr>
        <w:t xml:space="preserve">: </w:t>
      </w:r>
      <w:proofErr w:type="spellStart"/>
      <w:r w:rsidRPr="00FF799F">
        <w:rPr>
          <w:rFonts w:cs="Times New Roman"/>
          <w:sz w:val="28"/>
          <w:szCs w:val="28"/>
        </w:rPr>
        <w:t>Protecția</w:t>
      </w:r>
      <w:proofErr w:type="spellEnd"/>
      <w:r w:rsidRPr="00FF799F">
        <w:rPr>
          <w:rFonts w:cs="Times New Roman"/>
          <w:sz w:val="28"/>
          <w:szCs w:val="28"/>
        </w:rPr>
        <w:t xml:space="preserve"> </w:t>
      </w:r>
      <w:proofErr w:type="spellStart"/>
      <w:r w:rsidRPr="00FF799F">
        <w:rPr>
          <w:rFonts w:cs="Times New Roman"/>
          <w:sz w:val="28"/>
          <w:szCs w:val="28"/>
        </w:rPr>
        <w:t>datelor</w:t>
      </w:r>
      <w:proofErr w:type="spellEnd"/>
      <w:r w:rsidRPr="00FF799F">
        <w:rPr>
          <w:rFonts w:cs="Times New Roman"/>
          <w:sz w:val="28"/>
          <w:szCs w:val="28"/>
        </w:rPr>
        <w:t xml:space="preserve"> cu </w:t>
      </w:r>
      <w:proofErr w:type="spellStart"/>
      <w:r w:rsidRPr="00FF799F">
        <w:rPr>
          <w:rFonts w:cs="Times New Roman"/>
          <w:sz w:val="28"/>
          <w:szCs w:val="28"/>
        </w:rPr>
        <w:t>caracter</w:t>
      </w:r>
      <w:proofErr w:type="spellEnd"/>
      <w:r w:rsidRPr="00FF799F">
        <w:rPr>
          <w:rFonts w:cs="Times New Roman"/>
          <w:sz w:val="28"/>
          <w:szCs w:val="28"/>
        </w:rPr>
        <w:t xml:space="preserve"> personal, </w:t>
      </w:r>
      <w:proofErr w:type="spellStart"/>
      <w:r w:rsidRPr="00FF799F">
        <w:rPr>
          <w:rFonts w:cs="Times New Roman"/>
          <w:sz w:val="28"/>
          <w:szCs w:val="28"/>
        </w:rPr>
        <w:t>inclusiv</w:t>
      </w:r>
      <w:proofErr w:type="spellEnd"/>
      <w:r w:rsidRPr="00FF799F">
        <w:rPr>
          <w:rFonts w:cs="Times New Roman"/>
          <w:sz w:val="28"/>
          <w:szCs w:val="28"/>
        </w:rPr>
        <w:t xml:space="preserve"> date </w:t>
      </w:r>
      <w:proofErr w:type="spellStart"/>
      <w:r w:rsidRPr="00FF799F">
        <w:rPr>
          <w:rFonts w:cs="Times New Roman"/>
          <w:sz w:val="28"/>
          <w:szCs w:val="28"/>
        </w:rPr>
        <w:t>privind</w:t>
      </w:r>
      <w:proofErr w:type="spellEnd"/>
      <w:r w:rsidRPr="00FF799F">
        <w:rPr>
          <w:rFonts w:cs="Times New Roman"/>
          <w:sz w:val="28"/>
          <w:szCs w:val="28"/>
        </w:rPr>
        <w:t xml:space="preserve"> </w:t>
      </w:r>
      <w:proofErr w:type="spellStart"/>
      <w:r w:rsidRPr="00FF799F">
        <w:rPr>
          <w:rFonts w:cs="Times New Roman"/>
          <w:sz w:val="28"/>
          <w:szCs w:val="28"/>
        </w:rPr>
        <w:t>sănătatea</w:t>
      </w:r>
      <w:proofErr w:type="spellEnd"/>
      <w:r w:rsidRPr="00FF799F">
        <w:rPr>
          <w:rFonts w:cs="Times New Roman"/>
          <w:sz w:val="28"/>
          <w:szCs w:val="28"/>
        </w:rPr>
        <w:t xml:space="preserve"> </w:t>
      </w:r>
      <w:proofErr w:type="spellStart"/>
      <w:r w:rsidRPr="00FF799F">
        <w:rPr>
          <w:rFonts w:cs="Times New Roman"/>
          <w:sz w:val="28"/>
          <w:szCs w:val="28"/>
        </w:rPr>
        <w:t>și</w:t>
      </w:r>
      <w:proofErr w:type="spellEnd"/>
      <w:r w:rsidRPr="00FF799F">
        <w:rPr>
          <w:rFonts w:cs="Times New Roman"/>
          <w:sz w:val="28"/>
          <w:szCs w:val="28"/>
        </w:rPr>
        <w:t xml:space="preserve"> </w:t>
      </w:r>
      <w:proofErr w:type="spellStart"/>
      <w:r w:rsidRPr="00FF799F">
        <w:rPr>
          <w:rFonts w:cs="Times New Roman"/>
          <w:sz w:val="28"/>
          <w:szCs w:val="28"/>
        </w:rPr>
        <w:t>evaluările</w:t>
      </w:r>
      <w:proofErr w:type="spellEnd"/>
      <w:r w:rsidRPr="00FF799F">
        <w:rPr>
          <w:rFonts w:cs="Times New Roman"/>
          <w:sz w:val="28"/>
          <w:szCs w:val="28"/>
        </w:rPr>
        <w:t xml:space="preserve"> </w:t>
      </w:r>
      <w:proofErr w:type="spellStart"/>
      <w:r w:rsidRPr="00FF799F">
        <w:rPr>
          <w:rFonts w:cs="Times New Roman"/>
          <w:sz w:val="28"/>
          <w:szCs w:val="28"/>
        </w:rPr>
        <w:t>psihologice</w:t>
      </w:r>
      <w:proofErr w:type="spellEnd"/>
      <w:r w:rsidRPr="00FF799F">
        <w:rPr>
          <w:rFonts w:cs="Times New Roman"/>
          <w:sz w:val="28"/>
          <w:szCs w:val="28"/>
        </w:rPr>
        <w:t>.</w:t>
      </w:r>
    </w:p>
    <w:p w14:paraId="46C7345C" w14:textId="77777777" w:rsidR="00FF799F" w:rsidRPr="00FF799F" w:rsidRDefault="00FF799F" w:rsidP="00FF799F">
      <w:pPr>
        <w:pStyle w:val="ListParagraph"/>
        <w:widowControl w:val="0"/>
        <w:numPr>
          <w:ilvl w:val="0"/>
          <w:numId w:val="11"/>
        </w:numPr>
        <w:suppressAutoHyphens/>
        <w:spacing w:before="240" w:after="0" w:line="240" w:lineRule="auto"/>
        <w:jc w:val="center"/>
        <w:rPr>
          <w:rFonts w:cs="Times New Roman"/>
          <w:b/>
          <w:sz w:val="28"/>
          <w:szCs w:val="28"/>
        </w:rPr>
      </w:pPr>
      <w:r w:rsidRPr="00FF799F">
        <w:rPr>
          <w:rFonts w:cs="Times New Roman"/>
          <w:b/>
          <w:sz w:val="28"/>
          <w:szCs w:val="28"/>
        </w:rPr>
        <w:t>TEMATICĂ</w:t>
      </w:r>
    </w:p>
    <w:p w14:paraId="633084A3" w14:textId="77777777" w:rsidR="00FF799F" w:rsidRPr="00FF799F" w:rsidRDefault="00FF799F" w:rsidP="00FF799F">
      <w:pPr>
        <w:pStyle w:val="ListParagraph"/>
        <w:spacing w:before="240"/>
        <w:ind w:left="1080"/>
        <w:rPr>
          <w:rFonts w:cs="Times New Roman"/>
          <w:sz w:val="28"/>
          <w:szCs w:val="28"/>
        </w:rPr>
      </w:pPr>
    </w:p>
    <w:p w14:paraId="575D4B89" w14:textId="77777777" w:rsidR="00FF799F" w:rsidRPr="00FF799F" w:rsidRDefault="000939F1" w:rsidP="00FF799F">
      <w:pPr>
        <w:rPr>
          <w:rFonts w:cs="Times New Roman"/>
          <w:sz w:val="28"/>
          <w:szCs w:val="28"/>
        </w:rPr>
      </w:pPr>
      <w:r>
        <w:rPr>
          <w:rFonts w:cs="Times New Roman"/>
          <w:b/>
          <w:sz w:val="28"/>
          <w:szCs w:val="28"/>
        </w:rPr>
        <w:t>1</w:t>
      </w:r>
      <w:r w:rsidR="00FF799F" w:rsidRPr="00FF799F">
        <w:rPr>
          <w:rFonts w:cs="Times New Roman"/>
          <w:b/>
          <w:sz w:val="28"/>
          <w:szCs w:val="28"/>
        </w:rPr>
        <w:t xml:space="preserve">. </w:t>
      </w:r>
      <w:proofErr w:type="spellStart"/>
      <w:r w:rsidR="00FF799F" w:rsidRPr="00FF799F">
        <w:rPr>
          <w:rFonts w:cs="Times New Roman"/>
          <w:b/>
          <w:sz w:val="28"/>
          <w:szCs w:val="28"/>
        </w:rPr>
        <w:t>Consilierea</w:t>
      </w:r>
      <w:proofErr w:type="spellEnd"/>
      <w:r w:rsidR="00FF799F" w:rsidRPr="00FF799F">
        <w:rPr>
          <w:rFonts w:cs="Times New Roman"/>
          <w:b/>
          <w:sz w:val="28"/>
          <w:szCs w:val="28"/>
        </w:rPr>
        <w:t xml:space="preserve"> </w:t>
      </w:r>
      <w:proofErr w:type="spellStart"/>
      <w:r w:rsidR="00FF799F" w:rsidRPr="00FF799F">
        <w:rPr>
          <w:rFonts w:cs="Times New Roman"/>
          <w:b/>
          <w:sz w:val="28"/>
          <w:szCs w:val="28"/>
        </w:rPr>
        <w:t>și</w:t>
      </w:r>
      <w:proofErr w:type="spellEnd"/>
      <w:r w:rsidR="00FF799F" w:rsidRPr="00FF799F">
        <w:rPr>
          <w:rFonts w:cs="Times New Roman"/>
          <w:b/>
          <w:sz w:val="28"/>
          <w:szCs w:val="28"/>
        </w:rPr>
        <w:t xml:space="preserve"> </w:t>
      </w:r>
      <w:proofErr w:type="spellStart"/>
      <w:r w:rsidR="00FF799F" w:rsidRPr="00FF799F">
        <w:rPr>
          <w:rFonts w:cs="Times New Roman"/>
          <w:b/>
          <w:sz w:val="28"/>
          <w:szCs w:val="28"/>
        </w:rPr>
        <w:t>sprijinul</w:t>
      </w:r>
      <w:proofErr w:type="spellEnd"/>
      <w:r w:rsidR="00FF799F" w:rsidRPr="00FF799F">
        <w:rPr>
          <w:rFonts w:cs="Times New Roman"/>
          <w:b/>
          <w:sz w:val="28"/>
          <w:szCs w:val="28"/>
        </w:rPr>
        <w:t xml:space="preserve"> </w:t>
      </w:r>
      <w:proofErr w:type="spellStart"/>
      <w:r w:rsidR="00FF799F" w:rsidRPr="00FF799F">
        <w:rPr>
          <w:rFonts w:cs="Times New Roman"/>
          <w:b/>
          <w:sz w:val="28"/>
          <w:szCs w:val="28"/>
        </w:rPr>
        <w:t>psihologic</w:t>
      </w:r>
      <w:proofErr w:type="spellEnd"/>
    </w:p>
    <w:p w14:paraId="3127BD4F" w14:textId="77777777" w:rsidR="00FF799F" w:rsidRPr="00BD57A1" w:rsidRDefault="00FF799F" w:rsidP="00FF799F">
      <w:pPr>
        <w:rPr>
          <w:rFonts w:cs="Times New Roman"/>
          <w:sz w:val="28"/>
          <w:szCs w:val="28"/>
          <w:lang w:val="pt-BR"/>
        </w:rPr>
      </w:pPr>
      <w:r w:rsidRPr="00D33F9B">
        <w:rPr>
          <w:rFonts w:cs="Times New Roman"/>
          <w:sz w:val="28"/>
          <w:szCs w:val="28"/>
          <w:lang w:val="pt-BR"/>
        </w:rPr>
        <w:t xml:space="preserve">   </w:t>
      </w:r>
      <w:r w:rsidRPr="00BD57A1">
        <w:rPr>
          <w:rFonts w:cs="Times New Roman"/>
          <w:sz w:val="28"/>
          <w:szCs w:val="28"/>
          <w:lang w:val="pt-BR"/>
        </w:rPr>
        <w:t>stabilirea obiectivelor, intervenții de suport, ascultare activă, comunicare empatică și adaptarea la capacitatea beneficiarului.</w:t>
      </w:r>
    </w:p>
    <w:p w14:paraId="5C9640CF" w14:textId="77777777" w:rsidR="00FF799F" w:rsidRPr="00D33F9B" w:rsidRDefault="000939F1" w:rsidP="00FF799F">
      <w:pPr>
        <w:rPr>
          <w:rFonts w:cs="Times New Roman"/>
          <w:sz w:val="28"/>
          <w:szCs w:val="28"/>
          <w:lang w:val="pt-BR"/>
        </w:rPr>
      </w:pPr>
      <w:r w:rsidRPr="00D33F9B">
        <w:rPr>
          <w:rFonts w:cs="Times New Roman"/>
          <w:b/>
          <w:sz w:val="28"/>
          <w:szCs w:val="28"/>
          <w:lang w:val="pt-BR"/>
        </w:rPr>
        <w:t>2</w:t>
      </w:r>
      <w:r w:rsidR="00FF799F" w:rsidRPr="00D33F9B">
        <w:rPr>
          <w:rFonts w:cs="Times New Roman"/>
          <w:b/>
          <w:sz w:val="28"/>
          <w:szCs w:val="28"/>
          <w:lang w:val="pt-BR"/>
        </w:rPr>
        <w:t>. Planificarea și monitorizarea intervenției</w:t>
      </w:r>
    </w:p>
    <w:p w14:paraId="0B413F7C" w14:textId="77777777" w:rsidR="00FF799F" w:rsidRPr="00BD57A1" w:rsidRDefault="00FF799F" w:rsidP="00FF799F">
      <w:pPr>
        <w:rPr>
          <w:rFonts w:cs="Times New Roman"/>
          <w:sz w:val="28"/>
          <w:szCs w:val="28"/>
          <w:lang w:val="pt-BR"/>
        </w:rPr>
      </w:pPr>
      <w:r w:rsidRPr="00D33F9B">
        <w:rPr>
          <w:rFonts w:cs="Times New Roman"/>
          <w:sz w:val="28"/>
          <w:szCs w:val="28"/>
          <w:lang w:val="pt-BR"/>
        </w:rPr>
        <w:t xml:space="preserve">   </w:t>
      </w:r>
      <w:r w:rsidRPr="00BD57A1">
        <w:rPr>
          <w:rFonts w:cs="Times New Roman"/>
          <w:sz w:val="28"/>
          <w:szCs w:val="28"/>
          <w:lang w:val="pt-BR"/>
        </w:rPr>
        <w:t>participarea la planul individualizat, urmărirea evoluției, documentarea activității și colaborarea interdisciplinară.</w:t>
      </w:r>
    </w:p>
    <w:p w14:paraId="612D3C4E" w14:textId="77777777" w:rsidR="00FF799F" w:rsidRPr="00BD57A1" w:rsidRDefault="000939F1" w:rsidP="00FF799F">
      <w:pPr>
        <w:rPr>
          <w:rFonts w:cs="Times New Roman"/>
          <w:sz w:val="28"/>
          <w:szCs w:val="28"/>
          <w:lang w:val="pt-BR"/>
        </w:rPr>
      </w:pPr>
      <w:r w:rsidRPr="00BD57A1">
        <w:rPr>
          <w:rFonts w:cs="Times New Roman"/>
          <w:b/>
          <w:sz w:val="28"/>
          <w:szCs w:val="28"/>
          <w:lang w:val="pt-BR"/>
        </w:rPr>
        <w:t>3</w:t>
      </w:r>
      <w:r w:rsidR="00FF799F" w:rsidRPr="00BD57A1">
        <w:rPr>
          <w:rFonts w:cs="Times New Roman"/>
          <w:b/>
          <w:sz w:val="28"/>
          <w:szCs w:val="28"/>
          <w:lang w:val="pt-BR"/>
        </w:rPr>
        <w:t>. Situații de risc și limitele intervenției</w:t>
      </w:r>
    </w:p>
    <w:p w14:paraId="1F6F6863" w14:textId="77777777" w:rsidR="00FF799F" w:rsidRPr="00BD57A1" w:rsidRDefault="00FF799F" w:rsidP="00FF799F">
      <w:pPr>
        <w:rPr>
          <w:rFonts w:cs="Times New Roman"/>
          <w:sz w:val="28"/>
          <w:szCs w:val="28"/>
          <w:lang w:val="pt-BR"/>
        </w:rPr>
      </w:pPr>
      <w:r w:rsidRPr="00BD57A1">
        <w:rPr>
          <w:rFonts w:cs="Times New Roman"/>
          <w:sz w:val="28"/>
          <w:szCs w:val="28"/>
          <w:lang w:val="pt-BR"/>
        </w:rPr>
        <w:lastRenderedPageBreak/>
        <w:t xml:space="preserve">   identificarea semnelor de abuz, neglijare, depresie sau deteriorare cognitivă; semnalare, referire către profesioniștii competenți și proceduri de urgență.</w:t>
      </w:r>
    </w:p>
    <w:p w14:paraId="10044E99" w14:textId="77777777" w:rsidR="00FF799F" w:rsidRPr="00BD57A1" w:rsidRDefault="000939F1" w:rsidP="00FF799F">
      <w:pPr>
        <w:rPr>
          <w:rFonts w:cs="Times New Roman"/>
          <w:sz w:val="28"/>
          <w:szCs w:val="28"/>
          <w:lang w:val="pt-BR"/>
        </w:rPr>
      </w:pPr>
      <w:r w:rsidRPr="00BD57A1">
        <w:rPr>
          <w:rFonts w:cs="Times New Roman"/>
          <w:b/>
          <w:sz w:val="28"/>
          <w:szCs w:val="28"/>
          <w:lang w:val="pt-BR"/>
        </w:rPr>
        <w:t>4</w:t>
      </w:r>
      <w:r w:rsidR="00FF799F" w:rsidRPr="00BD57A1">
        <w:rPr>
          <w:rFonts w:cs="Times New Roman"/>
          <w:b/>
          <w:sz w:val="28"/>
          <w:szCs w:val="28"/>
          <w:lang w:val="pt-BR"/>
        </w:rPr>
        <w:t>. Relația cu familia și echipa de îngrijire</w:t>
      </w:r>
    </w:p>
    <w:p w14:paraId="1047F2A4" w14:textId="77777777" w:rsidR="00FF799F" w:rsidRPr="00BD57A1" w:rsidRDefault="00FF799F" w:rsidP="00FF799F">
      <w:pPr>
        <w:rPr>
          <w:rFonts w:cs="Times New Roman"/>
          <w:sz w:val="28"/>
          <w:szCs w:val="28"/>
          <w:lang w:val="pt-BR"/>
        </w:rPr>
      </w:pPr>
      <w:r w:rsidRPr="00BD57A1">
        <w:rPr>
          <w:rFonts w:cs="Times New Roman"/>
          <w:sz w:val="28"/>
          <w:szCs w:val="28"/>
          <w:lang w:val="pt-BR"/>
        </w:rPr>
        <w:t xml:space="preserve">   comunicare profesională, gestionarea conflictelor, cooperare cu asistentul social, asistentul medical și coordonatorul UID.</w:t>
      </w:r>
    </w:p>
    <w:p w14:paraId="333433C1" w14:textId="77777777" w:rsidR="00FF799F" w:rsidRPr="00BD57A1" w:rsidRDefault="000939F1" w:rsidP="00FF799F">
      <w:pPr>
        <w:rPr>
          <w:rFonts w:cs="Times New Roman"/>
          <w:sz w:val="28"/>
          <w:szCs w:val="28"/>
          <w:lang w:val="pt-BR"/>
        </w:rPr>
      </w:pPr>
      <w:r w:rsidRPr="00BD57A1">
        <w:rPr>
          <w:rFonts w:cs="Times New Roman"/>
          <w:b/>
          <w:sz w:val="28"/>
          <w:szCs w:val="28"/>
          <w:lang w:val="pt-BR"/>
        </w:rPr>
        <w:t>5</w:t>
      </w:r>
      <w:r w:rsidR="00FF799F" w:rsidRPr="00BD57A1">
        <w:rPr>
          <w:rFonts w:cs="Times New Roman"/>
          <w:b/>
          <w:sz w:val="28"/>
          <w:szCs w:val="28"/>
          <w:lang w:val="pt-BR"/>
        </w:rPr>
        <w:t>. Etică și deontologie profesională</w:t>
      </w:r>
    </w:p>
    <w:p w14:paraId="74B23319" w14:textId="77777777" w:rsidR="00FF799F" w:rsidRPr="00BD57A1" w:rsidRDefault="00FF799F" w:rsidP="00FF799F">
      <w:pPr>
        <w:rPr>
          <w:rFonts w:cs="Times New Roman"/>
          <w:sz w:val="28"/>
          <w:szCs w:val="28"/>
          <w:lang w:val="pt-BR"/>
        </w:rPr>
      </w:pPr>
      <w:r w:rsidRPr="00BD57A1">
        <w:rPr>
          <w:rFonts w:cs="Times New Roman"/>
          <w:sz w:val="28"/>
          <w:szCs w:val="28"/>
          <w:lang w:val="pt-BR"/>
        </w:rPr>
        <w:t xml:space="preserve">   consimțământ informat, secret profesional, limitele competenței, evitarea relațiilor duale și conflictelor de interese.</w:t>
      </w:r>
    </w:p>
    <w:p w14:paraId="735F4AED" w14:textId="77777777" w:rsidR="00FF799F" w:rsidRPr="00BD57A1" w:rsidRDefault="000939F1" w:rsidP="00FF799F">
      <w:pPr>
        <w:rPr>
          <w:rFonts w:cs="Times New Roman"/>
          <w:sz w:val="28"/>
          <w:szCs w:val="28"/>
          <w:lang w:val="pt-BR"/>
        </w:rPr>
      </w:pPr>
      <w:r w:rsidRPr="00BD57A1">
        <w:rPr>
          <w:rFonts w:cs="Times New Roman"/>
          <w:b/>
          <w:sz w:val="28"/>
          <w:szCs w:val="28"/>
          <w:lang w:val="pt-BR"/>
        </w:rPr>
        <w:t>6</w:t>
      </w:r>
      <w:r w:rsidR="00FF799F" w:rsidRPr="00BD57A1">
        <w:rPr>
          <w:rFonts w:cs="Times New Roman"/>
          <w:b/>
          <w:sz w:val="28"/>
          <w:szCs w:val="28"/>
          <w:lang w:val="pt-BR"/>
        </w:rPr>
        <w:t>. Protecția datelor și documentele specifice</w:t>
      </w:r>
    </w:p>
    <w:p w14:paraId="788AF243" w14:textId="1F0D4FCA" w:rsidR="00686911" w:rsidRPr="00D84A00" w:rsidRDefault="00FF799F" w:rsidP="00D84A00">
      <w:pPr>
        <w:rPr>
          <w:rFonts w:cs="Times New Roman"/>
          <w:sz w:val="28"/>
          <w:szCs w:val="28"/>
          <w:lang w:val="pt-BR"/>
        </w:rPr>
      </w:pPr>
      <w:r w:rsidRPr="00BD57A1">
        <w:rPr>
          <w:rFonts w:cs="Times New Roman"/>
          <w:sz w:val="28"/>
          <w:szCs w:val="28"/>
          <w:lang w:val="pt-BR"/>
        </w:rPr>
        <w:t xml:space="preserve">   date sensibile, acces la informații, păstrarea documentelor, raportarea activității fără divulgarea informațiilor confidențiale.</w:t>
      </w:r>
    </w:p>
    <w:p w14:paraId="057CFE5D" w14:textId="77777777" w:rsidR="00FF799F" w:rsidRPr="00D33F9B" w:rsidRDefault="00FF799F" w:rsidP="00FF799F">
      <w:pPr>
        <w:spacing w:before="240"/>
        <w:rPr>
          <w:rFonts w:cs="Times New Roman"/>
          <w:sz w:val="28"/>
          <w:szCs w:val="28"/>
          <w:lang w:val="pt-BR"/>
        </w:rPr>
      </w:pPr>
      <w:r w:rsidRPr="00D33F9B">
        <w:rPr>
          <w:rFonts w:cs="Times New Roman"/>
          <w:b/>
          <w:sz w:val="28"/>
          <w:szCs w:val="28"/>
          <w:lang w:val="pt-BR"/>
        </w:rPr>
        <w:t>III. PRECIZĂRI PRIVIND EXAMINAREA</w:t>
      </w:r>
    </w:p>
    <w:p w14:paraId="2736D961" w14:textId="77777777" w:rsidR="00FF799F" w:rsidRPr="00BD57A1" w:rsidRDefault="00FF799F" w:rsidP="00686911">
      <w:pPr>
        <w:ind w:firstLine="720"/>
        <w:rPr>
          <w:rFonts w:cs="Times New Roman"/>
          <w:sz w:val="28"/>
          <w:szCs w:val="28"/>
          <w:lang w:val="pt-BR"/>
        </w:rPr>
      </w:pPr>
      <w:r w:rsidRPr="00BD57A1">
        <w:rPr>
          <w:rFonts w:cs="Times New Roman"/>
          <w:sz w:val="28"/>
          <w:szCs w:val="28"/>
          <w:lang w:val="pt-BR"/>
        </w:rPr>
        <w:t>Bibliografia și tematica se aplică probei scrise și interviului, conform anunțului și procedurii de recrutare și selecție aprobate. Subiectele vor fi stabilite de comisia de concurs pe baza prezentului document și a atribuțiilor postului.</w:t>
      </w:r>
    </w:p>
    <w:p w14:paraId="7E3E1C6D" w14:textId="77777777" w:rsidR="00FF799F" w:rsidRPr="00BD57A1" w:rsidRDefault="00FF799F" w:rsidP="00686911">
      <w:pPr>
        <w:ind w:firstLine="720"/>
        <w:rPr>
          <w:rFonts w:cs="Times New Roman"/>
          <w:sz w:val="28"/>
          <w:szCs w:val="28"/>
          <w:lang w:val="pt-BR"/>
        </w:rPr>
      </w:pPr>
      <w:r w:rsidRPr="00BD57A1">
        <w:rPr>
          <w:rFonts w:cs="Times New Roman"/>
          <w:sz w:val="28"/>
          <w:szCs w:val="28"/>
          <w:lang w:val="pt-BR"/>
        </w:rPr>
        <w:t>Actele normative se studiază în forma în vigoare la data concursului. Documentele interne indicate la pct. 8–9 vor fi puse la dispoziția candidaților în condiții egale, înainte de probe.</w:t>
      </w:r>
    </w:p>
    <w:p w14:paraId="2FD578A9" w14:textId="77777777" w:rsidR="00FF799F" w:rsidRPr="00BD57A1" w:rsidRDefault="00FF799F" w:rsidP="00686911">
      <w:pPr>
        <w:ind w:firstLine="720"/>
        <w:rPr>
          <w:rFonts w:cs="Times New Roman"/>
          <w:sz w:val="28"/>
          <w:szCs w:val="28"/>
          <w:lang w:val="pt-BR"/>
        </w:rPr>
      </w:pPr>
      <w:r w:rsidRPr="00BD57A1">
        <w:rPr>
          <w:rFonts w:cs="Times New Roman"/>
          <w:sz w:val="28"/>
          <w:szCs w:val="28"/>
          <w:lang w:val="pt-BR"/>
        </w:rPr>
        <w:t>Notă pentru aprobare: se verifică forma consolidată a actelor normative, specialitatea profesională solicitată prin fișa postului și corespondența cu anunțul și procedura înainte de publicare.</w:t>
      </w:r>
    </w:p>
    <w:p w14:paraId="2B82B700" w14:textId="77777777" w:rsidR="00FF799F" w:rsidRPr="00BD57A1" w:rsidRDefault="00FF799F" w:rsidP="00FF799F">
      <w:pPr>
        <w:rPr>
          <w:rFonts w:cs="Times New Roman"/>
          <w:sz w:val="28"/>
          <w:szCs w:val="28"/>
          <w:lang w:val="pt-BR"/>
        </w:rPr>
      </w:pPr>
    </w:p>
    <w:p w14:paraId="50B3390A" w14:textId="77777777" w:rsidR="00FF799F" w:rsidRPr="00BD57A1" w:rsidRDefault="00FF799F" w:rsidP="00FF799F">
      <w:pPr>
        <w:rPr>
          <w:rFonts w:cs="Times New Roman"/>
          <w:sz w:val="28"/>
          <w:szCs w:val="28"/>
          <w:lang w:val="pt-BR"/>
        </w:rPr>
      </w:pPr>
    </w:p>
    <w:p w14:paraId="06A01DC3" w14:textId="77777777" w:rsidR="00FF799F" w:rsidRPr="00BD57A1" w:rsidRDefault="00FF799F">
      <w:pPr>
        <w:rPr>
          <w:rFonts w:cs="Times New Roman"/>
          <w:sz w:val="28"/>
          <w:szCs w:val="28"/>
          <w:lang w:val="pt-BR"/>
        </w:rPr>
      </w:pPr>
    </w:p>
    <w:p w14:paraId="47A26F3F" w14:textId="77777777" w:rsidR="00A5753E" w:rsidRPr="00686911" w:rsidRDefault="00FF799F" w:rsidP="00686911">
      <w:pPr>
        <w:ind w:left="3600" w:firstLine="720"/>
        <w:rPr>
          <w:sz w:val="28"/>
          <w:szCs w:val="28"/>
        </w:rPr>
      </w:pPr>
      <w:r w:rsidRPr="00686911">
        <w:rPr>
          <w:b/>
          <w:sz w:val="28"/>
          <w:szCs w:val="28"/>
        </w:rPr>
        <w:t>PRIMAR,</w:t>
      </w:r>
    </w:p>
    <w:p w14:paraId="3D92A093" w14:textId="77777777" w:rsidR="00A5753E" w:rsidRPr="00686911" w:rsidRDefault="000F1A8D" w:rsidP="00686911">
      <w:pPr>
        <w:jc w:val="center"/>
        <w:rPr>
          <w:sz w:val="28"/>
          <w:szCs w:val="28"/>
        </w:rPr>
      </w:pPr>
      <w:r w:rsidRPr="00686911">
        <w:rPr>
          <w:b/>
          <w:sz w:val="28"/>
          <w:szCs w:val="28"/>
        </w:rPr>
        <w:t>DAVID Nicolae-Traian</w:t>
      </w:r>
    </w:p>
    <w:sectPr w:rsidR="00A5753E" w:rsidRPr="00686911" w:rsidSect="00BD57A1">
      <w:headerReference w:type="even" r:id="rId8"/>
      <w:headerReference w:type="default" r:id="rId9"/>
      <w:footerReference w:type="even" r:id="rId10"/>
      <w:footerReference w:type="default" r:id="rId11"/>
      <w:headerReference w:type="first" r:id="rId12"/>
      <w:footerReference w:type="first" r:id="rId13"/>
      <w:pgSz w:w="12240" w:h="15840"/>
      <w:pgMar w:top="1134" w:right="1247" w:bottom="1134" w:left="1304" w:header="109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1166D" w14:textId="77777777" w:rsidR="005C27C3" w:rsidRDefault="005C27C3" w:rsidP="00BD57A1">
      <w:pPr>
        <w:spacing w:after="0" w:line="240" w:lineRule="auto"/>
      </w:pPr>
      <w:r>
        <w:separator/>
      </w:r>
    </w:p>
  </w:endnote>
  <w:endnote w:type="continuationSeparator" w:id="0">
    <w:p w14:paraId="0ED1348B" w14:textId="77777777" w:rsidR="005C27C3" w:rsidRDefault="005C27C3" w:rsidP="00BD5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E4EF7" w14:textId="77777777" w:rsidR="00BD57A1" w:rsidRDefault="00BD5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0C44" w14:textId="77777777" w:rsidR="00BD57A1" w:rsidRDefault="00BD57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C19C" w14:textId="77777777" w:rsidR="00BD57A1" w:rsidRDefault="00BD5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08384" w14:textId="77777777" w:rsidR="005C27C3" w:rsidRDefault="005C27C3" w:rsidP="00BD57A1">
      <w:pPr>
        <w:spacing w:after="0" w:line="240" w:lineRule="auto"/>
      </w:pPr>
      <w:r>
        <w:separator/>
      </w:r>
    </w:p>
  </w:footnote>
  <w:footnote w:type="continuationSeparator" w:id="0">
    <w:p w14:paraId="15252575" w14:textId="77777777" w:rsidR="005C27C3" w:rsidRDefault="005C27C3" w:rsidP="00BD5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1A09" w14:textId="77777777" w:rsidR="00BD57A1" w:rsidRDefault="00BD5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11C94" w14:textId="07F2789E" w:rsidR="00BD57A1" w:rsidRPr="00BD57A1" w:rsidRDefault="00BD57A1" w:rsidP="00BD57A1">
    <w:pPr>
      <w:widowControl w:val="0"/>
      <w:autoSpaceDE w:val="0"/>
      <w:autoSpaceDN w:val="0"/>
      <w:spacing w:before="9" w:after="0" w:line="276" w:lineRule="exact"/>
      <w:ind w:left="20"/>
      <w:jc w:val="center"/>
      <w:rPr>
        <w:rFonts w:eastAsia="Times New Roman" w:cs="Times New Roman"/>
        <w:b/>
        <w:sz w:val="24"/>
        <w:lang w:val="ro-RO"/>
      </w:rPr>
    </w:pPr>
    <w:r w:rsidRPr="00BD57A1">
      <w:rPr>
        <w:rFonts w:eastAsia="Times New Roman" w:cs="Times New Roman"/>
        <w:noProof/>
        <w:sz w:val="20"/>
      </w:rPr>
      <w:drawing>
        <wp:anchor distT="0" distB="0" distL="0" distR="0" simplePos="0" relativeHeight="251660800" behindDoc="1" locked="0" layoutInCell="1" allowOverlap="1" wp14:anchorId="30B4B4F8" wp14:editId="73A0B9F8">
          <wp:simplePos x="0" y="0"/>
          <wp:positionH relativeFrom="page">
            <wp:posOffset>828674</wp:posOffset>
          </wp:positionH>
          <wp:positionV relativeFrom="page">
            <wp:posOffset>57149</wp:posOffset>
          </wp:positionV>
          <wp:extent cx="828675" cy="1171575"/>
          <wp:effectExtent l="0" t="0" r="0" b="0"/>
          <wp:wrapNone/>
          <wp:docPr id="71422273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28675" cy="1171575"/>
                  </a:xfrm>
                  <a:prstGeom prst="rect">
                    <a:avLst/>
                  </a:prstGeom>
                </pic:spPr>
              </pic:pic>
            </a:graphicData>
          </a:graphic>
          <wp14:sizeRelH relativeFrom="margin">
            <wp14:pctWidth>0</wp14:pctWidth>
          </wp14:sizeRelH>
          <wp14:sizeRelV relativeFrom="margin">
            <wp14:pctHeight>0</wp14:pctHeight>
          </wp14:sizeRelV>
        </wp:anchor>
      </w:drawing>
    </w:r>
    <w:r w:rsidRPr="00BD57A1">
      <w:rPr>
        <w:rFonts w:eastAsia="Times New Roman" w:cs="Times New Roman"/>
        <w:b/>
        <w:sz w:val="24"/>
        <w:lang w:val="ro-RO"/>
      </w:rPr>
      <w:t>ROMÂNI</w:t>
    </w:r>
    <w:r w:rsidRPr="00BD57A1">
      <w:rPr>
        <w:rFonts w:eastAsia="Times New Roman" w:cs="Times New Roman"/>
        <w:b/>
        <w:spacing w:val="-10"/>
        <w:sz w:val="24"/>
        <w:lang w:val="ro-RO"/>
      </w:rPr>
      <w:t>A</w:t>
    </w:r>
  </w:p>
  <w:p w14:paraId="16620F0B" w14:textId="77777777" w:rsidR="00BD57A1" w:rsidRPr="00BD57A1" w:rsidRDefault="00BD57A1" w:rsidP="00BD57A1">
    <w:pPr>
      <w:widowControl w:val="0"/>
      <w:autoSpaceDE w:val="0"/>
      <w:autoSpaceDN w:val="0"/>
      <w:spacing w:after="0" w:line="275" w:lineRule="exact"/>
      <w:ind w:left="20"/>
      <w:jc w:val="center"/>
      <w:rPr>
        <w:rFonts w:eastAsia="Times New Roman" w:cs="Times New Roman"/>
        <w:b/>
        <w:sz w:val="24"/>
        <w:lang w:val="ro-RO"/>
      </w:rPr>
    </w:pPr>
    <w:r w:rsidRPr="00BD57A1">
      <w:rPr>
        <w:rFonts w:eastAsia="Times New Roman" w:cs="Times New Roman"/>
        <w:b/>
        <w:sz w:val="24"/>
        <w:lang w:val="ro-RO"/>
      </w:rPr>
      <w:t>JUDEȚUL</w:t>
    </w:r>
    <w:r w:rsidRPr="00BD57A1">
      <w:rPr>
        <w:rFonts w:eastAsia="Times New Roman" w:cs="Times New Roman"/>
        <w:b/>
        <w:spacing w:val="-2"/>
        <w:sz w:val="24"/>
        <w:lang w:val="ro-RO"/>
      </w:rPr>
      <w:t xml:space="preserve"> MARAMURES</w:t>
    </w:r>
  </w:p>
  <w:p w14:paraId="4AE7D217" w14:textId="77777777" w:rsidR="00BD57A1" w:rsidRPr="00BD57A1" w:rsidRDefault="00BD57A1" w:rsidP="00BD57A1">
    <w:pPr>
      <w:widowControl w:val="0"/>
      <w:autoSpaceDE w:val="0"/>
      <w:autoSpaceDN w:val="0"/>
      <w:spacing w:after="0" w:line="276" w:lineRule="exact"/>
      <w:ind w:left="20"/>
      <w:jc w:val="center"/>
      <w:rPr>
        <w:rFonts w:eastAsia="Times New Roman" w:cs="Times New Roman"/>
        <w:b/>
        <w:sz w:val="24"/>
        <w:lang w:val="ro-RO"/>
      </w:rPr>
    </w:pPr>
    <w:r w:rsidRPr="00BD57A1">
      <w:rPr>
        <w:rFonts w:eastAsia="Times New Roman" w:cs="Times New Roman"/>
        <w:b/>
        <w:sz w:val="24"/>
        <w:lang w:val="ro-RO"/>
      </w:rPr>
      <w:t xml:space="preserve">PRIMĂRIA COMUNEI </w:t>
    </w:r>
    <w:r w:rsidRPr="00BD57A1">
      <w:rPr>
        <w:rFonts w:eastAsia="Times New Roman" w:cs="Times New Roman"/>
        <w:b/>
        <w:spacing w:val="-2"/>
        <w:sz w:val="24"/>
        <w:lang w:val="ro-RO"/>
      </w:rPr>
      <w:t xml:space="preserve"> IEUD</w:t>
    </w:r>
  </w:p>
  <w:p w14:paraId="3A73A5EE" w14:textId="77777777" w:rsidR="00BD57A1" w:rsidRPr="00BD57A1" w:rsidRDefault="00BD57A1" w:rsidP="00BD57A1">
    <w:pPr>
      <w:widowControl w:val="0"/>
      <w:autoSpaceDE w:val="0"/>
      <w:autoSpaceDN w:val="0"/>
      <w:spacing w:after="0" w:line="240" w:lineRule="auto"/>
      <w:ind w:left="20"/>
      <w:jc w:val="center"/>
      <w:rPr>
        <w:rFonts w:eastAsia="Times New Roman" w:cs="Times New Roman"/>
        <w:b/>
        <w:sz w:val="18"/>
        <w:lang w:val="ro-RO"/>
      </w:rPr>
    </w:pPr>
    <w:r w:rsidRPr="00BD57A1">
      <w:rPr>
        <w:rFonts w:eastAsia="Times New Roman" w:cs="Times New Roman"/>
        <w:b/>
        <w:sz w:val="18"/>
        <w:lang w:val="ro-RO"/>
      </w:rPr>
      <w:t>Tel/Fax:</w:t>
    </w:r>
    <w:r w:rsidRPr="00BD57A1">
      <w:rPr>
        <w:rFonts w:eastAsia="Times New Roman" w:cs="Times New Roman"/>
        <w:b/>
        <w:spacing w:val="-2"/>
        <w:sz w:val="18"/>
        <w:lang w:val="ro-RO"/>
      </w:rPr>
      <w:t>0262336205</w:t>
    </w:r>
  </w:p>
  <w:p w14:paraId="3FA2C905" w14:textId="48F8B2DC" w:rsidR="00BD57A1" w:rsidRDefault="00BD57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FEB8" w14:textId="77777777" w:rsidR="00BD57A1" w:rsidRDefault="00BD5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0E0841"/>
    <w:multiLevelType w:val="hybridMultilevel"/>
    <w:tmpl w:val="46ACCC60"/>
    <w:lvl w:ilvl="0" w:tplc="8702E6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58021C"/>
    <w:multiLevelType w:val="hybridMultilevel"/>
    <w:tmpl w:val="64F0C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5330208">
    <w:abstractNumId w:val="8"/>
  </w:num>
  <w:num w:numId="2" w16cid:durableId="1268348837">
    <w:abstractNumId w:val="6"/>
  </w:num>
  <w:num w:numId="3" w16cid:durableId="1999454757">
    <w:abstractNumId w:val="5"/>
  </w:num>
  <w:num w:numId="4" w16cid:durableId="1528104952">
    <w:abstractNumId w:val="4"/>
  </w:num>
  <w:num w:numId="5" w16cid:durableId="1335844094">
    <w:abstractNumId w:val="7"/>
  </w:num>
  <w:num w:numId="6" w16cid:durableId="1258055935">
    <w:abstractNumId w:val="3"/>
  </w:num>
  <w:num w:numId="7" w16cid:durableId="592055921">
    <w:abstractNumId w:val="2"/>
  </w:num>
  <w:num w:numId="8" w16cid:durableId="786970291">
    <w:abstractNumId w:val="1"/>
  </w:num>
  <w:num w:numId="9" w16cid:durableId="5133777">
    <w:abstractNumId w:val="0"/>
  </w:num>
  <w:num w:numId="10" w16cid:durableId="2119712107">
    <w:abstractNumId w:val="9"/>
  </w:num>
  <w:num w:numId="11" w16cid:durableId="358892111">
    <w:abstractNumId w:val="10"/>
  </w:num>
  <w:num w:numId="12" w16cid:durableId="787174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4616"/>
    <w:rsid w:val="0006063C"/>
    <w:rsid w:val="000939F1"/>
    <w:rsid w:val="000F1A8D"/>
    <w:rsid w:val="0015074B"/>
    <w:rsid w:val="00213C78"/>
    <w:rsid w:val="0029639D"/>
    <w:rsid w:val="0030003A"/>
    <w:rsid w:val="00326F90"/>
    <w:rsid w:val="0034124F"/>
    <w:rsid w:val="004B268B"/>
    <w:rsid w:val="004B6215"/>
    <w:rsid w:val="00577AF5"/>
    <w:rsid w:val="005C27C3"/>
    <w:rsid w:val="00686911"/>
    <w:rsid w:val="007906D9"/>
    <w:rsid w:val="00795636"/>
    <w:rsid w:val="00A21F32"/>
    <w:rsid w:val="00A5753E"/>
    <w:rsid w:val="00AA1D8D"/>
    <w:rsid w:val="00AA3DAA"/>
    <w:rsid w:val="00B47730"/>
    <w:rsid w:val="00BB2C83"/>
    <w:rsid w:val="00BD57A1"/>
    <w:rsid w:val="00C83806"/>
    <w:rsid w:val="00CB0664"/>
    <w:rsid w:val="00D33F9B"/>
    <w:rsid w:val="00D54E15"/>
    <w:rsid w:val="00D6284F"/>
    <w:rsid w:val="00D6627C"/>
    <w:rsid w:val="00D84A00"/>
    <w:rsid w:val="00DC74C5"/>
    <w:rsid w:val="00E37EA2"/>
    <w:rsid w:val="00E71EC7"/>
    <w:rsid w:val="00F55B63"/>
    <w:rsid w:val="00FC693F"/>
    <w:rsid w:val="00FF7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9CE192"/>
  <w15:docId w15:val="{7FE069ED-352E-4032-B5E9-DD2D71A4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53F2A-FFD9-4491-8F22-47CEBE155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1632</Words>
  <Characters>9308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Utilizator</cp:lastModifiedBy>
  <cp:revision>9</cp:revision>
  <cp:lastPrinted>2026-10-23T08:18:00Z</cp:lastPrinted>
  <dcterms:created xsi:type="dcterms:W3CDTF">2026-10-22T07:10:00Z</dcterms:created>
  <dcterms:modified xsi:type="dcterms:W3CDTF">2026-10-23T10:24:00Z</dcterms:modified>
</cp:coreProperties>
</file>