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27C" w:rsidRDefault="00D6627C">
      <w:pPr>
        <w:jc w:val="center"/>
        <w:rPr>
          <w:b/>
        </w:rPr>
      </w:pPr>
    </w:p>
    <w:p w:rsidR="00D6627C" w:rsidRPr="00FF799F" w:rsidRDefault="00D6627C">
      <w:pPr>
        <w:jc w:val="center"/>
        <w:rPr>
          <w:rFonts w:cs="Times New Roman"/>
          <w:b/>
          <w:sz w:val="28"/>
          <w:szCs w:val="28"/>
        </w:rPr>
      </w:pPr>
    </w:p>
    <w:p w:rsidR="00A5753E" w:rsidRPr="00FF799F" w:rsidRDefault="00FF799F">
      <w:pPr>
        <w:jc w:val="center"/>
        <w:rPr>
          <w:rFonts w:cs="Times New Roman"/>
          <w:sz w:val="28"/>
          <w:szCs w:val="28"/>
        </w:rPr>
      </w:pPr>
      <w:r w:rsidRPr="00FF799F">
        <w:rPr>
          <w:rFonts w:cs="Times New Roman"/>
          <w:b/>
          <w:sz w:val="28"/>
          <w:szCs w:val="28"/>
        </w:rPr>
        <w:t>ANUNȚ</w:t>
      </w:r>
    </w:p>
    <w:p w:rsidR="00A5753E" w:rsidRPr="00FF799F" w:rsidRDefault="00FF799F">
      <w:pPr>
        <w:jc w:val="center"/>
        <w:rPr>
          <w:rFonts w:cs="Times New Roman"/>
          <w:sz w:val="28"/>
          <w:szCs w:val="28"/>
        </w:rPr>
      </w:pPr>
      <w:proofErr w:type="gramStart"/>
      <w:r w:rsidRPr="00FF799F">
        <w:rPr>
          <w:rFonts w:cs="Times New Roman"/>
          <w:b/>
          <w:sz w:val="28"/>
          <w:szCs w:val="28"/>
        </w:rPr>
        <w:t>privind</w:t>
      </w:r>
      <w:proofErr w:type="gramEnd"/>
      <w:r w:rsidRPr="00FF799F">
        <w:rPr>
          <w:rFonts w:cs="Times New Roman"/>
          <w:b/>
          <w:sz w:val="28"/>
          <w:szCs w:val="28"/>
        </w:rPr>
        <w:t xml:space="preserve"> organizarea concursului pentru ocuparea postului de PSIHOLOG</w:t>
      </w:r>
    </w:p>
    <w:p w:rsidR="00A5753E" w:rsidRPr="00FF799F" w:rsidRDefault="00FF799F">
      <w:pPr>
        <w:jc w:val="center"/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>Proiect: „Furnizarea de servicii de îngrijire la domiciliu pentru persoanele vârstnice din Comuna Șuletea, județul Vaslui”</w:t>
      </w:r>
    </w:p>
    <w:p w:rsidR="00A5753E" w:rsidRPr="00FF799F" w:rsidRDefault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>UAT Comuna Șuletea, județul Vaslui, organizează concurs</w:t>
      </w:r>
      <w:r w:rsidRPr="00FF799F">
        <w:rPr>
          <w:rFonts w:cs="Times New Roman"/>
          <w:sz w:val="28"/>
          <w:szCs w:val="28"/>
        </w:rPr>
        <w:t xml:space="preserve"> pentru ocuparea unui post de Psiholog – cod COR 263411, cu timp parțial de 4 ore/zi, în cadrul proiectului finanțat prin Programul Incluziune și Demnitate Socială 2021–2027, cod SMIS 350063.</w:t>
      </w:r>
    </w:p>
    <w:p w:rsidR="00A5753E" w:rsidRPr="00FF799F" w:rsidRDefault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b/>
          <w:sz w:val="28"/>
          <w:szCs w:val="28"/>
        </w:rPr>
        <w:t>I. POSTUL PENTRU CARE SE ORGANIZEAZĂ CONCURSUL</w:t>
      </w:r>
    </w:p>
    <w:p w:rsidR="00A5753E" w:rsidRPr="00FF799F" w:rsidRDefault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>Denumirea postulu</w:t>
      </w:r>
      <w:r w:rsidRPr="00FF799F">
        <w:rPr>
          <w:rFonts w:cs="Times New Roman"/>
          <w:sz w:val="28"/>
          <w:szCs w:val="28"/>
        </w:rPr>
        <w:t>i: Psiholog</w:t>
      </w:r>
    </w:p>
    <w:p w:rsidR="00A5753E" w:rsidRPr="00FF799F" w:rsidRDefault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>Cod COR: 263411</w:t>
      </w:r>
    </w:p>
    <w:p w:rsidR="00A5753E" w:rsidRPr="00FF799F" w:rsidRDefault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>Număr posturi: 1</w:t>
      </w:r>
    </w:p>
    <w:p w:rsidR="00A5753E" w:rsidRPr="00FF799F" w:rsidRDefault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>Norma de lucru: 4 ore/zi (20 ore/săptămână)</w:t>
      </w:r>
    </w:p>
    <w:p w:rsidR="00A5753E" w:rsidRPr="00FF799F" w:rsidRDefault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>Tipul raportului de muncă: contract individual de muncă pe durată determinată, conform perioadei aprobate pentru post și legislației aplicabile.</w:t>
      </w:r>
    </w:p>
    <w:p w:rsidR="00A5753E" w:rsidRPr="00FF799F" w:rsidRDefault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>Locul desfășurării act</w:t>
      </w:r>
      <w:r w:rsidRPr="00FF799F">
        <w:rPr>
          <w:rFonts w:cs="Times New Roman"/>
          <w:sz w:val="28"/>
          <w:szCs w:val="28"/>
        </w:rPr>
        <w:t>ivității: Comuna Șuletea, județul Vaslui, inclusiv la domiciliul beneficiarilor, după caz.</w:t>
      </w:r>
    </w:p>
    <w:p w:rsidR="00A5753E" w:rsidRPr="00FF799F" w:rsidRDefault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>Structura: serviciul de îngrijire la domiciliu pentru persoane vârstnice / echipa de implementare, conform documentelor proiectului.</w:t>
      </w:r>
    </w:p>
    <w:p w:rsidR="00A5753E" w:rsidRPr="00FF799F" w:rsidRDefault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b/>
          <w:sz w:val="28"/>
          <w:szCs w:val="28"/>
        </w:rPr>
        <w:t>II. CONDIȚII GENERALE DE PARTICI</w:t>
      </w:r>
      <w:r w:rsidRPr="00FF799F">
        <w:rPr>
          <w:rFonts w:cs="Times New Roman"/>
          <w:b/>
          <w:sz w:val="28"/>
          <w:szCs w:val="28"/>
        </w:rPr>
        <w:t>PARE</w:t>
      </w:r>
    </w:p>
    <w:p w:rsidR="00A5753E" w:rsidRPr="00FF799F" w:rsidRDefault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>Candidații trebuie să îndeplinească condițiile generale de ocupare a unui post contractual în sectorul public, prevăzute de legislația aplicabilă, inclusiv capacitatea de muncă, starea de sănătate corespunzătoare, condițiile legale privind antecedente</w:t>
      </w:r>
      <w:r w:rsidRPr="00FF799F">
        <w:rPr>
          <w:rFonts w:cs="Times New Roman"/>
          <w:sz w:val="28"/>
          <w:szCs w:val="28"/>
        </w:rPr>
        <w:t>le penale și integritatea comportamentală, după caz.</w:t>
      </w:r>
    </w:p>
    <w:p w:rsidR="00A5753E" w:rsidRPr="00FF799F" w:rsidRDefault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b/>
          <w:sz w:val="28"/>
          <w:szCs w:val="28"/>
        </w:rPr>
        <w:t>III. CONDIȚII SPECIFICE</w:t>
      </w:r>
    </w:p>
    <w:p w:rsidR="00A5753E" w:rsidRPr="00FF799F" w:rsidRDefault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>Studii: diplomă de licență în domeniul psihologiei.</w:t>
      </w:r>
    </w:p>
    <w:p w:rsidR="00A5753E" w:rsidRPr="00FF799F" w:rsidRDefault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>Exercitarea profesiei: atestat de liberă practică emis de Colegiul Psihologilor din România, valabil și corespunzător activităț</w:t>
      </w:r>
      <w:r w:rsidRPr="00FF799F">
        <w:rPr>
          <w:rFonts w:cs="Times New Roman"/>
          <w:sz w:val="28"/>
          <w:szCs w:val="28"/>
        </w:rPr>
        <w:t xml:space="preserve">ilor psihologice </w:t>
      </w:r>
      <w:proofErr w:type="gramStart"/>
      <w:r w:rsidRPr="00FF799F">
        <w:rPr>
          <w:rFonts w:cs="Times New Roman"/>
          <w:sz w:val="28"/>
          <w:szCs w:val="28"/>
        </w:rPr>
        <w:t>ce</w:t>
      </w:r>
      <w:proofErr w:type="gramEnd"/>
      <w:r w:rsidRPr="00FF799F">
        <w:rPr>
          <w:rFonts w:cs="Times New Roman"/>
          <w:sz w:val="28"/>
          <w:szCs w:val="28"/>
        </w:rPr>
        <w:t xml:space="preserve"> urmează a fi efectuate; specialitatea și forma de exercitare se verifică în raport cu fișa postului și normele profesionale.</w:t>
      </w:r>
    </w:p>
    <w:p w:rsidR="00A5753E" w:rsidRPr="00FF799F" w:rsidRDefault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lastRenderedPageBreak/>
        <w:t>Experiența profesională: conform fișei postului și cererii de finanțare aprobate; eventualul prag minim de vech</w:t>
      </w:r>
      <w:r w:rsidRPr="00FF799F">
        <w:rPr>
          <w:rFonts w:cs="Times New Roman"/>
          <w:sz w:val="28"/>
          <w:szCs w:val="28"/>
        </w:rPr>
        <w:t>ime se completează numai după verificarea acestora.</w:t>
      </w:r>
    </w:p>
    <w:p w:rsidR="00A5753E" w:rsidRPr="00FF799F" w:rsidRDefault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>Competențe: evaluare și consiliere psihologică, comunicare empatică, lucru cu persoane vârstnice, confidențialitate, colaborare multidisciplinară, redactarea documentelor de specialitate.</w:t>
      </w:r>
    </w:p>
    <w:p w:rsidR="00A5753E" w:rsidRPr="00FF799F" w:rsidRDefault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b/>
          <w:sz w:val="28"/>
          <w:szCs w:val="28"/>
        </w:rPr>
        <w:t>IV. COMPETENȚE Ș</w:t>
      </w:r>
      <w:r w:rsidRPr="00FF799F">
        <w:rPr>
          <w:rFonts w:cs="Times New Roman"/>
          <w:b/>
          <w:sz w:val="28"/>
          <w:szCs w:val="28"/>
        </w:rPr>
        <w:t>I ABILITĂȚI SOLICITATE</w:t>
      </w:r>
    </w:p>
    <w:p w:rsidR="00A5753E" w:rsidRPr="00FF799F" w:rsidRDefault="00FF799F">
      <w:pPr>
        <w:pStyle w:val="ListBullet"/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>capacitate de ascultare activă și comunicare adaptată persoanelor vârstnice;</w:t>
      </w:r>
    </w:p>
    <w:p w:rsidR="00A5753E" w:rsidRPr="00FF799F" w:rsidRDefault="00FF799F">
      <w:pPr>
        <w:pStyle w:val="ListBullet"/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>respectarea eticii și deontologiei profesionale;</w:t>
      </w:r>
    </w:p>
    <w:p w:rsidR="00A5753E" w:rsidRPr="00FF799F" w:rsidRDefault="00FF799F">
      <w:pPr>
        <w:pStyle w:val="ListBullet"/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>capacitate de identificare a nevoilor și vulnerabilităților psihologice;</w:t>
      </w:r>
    </w:p>
    <w:p w:rsidR="00A5753E" w:rsidRPr="00FF799F" w:rsidRDefault="00FF799F">
      <w:pPr>
        <w:pStyle w:val="ListBullet"/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>colaborare cu asistentul social, a</w:t>
      </w:r>
      <w:r w:rsidRPr="00FF799F">
        <w:rPr>
          <w:rFonts w:cs="Times New Roman"/>
          <w:sz w:val="28"/>
          <w:szCs w:val="28"/>
        </w:rPr>
        <w:t>sistentul medical și îngrijitorii;</w:t>
      </w:r>
    </w:p>
    <w:p w:rsidR="00A5753E" w:rsidRPr="00FF799F" w:rsidRDefault="00FF799F">
      <w:pPr>
        <w:pStyle w:val="ListBullet"/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>capacitate de planificare, documentare și raportare a activității;</w:t>
      </w:r>
    </w:p>
    <w:p w:rsidR="00A5753E" w:rsidRPr="00FF799F" w:rsidRDefault="00FF799F">
      <w:pPr>
        <w:pStyle w:val="ListBullet"/>
        <w:rPr>
          <w:rFonts w:cs="Times New Roman"/>
          <w:sz w:val="28"/>
          <w:szCs w:val="28"/>
        </w:rPr>
      </w:pPr>
      <w:proofErr w:type="gramStart"/>
      <w:r w:rsidRPr="00FF799F">
        <w:rPr>
          <w:rFonts w:cs="Times New Roman"/>
          <w:sz w:val="28"/>
          <w:szCs w:val="28"/>
        </w:rPr>
        <w:t>respectarea</w:t>
      </w:r>
      <w:proofErr w:type="gramEnd"/>
      <w:r w:rsidRPr="00FF799F">
        <w:rPr>
          <w:rFonts w:cs="Times New Roman"/>
          <w:sz w:val="28"/>
          <w:szCs w:val="28"/>
        </w:rPr>
        <w:t xml:space="preserve"> confidențialității, demnității și autonomiei beneficiarilor.</w:t>
      </w:r>
    </w:p>
    <w:p w:rsidR="00A5753E" w:rsidRPr="00FF799F" w:rsidRDefault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b/>
          <w:sz w:val="28"/>
          <w:szCs w:val="28"/>
        </w:rPr>
        <w:t>V. PRINCIPALELE ATRIBUȚII ALE POSTULUI</w:t>
      </w:r>
    </w:p>
    <w:p w:rsidR="00A5753E" w:rsidRPr="00FF799F" w:rsidRDefault="00FF799F">
      <w:pPr>
        <w:pStyle w:val="ListBullet"/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 xml:space="preserve">realizează evaluarea psihologică a </w:t>
      </w:r>
      <w:r w:rsidRPr="00FF799F">
        <w:rPr>
          <w:rFonts w:cs="Times New Roman"/>
          <w:sz w:val="28"/>
          <w:szCs w:val="28"/>
        </w:rPr>
        <w:t>beneficiarilor, în limitele competențelor profesionale și cu respectarea consimțământului informat;</w:t>
      </w:r>
    </w:p>
    <w:p w:rsidR="00A5753E" w:rsidRPr="00FF799F" w:rsidRDefault="00FF799F">
      <w:pPr>
        <w:pStyle w:val="ListBullet"/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>identifică nevoi de sprijin psihologic și formulează recomandări de specialitate;</w:t>
      </w:r>
    </w:p>
    <w:p w:rsidR="00A5753E" w:rsidRPr="00FF799F" w:rsidRDefault="00FF799F">
      <w:pPr>
        <w:pStyle w:val="ListBullet"/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>desfășoară activități de consiliere și sprijin psihologic pentru persoanel</w:t>
      </w:r>
      <w:r w:rsidRPr="00FF799F">
        <w:rPr>
          <w:rFonts w:cs="Times New Roman"/>
          <w:sz w:val="28"/>
          <w:szCs w:val="28"/>
        </w:rPr>
        <w:t>e vârstnice;</w:t>
      </w:r>
    </w:p>
    <w:p w:rsidR="00A5753E" w:rsidRPr="00FF799F" w:rsidRDefault="00FF799F">
      <w:pPr>
        <w:pStyle w:val="ListBullet"/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>contribuie, împreună cu echipa, la planificarea și adaptarea intervențiilor individualizate;</w:t>
      </w:r>
    </w:p>
    <w:p w:rsidR="00A5753E" w:rsidRPr="00FF799F" w:rsidRDefault="00FF799F">
      <w:pPr>
        <w:pStyle w:val="ListBullet"/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>monitorizează evoluția beneficiarilor și consemnează activitățile în documentele specifice;</w:t>
      </w:r>
    </w:p>
    <w:p w:rsidR="00A5753E" w:rsidRPr="00FF799F" w:rsidRDefault="00FF799F">
      <w:pPr>
        <w:pStyle w:val="ListBullet"/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>semnalează situațiile de risc și colaborează cu specialișt</w:t>
      </w:r>
      <w:r w:rsidRPr="00FF799F">
        <w:rPr>
          <w:rFonts w:cs="Times New Roman"/>
          <w:sz w:val="28"/>
          <w:szCs w:val="28"/>
        </w:rPr>
        <w:t>ii și instituțiile competente;</w:t>
      </w:r>
    </w:p>
    <w:p w:rsidR="00A5753E" w:rsidRPr="00FF799F" w:rsidRDefault="00FF799F">
      <w:pPr>
        <w:pStyle w:val="ListBullet"/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>participă la întâlnirile echipei și întocmește rapoarte/documente justificative conform proiectului;</w:t>
      </w:r>
    </w:p>
    <w:p w:rsidR="00A5753E" w:rsidRPr="00FF799F" w:rsidRDefault="00FF799F">
      <w:pPr>
        <w:pStyle w:val="ListBullet"/>
        <w:rPr>
          <w:rFonts w:cs="Times New Roman"/>
          <w:sz w:val="28"/>
          <w:szCs w:val="28"/>
        </w:rPr>
      </w:pPr>
      <w:proofErr w:type="gramStart"/>
      <w:r w:rsidRPr="00FF799F">
        <w:rPr>
          <w:rFonts w:cs="Times New Roman"/>
          <w:sz w:val="28"/>
          <w:szCs w:val="28"/>
        </w:rPr>
        <w:t>respectă</w:t>
      </w:r>
      <w:proofErr w:type="gramEnd"/>
      <w:r w:rsidRPr="00FF799F">
        <w:rPr>
          <w:rFonts w:cs="Times New Roman"/>
          <w:sz w:val="28"/>
          <w:szCs w:val="28"/>
        </w:rPr>
        <w:t xml:space="preserve"> normele deontologice, protecția datelor și drepturile beneficiarilor.</w:t>
      </w:r>
    </w:p>
    <w:p w:rsidR="00A5753E" w:rsidRPr="00FF799F" w:rsidRDefault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>Atribuțiile complete sunt prevăzute în fișa p</w:t>
      </w:r>
      <w:r w:rsidRPr="00FF799F">
        <w:rPr>
          <w:rFonts w:cs="Times New Roman"/>
          <w:sz w:val="28"/>
          <w:szCs w:val="28"/>
        </w:rPr>
        <w:t>ostului aprobată.</w:t>
      </w:r>
    </w:p>
    <w:p w:rsidR="00A5753E" w:rsidRPr="00FF799F" w:rsidRDefault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b/>
          <w:sz w:val="28"/>
          <w:szCs w:val="28"/>
        </w:rPr>
        <w:t>VI. DOCUMENTELE NECESARE ÎNSCRIERII</w:t>
      </w:r>
    </w:p>
    <w:p w:rsidR="00A5753E" w:rsidRPr="00FF799F" w:rsidRDefault="00FF799F">
      <w:pPr>
        <w:pStyle w:val="ListBullet"/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>cerere de înscriere la concurs;</w:t>
      </w:r>
    </w:p>
    <w:p w:rsidR="00A5753E" w:rsidRPr="00FF799F" w:rsidRDefault="00FF799F">
      <w:pPr>
        <w:pStyle w:val="ListBullet"/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>copie act de identitate și, după caz, documente privind schimbarea numelui;</w:t>
      </w:r>
    </w:p>
    <w:p w:rsidR="00A5753E" w:rsidRPr="00FF799F" w:rsidRDefault="00FF799F">
      <w:pPr>
        <w:pStyle w:val="ListBullet"/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>copie diplomă de licență în psihologie și alte acte de studii relevante;</w:t>
      </w:r>
    </w:p>
    <w:p w:rsidR="00A5753E" w:rsidRPr="00FF799F" w:rsidRDefault="00FF799F">
      <w:pPr>
        <w:pStyle w:val="ListBullet"/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>copie atestat de libe</w:t>
      </w:r>
      <w:r w:rsidRPr="00FF799F">
        <w:rPr>
          <w:rFonts w:cs="Times New Roman"/>
          <w:sz w:val="28"/>
          <w:szCs w:val="28"/>
        </w:rPr>
        <w:t>ră practică și documente privind valabilitatea și specialitatea acestuia;</w:t>
      </w:r>
    </w:p>
    <w:p w:rsidR="00A5753E" w:rsidRPr="00FF799F" w:rsidRDefault="00FF799F">
      <w:pPr>
        <w:pStyle w:val="ListBullet"/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>curriculum vitae, model Europass;</w:t>
      </w:r>
    </w:p>
    <w:p w:rsidR="00A5753E" w:rsidRPr="00FF799F" w:rsidRDefault="00FF799F">
      <w:pPr>
        <w:pStyle w:val="ListBullet"/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lastRenderedPageBreak/>
        <w:t>documente care atestă vechimea/experiența profesională, în măsura solicitată;</w:t>
      </w:r>
    </w:p>
    <w:p w:rsidR="00A5753E" w:rsidRPr="00FF799F" w:rsidRDefault="00FF799F">
      <w:pPr>
        <w:pStyle w:val="ListBullet"/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>cazier judiciar sau documentul substitutiv permis de lege;</w:t>
      </w:r>
    </w:p>
    <w:p w:rsidR="00A5753E" w:rsidRPr="00FF799F" w:rsidRDefault="00FF799F">
      <w:pPr>
        <w:pStyle w:val="ListBullet"/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 xml:space="preserve">certificat </w:t>
      </w:r>
      <w:r w:rsidRPr="00FF799F">
        <w:rPr>
          <w:rFonts w:cs="Times New Roman"/>
          <w:sz w:val="28"/>
          <w:szCs w:val="28"/>
        </w:rPr>
        <w:t>de integritate comportamentală, dacă este cerut de legislația aplicabilă postului;</w:t>
      </w:r>
    </w:p>
    <w:p w:rsidR="00A5753E" w:rsidRPr="00FF799F" w:rsidRDefault="00FF799F">
      <w:pPr>
        <w:pStyle w:val="ListBullet"/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>adeverință medicală pentru exercitarea atribuțiilor;</w:t>
      </w:r>
    </w:p>
    <w:p w:rsidR="00A5753E" w:rsidRPr="00FF799F" w:rsidRDefault="00FF799F">
      <w:pPr>
        <w:pStyle w:val="ListBullet"/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>declarație de disponibilitate și declarație privind lipsa conflictelor de interese/incompatibilităților;</w:t>
      </w:r>
    </w:p>
    <w:p w:rsidR="00A5753E" w:rsidRPr="00FF799F" w:rsidRDefault="00FF799F">
      <w:pPr>
        <w:pStyle w:val="ListBullet"/>
        <w:rPr>
          <w:rFonts w:cs="Times New Roman"/>
          <w:sz w:val="28"/>
          <w:szCs w:val="28"/>
        </w:rPr>
      </w:pPr>
      <w:proofErr w:type="gramStart"/>
      <w:r w:rsidRPr="00FF799F">
        <w:rPr>
          <w:rFonts w:cs="Times New Roman"/>
          <w:sz w:val="28"/>
          <w:szCs w:val="28"/>
        </w:rPr>
        <w:t>informare</w:t>
      </w:r>
      <w:proofErr w:type="gramEnd"/>
      <w:r w:rsidRPr="00FF799F">
        <w:rPr>
          <w:rFonts w:cs="Times New Roman"/>
          <w:sz w:val="28"/>
          <w:szCs w:val="28"/>
        </w:rPr>
        <w:t xml:space="preserve"> privi</w:t>
      </w:r>
      <w:r w:rsidRPr="00FF799F">
        <w:rPr>
          <w:rFonts w:cs="Times New Roman"/>
          <w:sz w:val="28"/>
          <w:szCs w:val="28"/>
        </w:rPr>
        <w:t>nd prelucrarea datelor cu caracter personal și alte documente prevăzute de legislația aplicabilă.</w:t>
      </w:r>
    </w:p>
    <w:p w:rsidR="00A5753E" w:rsidRPr="00FF799F" w:rsidRDefault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 xml:space="preserve">Documentele se depun în condițiile și termenul prevăzute de prezentul anunț. </w:t>
      </w:r>
      <w:proofErr w:type="gramStart"/>
      <w:r w:rsidRPr="00FF799F">
        <w:rPr>
          <w:rFonts w:cs="Times New Roman"/>
          <w:sz w:val="28"/>
          <w:szCs w:val="28"/>
        </w:rPr>
        <w:t xml:space="preserve">Originalele se prezintă pentru verificarea conformității copiilor, potrivit </w:t>
      </w:r>
      <w:r w:rsidRPr="00FF799F">
        <w:rPr>
          <w:rFonts w:cs="Times New Roman"/>
          <w:sz w:val="28"/>
          <w:szCs w:val="28"/>
        </w:rPr>
        <w:t>procedurii aplicabile.</w:t>
      </w:r>
      <w:proofErr w:type="gramEnd"/>
    </w:p>
    <w:p w:rsidR="00A5753E" w:rsidRPr="00FF799F" w:rsidRDefault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b/>
          <w:sz w:val="28"/>
          <w:szCs w:val="28"/>
        </w:rPr>
        <w:t>VII. ETAPELE CONCURSULUI</w:t>
      </w:r>
    </w:p>
    <w:p w:rsidR="00A5753E" w:rsidRPr="00FF799F" w:rsidRDefault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>1. Selecția dosarelor: verificarea îndeplinirii condițiilor generale și specifice și a documentelor justificative.</w:t>
      </w:r>
    </w:p>
    <w:p w:rsidR="00A5753E" w:rsidRPr="00FF799F" w:rsidRDefault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>2. Proba scrisă: întrebări și/sau spețe din bibliografia și tematica publicate; durata propus</w:t>
      </w:r>
      <w:r w:rsidRPr="00FF799F">
        <w:rPr>
          <w:rFonts w:cs="Times New Roman"/>
          <w:sz w:val="28"/>
          <w:szCs w:val="28"/>
        </w:rPr>
        <w:t>ă: 60 de minute; punctaj maxim: 100 de puncte.</w:t>
      </w:r>
    </w:p>
    <w:p w:rsidR="00A5753E" w:rsidRPr="00FF799F" w:rsidRDefault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>3. Interviul: evaluarea cunoștințelor profesionale, a capacității de analiză a situațiilor concrete, a comunicării și a conduitei etice; punctaj maxim: 100 de puncte.</w:t>
      </w:r>
    </w:p>
    <w:p w:rsidR="00A5753E" w:rsidRPr="00FF799F" w:rsidRDefault="00FF799F">
      <w:pPr>
        <w:rPr>
          <w:rFonts w:cs="Times New Roman"/>
          <w:sz w:val="28"/>
          <w:szCs w:val="28"/>
        </w:rPr>
      </w:pPr>
      <w:proofErr w:type="gramStart"/>
      <w:r w:rsidRPr="00FF799F">
        <w:rPr>
          <w:rFonts w:cs="Times New Roman"/>
          <w:sz w:val="28"/>
          <w:szCs w:val="28"/>
        </w:rPr>
        <w:t>Pragurile de promovare, modul de calcul al</w:t>
      </w:r>
      <w:r w:rsidRPr="00FF799F">
        <w:rPr>
          <w:rFonts w:cs="Times New Roman"/>
          <w:sz w:val="28"/>
          <w:szCs w:val="28"/>
        </w:rPr>
        <w:t xml:space="preserve"> punctajului final și departajarea se aplică potrivit HG nr.</w:t>
      </w:r>
      <w:proofErr w:type="gramEnd"/>
      <w:r w:rsidRPr="00FF799F">
        <w:rPr>
          <w:rFonts w:cs="Times New Roman"/>
          <w:sz w:val="28"/>
          <w:szCs w:val="28"/>
        </w:rPr>
        <w:t xml:space="preserve"> </w:t>
      </w:r>
      <w:proofErr w:type="gramStart"/>
      <w:r w:rsidRPr="00FF799F">
        <w:rPr>
          <w:rFonts w:cs="Times New Roman"/>
          <w:sz w:val="28"/>
          <w:szCs w:val="28"/>
        </w:rPr>
        <w:t>1336/2022 și metodologiei aprobate, în forma aplicabilă concursului.</w:t>
      </w:r>
      <w:proofErr w:type="gramEnd"/>
      <w:r w:rsidRPr="00FF799F">
        <w:rPr>
          <w:rFonts w:cs="Times New Roman"/>
          <w:sz w:val="28"/>
          <w:szCs w:val="28"/>
        </w:rPr>
        <w:t xml:space="preserve"> Comisia de </w:t>
      </w:r>
      <w:proofErr w:type="gramStart"/>
      <w:r w:rsidRPr="00FF799F">
        <w:rPr>
          <w:rFonts w:cs="Times New Roman"/>
          <w:sz w:val="28"/>
          <w:szCs w:val="28"/>
        </w:rPr>
        <w:t>concurs</w:t>
      </w:r>
      <w:proofErr w:type="gramEnd"/>
      <w:r w:rsidRPr="00FF799F">
        <w:rPr>
          <w:rFonts w:cs="Times New Roman"/>
          <w:sz w:val="28"/>
          <w:szCs w:val="28"/>
        </w:rPr>
        <w:t xml:space="preserve"> și comisia de soluționare a contestațiilor se desemnează prin act administrativ.</w:t>
      </w:r>
    </w:p>
    <w:p w:rsidR="00A5753E" w:rsidRPr="00FF799F" w:rsidRDefault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b/>
          <w:sz w:val="28"/>
          <w:szCs w:val="28"/>
        </w:rPr>
        <w:t>VIII. CALENDARUL CONCURSUL</w:t>
      </w:r>
      <w:r w:rsidRPr="00FF799F">
        <w:rPr>
          <w:rFonts w:cs="Times New Roman"/>
          <w:b/>
          <w:sz w:val="28"/>
          <w:szCs w:val="28"/>
        </w:rPr>
        <w:t>UI</w:t>
      </w:r>
    </w:p>
    <w:p w:rsidR="00A5753E" w:rsidRPr="00FF799F" w:rsidRDefault="00FF799F">
      <w:pPr>
        <w:rPr>
          <w:rFonts w:cs="Times New Roman"/>
          <w:sz w:val="28"/>
          <w:szCs w:val="28"/>
        </w:rPr>
      </w:pPr>
      <w:proofErr w:type="gramStart"/>
      <w:r w:rsidRPr="00FF799F">
        <w:rPr>
          <w:rFonts w:cs="Times New Roman"/>
          <w:sz w:val="28"/>
          <w:szCs w:val="28"/>
        </w:rPr>
        <w:t>Datele și orele se stabilesc înainte de publicare, cu respectarea termenelor legale.</w:t>
      </w:r>
      <w:proofErr w:type="gramEnd"/>
      <w:r w:rsidRPr="00FF799F">
        <w:rPr>
          <w:rFonts w:cs="Times New Roman"/>
          <w:sz w:val="28"/>
          <w:szCs w:val="28"/>
        </w:rPr>
        <w:t xml:space="preserve"> </w:t>
      </w:r>
      <w:proofErr w:type="gramStart"/>
      <w:r w:rsidRPr="00FF799F">
        <w:rPr>
          <w:rFonts w:cs="Times New Roman"/>
          <w:sz w:val="28"/>
          <w:szCs w:val="28"/>
        </w:rPr>
        <w:t xml:space="preserve">Nu se vor folosi datele concursului anterior </w:t>
      </w:r>
      <w:proofErr w:type="spellStart"/>
      <w:r w:rsidRPr="00FF799F">
        <w:rPr>
          <w:rFonts w:cs="Times New Roman"/>
          <w:sz w:val="28"/>
          <w:szCs w:val="28"/>
        </w:rPr>
        <w:t>pentru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coordonator</w:t>
      </w:r>
      <w:proofErr w:type="spellEnd"/>
      <w:r w:rsidRPr="00FF799F">
        <w:rPr>
          <w:rFonts w:cs="Times New Roman"/>
          <w:sz w:val="28"/>
          <w:szCs w:val="28"/>
        </w:rPr>
        <w:t xml:space="preserve"> UID.</w:t>
      </w:r>
      <w:proofErr w:type="gramEnd"/>
    </w:p>
    <w:p w:rsidR="00A21F32" w:rsidRPr="00FF799F" w:rsidRDefault="00A21F32">
      <w:pPr>
        <w:rPr>
          <w:rFonts w:cs="Times New Roman"/>
          <w:sz w:val="28"/>
          <w:szCs w:val="28"/>
        </w:rPr>
      </w:pPr>
    </w:p>
    <w:p w:rsidR="00A21F32" w:rsidRPr="00FF799F" w:rsidRDefault="00A21F32" w:rsidP="00A21F32">
      <w:pPr>
        <w:jc w:val="both"/>
        <w:rPr>
          <w:rFonts w:cs="Times New Roman"/>
          <w:b/>
          <w:sz w:val="28"/>
          <w:szCs w:val="28"/>
          <w:lang w:val="ro-RO"/>
        </w:rPr>
      </w:pPr>
      <w:r w:rsidRPr="00FF799F">
        <w:rPr>
          <w:rFonts w:cs="Times New Roman"/>
          <w:b/>
          <w:sz w:val="28"/>
          <w:szCs w:val="28"/>
          <w:lang w:val="ro-RO"/>
        </w:rPr>
        <w:t>Calendarul de desfăşurare a concursului</w:t>
      </w:r>
    </w:p>
    <w:p w:rsidR="00A21F32" w:rsidRPr="00FF799F" w:rsidRDefault="00A21F32" w:rsidP="00A21F32">
      <w:pPr>
        <w:jc w:val="both"/>
        <w:rPr>
          <w:rFonts w:cs="Times New Roman"/>
          <w:sz w:val="28"/>
          <w:szCs w:val="28"/>
          <w:lang w:val="ro-RO"/>
        </w:rPr>
      </w:pPr>
    </w:p>
    <w:p w:rsidR="00A21F32" w:rsidRPr="00FF799F" w:rsidRDefault="00A21F32" w:rsidP="00A21F32">
      <w:pPr>
        <w:jc w:val="both"/>
        <w:rPr>
          <w:rFonts w:cs="Times New Roman"/>
          <w:sz w:val="28"/>
          <w:szCs w:val="28"/>
          <w:lang w:val="ro-RO"/>
        </w:rPr>
      </w:pPr>
      <w:r w:rsidRPr="00FF799F">
        <w:rPr>
          <w:rFonts w:cs="Times New Roman"/>
          <w:b/>
          <w:sz w:val="28"/>
          <w:szCs w:val="28"/>
          <w:lang w:val="ro-RO"/>
        </w:rPr>
        <w:t>Data publicarii si afisarii</w:t>
      </w:r>
      <w:r w:rsidRPr="00FF799F">
        <w:rPr>
          <w:rFonts w:cs="Times New Roman"/>
          <w:sz w:val="28"/>
          <w:szCs w:val="28"/>
          <w:lang w:val="ro-RO"/>
        </w:rPr>
        <w:t xml:space="preserve"> anuntului de concurs este: </w:t>
      </w:r>
      <w:r w:rsidRPr="00FF799F">
        <w:rPr>
          <w:rFonts w:cs="Times New Roman"/>
          <w:noProof/>
          <w:sz w:val="28"/>
          <w:szCs w:val="28"/>
          <w:lang w:val="ro-RO"/>
        </w:rPr>
        <w:t>21/10/2026</w:t>
      </w:r>
    </w:p>
    <w:p w:rsidR="00A21F32" w:rsidRPr="00FF799F" w:rsidRDefault="00A21F32" w:rsidP="00A21F32">
      <w:pPr>
        <w:ind w:firstLine="360"/>
        <w:jc w:val="both"/>
        <w:rPr>
          <w:rFonts w:cs="Times New Roman"/>
          <w:sz w:val="28"/>
          <w:szCs w:val="28"/>
          <w:lang w:val="ro-RO"/>
        </w:rPr>
      </w:pPr>
      <w:r w:rsidRPr="00FF799F">
        <w:rPr>
          <w:rFonts w:cs="Times New Roman"/>
          <w:sz w:val="28"/>
          <w:szCs w:val="28"/>
          <w:lang w:val="ro-RO"/>
        </w:rPr>
        <w:t xml:space="preserve">- </w:t>
      </w:r>
      <w:r w:rsidRPr="00FF799F">
        <w:rPr>
          <w:rFonts w:cs="Times New Roman"/>
          <w:sz w:val="28"/>
          <w:szCs w:val="28"/>
          <w:lang w:val="ro-RO"/>
        </w:rPr>
        <w:tab/>
        <w:t xml:space="preserve">termenul de depunere a dosarelor în data de  </w:t>
      </w:r>
      <w:r w:rsidRPr="00FF799F">
        <w:rPr>
          <w:rFonts w:cs="Times New Roman"/>
          <w:noProof/>
          <w:sz w:val="28"/>
          <w:szCs w:val="28"/>
          <w:lang w:val="ro-RO"/>
        </w:rPr>
        <w:t>04/11/2026</w:t>
      </w:r>
      <w:r w:rsidRPr="00FF799F">
        <w:rPr>
          <w:rFonts w:cs="Times New Roman"/>
          <w:sz w:val="28"/>
          <w:szCs w:val="28"/>
          <w:lang w:val="ro-RO"/>
        </w:rPr>
        <w:t xml:space="preserve"> , ora 12:00, la sediul instituţiei;</w:t>
      </w:r>
    </w:p>
    <w:p w:rsidR="00A21F32" w:rsidRPr="00FF799F" w:rsidRDefault="00A21F32" w:rsidP="00A21F32">
      <w:pPr>
        <w:ind w:firstLine="360"/>
        <w:jc w:val="both"/>
        <w:rPr>
          <w:rFonts w:cs="Times New Roman"/>
          <w:sz w:val="28"/>
          <w:szCs w:val="28"/>
          <w:lang w:val="ro-RO"/>
        </w:rPr>
      </w:pPr>
      <w:r w:rsidRPr="00FF799F">
        <w:rPr>
          <w:rFonts w:cs="Times New Roman"/>
          <w:sz w:val="28"/>
          <w:szCs w:val="28"/>
          <w:lang w:val="ro-RO"/>
        </w:rPr>
        <w:lastRenderedPageBreak/>
        <w:t xml:space="preserve">- </w:t>
      </w:r>
      <w:r w:rsidRPr="00FF799F">
        <w:rPr>
          <w:rFonts w:cs="Times New Roman"/>
          <w:sz w:val="28"/>
          <w:szCs w:val="28"/>
          <w:lang w:val="ro-RO"/>
        </w:rPr>
        <w:tab/>
        <w:t xml:space="preserve">selecţia dosarelor în data de: </w:t>
      </w:r>
      <w:r w:rsidRPr="00FF799F">
        <w:rPr>
          <w:rFonts w:cs="Times New Roman"/>
          <w:noProof/>
          <w:sz w:val="28"/>
          <w:szCs w:val="28"/>
          <w:lang w:val="ro-RO"/>
        </w:rPr>
        <w:t>05/11/2026</w:t>
      </w:r>
      <w:r w:rsidRPr="00FF799F">
        <w:rPr>
          <w:rFonts w:cs="Times New Roman"/>
          <w:sz w:val="28"/>
          <w:szCs w:val="28"/>
          <w:lang w:val="ro-RO"/>
        </w:rPr>
        <w:t xml:space="preserve">  , ora 10:00, la sediul instituţiei;</w:t>
      </w:r>
    </w:p>
    <w:p w:rsidR="00A21F32" w:rsidRPr="00FF799F" w:rsidRDefault="00A21F32" w:rsidP="00A21F32">
      <w:pPr>
        <w:ind w:left="720" w:hanging="360"/>
        <w:jc w:val="both"/>
        <w:rPr>
          <w:rFonts w:cs="Times New Roman"/>
          <w:sz w:val="28"/>
          <w:szCs w:val="28"/>
          <w:lang w:val="ro-RO"/>
        </w:rPr>
      </w:pPr>
      <w:r w:rsidRPr="00FF799F">
        <w:rPr>
          <w:rFonts w:cs="Times New Roman"/>
          <w:sz w:val="28"/>
          <w:szCs w:val="28"/>
          <w:lang w:val="ro-RO"/>
        </w:rPr>
        <w:t>-</w:t>
      </w:r>
      <w:r w:rsidRPr="00FF799F">
        <w:rPr>
          <w:rFonts w:cs="Times New Roman"/>
          <w:sz w:val="28"/>
          <w:szCs w:val="28"/>
          <w:lang w:val="ro-RO"/>
        </w:rPr>
        <w:tab/>
        <w:t>afisare rezultate la selectia dosarelor în data de:</w:t>
      </w:r>
      <w:r w:rsidRPr="00FF799F">
        <w:rPr>
          <w:rFonts w:cs="Times New Roman"/>
          <w:noProof/>
          <w:sz w:val="28"/>
          <w:szCs w:val="28"/>
          <w:lang w:val="ro-RO"/>
        </w:rPr>
        <w:t>05/11/2026</w:t>
      </w:r>
      <w:r w:rsidRPr="00FF799F">
        <w:rPr>
          <w:rFonts w:cs="Times New Roman"/>
          <w:sz w:val="28"/>
          <w:szCs w:val="28"/>
          <w:lang w:val="ro-RO"/>
        </w:rPr>
        <w:t xml:space="preserve">   , ora 12:00, la sediul institutiei.</w:t>
      </w:r>
    </w:p>
    <w:p w:rsidR="00A21F32" w:rsidRPr="00FF799F" w:rsidRDefault="00A21F32" w:rsidP="00A21F32">
      <w:pPr>
        <w:ind w:left="720" w:hanging="360"/>
        <w:jc w:val="both"/>
        <w:rPr>
          <w:rFonts w:cs="Times New Roman"/>
          <w:sz w:val="28"/>
          <w:szCs w:val="28"/>
          <w:lang w:val="ro-RO"/>
        </w:rPr>
      </w:pPr>
      <w:r w:rsidRPr="00FF799F">
        <w:rPr>
          <w:rFonts w:cs="Times New Roman"/>
          <w:sz w:val="28"/>
          <w:szCs w:val="28"/>
          <w:lang w:val="ro-RO"/>
        </w:rPr>
        <w:t>-</w:t>
      </w:r>
      <w:r w:rsidRPr="00FF799F">
        <w:rPr>
          <w:rFonts w:cs="Times New Roman"/>
          <w:sz w:val="28"/>
          <w:szCs w:val="28"/>
          <w:lang w:val="ro-RO"/>
        </w:rPr>
        <w:tab/>
        <w:t xml:space="preserve">termen de contestare la selectia dosarelor în data de </w:t>
      </w:r>
      <w:r w:rsidRPr="00FF799F">
        <w:rPr>
          <w:rFonts w:cs="Times New Roman"/>
          <w:noProof/>
          <w:sz w:val="28"/>
          <w:szCs w:val="28"/>
          <w:lang w:val="ro-RO"/>
        </w:rPr>
        <w:t>06/11/2026</w:t>
      </w:r>
      <w:r w:rsidRPr="00FF799F">
        <w:rPr>
          <w:rFonts w:cs="Times New Roman"/>
          <w:sz w:val="28"/>
          <w:szCs w:val="28"/>
          <w:lang w:val="ro-RO"/>
        </w:rPr>
        <w:t xml:space="preserve">   , ora 12:00, la sediul institutiei.</w:t>
      </w:r>
    </w:p>
    <w:p w:rsidR="00A21F32" w:rsidRPr="00FF799F" w:rsidRDefault="00A21F32" w:rsidP="00A21F32">
      <w:pPr>
        <w:ind w:left="720" w:hanging="360"/>
        <w:jc w:val="both"/>
        <w:rPr>
          <w:rFonts w:cs="Times New Roman"/>
          <w:sz w:val="28"/>
          <w:szCs w:val="28"/>
          <w:lang w:val="ro-RO"/>
        </w:rPr>
      </w:pPr>
      <w:r w:rsidRPr="00FF799F">
        <w:rPr>
          <w:rFonts w:cs="Times New Roman"/>
          <w:sz w:val="28"/>
          <w:szCs w:val="28"/>
          <w:lang w:val="ro-RO"/>
        </w:rPr>
        <w:t>-</w:t>
      </w:r>
      <w:r w:rsidRPr="00FF799F">
        <w:rPr>
          <w:rFonts w:cs="Times New Roman"/>
          <w:sz w:val="28"/>
          <w:szCs w:val="28"/>
          <w:lang w:val="ro-RO"/>
        </w:rPr>
        <w:tab/>
        <w:t xml:space="preserve">afişarea rezultatelor la soluţionarea contestaţiilor privind selectia dosarelor în data de   </w:t>
      </w:r>
      <w:r w:rsidRPr="00FF799F">
        <w:rPr>
          <w:rFonts w:cs="Times New Roman"/>
          <w:noProof/>
          <w:sz w:val="28"/>
          <w:szCs w:val="28"/>
          <w:lang w:val="ro-RO"/>
        </w:rPr>
        <w:t>06/11/2026</w:t>
      </w:r>
      <w:r w:rsidRPr="00FF799F">
        <w:rPr>
          <w:rFonts w:cs="Times New Roman"/>
          <w:sz w:val="28"/>
          <w:szCs w:val="28"/>
          <w:lang w:val="ro-RO"/>
        </w:rPr>
        <w:t xml:space="preserve">  , ora 13:00, la sediul institutiei.</w:t>
      </w:r>
    </w:p>
    <w:p w:rsidR="00A21F32" w:rsidRPr="00FF799F" w:rsidRDefault="00A21F32" w:rsidP="00A21F32">
      <w:pPr>
        <w:ind w:left="720" w:hanging="360"/>
        <w:jc w:val="both"/>
        <w:rPr>
          <w:rFonts w:cs="Times New Roman"/>
          <w:sz w:val="28"/>
          <w:szCs w:val="28"/>
          <w:lang w:val="ro-RO"/>
        </w:rPr>
      </w:pPr>
    </w:p>
    <w:p w:rsidR="00A21F32" w:rsidRPr="00FF799F" w:rsidRDefault="00A21F32" w:rsidP="00A21F32">
      <w:pPr>
        <w:ind w:left="720" w:hanging="360"/>
        <w:jc w:val="both"/>
        <w:rPr>
          <w:rFonts w:cs="Times New Roman"/>
          <w:sz w:val="28"/>
          <w:szCs w:val="28"/>
          <w:lang w:val="ro-RO"/>
        </w:rPr>
      </w:pPr>
      <w:r w:rsidRPr="00FF799F">
        <w:rPr>
          <w:rFonts w:cs="Times New Roman"/>
          <w:sz w:val="28"/>
          <w:szCs w:val="28"/>
          <w:lang w:val="ro-RO"/>
        </w:rPr>
        <w:t>Proba scrisă:</w:t>
      </w:r>
    </w:p>
    <w:p w:rsidR="00A21F32" w:rsidRPr="00FF799F" w:rsidRDefault="00A21F32" w:rsidP="00A21F32">
      <w:pPr>
        <w:ind w:firstLine="360"/>
        <w:jc w:val="both"/>
        <w:rPr>
          <w:rFonts w:cs="Times New Roman"/>
          <w:sz w:val="28"/>
          <w:szCs w:val="28"/>
          <w:lang w:val="ro-RO"/>
        </w:rPr>
      </w:pPr>
      <w:r w:rsidRPr="00FF799F">
        <w:rPr>
          <w:rFonts w:cs="Times New Roman"/>
          <w:sz w:val="28"/>
          <w:szCs w:val="28"/>
          <w:lang w:val="ro-RO"/>
        </w:rPr>
        <w:t>-</w:t>
      </w:r>
      <w:r w:rsidRPr="00FF799F">
        <w:rPr>
          <w:rFonts w:cs="Times New Roman"/>
          <w:sz w:val="28"/>
          <w:szCs w:val="28"/>
          <w:lang w:val="ro-RO"/>
        </w:rPr>
        <w:tab/>
        <w:t xml:space="preserve">proba scrisă în data de </w:t>
      </w:r>
      <w:r w:rsidRPr="00FF799F">
        <w:rPr>
          <w:rFonts w:cs="Times New Roman"/>
          <w:noProof/>
          <w:sz w:val="28"/>
          <w:szCs w:val="28"/>
          <w:lang w:val="ro-RO"/>
        </w:rPr>
        <w:t>12/11/2026</w:t>
      </w:r>
      <w:r w:rsidRPr="00FF799F">
        <w:rPr>
          <w:rFonts w:cs="Times New Roman"/>
          <w:sz w:val="28"/>
          <w:szCs w:val="28"/>
          <w:lang w:val="ro-RO"/>
        </w:rPr>
        <w:t xml:space="preserve"> , ora 10.00, la sediul instituției;   </w:t>
      </w:r>
    </w:p>
    <w:p w:rsidR="00A21F32" w:rsidRPr="00FF799F" w:rsidRDefault="00A21F32" w:rsidP="00A21F32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cs="Times New Roman"/>
          <w:sz w:val="28"/>
          <w:szCs w:val="28"/>
          <w:lang w:val="ro-RO"/>
        </w:rPr>
      </w:pPr>
      <w:r w:rsidRPr="00FF799F">
        <w:rPr>
          <w:rFonts w:cs="Times New Roman"/>
          <w:sz w:val="28"/>
          <w:szCs w:val="28"/>
          <w:lang w:val="ro-RO"/>
        </w:rPr>
        <w:t xml:space="preserve">afişarea rezultatelor de la proba scrisă în data de </w:t>
      </w:r>
      <w:r w:rsidRPr="00FF799F">
        <w:rPr>
          <w:rFonts w:cs="Times New Roman"/>
          <w:noProof/>
          <w:sz w:val="28"/>
          <w:szCs w:val="28"/>
          <w:lang w:val="ro-RO"/>
        </w:rPr>
        <w:t>12/11/2026</w:t>
      </w:r>
      <w:r w:rsidRPr="00FF799F">
        <w:rPr>
          <w:rFonts w:cs="Times New Roman"/>
          <w:sz w:val="28"/>
          <w:szCs w:val="28"/>
          <w:lang w:val="ro-RO"/>
        </w:rPr>
        <w:t xml:space="preserve">   , ora 14:00, la sediul institutiei.</w:t>
      </w:r>
    </w:p>
    <w:p w:rsidR="00A21F32" w:rsidRPr="00FF799F" w:rsidRDefault="00A21F32" w:rsidP="00A21F32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cs="Times New Roman"/>
          <w:sz w:val="28"/>
          <w:szCs w:val="28"/>
          <w:lang w:val="ro-RO"/>
        </w:rPr>
      </w:pPr>
      <w:r w:rsidRPr="00FF799F">
        <w:rPr>
          <w:rFonts w:cs="Times New Roman"/>
          <w:sz w:val="28"/>
          <w:szCs w:val="28"/>
          <w:lang w:val="ro-RO"/>
        </w:rPr>
        <w:t xml:space="preserve">termenul de depunere a contestatiilor la proba scrisă în data de   </w:t>
      </w:r>
      <w:r w:rsidRPr="00FF799F">
        <w:rPr>
          <w:rFonts w:cs="Times New Roman"/>
          <w:noProof/>
          <w:sz w:val="28"/>
          <w:szCs w:val="28"/>
          <w:lang w:val="ro-RO"/>
        </w:rPr>
        <w:t>13/11/2026</w:t>
      </w:r>
      <w:r w:rsidRPr="00FF799F">
        <w:rPr>
          <w:rFonts w:cs="Times New Roman"/>
          <w:sz w:val="28"/>
          <w:szCs w:val="28"/>
          <w:lang w:val="ro-RO"/>
        </w:rPr>
        <w:t xml:space="preserve"> ora 14:00, la sediul instituției;</w:t>
      </w:r>
    </w:p>
    <w:p w:rsidR="00A21F32" w:rsidRPr="00FF799F" w:rsidRDefault="00A21F32" w:rsidP="00A21F32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cs="Times New Roman"/>
          <w:sz w:val="28"/>
          <w:szCs w:val="28"/>
          <w:lang w:val="ro-RO"/>
        </w:rPr>
      </w:pPr>
      <w:r w:rsidRPr="00FF799F">
        <w:rPr>
          <w:rFonts w:cs="Times New Roman"/>
          <w:sz w:val="28"/>
          <w:szCs w:val="28"/>
          <w:lang w:val="ro-RO"/>
        </w:rPr>
        <w:t xml:space="preserve">afişarea rezultatelor la soluţionarea contestaţiilor probei scrise în data de </w:t>
      </w:r>
      <w:r w:rsidRPr="00FF799F">
        <w:rPr>
          <w:rFonts w:cs="Times New Roman"/>
          <w:noProof/>
          <w:sz w:val="28"/>
          <w:szCs w:val="28"/>
          <w:lang w:val="ro-RO"/>
        </w:rPr>
        <w:t>13/11/2026</w:t>
      </w:r>
      <w:r w:rsidRPr="00FF799F">
        <w:rPr>
          <w:rFonts w:cs="Times New Roman"/>
          <w:sz w:val="28"/>
          <w:szCs w:val="28"/>
          <w:lang w:val="ro-RO"/>
        </w:rPr>
        <w:t xml:space="preserve">  , ora 15:30, la sediul instituției; </w:t>
      </w:r>
    </w:p>
    <w:p w:rsidR="00A21F32" w:rsidRPr="00FF799F" w:rsidRDefault="00A21F32" w:rsidP="00A21F32">
      <w:pPr>
        <w:ind w:left="720"/>
        <w:jc w:val="both"/>
        <w:rPr>
          <w:rFonts w:cs="Times New Roman"/>
          <w:sz w:val="28"/>
          <w:szCs w:val="28"/>
          <w:lang w:val="ro-RO"/>
        </w:rPr>
      </w:pPr>
    </w:p>
    <w:p w:rsidR="00A21F32" w:rsidRPr="00FF799F" w:rsidRDefault="00A21F32" w:rsidP="00A21F32">
      <w:pPr>
        <w:ind w:left="720" w:hanging="360"/>
        <w:jc w:val="both"/>
        <w:rPr>
          <w:rFonts w:cs="Times New Roman"/>
          <w:sz w:val="28"/>
          <w:szCs w:val="28"/>
          <w:lang w:val="ro-RO"/>
        </w:rPr>
      </w:pPr>
      <w:r w:rsidRPr="00FF799F">
        <w:rPr>
          <w:rFonts w:cs="Times New Roman"/>
          <w:sz w:val="28"/>
          <w:szCs w:val="28"/>
          <w:lang w:val="ro-RO"/>
        </w:rPr>
        <w:t>Proba interviu:</w:t>
      </w:r>
    </w:p>
    <w:p w:rsidR="00A21F32" w:rsidRPr="00FF799F" w:rsidRDefault="00A21F32" w:rsidP="00A21F32">
      <w:pPr>
        <w:ind w:firstLine="360"/>
        <w:jc w:val="both"/>
        <w:rPr>
          <w:rFonts w:cs="Times New Roman"/>
          <w:sz w:val="28"/>
          <w:szCs w:val="28"/>
          <w:lang w:val="ro-RO"/>
        </w:rPr>
      </w:pPr>
      <w:r w:rsidRPr="00FF799F">
        <w:rPr>
          <w:rFonts w:cs="Times New Roman"/>
          <w:sz w:val="28"/>
          <w:szCs w:val="28"/>
          <w:lang w:val="ro-RO"/>
        </w:rPr>
        <w:t>-</w:t>
      </w:r>
      <w:r w:rsidRPr="00FF799F">
        <w:rPr>
          <w:rFonts w:cs="Times New Roman"/>
          <w:sz w:val="28"/>
          <w:szCs w:val="28"/>
          <w:lang w:val="ro-RO"/>
        </w:rPr>
        <w:tab/>
        <w:t xml:space="preserve">proba interviu în data de </w:t>
      </w:r>
      <w:r w:rsidRPr="00FF799F">
        <w:rPr>
          <w:rFonts w:cs="Times New Roman"/>
          <w:noProof/>
          <w:sz w:val="28"/>
          <w:szCs w:val="28"/>
          <w:lang w:val="ro-RO"/>
        </w:rPr>
        <w:t>16/11/2026</w:t>
      </w:r>
      <w:r w:rsidRPr="00FF799F">
        <w:rPr>
          <w:rFonts w:cs="Times New Roman"/>
          <w:sz w:val="28"/>
          <w:szCs w:val="28"/>
          <w:lang w:val="ro-RO"/>
        </w:rPr>
        <w:t xml:space="preserve">, ora 10.00, la sediul instituției;   </w:t>
      </w:r>
    </w:p>
    <w:p w:rsidR="00A21F32" w:rsidRPr="00FF799F" w:rsidRDefault="00A21F32" w:rsidP="00A21F32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cs="Times New Roman"/>
          <w:sz w:val="28"/>
          <w:szCs w:val="28"/>
          <w:lang w:val="ro-RO"/>
        </w:rPr>
      </w:pPr>
      <w:r w:rsidRPr="00FF799F">
        <w:rPr>
          <w:rFonts w:cs="Times New Roman"/>
          <w:sz w:val="28"/>
          <w:szCs w:val="28"/>
          <w:lang w:val="ro-RO"/>
        </w:rPr>
        <w:t xml:space="preserve">afişarea rezultatelor de la proba interviu în data de </w:t>
      </w:r>
      <w:r w:rsidRPr="00FF799F">
        <w:rPr>
          <w:rFonts w:cs="Times New Roman"/>
          <w:noProof/>
          <w:sz w:val="28"/>
          <w:szCs w:val="28"/>
          <w:lang w:val="ro-RO"/>
        </w:rPr>
        <w:t>16/11/2026</w:t>
      </w:r>
      <w:r w:rsidRPr="00FF799F">
        <w:rPr>
          <w:rFonts w:cs="Times New Roman"/>
          <w:sz w:val="28"/>
          <w:szCs w:val="28"/>
          <w:lang w:val="ro-RO"/>
        </w:rPr>
        <w:t xml:space="preserve"> , ora 14:00, la sediul institutiei.</w:t>
      </w:r>
    </w:p>
    <w:p w:rsidR="00A21F32" w:rsidRPr="00FF799F" w:rsidRDefault="00A21F32" w:rsidP="00A21F32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cs="Times New Roman"/>
          <w:sz w:val="28"/>
          <w:szCs w:val="28"/>
          <w:lang w:val="ro-RO"/>
        </w:rPr>
      </w:pPr>
      <w:r w:rsidRPr="00FF799F">
        <w:rPr>
          <w:rFonts w:cs="Times New Roman"/>
          <w:sz w:val="28"/>
          <w:szCs w:val="28"/>
          <w:lang w:val="ro-RO"/>
        </w:rPr>
        <w:t xml:space="preserve">termenul de depunere a contestatiilor la proba interviu în data de  </w:t>
      </w:r>
      <w:r w:rsidRPr="00FF799F">
        <w:rPr>
          <w:rFonts w:cs="Times New Roman"/>
          <w:noProof/>
          <w:sz w:val="28"/>
          <w:szCs w:val="28"/>
          <w:lang w:val="ro-RO"/>
        </w:rPr>
        <w:t>17/11/2026</w:t>
      </w:r>
      <w:r w:rsidRPr="00FF799F">
        <w:rPr>
          <w:rFonts w:cs="Times New Roman"/>
          <w:sz w:val="28"/>
          <w:szCs w:val="28"/>
          <w:lang w:val="ro-RO"/>
        </w:rPr>
        <w:t xml:space="preserve"> ,ora 14:00, la sediul instituției;</w:t>
      </w:r>
    </w:p>
    <w:p w:rsidR="00A21F32" w:rsidRPr="00FF799F" w:rsidRDefault="00A21F32" w:rsidP="00A21F32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cs="Times New Roman"/>
          <w:sz w:val="28"/>
          <w:szCs w:val="28"/>
          <w:lang w:val="ro-RO"/>
        </w:rPr>
      </w:pPr>
      <w:r w:rsidRPr="00FF799F">
        <w:rPr>
          <w:rFonts w:cs="Times New Roman"/>
          <w:sz w:val="28"/>
          <w:szCs w:val="28"/>
          <w:lang w:val="ro-RO"/>
        </w:rPr>
        <w:t xml:space="preserve">afişarea rezultatelor la soluţionarea contestaţiilor probei interviu în data de </w:t>
      </w:r>
      <w:r w:rsidRPr="00FF799F">
        <w:rPr>
          <w:rFonts w:cs="Times New Roman"/>
          <w:noProof/>
          <w:sz w:val="28"/>
          <w:szCs w:val="28"/>
          <w:lang w:val="ro-RO"/>
        </w:rPr>
        <w:t>17/11/2026</w:t>
      </w:r>
      <w:r w:rsidRPr="00FF799F">
        <w:rPr>
          <w:rFonts w:cs="Times New Roman"/>
          <w:sz w:val="28"/>
          <w:szCs w:val="28"/>
          <w:lang w:val="ro-RO"/>
        </w:rPr>
        <w:t xml:space="preserve">  , ora 15:30, la sediul instituției; </w:t>
      </w:r>
    </w:p>
    <w:p w:rsidR="00A21F32" w:rsidRPr="00FF799F" w:rsidRDefault="00A21F32" w:rsidP="00A21F32">
      <w:pPr>
        <w:ind w:left="360"/>
        <w:jc w:val="both"/>
        <w:rPr>
          <w:rFonts w:cs="Times New Roman"/>
          <w:sz w:val="28"/>
          <w:szCs w:val="28"/>
          <w:lang w:val="ro-RO"/>
        </w:rPr>
      </w:pPr>
    </w:p>
    <w:p w:rsidR="00A21F32" w:rsidRPr="00FF799F" w:rsidRDefault="00A21F32" w:rsidP="00A21F32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cs="Times New Roman"/>
          <w:sz w:val="28"/>
          <w:szCs w:val="28"/>
          <w:lang w:val="ro-RO"/>
        </w:rPr>
      </w:pPr>
      <w:r w:rsidRPr="00FF799F">
        <w:rPr>
          <w:rFonts w:cs="Times New Roman"/>
          <w:sz w:val="28"/>
          <w:szCs w:val="28"/>
          <w:lang w:val="ro-RO"/>
        </w:rPr>
        <w:t xml:space="preserve">Afişarea rezultatelor finale în data de </w:t>
      </w:r>
      <w:r w:rsidRPr="00FF799F">
        <w:rPr>
          <w:rFonts w:cs="Times New Roman"/>
          <w:noProof/>
          <w:sz w:val="28"/>
          <w:szCs w:val="28"/>
          <w:lang w:val="ro-RO"/>
        </w:rPr>
        <w:t>17/11/2026</w:t>
      </w:r>
      <w:r w:rsidRPr="00FF799F">
        <w:rPr>
          <w:rFonts w:cs="Times New Roman"/>
          <w:sz w:val="28"/>
          <w:szCs w:val="28"/>
          <w:lang w:val="ro-RO"/>
        </w:rPr>
        <w:t xml:space="preserve">  , ora 16:00, la sediul instituției;</w:t>
      </w:r>
    </w:p>
    <w:p w:rsidR="00A21F32" w:rsidRPr="00FF799F" w:rsidRDefault="00A21F32" w:rsidP="00A21F32">
      <w:pPr>
        <w:ind w:left="360"/>
        <w:jc w:val="both"/>
        <w:rPr>
          <w:rFonts w:cs="Times New Roman"/>
          <w:sz w:val="28"/>
          <w:szCs w:val="28"/>
          <w:lang w:val="ro-RO"/>
        </w:rPr>
      </w:pPr>
    </w:p>
    <w:p w:rsidR="00A21F32" w:rsidRPr="00FF799F" w:rsidRDefault="00A21F32">
      <w:pPr>
        <w:rPr>
          <w:rFonts w:cs="Times New Roman"/>
          <w:sz w:val="28"/>
          <w:szCs w:val="28"/>
        </w:rPr>
      </w:pPr>
    </w:p>
    <w:p w:rsidR="00A5753E" w:rsidRPr="00FF799F" w:rsidRDefault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b/>
          <w:sz w:val="28"/>
          <w:szCs w:val="28"/>
        </w:rPr>
        <w:t>IX. BIBLIOGRAFIA ȘI TEMATICA</w:t>
      </w:r>
    </w:p>
    <w:p w:rsidR="00A5753E" w:rsidRPr="00FF799F" w:rsidRDefault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>Bibliografia și tematica se publică împreună cu anunțul, în document separat, și vor include numai actele și temele relevante pentru activitatea psihologului în serviciile de îngrijire la domiciliu: Le</w:t>
      </w:r>
      <w:r w:rsidRPr="00FF799F">
        <w:rPr>
          <w:rFonts w:cs="Times New Roman"/>
          <w:sz w:val="28"/>
          <w:szCs w:val="28"/>
        </w:rPr>
        <w:t xml:space="preserve">gea nr. </w:t>
      </w:r>
      <w:proofErr w:type="gramStart"/>
      <w:r w:rsidRPr="00FF799F">
        <w:rPr>
          <w:rFonts w:cs="Times New Roman"/>
          <w:sz w:val="28"/>
          <w:szCs w:val="28"/>
        </w:rPr>
        <w:t xml:space="preserve">213/2004, normele deontologice și profesionale </w:t>
      </w:r>
      <w:r w:rsidRPr="00FF799F">
        <w:rPr>
          <w:rFonts w:cs="Times New Roman"/>
          <w:sz w:val="28"/>
          <w:szCs w:val="28"/>
        </w:rPr>
        <w:lastRenderedPageBreak/>
        <w:t>aplicabile, Legea nr.</w:t>
      </w:r>
      <w:proofErr w:type="gramEnd"/>
      <w:r w:rsidRPr="00FF799F">
        <w:rPr>
          <w:rFonts w:cs="Times New Roman"/>
          <w:sz w:val="28"/>
          <w:szCs w:val="28"/>
        </w:rPr>
        <w:t xml:space="preserve"> </w:t>
      </w:r>
      <w:proofErr w:type="gramStart"/>
      <w:r w:rsidRPr="00FF799F">
        <w:rPr>
          <w:rFonts w:cs="Times New Roman"/>
          <w:sz w:val="28"/>
          <w:szCs w:val="28"/>
        </w:rPr>
        <w:t>292/2011, Legea nr.</w:t>
      </w:r>
      <w:proofErr w:type="gramEnd"/>
      <w:r w:rsidRPr="00FF799F">
        <w:rPr>
          <w:rFonts w:cs="Times New Roman"/>
          <w:sz w:val="28"/>
          <w:szCs w:val="28"/>
        </w:rPr>
        <w:t xml:space="preserve"> </w:t>
      </w:r>
      <w:proofErr w:type="gramStart"/>
      <w:r w:rsidRPr="00FF799F">
        <w:rPr>
          <w:rFonts w:cs="Times New Roman"/>
          <w:sz w:val="28"/>
          <w:szCs w:val="28"/>
        </w:rPr>
        <w:t>17/2000, legislația privind serviciile sociale și drepturile beneficiarilor, Regulamentul (UE) 2016/679, evaluarea și consilierea persoanelor vârstnice, confid</w:t>
      </w:r>
      <w:r w:rsidRPr="00FF799F">
        <w:rPr>
          <w:rFonts w:cs="Times New Roman"/>
          <w:sz w:val="28"/>
          <w:szCs w:val="28"/>
        </w:rPr>
        <w:t>ențialitatea și colaborarea multidisciplinară.</w:t>
      </w:r>
      <w:proofErr w:type="gramEnd"/>
      <w:r w:rsidRPr="00FF799F">
        <w:rPr>
          <w:rFonts w:cs="Times New Roman"/>
          <w:sz w:val="28"/>
          <w:szCs w:val="28"/>
        </w:rPr>
        <w:t xml:space="preserve"> Titlurile și articolele concrete se definitivează în bibliografia aprobată.</w:t>
      </w:r>
    </w:p>
    <w:p w:rsidR="00A5753E" w:rsidRPr="00FF799F" w:rsidRDefault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b/>
          <w:sz w:val="28"/>
          <w:szCs w:val="28"/>
        </w:rPr>
        <w:t>X. INFORMAȚII SUPLIMENTARE</w:t>
      </w:r>
    </w:p>
    <w:p w:rsidR="00A5753E" w:rsidRPr="00FF799F" w:rsidRDefault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 xml:space="preserve">Dosarele se depun la sediul UAT Comuna Șuletea, județul Vaslui, în programul și până la termenul indicate </w:t>
      </w:r>
      <w:r w:rsidRPr="00FF799F">
        <w:rPr>
          <w:rFonts w:cs="Times New Roman"/>
          <w:sz w:val="28"/>
          <w:szCs w:val="28"/>
        </w:rPr>
        <w:t xml:space="preserve">în calendar. Informații suplimentare: Tănase Filip, telefon 0766713781, </w:t>
      </w:r>
      <w:proofErr w:type="gramStart"/>
      <w:r w:rsidRPr="00FF799F">
        <w:rPr>
          <w:rFonts w:cs="Times New Roman"/>
          <w:sz w:val="28"/>
          <w:szCs w:val="28"/>
        </w:rPr>
        <w:t>e-mail</w:t>
      </w:r>
      <w:proofErr w:type="gramEnd"/>
      <w:r w:rsidRPr="00FF799F">
        <w:rPr>
          <w:rFonts w:cs="Times New Roman"/>
          <w:sz w:val="28"/>
          <w:szCs w:val="28"/>
        </w:rPr>
        <w:t xml:space="preserve"> tanasefilip3@gmail.com.</w:t>
      </w:r>
    </w:p>
    <w:p w:rsidR="00A5753E" w:rsidRPr="00FF799F" w:rsidRDefault="00FF799F">
      <w:pPr>
        <w:rPr>
          <w:rFonts w:cs="Times New Roman"/>
          <w:sz w:val="28"/>
          <w:szCs w:val="28"/>
        </w:rPr>
      </w:pPr>
      <w:proofErr w:type="gramStart"/>
      <w:r w:rsidRPr="00FF799F">
        <w:rPr>
          <w:rFonts w:cs="Times New Roman"/>
          <w:sz w:val="28"/>
          <w:szCs w:val="28"/>
        </w:rPr>
        <w:t xml:space="preserve">Rezultatele se afișează potrivit procedurii aprobate, cu </w:t>
      </w:r>
      <w:proofErr w:type="spellStart"/>
      <w:r w:rsidRPr="00FF799F">
        <w:rPr>
          <w:rFonts w:cs="Times New Roman"/>
          <w:sz w:val="28"/>
          <w:szCs w:val="28"/>
        </w:rPr>
        <w:t>respectarea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protecției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datelor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personale</w:t>
      </w:r>
      <w:proofErr w:type="spellEnd"/>
      <w:r w:rsidRPr="00FF799F">
        <w:rPr>
          <w:rFonts w:cs="Times New Roman"/>
          <w:sz w:val="28"/>
          <w:szCs w:val="28"/>
        </w:rPr>
        <w:t>.</w:t>
      </w:r>
      <w:proofErr w:type="gramEnd"/>
    </w:p>
    <w:p w:rsidR="00FF799F" w:rsidRPr="00FF799F" w:rsidRDefault="00FF799F">
      <w:pPr>
        <w:rPr>
          <w:rFonts w:cs="Times New Roman"/>
          <w:sz w:val="28"/>
          <w:szCs w:val="28"/>
        </w:rPr>
      </w:pPr>
    </w:p>
    <w:p w:rsidR="00FF799F" w:rsidRPr="00FF799F" w:rsidRDefault="00FF799F" w:rsidP="00FF799F">
      <w:pPr>
        <w:jc w:val="center"/>
        <w:rPr>
          <w:rFonts w:cs="Times New Roman"/>
          <w:sz w:val="28"/>
          <w:szCs w:val="28"/>
        </w:rPr>
      </w:pPr>
      <w:r w:rsidRPr="00FF799F">
        <w:rPr>
          <w:rFonts w:cs="Times New Roman"/>
          <w:b/>
          <w:sz w:val="28"/>
          <w:szCs w:val="28"/>
        </w:rPr>
        <w:t>BIBLIOGRAFIE ȘI TEMATICĂ</w:t>
      </w:r>
    </w:p>
    <w:p w:rsidR="00FF799F" w:rsidRPr="00FF799F" w:rsidRDefault="00FF799F" w:rsidP="00FF799F">
      <w:pPr>
        <w:jc w:val="center"/>
        <w:rPr>
          <w:rFonts w:cs="Times New Roman"/>
          <w:sz w:val="28"/>
          <w:szCs w:val="28"/>
        </w:rPr>
      </w:pPr>
      <w:proofErr w:type="spellStart"/>
      <w:proofErr w:type="gramStart"/>
      <w:r w:rsidRPr="00FF799F">
        <w:rPr>
          <w:rFonts w:cs="Times New Roman"/>
          <w:b/>
          <w:sz w:val="28"/>
          <w:szCs w:val="28"/>
        </w:rPr>
        <w:t>pentru</w:t>
      </w:r>
      <w:proofErr w:type="spellEnd"/>
      <w:proofErr w:type="gram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concursul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de </w:t>
      </w:r>
      <w:proofErr w:type="spellStart"/>
      <w:r w:rsidRPr="00FF799F">
        <w:rPr>
          <w:rFonts w:cs="Times New Roman"/>
          <w:b/>
          <w:sz w:val="28"/>
          <w:szCs w:val="28"/>
        </w:rPr>
        <w:t>ocupare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a </w:t>
      </w:r>
      <w:proofErr w:type="spellStart"/>
      <w:r w:rsidRPr="00FF799F">
        <w:rPr>
          <w:rFonts w:cs="Times New Roman"/>
          <w:b/>
          <w:sz w:val="28"/>
          <w:szCs w:val="28"/>
        </w:rPr>
        <w:t>postului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de PSIHOLOG – COR 263411, 4 ore/</w:t>
      </w:r>
      <w:proofErr w:type="spellStart"/>
      <w:r w:rsidRPr="00FF799F">
        <w:rPr>
          <w:rFonts w:cs="Times New Roman"/>
          <w:b/>
          <w:sz w:val="28"/>
          <w:szCs w:val="28"/>
        </w:rPr>
        <w:t>zi</w:t>
      </w:r>
      <w:proofErr w:type="spellEnd"/>
    </w:p>
    <w:p w:rsidR="00FF799F" w:rsidRPr="00FF799F" w:rsidRDefault="00FF799F" w:rsidP="00FF799F">
      <w:pPr>
        <w:jc w:val="center"/>
        <w:rPr>
          <w:rFonts w:cs="Times New Roman"/>
          <w:sz w:val="28"/>
          <w:szCs w:val="28"/>
        </w:rPr>
      </w:pPr>
      <w:proofErr w:type="spellStart"/>
      <w:r w:rsidRPr="00FF799F">
        <w:rPr>
          <w:rFonts w:cs="Times New Roman"/>
          <w:sz w:val="28"/>
          <w:szCs w:val="28"/>
        </w:rPr>
        <w:t>Proiect</w:t>
      </w:r>
      <w:proofErr w:type="spellEnd"/>
      <w:r w:rsidRPr="00FF799F">
        <w:rPr>
          <w:rFonts w:cs="Times New Roman"/>
          <w:sz w:val="28"/>
          <w:szCs w:val="28"/>
        </w:rPr>
        <w:t>: „</w:t>
      </w:r>
      <w:proofErr w:type="spellStart"/>
      <w:r w:rsidRPr="00FF799F">
        <w:rPr>
          <w:rFonts w:cs="Times New Roman"/>
          <w:sz w:val="28"/>
          <w:szCs w:val="28"/>
        </w:rPr>
        <w:t>Furnizarea</w:t>
      </w:r>
      <w:proofErr w:type="spellEnd"/>
      <w:r w:rsidRPr="00FF799F">
        <w:rPr>
          <w:rFonts w:cs="Times New Roman"/>
          <w:sz w:val="28"/>
          <w:szCs w:val="28"/>
        </w:rPr>
        <w:t xml:space="preserve"> de </w:t>
      </w:r>
      <w:proofErr w:type="spellStart"/>
      <w:r w:rsidRPr="00FF799F">
        <w:rPr>
          <w:rFonts w:cs="Times New Roman"/>
          <w:sz w:val="28"/>
          <w:szCs w:val="28"/>
        </w:rPr>
        <w:t>servicii</w:t>
      </w:r>
      <w:proofErr w:type="spellEnd"/>
      <w:r w:rsidRPr="00FF799F">
        <w:rPr>
          <w:rFonts w:cs="Times New Roman"/>
          <w:sz w:val="28"/>
          <w:szCs w:val="28"/>
        </w:rPr>
        <w:t xml:space="preserve"> de </w:t>
      </w:r>
      <w:proofErr w:type="spellStart"/>
      <w:r w:rsidRPr="00FF799F">
        <w:rPr>
          <w:rFonts w:cs="Times New Roman"/>
          <w:sz w:val="28"/>
          <w:szCs w:val="28"/>
        </w:rPr>
        <w:t>îngrijire</w:t>
      </w:r>
      <w:proofErr w:type="spellEnd"/>
      <w:r w:rsidRPr="00FF799F">
        <w:rPr>
          <w:rFonts w:cs="Times New Roman"/>
          <w:sz w:val="28"/>
          <w:szCs w:val="28"/>
        </w:rPr>
        <w:t xml:space="preserve"> la </w:t>
      </w:r>
      <w:proofErr w:type="spellStart"/>
      <w:r w:rsidRPr="00FF799F">
        <w:rPr>
          <w:rFonts w:cs="Times New Roman"/>
          <w:sz w:val="28"/>
          <w:szCs w:val="28"/>
        </w:rPr>
        <w:t>domiciliu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pentru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persoanele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vârstnice</w:t>
      </w:r>
      <w:proofErr w:type="spellEnd"/>
      <w:r w:rsidRPr="00FF799F">
        <w:rPr>
          <w:rFonts w:cs="Times New Roman"/>
          <w:sz w:val="28"/>
          <w:szCs w:val="28"/>
        </w:rPr>
        <w:t xml:space="preserve"> din </w:t>
      </w:r>
      <w:proofErr w:type="spellStart"/>
      <w:r w:rsidRPr="00FF799F">
        <w:rPr>
          <w:rFonts w:cs="Times New Roman"/>
          <w:sz w:val="28"/>
          <w:szCs w:val="28"/>
        </w:rPr>
        <w:t>Comuna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Șuletea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județul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Vaslui</w:t>
      </w:r>
      <w:proofErr w:type="spellEnd"/>
      <w:r w:rsidRPr="00FF799F">
        <w:rPr>
          <w:rFonts w:cs="Times New Roman"/>
          <w:sz w:val="28"/>
          <w:szCs w:val="28"/>
        </w:rPr>
        <w:t>” | Cod SMIS 350063</w:t>
      </w:r>
    </w:p>
    <w:p w:rsidR="00FF799F" w:rsidRPr="00FF799F" w:rsidRDefault="00FF799F" w:rsidP="00FF799F">
      <w:pPr>
        <w:jc w:val="center"/>
        <w:rPr>
          <w:rFonts w:cs="Times New Roman"/>
          <w:sz w:val="28"/>
          <w:szCs w:val="28"/>
        </w:rPr>
      </w:pPr>
    </w:p>
    <w:p w:rsidR="00FF799F" w:rsidRPr="00FF799F" w:rsidRDefault="00FF799F" w:rsidP="00FF799F">
      <w:pPr>
        <w:pStyle w:val="ListParagraph"/>
        <w:widowControl w:val="0"/>
        <w:numPr>
          <w:ilvl w:val="0"/>
          <w:numId w:val="11"/>
        </w:numPr>
        <w:suppressAutoHyphens/>
        <w:spacing w:before="240" w:after="0" w:line="240" w:lineRule="auto"/>
        <w:jc w:val="center"/>
        <w:rPr>
          <w:rFonts w:cs="Times New Roman"/>
          <w:b/>
          <w:sz w:val="28"/>
          <w:szCs w:val="28"/>
        </w:rPr>
      </w:pPr>
      <w:r w:rsidRPr="00FF799F">
        <w:rPr>
          <w:rFonts w:cs="Times New Roman"/>
          <w:b/>
          <w:sz w:val="28"/>
          <w:szCs w:val="28"/>
        </w:rPr>
        <w:t>BIBLIOGRAFIE</w:t>
      </w:r>
    </w:p>
    <w:p w:rsidR="00FF799F" w:rsidRPr="00FF799F" w:rsidRDefault="00FF799F" w:rsidP="00FF799F">
      <w:pPr>
        <w:spacing w:before="240"/>
        <w:jc w:val="center"/>
        <w:rPr>
          <w:rFonts w:cs="Times New Roman"/>
          <w:sz w:val="28"/>
          <w:szCs w:val="28"/>
        </w:rPr>
      </w:pPr>
    </w:p>
    <w:p w:rsidR="00FF799F" w:rsidRPr="00FF799F" w:rsidRDefault="00FF799F" w:rsidP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b/>
          <w:sz w:val="28"/>
          <w:szCs w:val="28"/>
        </w:rPr>
        <w:t xml:space="preserve">1. </w:t>
      </w:r>
      <w:proofErr w:type="spellStart"/>
      <w:r w:rsidRPr="00FF799F">
        <w:rPr>
          <w:rFonts w:cs="Times New Roman"/>
          <w:b/>
          <w:sz w:val="28"/>
          <w:szCs w:val="28"/>
        </w:rPr>
        <w:t>Legea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nr. 292/2011 a </w:t>
      </w:r>
      <w:proofErr w:type="spellStart"/>
      <w:r w:rsidRPr="00FF799F">
        <w:rPr>
          <w:rFonts w:cs="Times New Roman"/>
          <w:b/>
          <w:sz w:val="28"/>
          <w:szCs w:val="28"/>
        </w:rPr>
        <w:t>asistenței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sociale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, cu </w:t>
      </w:r>
      <w:proofErr w:type="spellStart"/>
      <w:r w:rsidRPr="00FF799F">
        <w:rPr>
          <w:rFonts w:cs="Times New Roman"/>
          <w:b/>
          <w:sz w:val="28"/>
          <w:szCs w:val="28"/>
        </w:rPr>
        <w:t>modificările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și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completările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ulterioare</w:t>
      </w:r>
      <w:proofErr w:type="spellEnd"/>
      <w:r w:rsidRPr="00FF799F">
        <w:rPr>
          <w:rFonts w:cs="Times New Roman"/>
          <w:b/>
          <w:sz w:val="28"/>
          <w:szCs w:val="28"/>
        </w:rPr>
        <w:t>.</w:t>
      </w:r>
    </w:p>
    <w:p w:rsidR="00FF799F" w:rsidRPr="00FF799F" w:rsidRDefault="00FF799F" w:rsidP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 xml:space="preserve">   </w:t>
      </w:r>
      <w:proofErr w:type="spellStart"/>
      <w:r w:rsidRPr="00FF799F">
        <w:rPr>
          <w:rFonts w:cs="Times New Roman"/>
          <w:sz w:val="28"/>
          <w:szCs w:val="28"/>
        </w:rPr>
        <w:t>Aspecte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urmărite</w:t>
      </w:r>
      <w:proofErr w:type="spellEnd"/>
      <w:r w:rsidRPr="00FF799F">
        <w:rPr>
          <w:rFonts w:cs="Times New Roman"/>
          <w:sz w:val="28"/>
          <w:szCs w:val="28"/>
        </w:rPr>
        <w:t xml:space="preserve">: </w:t>
      </w:r>
      <w:proofErr w:type="spellStart"/>
      <w:r w:rsidRPr="00FF799F">
        <w:rPr>
          <w:rFonts w:cs="Times New Roman"/>
          <w:sz w:val="28"/>
          <w:szCs w:val="28"/>
        </w:rPr>
        <w:t>Principii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servicii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sociale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drepturile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beneficiarilor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rolul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autorităților</w:t>
      </w:r>
      <w:proofErr w:type="spellEnd"/>
      <w:r w:rsidRPr="00FF799F">
        <w:rPr>
          <w:rFonts w:cs="Times New Roman"/>
          <w:sz w:val="28"/>
          <w:szCs w:val="28"/>
        </w:rPr>
        <w:t xml:space="preserve"> locale </w:t>
      </w:r>
      <w:proofErr w:type="spellStart"/>
      <w:r w:rsidRPr="00FF799F">
        <w:rPr>
          <w:rFonts w:cs="Times New Roman"/>
          <w:sz w:val="28"/>
          <w:szCs w:val="28"/>
        </w:rPr>
        <w:t>și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intervenția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integrată</w:t>
      </w:r>
      <w:proofErr w:type="spellEnd"/>
      <w:r w:rsidRPr="00FF799F">
        <w:rPr>
          <w:rFonts w:cs="Times New Roman"/>
          <w:sz w:val="28"/>
          <w:szCs w:val="28"/>
        </w:rPr>
        <w:t>.</w:t>
      </w:r>
    </w:p>
    <w:p w:rsidR="00FF799F" w:rsidRPr="00FF799F" w:rsidRDefault="00FF799F" w:rsidP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b/>
          <w:sz w:val="28"/>
          <w:szCs w:val="28"/>
        </w:rPr>
        <w:t xml:space="preserve">2. </w:t>
      </w:r>
      <w:proofErr w:type="spellStart"/>
      <w:r w:rsidRPr="00FF799F">
        <w:rPr>
          <w:rFonts w:cs="Times New Roman"/>
          <w:b/>
          <w:sz w:val="28"/>
          <w:szCs w:val="28"/>
        </w:rPr>
        <w:t>Legea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nr. </w:t>
      </w:r>
      <w:proofErr w:type="gramStart"/>
      <w:r w:rsidRPr="00FF799F">
        <w:rPr>
          <w:rFonts w:cs="Times New Roman"/>
          <w:b/>
          <w:sz w:val="28"/>
          <w:szCs w:val="28"/>
        </w:rPr>
        <w:t xml:space="preserve">17/2000 </w:t>
      </w:r>
      <w:proofErr w:type="spellStart"/>
      <w:r w:rsidRPr="00FF799F">
        <w:rPr>
          <w:rFonts w:cs="Times New Roman"/>
          <w:b/>
          <w:sz w:val="28"/>
          <w:szCs w:val="28"/>
        </w:rPr>
        <w:t>privind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asistența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socială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a </w:t>
      </w:r>
      <w:proofErr w:type="spellStart"/>
      <w:r w:rsidRPr="00FF799F">
        <w:rPr>
          <w:rFonts w:cs="Times New Roman"/>
          <w:b/>
          <w:sz w:val="28"/>
          <w:szCs w:val="28"/>
        </w:rPr>
        <w:t>persoanelor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vârstnice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b/>
          <w:sz w:val="28"/>
          <w:szCs w:val="28"/>
        </w:rPr>
        <w:t>republicată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, cu </w:t>
      </w:r>
      <w:proofErr w:type="spellStart"/>
      <w:r w:rsidRPr="00FF799F">
        <w:rPr>
          <w:rFonts w:cs="Times New Roman"/>
          <w:b/>
          <w:sz w:val="28"/>
          <w:szCs w:val="28"/>
        </w:rPr>
        <w:t>modificările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și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completările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ulterioare</w:t>
      </w:r>
      <w:proofErr w:type="spellEnd"/>
      <w:r w:rsidRPr="00FF799F">
        <w:rPr>
          <w:rFonts w:cs="Times New Roman"/>
          <w:b/>
          <w:sz w:val="28"/>
          <w:szCs w:val="28"/>
        </w:rPr>
        <w:t>.</w:t>
      </w:r>
      <w:proofErr w:type="gramEnd"/>
    </w:p>
    <w:p w:rsidR="00FF799F" w:rsidRPr="00FF799F" w:rsidRDefault="00FF799F" w:rsidP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 xml:space="preserve">   </w:t>
      </w:r>
      <w:proofErr w:type="spellStart"/>
      <w:r w:rsidRPr="00FF799F">
        <w:rPr>
          <w:rFonts w:cs="Times New Roman"/>
          <w:sz w:val="28"/>
          <w:szCs w:val="28"/>
        </w:rPr>
        <w:t>Aspecte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urmărite</w:t>
      </w:r>
      <w:proofErr w:type="spellEnd"/>
      <w:r w:rsidRPr="00FF799F">
        <w:rPr>
          <w:rFonts w:cs="Times New Roman"/>
          <w:sz w:val="28"/>
          <w:szCs w:val="28"/>
        </w:rPr>
        <w:t xml:space="preserve">: </w:t>
      </w:r>
      <w:proofErr w:type="spellStart"/>
      <w:r w:rsidRPr="00FF799F">
        <w:rPr>
          <w:rFonts w:cs="Times New Roman"/>
          <w:sz w:val="28"/>
          <w:szCs w:val="28"/>
        </w:rPr>
        <w:t>Drepturile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persoanelor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vârstnice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evaluarea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nevoilor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serviciile</w:t>
      </w:r>
      <w:proofErr w:type="spellEnd"/>
      <w:r w:rsidRPr="00FF799F">
        <w:rPr>
          <w:rFonts w:cs="Times New Roman"/>
          <w:sz w:val="28"/>
          <w:szCs w:val="28"/>
        </w:rPr>
        <w:t xml:space="preserve"> de </w:t>
      </w:r>
      <w:proofErr w:type="spellStart"/>
      <w:r w:rsidRPr="00FF799F">
        <w:rPr>
          <w:rFonts w:cs="Times New Roman"/>
          <w:sz w:val="28"/>
          <w:szCs w:val="28"/>
        </w:rPr>
        <w:t>îngrijire</w:t>
      </w:r>
      <w:proofErr w:type="spellEnd"/>
      <w:r w:rsidRPr="00FF799F">
        <w:rPr>
          <w:rFonts w:cs="Times New Roman"/>
          <w:sz w:val="28"/>
          <w:szCs w:val="28"/>
        </w:rPr>
        <w:t xml:space="preserve"> la </w:t>
      </w:r>
      <w:proofErr w:type="spellStart"/>
      <w:r w:rsidRPr="00FF799F">
        <w:rPr>
          <w:rFonts w:cs="Times New Roman"/>
          <w:sz w:val="28"/>
          <w:szCs w:val="28"/>
        </w:rPr>
        <w:t>domiciliu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și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măsurile</w:t>
      </w:r>
      <w:proofErr w:type="spellEnd"/>
      <w:r w:rsidRPr="00FF799F">
        <w:rPr>
          <w:rFonts w:cs="Times New Roman"/>
          <w:sz w:val="28"/>
          <w:szCs w:val="28"/>
        </w:rPr>
        <w:t xml:space="preserve"> de </w:t>
      </w:r>
      <w:proofErr w:type="spellStart"/>
      <w:r w:rsidRPr="00FF799F">
        <w:rPr>
          <w:rFonts w:cs="Times New Roman"/>
          <w:sz w:val="28"/>
          <w:szCs w:val="28"/>
        </w:rPr>
        <w:t>sprijin</w:t>
      </w:r>
      <w:proofErr w:type="spellEnd"/>
      <w:r w:rsidRPr="00FF799F">
        <w:rPr>
          <w:rFonts w:cs="Times New Roman"/>
          <w:sz w:val="28"/>
          <w:szCs w:val="28"/>
        </w:rPr>
        <w:t>.</w:t>
      </w:r>
    </w:p>
    <w:p w:rsidR="00FF799F" w:rsidRPr="00FF799F" w:rsidRDefault="00FF799F" w:rsidP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b/>
          <w:sz w:val="28"/>
          <w:szCs w:val="28"/>
        </w:rPr>
        <w:t xml:space="preserve">3. </w:t>
      </w:r>
      <w:proofErr w:type="spellStart"/>
      <w:r w:rsidRPr="00FF799F">
        <w:rPr>
          <w:rFonts w:cs="Times New Roman"/>
          <w:b/>
          <w:sz w:val="28"/>
          <w:szCs w:val="28"/>
        </w:rPr>
        <w:t>Legea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nr. 197/2012 </w:t>
      </w:r>
      <w:proofErr w:type="spellStart"/>
      <w:r w:rsidRPr="00FF799F">
        <w:rPr>
          <w:rFonts w:cs="Times New Roman"/>
          <w:b/>
          <w:sz w:val="28"/>
          <w:szCs w:val="28"/>
        </w:rPr>
        <w:t>privind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asigurarea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calității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în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domeniul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serviciilor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sociale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, cu </w:t>
      </w:r>
      <w:proofErr w:type="spellStart"/>
      <w:r w:rsidRPr="00FF799F">
        <w:rPr>
          <w:rFonts w:cs="Times New Roman"/>
          <w:b/>
          <w:sz w:val="28"/>
          <w:szCs w:val="28"/>
        </w:rPr>
        <w:t>modificările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și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completările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ulterioare</w:t>
      </w:r>
      <w:proofErr w:type="spellEnd"/>
      <w:r w:rsidRPr="00FF799F">
        <w:rPr>
          <w:rFonts w:cs="Times New Roman"/>
          <w:b/>
          <w:sz w:val="28"/>
          <w:szCs w:val="28"/>
        </w:rPr>
        <w:t>.</w:t>
      </w:r>
    </w:p>
    <w:p w:rsidR="00FF799F" w:rsidRPr="00FF799F" w:rsidRDefault="00FF799F" w:rsidP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 xml:space="preserve">   </w:t>
      </w:r>
      <w:proofErr w:type="spellStart"/>
      <w:r w:rsidRPr="00FF799F">
        <w:rPr>
          <w:rFonts w:cs="Times New Roman"/>
          <w:sz w:val="28"/>
          <w:szCs w:val="28"/>
        </w:rPr>
        <w:t>Aspecte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urmărite</w:t>
      </w:r>
      <w:proofErr w:type="spellEnd"/>
      <w:r w:rsidRPr="00FF799F">
        <w:rPr>
          <w:rFonts w:cs="Times New Roman"/>
          <w:sz w:val="28"/>
          <w:szCs w:val="28"/>
        </w:rPr>
        <w:t xml:space="preserve">: </w:t>
      </w:r>
      <w:proofErr w:type="spellStart"/>
      <w:r w:rsidRPr="00FF799F">
        <w:rPr>
          <w:rFonts w:cs="Times New Roman"/>
          <w:sz w:val="28"/>
          <w:szCs w:val="28"/>
        </w:rPr>
        <w:t>Calitatea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serviciilor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sociale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respectarea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drepturilor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beneficiarilor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evaluarea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și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monitorizarea</w:t>
      </w:r>
      <w:proofErr w:type="spellEnd"/>
      <w:r w:rsidRPr="00FF799F">
        <w:rPr>
          <w:rFonts w:cs="Times New Roman"/>
          <w:sz w:val="28"/>
          <w:szCs w:val="28"/>
        </w:rPr>
        <w:t>.</w:t>
      </w:r>
    </w:p>
    <w:p w:rsidR="00FF799F" w:rsidRPr="00FF799F" w:rsidRDefault="00FF799F" w:rsidP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b/>
          <w:sz w:val="28"/>
          <w:szCs w:val="28"/>
        </w:rPr>
        <w:lastRenderedPageBreak/>
        <w:t xml:space="preserve">4. </w:t>
      </w:r>
      <w:proofErr w:type="spellStart"/>
      <w:r w:rsidRPr="00FF799F">
        <w:rPr>
          <w:rFonts w:cs="Times New Roman"/>
          <w:b/>
          <w:sz w:val="28"/>
          <w:szCs w:val="28"/>
        </w:rPr>
        <w:t>Ordinul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nr. 29/2019 </w:t>
      </w:r>
      <w:proofErr w:type="spellStart"/>
      <w:r w:rsidRPr="00FF799F">
        <w:rPr>
          <w:rFonts w:cs="Times New Roman"/>
          <w:b/>
          <w:sz w:val="28"/>
          <w:szCs w:val="28"/>
        </w:rPr>
        <w:t>privind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standardele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minime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de </w:t>
      </w:r>
      <w:proofErr w:type="spellStart"/>
      <w:r w:rsidRPr="00FF799F">
        <w:rPr>
          <w:rFonts w:cs="Times New Roman"/>
          <w:b/>
          <w:sz w:val="28"/>
          <w:szCs w:val="28"/>
        </w:rPr>
        <w:t>calitate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pentru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serviciile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sociale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destinate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persoanelor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vârstnice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, cu </w:t>
      </w:r>
      <w:proofErr w:type="spellStart"/>
      <w:r w:rsidRPr="00FF799F">
        <w:rPr>
          <w:rFonts w:cs="Times New Roman"/>
          <w:b/>
          <w:sz w:val="28"/>
          <w:szCs w:val="28"/>
        </w:rPr>
        <w:t>modificările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și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completările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ulterioare</w:t>
      </w:r>
      <w:proofErr w:type="spellEnd"/>
      <w:r w:rsidRPr="00FF799F">
        <w:rPr>
          <w:rFonts w:cs="Times New Roman"/>
          <w:b/>
          <w:sz w:val="28"/>
          <w:szCs w:val="28"/>
        </w:rPr>
        <w:t>.</w:t>
      </w:r>
    </w:p>
    <w:p w:rsidR="00FF799F" w:rsidRPr="00FF799F" w:rsidRDefault="00FF799F" w:rsidP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 xml:space="preserve">   </w:t>
      </w:r>
      <w:proofErr w:type="spellStart"/>
      <w:r w:rsidRPr="00FF799F">
        <w:rPr>
          <w:rFonts w:cs="Times New Roman"/>
          <w:sz w:val="28"/>
          <w:szCs w:val="28"/>
        </w:rPr>
        <w:t>Aspecte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urmărite</w:t>
      </w:r>
      <w:proofErr w:type="spellEnd"/>
      <w:r w:rsidRPr="00FF799F">
        <w:rPr>
          <w:rFonts w:cs="Times New Roman"/>
          <w:sz w:val="28"/>
          <w:szCs w:val="28"/>
        </w:rPr>
        <w:t xml:space="preserve">: </w:t>
      </w:r>
      <w:proofErr w:type="spellStart"/>
      <w:r w:rsidRPr="00FF799F">
        <w:rPr>
          <w:rFonts w:cs="Times New Roman"/>
          <w:sz w:val="28"/>
          <w:szCs w:val="28"/>
        </w:rPr>
        <w:t>Dispozițiile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relevante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pentru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serviciile</w:t>
      </w:r>
      <w:proofErr w:type="spellEnd"/>
      <w:r w:rsidRPr="00FF799F">
        <w:rPr>
          <w:rFonts w:cs="Times New Roman"/>
          <w:sz w:val="28"/>
          <w:szCs w:val="28"/>
        </w:rPr>
        <w:t xml:space="preserve"> de </w:t>
      </w:r>
      <w:proofErr w:type="spellStart"/>
      <w:r w:rsidRPr="00FF799F">
        <w:rPr>
          <w:rFonts w:cs="Times New Roman"/>
          <w:sz w:val="28"/>
          <w:szCs w:val="28"/>
        </w:rPr>
        <w:t>îngrijiri</w:t>
      </w:r>
      <w:proofErr w:type="spellEnd"/>
      <w:r w:rsidRPr="00FF799F">
        <w:rPr>
          <w:rFonts w:cs="Times New Roman"/>
          <w:sz w:val="28"/>
          <w:szCs w:val="28"/>
        </w:rPr>
        <w:t xml:space="preserve"> la </w:t>
      </w:r>
      <w:proofErr w:type="spellStart"/>
      <w:r w:rsidRPr="00FF799F">
        <w:rPr>
          <w:rFonts w:cs="Times New Roman"/>
          <w:sz w:val="28"/>
          <w:szCs w:val="28"/>
        </w:rPr>
        <w:t>domiciliu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pentru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persoane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vârstnice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inclusiv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evaluare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planificare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furnizare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confidențialitate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și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prevenirea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abuzului</w:t>
      </w:r>
      <w:proofErr w:type="spellEnd"/>
      <w:r w:rsidRPr="00FF799F">
        <w:rPr>
          <w:rFonts w:cs="Times New Roman"/>
          <w:sz w:val="28"/>
          <w:szCs w:val="28"/>
        </w:rPr>
        <w:t>.</w:t>
      </w:r>
    </w:p>
    <w:p w:rsidR="00FF799F" w:rsidRPr="00FF799F" w:rsidRDefault="00FF799F" w:rsidP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b/>
          <w:sz w:val="28"/>
          <w:szCs w:val="28"/>
        </w:rPr>
        <w:t xml:space="preserve">5. </w:t>
      </w:r>
      <w:proofErr w:type="spellStart"/>
      <w:r w:rsidRPr="00FF799F">
        <w:rPr>
          <w:rFonts w:cs="Times New Roman"/>
          <w:b/>
          <w:sz w:val="28"/>
          <w:szCs w:val="28"/>
        </w:rPr>
        <w:t>Legea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nr. </w:t>
      </w:r>
      <w:proofErr w:type="gramStart"/>
      <w:r w:rsidRPr="00FF799F">
        <w:rPr>
          <w:rFonts w:cs="Times New Roman"/>
          <w:b/>
          <w:sz w:val="28"/>
          <w:szCs w:val="28"/>
        </w:rPr>
        <w:t xml:space="preserve">213/2004 </w:t>
      </w:r>
      <w:proofErr w:type="spellStart"/>
      <w:r w:rsidRPr="00FF799F">
        <w:rPr>
          <w:rFonts w:cs="Times New Roman"/>
          <w:b/>
          <w:sz w:val="28"/>
          <w:szCs w:val="28"/>
        </w:rPr>
        <w:t>privind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exercitarea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profesiei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de </w:t>
      </w:r>
      <w:proofErr w:type="spellStart"/>
      <w:r w:rsidRPr="00FF799F">
        <w:rPr>
          <w:rFonts w:cs="Times New Roman"/>
          <w:b/>
          <w:sz w:val="28"/>
          <w:szCs w:val="28"/>
        </w:rPr>
        <w:t>psiholog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cu </w:t>
      </w:r>
      <w:proofErr w:type="spellStart"/>
      <w:r w:rsidRPr="00FF799F">
        <w:rPr>
          <w:rFonts w:cs="Times New Roman"/>
          <w:b/>
          <w:sz w:val="28"/>
          <w:szCs w:val="28"/>
        </w:rPr>
        <w:t>drept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de </w:t>
      </w:r>
      <w:proofErr w:type="spellStart"/>
      <w:r w:rsidRPr="00FF799F">
        <w:rPr>
          <w:rFonts w:cs="Times New Roman"/>
          <w:b/>
          <w:sz w:val="28"/>
          <w:szCs w:val="28"/>
        </w:rPr>
        <w:t>liberă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practică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b/>
          <w:sz w:val="28"/>
          <w:szCs w:val="28"/>
        </w:rPr>
        <w:t>înființarea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b/>
          <w:sz w:val="28"/>
          <w:szCs w:val="28"/>
        </w:rPr>
        <w:t>organizarea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și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funcționarea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Colegiului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Psihologilor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din </w:t>
      </w:r>
      <w:proofErr w:type="spellStart"/>
      <w:r w:rsidRPr="00FF799F">
        <w:rPr>
          <w:rFonts w:cs="Times New Roman"/>
          <w:b/>
          <w:sz w:val="28"/>
          <w:szCs w:val="28"/>
        </w:rPr>
        <w:t>România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, cu </w:t>
      </w:r>
      <w:proofErr w:type="spellStart"/>
      <w:r w:rsidRPr="00FF799F">
        <w:rPr>
          <w:rFonts w:cs="Times New Roman"/>
          <w:b/>
          <w:sz w:val="28"/>
          <w:szCs w:val="28"/>
        </w:rPr>
        <w:t>modificările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și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completările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ulterioare</w:t>
      </w:r>
      <w:proofErr w:type="spellEnd"/>
      <w:r w:rsidRPr="00FF799F">
        <w:rPr>
          <w:rFonts w:cs="Times New Roman"/>
          <w:b/>
          <w:sz w:val="28"/>
          <w:szCs w:val="28"/>
        </w:rPr>
        <w:t>.</w:t>
      </w:r>
      <w:proofErr w:type="gramEnd"/>
    </w:p>
    <w:p w:rsidR="00FF799F" w:rsidRPr="00FF799F" w:rsidRDefault="00FF799F" w:rsidP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 xml:space="preserve">   </w:t>
      </w:r>
      <w:proofErr w:type="spellStart"/>
      <w:r w:rsidRPr="00FF799F">
        <w:rPr>
          <w:rFonts w:cs="Times New Roman"/>
          <w:sz w:val="28"/>
          <w:szCs w:val="28"/>
        </w:rPr>
        <w:t>Aspecte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urmărite</w:t>
      </w:r>
      <w:proofErr w:type="spellEnd"/>
      <w:r w:rsidRPr="00FF799F">
        <w:rPr>
          <w:rFonts w:cs="Times New Roman"/>
          <w:sz w:val="28"/>
          <w:szCs w:val="28"/>
        </w:rPr>
        <w:t xml:space="preserve">: </w:t>
      </w:r>
      <w:proofErr w:type="spellStart"/>
      <w:r w:rsidRPr="00FF799F">
        <w:rPr>
          <w:rFonts w:cs="Times New Roman"/>
          <w:sz w:val="28"/>
          <w:szCs w:val="28"/>
        </w:rPr>
        <w:t>Dreptul</w:t>
      </w:r>
      <w:proofErr w:type="spellEnd"/>
      <w:r w:rsidRPr="00FF799F">
        <w:rPr>
          <w:rFonts w:cs="Times New Roman"/>
          <w:sz w:val="28"/>
          <w:szCs w:val="28"/>
        </w:rPr>
        <w:t xml:space="preserve"> de </w:t>
      </w:r>
      <w:proofErr w:type="spellStart"/>
      <w:r w:rsidRPr="00FF799F">
        <w:rPr>
          <w:rFonts w:cs="Times New Roman"/>
          <w:sz w:val="28"/>
          <w:szCs w:val="28"/>
        </w:rPr>
        <w:t>liberă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practică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limitele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competențelor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profesionale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și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răspunderea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psihologului</w:t>
      </w:r>
      <w:proofErr w:type="spellEnd"/>
      <w:r w:rsidRPr="00FF799F">
        <w:rPr>
          <w:rFonts w:cs="Times New Roman"/>
          <w:sz w:val="28"/>
          <w:szCs w:val="28"/>
        </w:rPr>
        <w:t>.</w:t>
      </w:r>
    </w:p>
    <w:p w:rsidR="00FF799F" w:rsidRPr="00FF799F" w:rsidRDefault="00FF799F" w:rsidP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b/>
          <w:sz w:val="28"/>
          <w:szCs w:val="28"/>
        </w:rPr>
        <w:t xml:space="preserve">6. </w:t>
      </w:r>
      <w:proofErr w:type="spellStart"/>
      <w:r w:rsidRPr="00FF799F">
        <w:rPr>
          <w:rFonts w:cs="Times New Roman"/>
          <w:b/>
          <w:sz w:val="28"/>
          <w:szCs w:val="28"/>
        </w:rPr>
        <w:t>Codul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deontologic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al </w:t>
      </w:r>
      <w:proofErr w:type="spellStart"/>
      <w:r w:rsidRPr="00FF799F">
        <w:rPr>
          <w:rFonts w:cs="Times New Roman"/>
          <w:b/>
          <w:sz w:val="28"/>
          <w:szCs w:val="28"/>
        </w:rPr>
        <w:t>profesiei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de </w:t>
      </w:r>
      <w:proofErr w:type="spellStart"/>
      <w:r w:rsidRPr="00FF799F">
        <w:rPr>
          <w:rFonts w:cs="Times New Roman"/>
          <w:b/>
          <w:sz w:val="28"/>
          <w:szCs w:val="28"/>
        </w:rPr>
        <w:t>psiholog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cu </w:t>
      </w:r>
      <w:proofErr w:type="spellStart"/>
      <w:r w:rsidRPr="00FF799F">
        <w:rPr>
          <w:rFonts w:cs="Times New Roman"/>
          <w:b/>
          <w:sz w:val="28"/>
          <w:szCs w:val="28"/>
        </w:rPr>
        <w:t>drept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de </w:t>
      </w:r>
      <w:proofErr w:type="spellStart"/>
      <w:r w:rsidRPr="00FF799F">
        <w:rPr>
          <w:rFonts w:cs="Times New Roman"/>
          <w:b/>
          <w:sz w:val="28"/>
          <w:szCs w:val="28"/>
        </w:rPr>
        <w:t>liberă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practică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b/>
          <w:sz w:val="28"/>
          <w:szCs w:val="28"/>
        </w:rPr>
        <w:t>în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forma </w:t>
      </w:r>
      <w:proofErr w:type="spellStart"/>
      <w:r w:rsidRPr="00FF799F">
        <w:rPr>
          <w:rFonts w:cs="Times New Roman"/>
          <w:b/>
          <w:sz w:val="28"/>
          <w:szCs w:val="28"/>
        </w:rPr>
        <w:t>aplicabilă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la data </w:t>
      </w:r>
      <w:proofErr w:type="spellStart"/>
      <w:r w:rsidRPr="00FF799F">
        <w:rPr>
          <w:rFonts w:cs="Times New Roman"/>
          <w:b/>
          <w:sz w:val="28"/>
          <w:szCs w:val="28"/>
        </w:rPr>
        <w:t>concursului</w:t>
      </w:r>
      <w:proofErr w:type="spellEnd"/>
      <w:r w:rsidRPr="00FF799F">
        <w:rPr>
          <w:rFonts w:cs="Times New Roman"/>
          <w:b/>
          <w:sz w:val="28"/>
          <w:szCs w:val="28"/>
        </w:rPr>
        <w:t>.</w:t>
      </w:r>
    </w:p>
    <w:p w:rsidR="00FF799F" w:rsidRPr="00FF799F" w:rsidRDefault="00FF799F" w:rsidP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 xml:space="preserve">   </w:t>
      </w:r>
      <w:proofErr w:type="spellStart"/>
      <w:r w:rsidRPr="00FF799F">
        <w:rPr>
          <w:rFonts w:cs="Times New Roman"/>
          <w:sz w:val="28"/>
          <w:szCs w:val="28"/>
        </w:rPr>
        <w:t>Aspecte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urmărite</w:t>
      </w:r>
      <w:proofErr w:type="spellEnd"/>
      <w:r w:rsidRPr="00FF799F">
        <w:rPr>
          <w:rFonts w:cs="Times New Roman"/>
          <w:sz w:val="28"/>
          <w:szCs w:val="28"/>
        </w:rPr>
        <w:t xml:space="preserve">: </w:t>
      </w:r>
      <w:proofErr w:type="spellStart"/>
      <w:r w:rsidRPr="00FF799F">
        <w:rPr>
          <w:rFonts w:cs="Times New Roman"/>
          <w:sz w:val="28"/>
          <w:szCs w:val="28"/>
        </w:rPr>
        <w:t>Consimțământul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informat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confidențialitatea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relația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profesională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limitele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competenței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și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gestionarea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situațiilor</w:t>
      </w:r>
      <w:proofErr w:type="spellEnd"/>
      <w:r w:rsidRPr="00FF799F">
        <w:rPr>
          <w:rFonts w:cs="Times New Roman"/>
          <w:sz w:val="28"/>
          <w:szCs w:val="28"/>
        </w:rPr>
        <w:t xml:space="preserve"> de </w:t>
      </w:r>
      <w:proofErr w:type="spellStart"/>
      <w:r w:rsidRPr="00FF799F">
        <w:rPr>
          <w:rFonts w:cs="Times New Roman"/>
          <w:sz w:val="28"/>
          <w:szCs w:val="28"/>
        </w:rPr>
        <w:t>risc</w:t>
      </w:r>
      <w:proofErr w:type="spellEnd"/>
      <w:r w:rsidRPr="00FF799F">
        <w:rPr>
          <w:rFonts w:cs="Times New Roman"/>
          <w:sz w:val="28"/>
          <w:szCs w:val="28"/>
        </w:rPr>
        <w:t>.</w:t>
      </w:r>
    </w:p>
    <w:p w:rsidR="00FF799F" w:rsidRPr="00FF799F" w:rsidRDefault="00FF799F" w:rsidP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b/>
          <w:sz w:val="28"/>
          <w:szCs w:val="28"/>
        </w:rPr>
        <w:t xml:space="preserve">7. </w:t>
      </w:r>
      <w:proofErr w:type="spellStart"/>
      <w:r w:rsidRPr="00FF799F">
        <w:rPr>
          <w:rFonts w:cs="Times New Roman"/>
          <w:b/>
          <w:sz w:val="28"/>
          <w:szCs w:val="28"/>
        </w:rPr>
        <w:t>Regulamentul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(UE) 2016/679 (GDPR) </w:t>
      </w:r>
      <w:proofErr w:type="spellStart"/>
      <w:r w:rsidRPr="00FF799F">
        <w:rPr>
          <w:rFonts w:cs="Times New Roman"/>
          <w:b/>
          <w:sz w:val="28"/>
          <w:szCs w:val="28"/>
        </w:rPr>
        <w:t>și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Legea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nr. </w:t>
      </w:r>
      <w:proofErr w:type="gramStart"/>
      <w:r w:rsidRPr="00FF799F">
        <w:rPr>
          <w:rFonts w:cs="Times New Roman"/>
          <w:b/>
          <w:sz w:val="28"/>
          <w:szCs w:val="28"/>
        </w:rPr>
        <w:t xml:space="preserve">190/2018, cu </w:t>
      </w:r>
      <w:proofErr w:type="spellStart"/>
      <w:r w:rsidRPr="00FF799F">
        <w:rPr>
          <w:rFonts w:cs="Times New Roman"/>
          <w:b/>
          <w:sz w:val="28"/>
          <w:szCs w:val="28"/>
        </w:rPr>
        <w:t>modificările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și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completările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ulterioare</w:t>
      </w:r>
      <w:proofErr w:type="spellEnd"/>
      <w:r w:rsidRPr="00FF799F">
        <w:rPr>
          <w:rFonts w:cs="Times New Roman"/>
          <w:b/>
          <w:sz w:val="28"/>
          <w:szCs w:val="28"/>
        </w:rPr>
        <w:t>.</w:t>
      </w:r>
      <w:proofErr w:type="gramEnd"/>
    </w:p>
    <w:p w:rsidR="00FF799F" w:rsidRPr="00FF799F" w:rsidRDefault="00FF799F" w:rsidP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 xml:space="preserve">   </w:t>
      </w:r>
      <w:proofErr w:type="spellStart"/>
      <w:r w:rsidRPr="00FF799F">
        <w:rPr>
          <w:rFonts w:cs="Times New Roman"/>
          <w:sz w:val="28"/>
          <w:szCs w:val="28"/>
        </w:rPr>
        <w:t>Aspecte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urmărite</w:t>
      </w:r>
      <w:proofErr w:type="spellEnd"/>
      <w:r w:rsidRPr="00FF799F">
        <w:rPr>
          <w:rFonts w:cs="Times New Roman"/>
          <w:sz w:val="28"/>
          <w:szCs w:val="28"/>
        </w:rPr>
        <w:t xml:space="preserve">: </w:t>
      </w:r>
      <w:proofErr w:type="spellStart"/>
      <w:r w:rsidRPr="00FF799F">
        <w:rPr>
          <w:rFonts w:cs="Times New Roman"/>
          <w:sz w:val="28"/>
          <w:szCs w:val="28"/>
        </w:rPr>
        <w:t>Protecția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datelor</w:t>
      </w:r>
      <w:proofErr w:type="spellEnd"/>
      <w:r w:rsidRPr="00FF799F">
        <w:rPr>
          <w:rFonts w:cs="Times New Roman"/>
          <w:sz w:val="28"/>
          <w:szCs w:val="28"/>
        </w:rPr>
        <w:t xml:space="preserve"> cu </w:t>
      </w:r>
      <w:proofErr w:type="spellStart"/>
      <w:r w:rsidRPr="00FF799F">
        <w:rPr>
          <w:rFonts w:cs="Times New Roman"/>
          <w:sz w:val="28"/>
          <w:szCs w:val="28"/>
        </w:rPr>
        <w:t>caracter</w:t>
      </w:r>
      <w:proofErr w:type="spellEnd"/>
      <w:r w:rsidRPr="00FF799F">
        <w:rPr>
          <w:rFonts w:cs="Times New Roman"/>
          <w:sz w:val="28"/>
          <w:szCs w:val="28"/>
        </w:rPr>
        <w:t xml:space="preserve"> personal, </w:t>
      </w:r>
      <w:proofErr w:type="spellStart"/>
      <w:r w:rsidRPr="00FF799F">
        <w:rPr>
          <w:rFonts w:cs="Times New Roman"/>
          <w:sz w:val="28"/>
          <w:szCs w:val="28"/>
        </w:rPr>
        <w:t>inclusiv</w:t>
      </w:r>
      <w:proofErr w:type="spellEnd"/>
      <w:r w:rsidRPr="00FF799F">
        <w:rPr>
          <w:rFonts w:cs="Times New Roman"/>
          <w:sz w:val="28"/>
          <w:szCs w:val="28"/>
        </w:rPr>
        <w:t xml:space="preserve"> date </w:t>
      </w:r>
      <w:proofErr w:type="spellStart"/>
      <w:r w:rsidRPr="00FF799F">
        <w:rPr>
          <w:rFonts w:cs="Times New Roman"/>
          <w:sz w:val="28"/>
          <w:szCs w:val="28"/>
        </w:rPr>
        <w:t>privind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sănătatea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și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evaluările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psihologice</w:t>
      </w:r>
      <w:proofErr w:type="spellEnd"/>
      <w:r w:rsidRPr="00FF799F">
        <w:rPr>
          <w:rFonts w:cs="Times New Roman"/>
          <w:sz w:val="28"/>
          <w:szCs w:val="28"/>
        </w:rPr>
        <w:t>.</w:t>
      </w:r>
    </w:p>
    <w:p w:rsidR="00FF799F" w:rsidRPr="00FF799F" w:rsidRDefault="00FF799F" w:rsidP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b/>
          <w:sz w:val="28"/>
          <w:szCs w:val="28"/>
        </w:rPr>
        <w:t xml:space="preserve">8. </w:t>
      </w:r>
      <w:proofErr w:type="spellStart"/>
      <w:r w:rsidRPr="00FF799F">
        <w:rPr>
          <w:rFonts w:cs="Times New Roman"/>
          <w:b/>
          <w:sz w:val="28"/>
          <w:szCs w:val="28"/>
        </w:rPr>
        <w:t>Fișa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postului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de </w:t>
      </w:r>
      <w:proofErr w:type="spellStart"/>
      <w:r w:rsidRPr="00FF799F">
        <w:rPr>
          <w:rFonts w:cs="Times New Roman"/>
          <w:b/>
          <w:sz w:val="28"/>
          <w:szCs w:val="28"/>
        </w:rPr>
        <w:t>psiholog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aferent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proiectului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SMIS 350063.</w:t>
      </w:r>
    </w:p>
    <w:p w:rsidR="00FF799F" w:rsidRPr="00FF799F" w:rsidRDefault="00FF799F" w:rsidP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 xml:space="preserve">   </w:t>
      </w:r>
      <w:proofErr w:type="spellStart"/>
      <w:r w:rsidRPr="00FF799F">
        <w:rPr>
          <w:rFonts w:cs="Times New Roman"/>
          <w:sz w:val="28"/>
          <w:szCs w:val="28"/>
        </w:rPr>
        <w:t>Aspecte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urmărite</w:t>
      </w:r>
      <w:proofErr w:type="spellEnd"/>
      <w:r w:rsidRPr="00FF799F">
        <w:rPr>
          <w:rFonts w:cs="Times New Roman"/>
          <w:sz w:val="28"/>
          <w:szCs w:val="28"/>
        </w:rPr>
        <w:t xml:space="preserve">: </w:t>
      </w:r>
      <w:proofErr w:type="spellStart"/>
      <w:r w:rsidRPr="00FF799F">
        <w:rPr>
          <w:rFonts w:cs="Times New Roman"/>
          <w:sz w:val="28"/>
          <w:szCs w:val="28"/>
        </w:rPr>
        <w:t>Atribuții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responsabilități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documente</w:t>
      </w:r>
      <w:proofErr w:type="spellEnd"/>
      <w:r w:rsidRPr="00FF799F">
        <w:rPr>
          <w:rFonts w:cs="Times New Roman"/>
          <w:sz w:val="28"/>
          <w:szCs w:val="28"/>
        </w:rPr>
        <w:t xml:space="preserve"> de </w:t>
      </w:r>
      <w:proofErr w:type="spellStart"/>
      <w:r w:rsidRPr="00FF799F">
        <w:rPr>
          <w:rFonts w:cs="Times New Roman"/>
          <w:sz w:val="28"/>
          <w:szCs w:val="28"/>
        </w:rPr>
        <w:t>lucru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raportarea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activității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și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colaborarea</w:t>
      </w:r>
      <w:proofErr w:type="spellEnd"/>
      <w:r w:rsidRPr="00FF799F">
        <w:rPr>
          <w:rFonts w:cs="Times New Roman"/>
          <w:sz w:val="28"/>
          <w:szCs w:val="28"/>
        </w:rPr>
        <w:t xml:space="preserve"> cu </w:t>
      </w:r>
      <w:proofErr w:type="spellStart"/>
      <w:r w:rsidRPr="00FF799F">
        <w:rPr>
          <w:rFonts w:cs="Times New Roman"/>
          <w:sz w:val="28"/>
          <w:szCs w:val="28"/>
        </w:rPr>
        <w:t>echipa</w:t>
      </w:r>
      <w:proofErr w:type="spellEnd"/>
      <w:r w:rsidRPr="00FF799F">
        <w:rPr>
          <w:rFonts w:cs="Times New Roman"/>
          <w:sz w:val="28"/>
          <w:szCs w:val="28"/>
        </w:rPr>
        <w:t xml:space="preserve"> UID.</w:t>
      </w:r>
    </w:p>
    <w:p w:rsidR="00FF799F" w:rsidRPr="00FF799F" w:rsidRDefault="00FF799F" w:rsidP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b/>
          <w:sz w:val="28"/>
          <w:szCs w:val="28"/>
        </w:rPr>
        <w:t xml:space="preserve">9. </w:t>
      </w:r>
      <w:proofErr w:type="spellStart"/>
      <w:r w:rsidRPr="00FF799F">
        <w:rPr>
          <w:rFonts w:cs="Times New Roman"/>
          <w:b/>
          <w:sz w:val="28"/>
          <w:szCs w:val="28"/>
        </w:rPr>
        <w:t>Regulamentul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de </w:t>
      </w:r>
      <w:proofErr w:type="spellStart"/>
      <w:r w:rsidRPr="00FF799F">
        <w:rPr>
          <w:rFonts w:cs="Times New Roman"/>
          <w:b/>
          <w:sz w:val="28"/>
          <w:szCs w:val="28"/>
        </w:rPr>
        <w:t>organizare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și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funcționare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al </w:t>
      </w:r>
      <w:proofErr w:type="spellStart"/>
      <w:r w:rsidRPr="00FF799F">
        <w:rPr>
          <w:rFonts w:cs="Times New Roman"/>
          <w:b/>
          <w:sz w:val="28"/>
          <w:szCs w:val="28"/>
        </w:rPr>
        <w:t>Unității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de </w:t>
      </w:r>
      <w:proofErr w:type="spellStart"/>
      <w:r w:rsidRPr="00FF799F">
        <w:rPr>
          <w:rFonts w:cs="Times New Roman"/>
          <w:b/>
          <w:sz w:val="28"/>
          <w:szCs w:val="28"/>
        </w:rPr>
        <w:t>Îngrijire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la </w:t>
      </w:r>
      <w:proofErr w:type="spellStart"/>
      <w:r w:rsidRPr="00FF799F">
        <w:rPr>
          <w:rFonts w:cs="Times New Roman"/>
          <w:b/>
          <w:sz w:val="28"/>
          <w:szCs w:val="28"/>
        </w:rPr>
        <w:t>Domiciliu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și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procedurile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interne </w:t>
      </w:r>
      <w:proofErr w:type="spellStart"/>
      <w:r w:rsidRPr="00FF799F">
        <w:rPr>
          <w:rFonts w:cs="Times New Roman"/>
          <w:b/>
          <w:sz w:val="28"/>
          <w:szCs w:val="28"/>
        </w:rPr>
        <w:t>aplicabile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b/>
          <w:sz w:val="28"/>
          <w:szCs w:val="28"/>
        </w:rPr>
        <w:t>în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forma </w:t>
      </w:r>
      <w:proofErr w:type="spellStart"/>
      <w:r w:rsidRPr="00FF799F">
        <w:rPr>
          <w:rFonts w:cs="Times New Roman"/>
          <w:b/>
          <w:sz w:val="28"/>
          <w:szCs w:val="28"/>
        </w:rPr>
        <w:t>aprobată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și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pusă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la </w:t>
      </w:r>
      <w:proofErr w:type="spellStart"/>
      <w:r w:rsidRPr="00FF799F">
        <w:rPr>
          <w:rFonts w:cs="Times New Roman"/>
          <w:b/>
          <w:sz w:val="28"/>
          <w:szCs w:val="28"/>
        </w:rPr>
        <w:t>dispoziția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candidaților</w:t>
      </w:r>
      <w:proofErr w:type="spellEnd"/>
      <w:r w:rsidRPr="00FF799F">
        <w:rPr>
          <w:rFonts w:cs="Times New Roman"/>
          <w:b/>
          <w:sz w:val="28"/>
          <w:szCs w:val="28"/>
        </w:rPr>
        <w:t>.</w:t>
      </w:r>
    </w:p>
    <w:p w:rsidR="00FF799F" w:rsidRPr="00FF799F" w:rsidRDefault="00FF799F" w:rsidP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 xml:space="preserve">   </w:t>
      </w:r>
      <w:proofErr w:type="spellStart"/>
      <w:r w:rsidRPr="00FF799F">
        <w:rPr>
          <w:rFonts w:cs="Times New Roman"/>
          <w:sz w:val="28"/>
          <w:szCs w:val="28"/>
        </w:rPr>
        <w:t>Aspecte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urmărite</w:t>
      </w:r>
      <w:proofErr w:type="spellEnd"/>
      <w:r w:rsidRPr="00FF799F">
        <w:rPr>
          <w:rFonts w:cs="Times New Roman"/>
          <w:sz w:val="28"/>
          <w:szCs w:val="28"/>
        </w:rPr>
        <w:t xml:space="preserve">: </w:t>
      </w:r>
      <w:proofErr w:type="spellStart"/>
      <w:r w:rsidRPr="00FF799F">
        <w:rPr>
          <w:rFonts w:cs="Times New Roman"/>
          <w:sz w:val="28"/>
          <w:szCs w:val="28"/>
        </w:rPr>
        <w:t>Accesul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beneficiarilor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evaluare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planificare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sesizări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prevenirea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abuzului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evidențe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și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monitorizare</w:t>
      </w:r>
      <w:proofErr w:type="spellEnd"/>
      <w:r w:rsidRPr="00FF799F">
        <w:rPr>
          <w:rFonts w:cs="Times New Roman"/>
          <w:sz w:val="28"/>
          <w:szCs w:val="28"/>
        </w:rPr>
        <w:t>.</w:t>
      </w:r>
    </w:p>
    <w:p w:rsidR="00FF799F" w:rsidRPr="00FF799F" w:rsidRDefault="00FF799F" w:rsidP="00FF799F">
      <w:pPr>
        <w:pStyle w:val="ListParagraph"/>
        <w:widowControl w:val="0"/>
        <w:numPr>
          <w:ilvl w:val="0"/>
          <w:numId w:val="11"/>
        </w:numPr>
        <w:suppressAutoHyphens/>
        <w:spacing w:before="240" w:after="0" w:line="240" w:lineRule="auto"/>
        <w:jc w:val="center"/>
        <w:rPr>
          <w:rFonts w:cs="Times New Roman"/>
          <w:b/>
          <w:sz w:val="28"/>
          <w:szCs w:val="28"/>
        </w:rPr>
      </w:pPr>
      <w:r w:rsidRPr="00FF799F">
        <w:rPr>
          <w:rFonts w:cs="Times New Roman"/>
          <w:b/>
          <w:sz w:val="28"/>
          <w:szCs w:val="28"/>
        </w:rPr>
        <w:t>TEMATICĂ</w:t>
      </w:r>
    </w:p>
    <w:p w:rsidR="00FF799F" w:rsidRPr="00FF799F" w:rsidRDefault="00FF799F" w:rsidP="00FF799F">
      <w:pPr>
        <w:pStyle w:val="ListParagraph"/>
        <w:spacing w:before="240"/>
        <w:ind w:left="1080"/>
        <w:rPr>
          <w:rFonts w:cs="Times New Roman"/>
          <w:sz w:val="28"/>
          <w:szCs w:val="28"/>
        </w:rPr>
      </w:pPr>
    </w:p>
    <w:p w:rsidR="00FF799F" w:rsidRPr="00FF799F" w:rsidRDefault="00FF799F" w:rsidP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b/>
          <w:sz w:val="28"/>
          <w:szCs w:val="28"/>
        </w:rPr>
        <w:t xml:space="preserve">1. </w:t>
      </w:r>
      <w:proofErr w:type="spellStart"/>
      <w:r w:rsidRPr="00FF799F">
        <w:rPr>
          <w:rFonts w:cs="Times New Roman"/>
          <w:b/>
          <w:sz w:val="28"/>
          <w:szCs w:val="28"/>
        </w:rPr>
        <w:t>Principiile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asistenței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sociale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și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drepturile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persoanelor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vârstnice</w:t>
      </w:r>
      <w:proofErr w:type="spellEnd"/>
    </w:p>
    <w:p w:rsidR="00FF799F" w:rsidRPr="00FF799F" w:rsidRDefault="00FF799F" w:rsidP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 xml:space="preserve">   </w:t>
      </w:r>
      <w:proofErr w:type="spellStart"/>
      <w:proofErr w:type="gramStart"/>
      <w:r w:rsidRPr="00FF799F">
        <w:rPr>
          <w:rFonts w:cs="Times New Roman"/>
          <w:sz w:val="28"/>
          <w:szCs w:val="28"/>
        </w:rPr>
        <w:t>demnitate</w:t>
      </w:r>
      <w:proofErr w:type="spellEnd"/>
      <w:proofErr w:type="gram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autonomie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participare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nediscriminare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acces</w:t>
      </w:r>
      <w:proofErr w:type="spellEnd"/>
      <w:r w:rsidRPr="00FF799F">
        <w:rPr>
          <w:rFonts w:cs="Times New Roman"/>
          <w:sz w:val="28"/>
          <w:szCs w:val="28"/>
        </w:rPr>
        <w:t xml:space="preserve"> la </w:t>
      </w:r>
      <w:proofErr w:type="spellStart"/>
      <w:r w:rsidRPr="00FF799F">
        <w:rPr>
          <w:rFonts w:cs="Times New Roman"/>
          <w:sz w:val="28"/>
          <w:szCs w:val="28"/>
        </w:rPr>
        <w:t>servicii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și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confidențialitate</w:t>
      </w:r>
      <w:proofErr w:type="spellEnd"/>
      <w:r w:rsidRPr="00FF799F">
        <w:rPr>
          <w:rFonts w:cs="Times New Roman"/>
          <w:sz w:val="28"/>
          <w:szCs w:val="28"/>
        </w:rPr>
        <w:t>.</w:t>
      </w:r>
    </w:p>
    <w:p w:rsidR="00FF799F" w:rsidRPr="00FF799F" w:rsidRDefault="00FF799F" w:rsidP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b/>
          <w:sz w:val="28"/>
          <w:szCs w:val="28"/>
        </w:rPr>
        <w:t xml:space="preserve">2. </w:t>
      </w:r>
      <w:proofErr w:type="spellStart"/>
      <w:r w:rsidRPr="00FF799F">
        <w:rPr>
          <w:rFonts w:cs="Times New Roman"/>
          <w:b/>
          <w:sz w:val="28"/>
          <w:szCs w:val="28"/>
        </w:rPr>
        <w:t>Particularități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psihologice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ale </w:t>
      </w:r>
      <w:proofErr w:type="spellStart"/>
      <w:r w:rsidRPr="00FF799F">
        <w:rPr>
          <w:rFonts w:cs="Times New Roman"/>
          <w:b/>
          <w:sz w:val="28"/>
          <w:szCs w:val="28"/>
        </w:rPr>
        <w:t>îmbătrânirii</w:t>
      </w:r>
      <w:proofErr w:type="spellEnd"/>
    </w:p>
    <w:p w:rsidR="00FF799F" w:rsidRPr="00FF799F" w:rsidRDefault="00FF799F" w:rsidP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lastRenderedPageBreak/>
        <w:t xml:space="preserve">   </w:t>
      </w:r>
      <w:proofErr w:type="spellStart"/>
      <w:proofErr w:type="gramStart"/>
      <w:r w:rsidRPr="00FF799F">
        <w:rPr>
          <w:rFonts w:cs="Times New Roman"/>
          <w:sz w:val="28"/>
          <w:szCs w:val="28"/>
        </w:rPr>
        <w:t>adaptarea</w:t>
      </w:r>
      <w:proofErr w:type="spellEnd"/>
      <w:proofErr w:type="gramEnd"/>
      <w:r w:rsidRPr="00FF799F">
        <w:rPr>
          <w:rFonts w:cs="Times New Roman"/>
          <w:sz w:val="28"/>
          <w:szCs w:val="28"/>
        </w:rPr>
        <w:t xml:space="preserve"> la </w:t>
      </w:r>
      <w:proofErr w:type="spellStart"/>
      <w:r w:rsidRPr="00FF799F">
        <w:rPr>
          <w:rFonts w:cs="Times New Roman"/>
          <w:sz w:val="28"/>
          <w:szCs w:val="28"/>
        </w:rPr>
        <w:t>schimbările</w:t>
      </w:r>
      <w:proofErr w:type="spellEnd"/>
      <w:r w:rsidRPr="00FF799F">
        <w:rPr>
          <w:rFonts w:cs="Times New Roman"/>
          <w:sz w:val="28"/>
          <w:szCs w:val="28"/>
        </w:rPr>
        <w:t xml:space="preserve"> de </w:t>
      </w:r>
      <w:proofErr w:type="spellStart"/>
      <w:r w:rsidRPr="00FF799F">
        <w:rPr>
          <w:rFonts w:cs="Times New Roman"/>
          <w:sz w:val="28"/>
          <w:szCs w:val="28"/>
        </w:rPr>
        <w:t>rol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și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autonomie</w:t>
      </w:r>
      <w:proofErr w:type="spellEnd"/>
      <w:r w:rsidRPr="00FF799F">
        <w:rPr>
          <w:rFonts w:cs="Times New Roman"/>
          <w:sz w:val="28"/>
          <w:szCs w:val="28"/>
        </w:rPr>
        <w:t xml:space="preserve">; </w:t>
      </w:r>
      <w:proofErr w:type="spellStart"/>
      <w:r w:rsidRPr="00FF799F">
        <w:rPr>
          <w:rFonts w:cs="Times New Roman"/>
          <w:sz w:val="28"/>
          <w:szCs w:val="28"/>
        </w:rPr>
        <w:t>singurătate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pierdere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doliu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izolare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și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vulnerabilitate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psiho-emoțională</w:t>
      </w:r>
      <w:proofErr w:type="spellEnd"/>
      <w:r w:rsidRPr="00FF799F">
        <w:rPr>
          <w:rFonts w:cs="Times New Roman"/>
          <w:sz w:val="28"/>
          <w:szCs w:val="28"/>
        </w:rPr>
        <w:t>.</w:t>
      </w:r>
    </w:p>
    <w:p w:rsidR="00FF799F" w:rsidRPr="00FF799F" w:rsidRDefault="00FF799F" w:rsidP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b/>
          <w:sz w:val="28"/>
          <w:szCs w:val="28"/>
        </w:rPr>
        <w:t xml:space="preserve">3. </w:t>
      </w:r>
      <w:proofErr w:type="spellStart"/>
      <w:r w:rsidRPr="00FF799F">
        <w:rPr>
          <w:rFonts w:cs="Times New Roman"/>
          <w:b/>
          <w:sz w:val="28"/>
          <w:szCs w:val="28"/>
        </w:rPr>
        <w:t>Evaluarea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psihologică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a </w:t>
      </w:r>
      <w:proofErr w:type="spellStart"/>
      <w:r w:rsidRPr="00FF799F">
        <w:rPr>
          <w:rFonts w:cs="Times New Roman"/>
          <w:b/>
          <w:sz w:val="28"/>
          <w:szCs w:val="28"/>
        </w:rPr>
        <w:t>beneficiarului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vârstnic</w:t>
      </w:r>
      <w:proofErr w:type="spellEnd"/>
    </w:p>
    <w:p w:rsidR="00FF799F" w:rsidRPr="00FF799F" w:rsidRDefault="00FF799F" w:rsidP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 xml:space="preserve">   </w:t>
      </w:r>
      <w:proofErr w:type="spellStart"/>
      <w:proofErr w:type="gramStart"/>
      <w:r w:rsidRPr="00FF799F">
        <w:rPr>
          <w:rFonts w:cs="Times New Roman"/>
          <w:sz w:val="28"/>
          <w:szCs w:val="28"/>
        </w:rPr>
        <w:t>interviul</w:t>
      </w:r>
      <w:proofErr w:type="spellEnd"/>
      <w:proofErr w:type="gram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psihologic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observația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evaluarea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nevoilor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utilizarea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instrumentelor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numai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în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limitele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competenței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și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consemnarea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rezultatelor</w:t>
      </w:r>
      <w:proofErr w:type="spellEnd"/>
      <w:r w:rsidRPr="00FF799F">
        <w:rPr>
          <w:rFonts w:cs="Times New Roman"/>
          <w:sz w:val="28"/>
          <w:szCs w:val="28"/>
        </w:rPr>
        <w:t>.</w:t>
      </w:r>
    </w:p>
    <w:p w:rsidR="00FF799F" w:rsidRPr="00FF799F" w:rsidRDefault="00FF799F" w:rsidP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b/>
          <w:sz w:val="28"/>
          <w:szCs w:val="28"/>
        </w:rPr>
        <w:t xml:space="preserve">4. </w:t>
      </w:r>
      <w:proofErr w:type="spellStart"/>
      <w:r w:rsidRPr="00FF799F">
        <w:rPr>
          <w:rFonts w:cs="Times New Roman"/>
          <w:b/>
          <w:sz w:val="28"/>
          <w:szCs w:val="28"/>
        </w:rPr>
        <w:t>Consilierea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și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sprijinul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psihologic</w:t>
      </w:r>
      <w:proofErr w:type="spellEnd"/>
    </w:p>
    <w:p w:rsidR="00FF799F" w:rsidRPr="00FF799F" w:rsidRDefault="00FF799F" w:rsidP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 xml:space="preserve">   </w:t>
      </w:r>
      <w:proofErr w:type="spellStart"/>
      <w:proofErr w:type="gramStart"/>
      <w:r w:rsidRPr="00FF799F">
        <w:rPr>
          <w:rFonts w:cs="Times New Roman"/>
          <w:sz w:val="28"/>
          <w:szCs w:val="28"/>
        </w:rPr>
        <w:t>stabilirea</w:t>
      </w:r>
      <w:proofErr w:type="spellEnd"/>
      <w:proofErr w:type="gram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obiectivelor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intervenții</w:t>
      </w:r>
      <w:proofErr w:type="spellEnd"/>
      <w:r w:rsidRPr="00FF799F">
        <w:rPr>
          <w:rFonts w:cs="Times New Roman"/>
          <w:sz w:val="28"/>
          <w:szCs w:val="28"/>
        </w:rPr>
        <w:t xml:space="preserve"> de </w:t>
      </w:r>
      <w:proofErr w:type="spellStart"/>
      <w:r w:rsidRPr="00FF799F">
        <w:rPr>
          <w:rFonts w:cs="Times New Roman"/>
          <w:sz w:val="28"/>
          <w:szCs w:val="28"/>
        </w:rPr>
        <w:t>suport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ascultare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activă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comunicare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empatică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și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adaptarea</w:t>
      </w:r>
      <w:proofErr w:type="spellEnd"/>
      <w:r w:rsidRPr="00FF799F">
        <w:rPr>
          <w:rFonts w:cs="Times New Roman"/>
          <w:sz w:val="28"/>
          <w:szCs w:val="28"/>
        </w:rPr>
        <w:t xml:space="preserve"> la </w:t>
      </w:r>
      <w:proofErr w:type="spellStart"/>
      <w:r w:rsidRPr="00FF799F">
        <w:rPr>
          <w:rFonts w:cs="Times New Roman"/>
          <w:sz w:val="28"/>
          <w:szCs w:val="28"/>
        </w:rPr>
        <w:t>capacitatea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beneficiarului</w:t>
      </w:r>
      <w:proofErr w:type="spellEnd"/>
      <w:r w:rsidRPr="00FF799F">
        <w:rPr>
          <w:rFonts w:cs="Times New Roman"/>
          <w:sz w:val="28"/>
          <w:szCs w:val="28"/>
        </w:rPr>
        <w:t>.</w:t>
      </w:r>
    </w:p>
    <w:p w:rsidR="00FF799F" w:rsidRPr="00FF799F" w:rsidRDefault="00FF799F" w:rsidP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b/>
          <w:sz w:val="28"/>
          <w:szCs w:val="28"/>
        </w:rPr>
        <w:t xml:space="preserve">5. </w:t>
      </w:r>
      <w:proofErr w:type="spellStart"/>
      <w:r w:rsidRPr="00FF799F">
        <w:rPr>
          <w:rFonts w:cs="Times New Roman"/>
          <w:b/>
          <w:sz w:val="28"/>
          <w:szCs w:val="28"/>
        </w:rPr>
        <w:t>Planificarea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și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monitorizarea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intervenției</w:t>
      </w:r>
      <w:proofErr w:type="spellEnd"/>
    </w:p>
    <w:p w:rsidR="00FF799F" w:rsidRPr="00FF799F" w:rsidRDefault="00FF799F" w:rsidP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 xml:space="preserve">   </w:t>
      </w:r>
      <w:proofErr w:type="spellStart"/>
      <w:proofErr w:type="gramStart"/>
      <w:r w:rsidRPr="00FF799F">
        <w:rPr>
          <w:rFonts w:cs="Times New Roman"/>
          <w:sz w:val="28"/>
          <w:szCs w:val="28"/>
        </w:rPr>
        <w:t>participarea</w:t>
      </w:r>
      <w:proofErr w:type="spellEnd"/>
      <w:proofErr w:type="gramEnd"/>
      <w:r w:rsidRPr="00FF799F">
        <w:rPr>
          <w:rFonts w:cs="Times New Roman"/>
          <w:sz w:val="28"/>
          <w:szCs w:val="28"/>
        </w:rPr>
        <w:t xml:space="preserve"> la </w:t>
      </w:r>
      <w:proofErr w:type="spellStart"/>
      <w:r w:rsidRPr="00FF799F">
        <w:rPr>
          <w:rFonts w:cs="Times New Roman"/>
          <w:sz w:val="28"/>
          <w:szCs w:val="28"/>
        </w:rPr>
        <w:t>planul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individualizat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urmărirea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evoluției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documentarea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activității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și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colaborarea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interdisciplinară</w:t>
      </w:r>
      <w:proofErr w:type="spellEnd"/>
      <w:r w:rsidRPr="00FF799F">
        <w:rPr>
          <w:rFonts w:cs="Times New Roman"/>
          <w:sz w:val="28"/>
          <w:szCs w:val="28"/>
        </w:rPr>
        <w:t>.</w:t>
      </w:r>
    </w:p>
    <w:p w:rsidR="00FF799F" w:rsidRPr="00FF799F" w:rsidRDefault="00FF799F" w:rsidP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b/>
          <w:sz w:val="28"/>
          <w:szCs w:val="28"/>
        </w:rPr>
        <w:t xml:space="preserve">6. </w:t>
      </w:r>
      <w:proofErr w:type="spellStart"/>
      <w:r w:rsidRPr="00FF799F">
        <w:rPr>
          <w:rFonts w:cs="Times New Roman"/>
          <w:b/>
          <w:sz w:val="28"/>
          <w:szCs w:val="28"/>
        </w:rPr>
        <w:t>Situații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de </w:t>
      </w:r>
      <w:proofErr w:type="spellStart"/>
      <w:r w:rsidRPr="00FF799F">
        <w:rPr>
          <w:rFonts w:cs="Times New Roman"/>
          <w:b/>
          <w:sz w:val="28"/>
          <w:szCs w:val="28"/>
        </w:rPr>
        <w:t>risc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și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limitele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intervenției</w:t>
      </w:r>
      <w:proofErr w:type="spellEnd"/>
    </w:p>
    <w:p w:rsidR="00FF799F" w:rsidRPr="00FF799F" w:rsidRDefault="00FF799F" w:rsidP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 xml:space="preserve">   </w:t>
      </w:r>
      <w:proofErr w:type="spellStart"/>
      <w:proofErr w:type="gramStart"/>
      <w:r w:rsidRPr="00FF799F">
        <w:rPr>
          <w:rFonts w:cs="Times New Roman"/>
          <w:sz w:val="28"/>
          <w:szCs w:val="28"/>
        </w:rPr>
        <w:t>identificarea</w:t>
      </w:r>
      <w:proofErr w:type="spellEnd"/>
      <w:proofErr w:type="gram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semnelor</w:t>
      </w:r>
      <w:proofErr w:type="spellEnd"/>
      <w:r w:rsidRPr="00FF799F">
        <w:rPr>
          <w:rFonts w:cs="Times New Roman"/>
          <w:sz w:val="28"/>
          <w:szCs w:val="28"/>
        </w:rPr>
        <w:t xml:space="preserve"> de </w:t>
      </w:r>
      <w:proofErr w:type="spellStart"/>
      <w:r w:rsidRPr="00FF799F">
        <w:rPr>
          <w:rFonts w:cs="Times New Roman"/>
          <w:sz w:val="28"/>
          <w:szCs w:val="28"/>
        </w:rPr>
        <w:t>abuz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neglijare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depresie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sau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deteriorare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cognitivă</w:t>
      </w:r>
      <w:proofErr w:type="spellEnd"/>
      <w:r w:rsidRPr="00FF799F">
        <w:rPr>
          <w:rFonts w:cs="Times New Roman"/>
          <w:sz w:val="28"/>
          <w:szCs w:val="28"/>
        </w:rPr>
        <w:t xml:space="preserve">; </w:t>
      </w:r>
      <w:proofErr w:type="spellStart"/>
      <w:r w:rsidRPr="00FF799F">
        <w:rPr>
          <w:rFonts w:cs="Times New Roman"/>
          <w:sz w:val="28"/>
          <w:szCs w:val="28"/>
        </w:rPr>
        <w:t>semnalare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referire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către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profesioniștii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competenți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și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proceduri</w:t>
      </w:r>
      <w:proofErr w:type="spellEnd"/>
      <w:r w:rsidRPr="00FF799F">
        <w:rPr>
          <w:rFonts w:cs="Times New Roman"/>
          <w:sz w:val="28"/>
          <w:szCs w:val="28"/>
        </w:rPr>
        <w:t xml:space="preserve"> de </w:t>
      </w:r>
      <w:proofErr w:type="spellStart"/>
      <w:r w:rsidRPr="00FF799F">
        <w:rPr>
          <w:rFonts w:cs="Times New Roman"/>
          <w:sz w:val="28"/>
          <w:szCs w:val="28"/>
        </w:rPr>
        <w:t>urgență</w:t>
      </w:r>
      <w:proofErr w:type="spellEnd"/>
      <w:r w:rsidRPr="00FF799F">
        <w:rPr>
          <w:rFonts w:cs="Times New Roman"/>
          <w:sz w:val="28"/>
          <w:szCs w:val="28"/>
        </w:rPr>
        <w:t>.</w:t>
      </w:r>
    </w:p>
    <w:p w:rsidR="00FF799F" w:rsidRPr="00FF799F" w:rsidRDefault="00FF799F" w:rsidP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b/>
          <w:sz w:val="28"/>
          <w:szCs w:val="28"/>
        </w:rPr>
        <w:t xml:space="preserve">7. </w:t>
      </w:r>
      <w:proofErr w:type="spellStart"/>
      <w:r w:rsidRPr="00FF799F">
        <w:rPr>
          <w:rFonts w:cs="Times New Roman"/>
          <w:b/>
          <w:sz w:val="28"/>
          <w:szCs w:val="28"/>
        </w:rPr>
        <w:t>Relația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cu </w:t>
      </w:r>
      <w:proofErr w:type="spellStart"/>
      <w:r w:rsidRPr="00FF799F">
        <w:rPr>
          <w:rFonts w:cs="Times New Roman"/>
          <w:b/>
          <w:sz w:val="28"/>
          <w:szCs w:val="28"/>
        </w:rPr>
        <w:t>familia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și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echipa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de </w:t>
      </w:r>
      <w:proofErr w:type="spellStart"/>
      <w:r w:rsidRPr="00FF799F">
        <w:rPr>
          <w:rFonts w:cs="Times New Roman"/>
          <w:b/>
          <w:sz w:val="28"/>
          <w:szCs w:val="28"/>
        </w:rPr>
        <w:t>îngrijire</w:t>
      </w:r>
      <w:proofErr w:type="spellEnd"/>
    </w:p>
    <w:p w:rsidR="00FF799F" w:rsidRPr="00FF799F" w:rsidRDefault="00FF799F" w:rsidP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 xml:space="preserve">   </w:t>
      </w:r>
      <w:proofErr w:type="spellStart"/>
      <w:proofErr w:type="gramStart"/>
      <w:r w:rsidRPr="00FF799F">
        <w:rPr>
          <w:rFonts w:cs="Times New Roman"/>
          <w:sz w:val="28"/>
          <w:szCs w:val="28"/>
        </w:rPr>
        <w:t>comunicare</w:t>
      </w:r>
      <w:proofErr w:type="spellEnd"/>
      <w:proofErr w:type="gram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profesională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gestionarea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conflictelor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cooperare</w:t>
      </w:r>
      <w:proofErr w:type="spellEnd"/>
      <w:r w:rsidRPr="00FF799F">
        <w:rPr>
          <w:rFonts w:cs="Times New Roman"/>
          <w:sz w:val="28"/>
          <w:szCs w:val="28"/>
        </w:rPr>
        <w:t xml:space="preserve"> cu </w:t>
      </w:r>
      <w:proofErr w:type="spellStart"/>
      <w:r w:rsidRPr="00FF799F">
        <w:rPr>
          <w:rFonts w:cs="Times New Roman"/>
          <w:sz w:val="28"/>
          <w:szCs w:val="28"/>
        </w:rPr>
        <w:t>asistentul</w:t>
      </w:r>
      <w:proofErr w:type="spellEnd"/>
      <w:r w:rsidRPr="00FF799F">
        <w:rPr>
          <w:rFonts w:cs="Times New Roman"/>
          <w:sz w:val="28"/>
          <w:szCs w:val="28"/>
        </w:rPr>
        <w:t xml:space="preserve"> social, </w:t>
      </w:r>
      <w:proofErr w:type="spellStart"/>
      <w:r w:rsidRPr="00FF799F">
        <w:rPr>
          <w:rFonts w:cs="Times New Roman"/>
          <w:sz w:val="28"/>
          <w:szCs w:val="28"/>
        </w:rPr>
        <w:t>asistentul</w:t>
      </w:r>
      <w:proofErr w:type="spellEnd"/>
      <w:r w:rsidRPr="00FF799F">
        <w:rPr>
          <w:rFonts w:cs="Times New Roman"/>
          <w:sz w:val="28"/>
          <w:szCs w:val="28"/>
        </w:rPr>
        <w:t xml:space="preserve"> medical </w:t>
      </w:r>
      <w:proofErr w:type="spellStart"/>
      <w:r w:rsidRPr="00FF799F">
        <w:rPr>
          <w:rFonts w:cs="Times New Roman"/>
          <w:sz w:val="28"/>
          <w:szCs w:val="28"/>
        </w:rPr>
        <w:t>și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coordonatorul</w:t>
      </w:r>
      <w:proofErr w:type="spellEnd"/>
      <w:r w:rsidRPr="00FF799F">
        <w:rPr>
          <w:rFonts w:cs="Times New Roman"/>
          <w:sz w:val="28"/>
          <w:szCs w:val="28"/>
        </w:rPr>
        <w:t xml:space="preserve"> UID.</w:t>
      </w:r>
    </w:p>
    <w:p w:rsidR="00FF799F" w:rsidRPr="00FF799F" w:rsidRDefault="00FF799F" w:rsidP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b/>
          <w:sz w:val="28"/>
          <w:szCs w:val="28"/>
        </w:rPr>
        <w:t xml:space="preserve">8. </w:t>
      </w:r>
      <w:proofErr w:type="spellStart"/>
      <w:r w:rsidRPr="00FF799F">
        <w:rPr>
          <w:rFonts w:cs="Times New Roman"/>
          <w:b/>
          <w:sz w:val="28"/>
          <w:szCs w:val="28"/>
        </w:rPr>
        <w:t>Etică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și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deontologie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profesională</w:t>
      </w:r>
      <w:proofErr w:type="spellEnd"/>
    </w:p>
    <w:p w:rsidR="00FF799F" w:rsidRPr="00FF799F" w:rsidRDefault="00FF799F" w:rsidP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 xml:space="preserve">   </w:t>
      </w:r>
      <w:proofErr w:type="spellStart"/>
      <w:proofErr w:type="gramStart"/>
      <w:r w:rsidRPr="00FF799F">
        <w:rPr>
          <w:rFonts w:cs="Times New Roman"/>
          <w:sz w:val="28"/>
          <w:szCs w:val="28"/>
        </w:rPr>
        <w:t>consimțământ</w:t>
      </w:r>
      <w:proofErr w:type="spellEnd"/>
      <w:proofErr w:type="gram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informat</w:t>
      </w:r>
      <w:proofErr w:type="spellEnd"/>
      <w:r w:rsidRPr="00FF799F">
        <w:rPr>
          <w:rFonts w:cs="Times New Roman"/>
          <w:sz w:val="28"/>
          <w:szCs w:val="28"/>
        </w:rPr>
        <w:t xml:space="preserve">, secret </w:t>
      </w:r>
      <w:proofErr w:type="spellStart"/>
      <w:r w:rsidRPr="00FF799F">
        <w:rPr>
          <w:rFonts w:cs="Times New Roman"/>
          <w:sz w:val="28"/>
          <w:szCs w:val="28"/>
        </w:rPr>
        <w:t>profesional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limitele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competenței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evitarea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relațiilor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duale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și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conflictelor</w:t>
      </w:r>
      <w:proofErr w:type="spellEnd"/>
      <w:r w:rsidRPr="00FF799F">
        <w:rPr>
          <w:rFonts w:cs="Times New Roman"/>
          <w:sz w:val="28"/>
          <w:szCs w:val="28"/>
        </w:rPr>
        <w:t xml:space="preserve"> de </w:t>
      </w:r>
      <w:proofErr w:type="spellStart"/>
      <w:r w:rsidRPr="00FF799F">
        <w:rPr>
          <w:rFonts w:cs="Times New Roman"/>
          <w:sz w:val="28"/>
          <w:szCs w:val="28"/>
        </w:rPr>
        <w:t>interese</w:t>
      </w:r>
      <w:proofErr w:type="spellEnd"/>
      <w:r w:rsidRPr="00FF799F">
        <w:rPr>
          <w:rFonts w:cs="Times New Roman"/>
          <w:sz w:val="28"/>
          <w:szCs w:val="28"/>
        </w:rPr>
        <w:t>.</w:t>
      </w:r>
    </w:p>
    <w:p w:rsidR="00FF799F" w:rsidRPr="00FF799F" w:rsidRDefault="00FF799F" w:rsidP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b/>
          <w:sz w:val="28"/>
          <w:szCs w:val="28"/>
        </w:rPr>
        <w:t xml:space="preserve">9. </w:t>
      </w:r>
      <w:proofErr w:type="spellStart"/>
      <w:r w:rsidRPr="00FF799F">
        <w:rPr>
          <w:rFonts w:cs="Times New Roman"/>
          <w:b/>
          <w:sz w:val="28"/>
          <w:szCs w:val="28"/>
        </w:rPr>
        <w:t>Protecția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datelor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și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documentele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specifice</w:t>
      </w:r>
      <w:proofErr w:type="spellEnd"/>
    </w:p>
    <w:p w:rsidR="00FF799F" w:rsidRPr="00FF799F" w:rsidRDefault="00FF799F" w:rsidP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 xml:space="preserve">   </w:t>
      </w:r>
      <w:proofErr w:type="gramStart"/>
      <w:r w:rsidRPr="00FF799F">
        <w:rPr>
          <w:rFonts w:cs="Times New Roman"/>
          <w:sz w:val="28"/>
          <w:szCs w:val="28"/>
        </w:rPr>
        <w:t>date</w:t>
      </w:r>
      <w:proofErr w:type="gram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sensibile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acces</w:t>
      </w:r>
      <w:proofErr w:type="spellEnd"/>
      <w:r w:rsidRPr="00FF799F">
        <w:rPr>
          <w:rFonts w:cs="Times New Roman"/>
          <w:sz w:val="28"/>
          <w:szCs w:val="28"/>
        </w:rPr>
        <w:t xml:space="preserve"> la </w:t>
      </w:r>
      <w:proofErr w:type="spellStart"/>
      <w:r w:rsidRPr="00FF799F">
        <w:rPr>
          <w:rFonts w:cs="Times New Roman"/>
          <w:sz w:val="28"/>
          <w:szCs w:val="28"/>
        </w:rPr>
        <w:t>informații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păstrarea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documentelor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raportarea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activității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fără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divulgarea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informațiilor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confidențiale</w:t>
      </w:r>
      <w:proofErr w:type="spellEnd"/>
      <w:r w:rsidRPr="00FF799F">
        <w:rPr>
          <w:rFonts w:cs="Times New Roman"/>
          <w:sz w:val="28"/>
          <w:szCs w:val="28"/>
        </w:rPr>
        <w:t>.</w:t>
      </w:r>
    </w:p>
    <w:p w:rsidR="00FF799F" w:rsidRPr="00FF799F" w:rsidRDefault="00FF799F" w:rsidP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b/>
          <w:sz w:val="28"/>
          <w:szCs w:val="28"/>
        </w:rPr>
        <w:t xml:space="preserve">10. </w:t>
      </w:r>
      <w:proofErr w:type="spellStart"/>
      <w:r w:rsidRPr="00FF799F">
        <w:rPr>
          <w:rFonts w:cs="Times New Roman"/>
          <w:b/>
          <w:sz w:val="28"/>
          <w:szCs w:val="28"/>
        </w:rPr>
        <w:t>Organizarea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b/>
          <w:sz w:val="28"/>
          <w:szCs w:val="28"/>
        </w:rPr>
        <w:t>serviciilor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de </w:t>
      </w:r>
      <w:proofErr w:type="spellStart"/>
      <w:r w:rsidRPr="00FF799F">
        <w:rPr>
          <w:rFonts w:cs="Times New Roman"/>
          <w:b/>
          <w:sz w:val="28"/>
          <w:szCs w:val="28"/>
        </w:rPr>
        <w:t>îngrijire</w:t>
      </w:r>
      <w:proofErr w:type="spellEnd"/>
      <w:r w:rsidRPr="00FF799F">
        <w:rPr>
          <w:rFonts w:cs="Times New Roman"/>
          <w:b/>
          <w:sz w:val="28"/>
          <w:szCs w:val="28"/>
        </w:rPr>
        <w:t xml:space="preserve"> la </w:t>
      </w:r>
      <w:proofErr w:type="spellStart"/>
      <w:r w:rsidRPr="00FF799F">
        <w:rPr>
          <w:rFonts w:cs="Times New Roman"/>
          <w:b/>
          <w:sz w:val="28"/>
          <w:szCs w:val="28"/>
        </w:rPr>
        <w:t>domiciliu</w:t>
      </w:r>
      <w:proofErr w:type="spellEnd"/>
    </w:p>
    <w:p w:rsidR="00FF799F" w:rsidRPr="00FF799F" w:rsidRDefault="00FF799F" w:rsidP="00FF799F">
      <w:pPr>
        <w:rPr>
          <w:rFonts w:cs="Times New Roman"/>
          <w:sz w:val="28"/>
          <w:szCs w:val="28"/>
        </w:rPr>
      </w:pPr>
      <w:r w:rsidRPr="00FF799F">
        <w:rPr>
          <w:rFonts w:cs="Times New Roman"/>
          <w:sz w:val="28"/>
          <w:szCs w:val="28"/>
        </w:rPr>
        <w:t xml:space="preserve">   </w:t>
      </w:r>
      <w:proofErr w:type="spellStart"/>
      <w:proofErr w:type="gramStart"/>
      <w:r w:rsidRPr="00FF799F">
        <w:rPr>
          <w:rFonts w:cs="Times New Roman"/>
          <w:sz w:val="28"/>
          <w:szCs w:val="28"/>
        </w:rPr>
        <w:t>standardele</w:t>
      </w:r>
      <w:proofErr w:type="spellEnd"/>
      <w:proofErr w:type="gramEnd"/>
      <w:r w:rsidRPr="00FF799F">
        <w:rPr>
          <w:rFonts w:cs="Times New Roman"/>
          <w:sz w:val="28"/>
          <w:szCs w:val="28"/>
        </w:rPr>
        <w:t xml:space="preserve"> de </w:t>
      </w:r>
      <w:proofErr w:type="spellStart"/>
      <w:r w:rsidRPr="00FF799F">
        <w:rPr>
          <w:rFonts w:cs="Times New Roman"/>
          <w:sz w:val="28"/>
          <w:szCs w:val="28"/>
        </w:rPr>
        <w:t>calitate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drepturile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beneficiarilor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sesizări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și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reclamații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continuitatea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și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calitatea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serviciilor</w:t>
      </w:r>
      <w:proofErr w:type="spellEnd"/>
      <w:r w:rsidRPr="00FF799F">
        <w:rPr>
          <w:rFonts w:cs="Times New Roman"/>
          <w:sz w:val="28"/>
          <w:szCs w:val="28"/>
        </w:rPr>
        <w:t>.</w:t>
      </w:r>
    </w:p>
    <w:p w:rsidR="00FF799F" w:rsidRPr="00FF799F" w:rsidRDefault="00FF799F" w:rsidP="00FF799F">
      <w:pPr>
        <w:spacing w:before="240"/>
        <w:rPr>
          <w:rFonts w:cs="Times New Roman"/>
          <w:sz w:val="28"/>
          <w:szCs w:val="28"/>
        </w:rPr>
      </w:pPr>
      <w:r w:rsidRPr="00FF799F">
        <w:rPr>
          <w:rFonts w:cs="Times New Roman"/>
          <w:b/>
          <w:sz w:val="28"/>
          <w:szCs w:val="28"/>
        </w:rPr>
        <w:t>III. PRECIZĂRI PRIVIND EXAMINAREA</w:t>
      </w:r>
    </w:p>
    <w:p w:rsidR="00FF799F" w:rsidRPr="00FF799F" w:rsidRDefault="00FF799F" w:rsidP="00FF799F">
      <w:pPr>
        <w:rPr>
          <w:rFonts w:cs="Times New Roman"/>
          <w:sz w:val="28"/>
          <w:szCs w:val="28"/>
        </w:rPr>
      </w:pPr>
      <w:proofErr w:type="spellStart"/>
      <w:r w:rsidRPr="00FF799F">
        <w:rPr>
          <w:rFonts w:cs="Times New Roman"/>
          <w:sz w:val="28"/>
          <w:szCs w:val="28"/>
        </w:rPr>
        <w:t>Bibliografia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și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tematica</w:t>
      </w:r>
      <w:proofErr w:type="spellEnd"/>
      <w:r w:rsidRPr="00FF799F">
        <w:rPr>
          <w:rFonts w:cs="Times New Roman"/>
          <w:sz w:val="28"/>
          <w:szCs w:val="28"/>
        </w:rPr>
        <w:t xml:space="preserve"> se </w:t>
      </w:r>
      <w:proofErr w:type="spellStart"/>
      <w:r w:rsidRPr="00FF799F">
        <w:rPr>
          <w:rFonts w:cs="Times New Roman"/>
          <w:sz w:val="28"/>
          <w:szCs w:val="28"/>
        </w:rPr>
        <w:t>aplică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probei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scrise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și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interviului</w:t>
      </w:r>
      <w:proofErr w:type="spellEnd"/>
      <w:r w:rsidRPr="00FF799F">
        <w:rPr>
          <w:rFonts w:cs="Times New Roman"/>
          <w:sz w:val="28"/>
          <w:szCs w:val="28"/>
        </w:rPr>
        <w:t xml:space="preserve">, conform </w:t>
      </w:r>
      <w:proofErr w:type="spellStart"/>
      <w:r w:rsidRPr="00FF799F">
        <w:rPr>
          <w:rFonts w:cs="Times New Roman"/>
          <w:sz w:val="28"/>
          <w:szCs w:val="28"/>
        </w:rPr>
        <w:t>anunțului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și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procedurii</w:t>
      </w:r>
      <w:proofErr w:type="spellEnd"/>
      <w:r w:rsidRPr="00FF799F">
        <w:rPr>
          <w:rFonts w:cs="Times New Roman"/>
          <w:sz w:val="28"/>
          <w:szCs w:val="28"/>
        </w:rPr>
        <w:t xml:space="preserve"> de </w:t>
      </w:r>
      <w:proofErr w:type="spellStart"/>
      <w:r w:rsidRPr="00FF799F">
        <w:rPr>
          <w:rFonts w:cs="Times New Roman"/>
          <w:sz w:val="28"/>
          <w:szCs w:val="28"/>
        </w:rPr>
        <w:t>recrutare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și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selecție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aprobate</w:t>
      </w:r>
      <w:proofErr w:type="spellEnd"/>
      <w:r w:rsidRPr="00FF799F">
        <w:rPr>
          <w:rFonts w:cs="Times New Roman"/>
          <w:sz w:val="28"/>
          <w:szCs w:val="28"/>
        </w:rPr>
        <w:t xml:space="preserve">. </w:t>
      </w:r>
      <w:proofErr w:type="spellStart"/>
      <w:r w:rsidRPr="00FF799F">
        <w:rPr>
          <w:rFonts w:cs="Times New Roman"/>
          <w:sz w:val="28"/>
          <w:szCs w:val="28"/>
        </w:rPr>
        <w:t>Subiectele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vor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fi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stabilite</w:t>
      </w:r>
      <w:proofErr w:type="spellEnd"/>
      <w:r w:rsidRPr="00FF799F">
        <w:rPr>
          <w:rFonts w:cs="Times New Roman"/>
          <w:sz w:val="28"/>
          <w:szCs w:val="28"/>
        </w:rPr>
        <w:t xml:space="preserve"> de </w:t>
      </w:r>
      <w:proofErr w:type="spellStart"/>
      <w:r w:rsidRPr="00FF799F">
        <w:rPr>
          <w:rFonts w:cs="Times New Roman"/>
          <w:sz w:val="28"/>
          <w:szCs w:val="28"/>
        </w:rPr>
        <w:t>comisia</w:t>
      </w:r>
      <w:proofErr w:type="spellEnd"/>
      <w:r w:rsidRPr="00FF799F">
        <w:rPr>
          <w:rFonts w:cs="Times New Roman"/>
          <w:sz w:val="28"/>
          <w:szCs w:val="28"/>
        </w:rPr>
        <w:t xml:space="preserve"> de concurs </w:t>
      </w:r>
      <w:proofErr w:type="spellStart"/>
      <w:r w:rsidRPr="00FF799F">
        <w:rPr>
          <w:rFonts w:cs="Times New Roman"/>
          <w:sz w:val="28"/>
          <w:szCs w:val="28"/>
        </w:rPr>
        <w:t>pe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baza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prezentului</w:t>
      </w:r>
      <w:proofErr w:type="spellEnd"/>
      <w:r w:rsidRPr="00FF799F">
        <w:rPr>
          <w:rFonts w:cs="Times New Roman"/>
          <w:sz w:val="28"/>
          <w:szCs w:val="28"/>
        </w:rPr>
        <w:t xml:space="preserve"> document </w:t>
      </w:r>
      <w:proofErr w:type="spellStart"/>
      <w:r w:rsidRPr="00FF799F">
        <w:rPr>
          <w:rFonts w:cs="Times New Roman"/>
          <w:sz w:val="28"/>
          <w:szCs w:val="28"/>
        </w:rPr>
        <w:t>și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gramStart"/>
      <w:r w:rsidRPr="00FF799F">
        <w:rPr>
          <w:rFonts w:cs="Times New Roman"/>
          <w:sz w:val="28"/>
          <w:szCs w:val="28"/>
        </w:rPr>
        <w:t>a</w:t>
      </w:r>
      <w:proofErr w:type="gram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atribuțiilor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postului</w:t>
      </w:r>
      <w:proofErr w:type="spellEnd"/>
      <w:r w:rsidRPr="00FF799F">
        <w:rPr>
          <w:rFonts w:cs="Times New Roman"/>
          <w:sz w:val="28"/>
          <w:szCs w:val="28"/>
        </w:rPr>
        <w:t>.</w:t>
      </w:r>
    </w:p>
    <w:p w:rsidR="00FF799F" w:rsidRPr="00FF799F" w:rsidRDefault="00FF799F" w:rsidP="00FF799F">
      <w:pPr>
        <w:rPr>
          <w:rFonts w:cs="Times New Roman"/>
          <w:sz w:val="28"/>
          <w:szCs w:val="28"/>
        </w:rPr>
      </w:pPr>
      <w:proofErr w:type="spellStart"/>
      <w:proofErr w:type="gramStart"/>
      <w:r w:rsidRPr="00FF799F">
        <w:rPr>
          <w:rFonts w:cs="Times New Roman"/>
          <w:sz w:val="28"/>
          <w:szCs w:val="28"/>
        </w:rPr>
        <w:lastRenderedPageBreak/>
        <w:t>Actele</w:t>
      </w:r>
      <w:proofErr w:type="spellEnd"/>
      <w:r w:rsidRPr="00FF799F">
        <w:rPr>
          <w:rFonts w:cs="Times New Roman"/>
          <w:sz w:val="28"/>
          <w:szCs w:val="28"/>
        </w:rPr>
        <w:t xml:space="preserve"> normative se </w:t>
      </w:r>
      <w:proofErr w:type="spellStart"/>
      <w:r w:rsidRPr="00FF799F">
        <w:rPr>
          <w:rFonts w:cs="Times New Roman"/>
          <w:sz w:val="28"/>
          <w:szCs w:val="28"/>
        </w:rPr>
        <w:t>studiază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în</w:t>
      </w:r>
      <w:proofErr w:type="spellEnd"/>
      <w:r w:rsidRPr="00FF799F">
        <w:rPr>
          <w:rFonts w:cs="Times New Roman"/>
          <w:sz w:val="28"/>
          <w:szCs w:val="28"/>
        </w:rPr>
        <w:t xml:space="preserve"> forma </w:t>
      </w:r>
      <w:proofErr w:type="spellStart"/>
      <w:r w:rsidRPr="00FF799F">
        <w:rPr>
          <w:rFonts w:cs="Times New Roman"/>
          <w:sz w:val="28"/>
          <w:szCs w:val="28"/>
        </w:rPr>
        <w:t>în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vigoare</w:t>
      </w:r>
      <w:proofErr w:type="spellEnd"/>
      <w:r w:rsidRPr="00FF799F">
        <w:rPr>
          <w:rFonts w:cs="Times New Roman"/>
          <w:sz w:val="28"/>
          <w:szCs w:val="28"/>
        </w:rPr>
        <w:t xml:space="preserve"> la data </w:t>
      </w:r>
      <w:proofErr w:type="spellStart"/>
      <w:r w:rsidRPr="00FF799F">
        <w:rPr>
          <w:rFonts w:cs="Times New Roman"/>
          <w:sz w:val="28"/>
          <w:szCs w:val="28"/>
        </w:rPr>
        <w:t>concursului</w:t>
      </w:r>
      <w:proofErr w:type="spellEnd"/>
      <w:r w:rsidRPr="00FF799F">
        <w:rPr>
          <w:rFonts w:cs="Times New Roman"/>
          <w:sz w:val="28"/>
          <w:szCs w:val="28"/>
        </w:rPr>
        <w:t>.</w:t>
      </w:r>
      <w:proofErr w:type="gram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Documentele</w:t>
      </w:r>
      <w:proofErr w:type="spellEnd"/>
      <w:r w:rsidRPr="00FF799F">
        <w:rPr>
          <w:rFonts w:cs="Times New Roman"/>
          <w:sz w:val="28"/>
          <w:szCs w:val="28"/>
        </w:rPr>
        <w:t xml:space="preserve"> interne indicate la pct. 8–9 </w:t>
      </w:r>
      <w:proofErr w:type="spellStart"/>
      <w:r w:rsidRPr="00FF799F">
        <w:rPr>
          <w:rFonts w:cs="Times New Roman"/>
          <w:sz w:val="28"/>
          <w:szCs w:val="28"/>
        </w:rPr>
        <w:t>vor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fi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puse</w:t>
      </w:r>
      <w:proofErr w:type="spellEnd"/>
      <w:r w:rsidRPr="00FF799F">
        <w:rPr>
          <w:rFonts w:cs="Times New Roman"/>
          <w:sz w:val="28"/>
          <w:szCs w:val="28"/>
        </w:rPr>
        <w:t xml:space="preserve"> la </w:t>
      </w:r>
      <w:proofErr w:type="spellStart"/>
      <w:r w:rsidRPr="00FF799F">
        <w:rPr>
          <w:rFonts w:cs="Times New Roman"/>
          <w:sz w:val="28"/>
          <w:szCs w:val="28"/>
        </w:rPr>
        <w:t>dispoziția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candidaților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în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condiții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egale</w:t>
      </w:r>
      <w:proofErr w:type="spellEnd"/>
      <w:r w:rsidRPr="00FF799F">
        <w:rPr>
          <w:rFonts w:cs="Times New Roman"/>
          <w:sz w:val="28"/>
          <w:szCs w:val="28"/>
        </w:rPr>
        <w:t xml:space="preserve">, </w:t>
      </w:r>
      <w:proofErr w:type="spellStart"/>
      <w:r w:rsidRPr="00FF799F">
        <w:rPr>
          <w:rFonts w:cs="Times New Roman"/>
          <w:sz w:val="28"/>
          <w:szCs w:val="28"/>
        </w:rPr>
        <w:t>înainte</w:t>
      </w:r>
      <w:proofErr w:type="spellEnd"/>
      <w:r w:rsidRPr="00FF799F">
        <w:rPr>
          <w:rFonts w:cs="Times New Roman"/>
          <w:sz w:val="28"/>
          <w:szCs w:val="28"/>
        </w:rPr>
        <w:t xml:space="preserve"> de probe.</w:t>
      </w:r>
    </w:p>
    <w:p w:rsidR="00FF799F" w:rsidRPr="00FF799F" w:rsidRDefault="00FF799F" w:rsidP="00FF799F">
      <w:pPr>
        <w:rPr>
          <w:rFonts w:cs="Times New Roman"/>
          <w:sz w:val="28"/>
          <w:szCs w:val="28"/>
        </w:rPr>
      </w:pPr>
      <w:proofErr w:type="spellStart"/>
      <w:r w:rsidRPr="00FF799F">
        <w:rPr>
          <w:rFonts w:cs="Times New Roman"/>
          <w:sz w:val="28"/>
          <w:szCs w:val="28"/>
        </w:rPr>
        <w:t>Notă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pentru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aprobare</w:t>
      </w:r>
      <w:proofErr w:type="spellEnd"/>
      <w:r w:rsidRPr="00FF799F">
        <w:rPr>
          <w:rFonts w:cs="Times New Roman"/>
          <w:sz w:val="28"/>
          <w:szCs w:val="28"/>
        </w:rPr>
        <w:t xml:space="preserve">: se </w:t>
      </w:r>
      <w:proofErr w:type="spellStart"/>
      <w:r w:rsidRPr="00FF799F">
        <w:rPr>
          <w:rFonts w:cs="Times New Roman"/>
          <w:sz w:val="28"/>
          <w:szCs w:val="28"/>
        </w:rPr>
        <w:t>verifică</w:t>
      </w:r>
      <w:proofErr w:type="spellEnd"/>
      <w:r w:rsidRPr="00FF799F">
        <w:rPr>
          <w:rFonts w:cs="Times New Roman"/>
          <w:sz w:val="28"/>
          <w:szCs w:val="28"/>
        </w:rPr>
        <w:t xml:space="preserve"> forma </w:t>
      </w:r>
      <w:proofErr w:type="spellStart"/>
      <w:r w:rsidRPr="00FF799F">
        <w:rPr>
          <w:rFonts w:cs="Times New Roman"/>
          <w:sz w:val="28"/>
          <w:szCs w:val="28"/>
        </w:rPr>
        <w:t>consolidată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gramStart"/>
      <w:r w:rsidRPr="00FF799F">
        <w:rPr>
          <w:rFonts w:cs="Times New Roman"/>
          <w:sz w:val="28"/>
          <w:szCs w:val="28"/>
        </w:rPr>
        <w:t>a</w:t>
      </w:r>
      <w:proofErr w:type="gram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actelor</w:t>
      </w:r>
      <w:proofErr w:type="spellEnd"/>
      <w:r w:rsidRPr="00FF799F">
        <w:rPr>
          <w:rFonts w:cs="Times New Roman"/>
          <w:sz w:val="28"/>
          <w:szCs w:val="28"/>
        </w:rPr>
        <w:t xml:space="preserve"> normative, </w:t>
      </w:r>
      <w:proofErr w:type="spellStart"/>
      <w:r w:rsidRPr="00FF799F">
        <w:rPr>
          <w:rFonts w:cs="Times New Roman"/>
          <w:sz w:val="28"/>
          <w:szCs w:val="28"/>
        </w:rPr>
        <w:t>specialitatea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profesională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solicitată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prin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fișa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postului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și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corespondența</w:t>
      </w:r>
      <w:proofErr w:type="spellEnd"/>
      <w:r w:rsidRPr="00FF799F">
        <w:rPr>
          <w:rFonts w:cs="Times New Roman"/>
          <w:sz w:val="28"/>
          <w:szCs w:val="28"/>
        </w:rPr>
        <w:t xml:space="preserve"> cu </w:t>
      </w:r>
      <w:proofErr w:type="spellStart"/>
      <w:r w:rsidRPr="00FF799F">
        <w:rPr>
          <w:rFonts w:cs="Times New Roman"/>
          <w:sz w:val="28"/>
          <w:szCs w:val="28"/>
        </w:rPr>
        <w:t>anunțul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și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procedura</w:t>
      </w:r>
      <w:proofErr w:type="spellEnd"/>
      <w:r w:rsidRPr="00FF799F">
        <w:rPr>
          <w:rFonts w:cs="Times New Roman"/>
          <w:sz w:val="28"/>
          <w:szCs w:val="28"/>
        </w:rPr>
        <w:t xml:space="preserve"> </w:t>
      </w:r>
      <w:proofErr w:type="spellStart"/>
      <w:r w:rsidRPr="00FF799F">
        <w:rPr>
          <w:rFonts w:cs="Times New Roman"/>
          <w:sz w:val="28"/>
          <w:szCs w:val="28"/>
        </w:rPr>
        <w:t>înainte</w:t>
      </w:r>
      <w:proofErr w:type="spellEnd"/>
      <w:r w:rsidRPr="00FF799F">
        <w:rPr>
          <w:rFonts w:cs="Times New Roman"/>
          <w:sz w:val="28"/>
          <w:szCs w:val="28"/>
        </w:rPr>
        <w:t xml:space="preserve"> de </w:t>
      </w:r>
      <w:proofErr w:type="spellStart"/>
      <w:r w:rsidRPr="00FF799F">
        <w:rPr>
          <w:rFonts w:cs="Times New Roman"/>
          <w:sz w:val="28"/>
          <w:szCs w:val="28"/>
        </w:rPr>
        <w:t>publicare</w:t>
      </w:r>
      <w:proofErr w:type="spellEnd"/>
      <w:r w:rsidRPr="00FF799F">
        <w:rPr>
          <w:rFonts w:cs="Times New Roman"/>
          <w:sz w:val="28"/>
          <w:szCs w:val="28"/>
        </w:rPr>
        <w:t>.</w:t>
      </w:r>
    </w:p>
    <w:p w:rsidR="00FF799F" w:rsidRPr="00FF799F" w:rsidRDefault="00FF799F" w:rsidP="00FF799F">
      <w:pPr>
        <w:rPr>
          <w:rFonts w:cs="Times New Roman"/>
          <w:sz w:val="28"/>
          <w:szCs w:val="28"/>
        </w:rPr>
      </w:pPr>
    </w:p>
    <w:p w:rsidR="00FF799F" w:rsidRPr="00FF799F" w:rsidRDefault="00FF799F" w:rsidP="00FF799F">
      <w:pPr>
        <w:rPr>
          <w:rFonts w:cs="Times New Roman"/>
          <w:sz w:val="28"/>
          <w:szCs w:val="28"/>
        </w:rPr>
      </w:pPr>
    </w:p>
    <w:p w:rsidR="00FF799F" w:rsidRPr="00FF799F" w:rsidRDefault="00FF799F">
      <w:pPr>
        <w:rPr>
          <w:rFonts w:cs="Times New Roman"/>
          <w:sz w:val="28"/>
          <w:szCs w:val="28"/>
        </w:rPr>
      </w:pPr>
    </w:p>
    <w:p w:rsidR="00A5753E" w:rsidRDefault="00A5753E"/>
    <w:p w:rsidR="00A5753E" w:rsidRDefault="00FF799F">
      <w:pPr>
        <w:jc w:val="right"/>
      </w:pPr>
      <w:r>
        <w:rPr>
          <w:b/>
        </w:rPr>
        <w:t>PRIMAR,</w:t>
      </w:r>
    </w:p>
    <w:p w:rsidR="00A5753E" w:rsidRDefault="00FF799F">
      <w:pPr>
        <w:jc w:val="right"/>
      </w:pPr>
      <w:r>
        <w:rPr>
          <w:b/>
        </w:rPr>
        <w:t>TAMAȘ CIPRIAN-ROBERT</w:t>
      </w:r>
    </w:p>
    <w:sectPr w:rsidR="00A5753E" w:rsidSect="00034616">
      <w:pgSz w:w="12240" w:h="15840"/>
      <w:pgMar w:top="1134" w:right="1247" w:bottom="1134" w:left="130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2D57B0C"/>
    <w:multiLevelType w:val="hybridMultilevel"/>
    <w:tmpl w:val="C1266F62"/>
    <w:lvl w:ilvl="0" w:tplc="3568296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70E0841"/>
    <w:multiLevelType w:val="hybridMultilevel"/>
    <w:tmpl w:val="46ACCC60"/>
    <w:lvl w:ilvl="0" w:tplc="8702E6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4B6215"/>
    <w:rsid w:val="00A21F32"/>
    <w:rsid w:val="00A5753E"/>
    <w:rsid w:val="00AA1D8D"/>
    <w:rsid w:val="00B47730"/>
    <w:rsid w:val="00CB0664"/>
    <w:rsid w:val="00D54E15"/>
    <w:rsid w:val="00D6627C"/>
    <w:rsid w:val="00FC693F"/>
    <w:rsid w:val="00FF79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F353F2A-FFD9-4491-8F22-47CEBE155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1925</Words>
  <Characters>10978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12878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Loi Dacian</cp:lastModifiedBy>
  <cp:revision>2</cp:revision>
  <dcterms:created xsi:type="dcterms:W3CDTF">2026-10-20T12:50:00Z</dcterms:created>
  <dcterms:modified xsi:type="dcterms:W3CDTF">2026-10-20T12:50:00Z</dcterms:modified>
</cp:coreProperties>
</file>