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330709"/>
    <w:p w14:paraId="204B15B0" w14:textId="0CB94BC2" w:rsidR="00956C0B" w:rsidRDefault="00956C0B" w:rsidP="00956C0B">
      <w:pPr>
        <w:pStyle w:val="Textcomentariu"/>
        <w:rPr>
          <w:rFonts w:ascii="Arial Narrow" w:hAnsi="Arial Narrow" w:cs="Arial Narrow"/>
          <w:sz w:val="16"/>
          <w:szCs w:val="16"/>
          <w:lang w:val="ro-RO"/>
        </w:rPr>
      </w:pPr>
      <w:r>
        <w:rPr>
          <w:noProof/>
        </w:rPr>
        <mc:AlternateContent>
          <mc:Choice Requires="wps">
            <w:drawing>
              <wp:anchor distT="0" distB="0" distL="114298" distR="114298" simplePos="0" relativeHeight="251661312" behindDoc="0" locked="0" layoutInCell="1" allowOverlap="1" wp14:anchorId="0723E05E" wp14:editId="0A196EB8">
                <wp:simplePos x="0" y="0"/>
                <wp:positionH relativeFrom="column">
                  <wp:posOffset>1755774</wp:posOffset>
                </wp:positionH>
                <wp:positionV relativeFrom="paragraph">
                  <wp:posOffset>32385</wp:posOffset>
                </wp:positionV>
                <wp:extent cx="0" cy="856615"/>
                <wp:effectExtent l="0" t="0" r="38100" b="19685"/>
                <wp:wrapNone/>
                <wp:docPr id="4" name="Conector drept cu săgeată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6615"/>
                        </a:xfrm>
                        <a:prstGeom prst="straightConnector1">
                          <a:avLst/>
                        </a:prstGeom>
                        <a:noFill/>
                        <a:ln w="9525">
                          <a:solidFill>
                            <a:srgbClr val="66006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6282EC" id="_x0000_t32" coordsize="21600,21600" o:spt="32" o:oned="t" path="m,l21600,21600e" filled="f">
                <v:path arrowok="t" fillok="f" o:connecttype="none"/>
                <o:lock v:ext="edit" shapetype="t"/>
              </v:shapetype>
              <v:shape id="Conector drept cu săgeată 5" o:spid="_x0000_s1026" type="#_x0000_t32" style="position:absolute;margin-left:138.25pt;margin-top:2.55pt;width:0;height:67.4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" strokecolor="#606"/>
            </w:pict>
          </mc:Fallback>
        </mc:AlternateContent>
      </w: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sidRPr="00B02DC0">
        <w:rPr>
          <w:sz w:val="18"/>
          <w:szCs w:val="18"/>
        </w:rPr>
        <w:t>Inspectoratul Școlar Județean Vaslui</w:t>
      </w:r>
      <w:r>
        <w:rPr>
          <w:rFonts w:ascii="Arial Narrow" w:hAnsi="Arial Narrow" w:cs="Arial Narrow"/>
          <w:sz w:val="16"/>
          <w:szCs w:val="16"/>
          <w:lang w:val="ro-RO"/>
        </w:rPr>
        <w:tab/>
      </w:r>
      <w:r>
        <w:rPr>
          <w:noProof/>
        </w:rPr>
        <w:drawing>
          <wp:anchor distT="0" distB="0" distL="114300" distR="114300" simplePos="0" relativeHeight="251660288" behindDoc="0" locked="0" layoutInCell="1" allowOverlap="1" wp14:anchorId="06632821" wp14:editId="791CC2F8">
            <wp:simplePos x="0" y="0"/>
            <wp:positionH relativeFrom="column">
              <wp:posOffset>-90805</wp:posOffset>
            </wp:positionH>
            <wp:positionV relativeFrom="paragraph">
              <wp:posOffset>-26670</wp:posOffset>
            </wp:positionV>
            <wp:extent cx="1857375" cy="971550"/>
            <wp:effectExtent l="0" t="0" r="0" b="0"/>
            <wp:wrapNone/>
            <wp:docPr id="962782790"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8">
                      <a:extLst>
                        <a:ext uri="{28A0092B-C50C-407E-A947-70E740481C1C}">
                          <a14:useLocalDpi xmlns:a14="http://schemas.microsoft.com/office/drawing/2010/main" val="0"/>
                        </a:ext>
                      </a:extLst>
                    </a:blip>
                    <a:srcRect l="4877" t="16151" b="13539"/>
                    <a:stretch>
                      <a:fillRect/>
                    </a:stretch>
                  </pic:blipFill>
                  <pic:spPr bwMode="auto">
                    <a:xfrm>
                      <a:off x="0" y="0"/>
                      <a:ext cx="1857375"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8BC7AB" w14:textId="77777777" w:rsidR="00956C0B" w:rsidRDefault="00956C0B" w:rsidP="00956C0B">
      <w:pPr>
        <w:pStyle w:val="Textcomentariu"/>
        <w:rPr>
          <w:rFonts w:ascii="Arial Narrow" w:hAnsi="Arial Narrow" w:cs="Arial Narrow"/>
          <w:sz w:val="16"/>
          <w:szCs w:val="16"/>
          <w:lang w:val="ro-RO"/>
        </w:rPr>
      </w:pP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sidRPr="00B02DC0">
        <w:rPr>
          <w:sz w:val="18"/>
          <w:szCs w:val="18"/>
        </w:rPr>
        <w:t>Școala Gimnazială „Constantin Parfene” Vaslui</w:t>
      </w:r>
      <w:r>
        <w:rPr>
          <w:rFonts w:ascii="Arial Narrow" w:hAnsi="Arial Narrow" w:cs="Arial Narrow"/>
          <w:sz w:val="16"/>
          <w:szCs w:val="16"/>
          <w:lang w:val="ro-RO"/>
        </w:rPr>
        <w:tab/>
      </w:r>
    </w:p>
    <w:p w14:paraId="3C77D6F2" w14:textId="77777777" w:rsidR="00956C0B" w:rsidRDefault="00956C0B" w:rsidP="00956C0B">
      <w:pPr>
        <w:pStyle w:val="Textcomentariu"/>
        <w:rPr>
          <w:rFonts w:ascii="Arial Narrow" w:hAnsi="Arial Narrow" w:cs="Arial Narrow"/>
          <w:sz w:val="16"/>
          <w:szCs w:val="16"/>
          <w:lang w:val="ro-RO"/>
        </w:rPr>
      </w:pP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Pr>
          <w:rFonts w:ascii="Arial Narrow" w:hAnsi="Arial Narrow" w:cs="Arial Narrow"/>
          <w:sz w:val="16"/>
          <w:szCs w:val="16"/>
          <w:lang w:val="ro-RO"/>
        </w:rPr>
        <w:tab/>
      </w:r>
      <w:r w:rsidRPr="00B02DC0">
        <w:rPr>
          <w:sz w:val="18"/>
          <w:szCs w:val="18"/>
        </w:rPr>
        <w:t>Str. Mihail Kogălniceanu Nr. 20</w:t>
      </w:r>
    </w:p>
    <w:p w14:paraId="5C7DC413" w14:textId="77777777" w:rsidR="00956C0B" w:rsidRPr="008A0319" w:rsidRDefault="00956C0B" w:rsidP="00956C0B">
      <w:pPr>
        <w:pStyle w:val="Frspaiere"/>
        <w:ind w:left="2160" w:firstLine="720"/>
        <w:rPr>
          <w:rFonts w:ascii="Times New Roman" w:hAnsi="Times New Roman"/>
          <w:sz w:val="18"/>
          <w:szCs w:val="18"/>
          <w:lang w:val="it-IT"/>
        </w:rPr>
      </w:pPr>
      <w:r w:rsidRPr="008A0319">
        <w:rPr>
          <w:rFonts w:ascii="Times New Roman" w:hAnsi="Times New Roman"/>
          <w:sz w:val="18"/>
          <w:szCs w:val="18"/>
          <w:lang w:val="it-IT"/>
        </w:rPr>
        <w:t>Tel/fax: 0235 312402</w:t>
      </w:r>
    </w:p>
    <w:p w14:paraId="5FD7F5A7" w14:textId="77777777" w:rsidR="00956C0B" w:rsidRPr="008A0319" w:rsidRDefault="00956C0B" w:rsidP="00956C0B">
      <w:pPr>
        <w:pStyle w:val="Frspaiere"/>
        <w:ind w:left="2160" w:firstLine="720"/>
        <w:rPr>
          <w:rFonts w:ascii="Times New Roman" w:hAnsi="Times New Roman"/>
          <w:sz w:val="18"/>
          <w:szCs w:val="18"/>
          <w:lang w:val="it-IT"/>
        </w:rPr>
      </w:pPr>
      <w:r w:rsidRPr="008A0319">
        <w:rPr>
          <w:rFonts w:ascii="Times New Roman" w:hAnsi="Times New Roman"/>
          <w:sz w:val="18"/>
          <w:szCs w:val="18"/>
          <w:lang w:val="it-IT"/>
        </w:rPr>
        <w:t>CUI 19801956</w:t>
      </w:r>
    </w:p>
    <w:p w14:paraId="7AF7DEF5" w14:textId="77777777" w:rsidR="00956C0B" w:rsidRPr="008A0319" w:rsidRDefault="00956C0B" w:rsidP="00956C0B">
      <w:pPr>
        <w:pStyle w:val="Frspaiere"/>
        <w:ind w:left="2160" w:firstLine="720"/>
        <w:rPr>
          <w:rFonts w:ascii="Times New Roman" w:hAnsi="Times New Roman"/>
          <w:sz w:val="18"/>
          <w:szCs w:val="18"/>
          <w:lang w:val="it-IT"/>
        </w:rPr>
      </w:pPr>
      <w:hyperlink r:id="rId9" w:history="1">
        <w:r w:rsidRPr="008A0319">
          <w:rPr>
            <w:rStyle w:val="Hyperlink"/>
            <w:rFonts w:ascii="Times New Roman" w:hAnsi="Times New Roman"/>
            <w:sz w:val="18"/>
            <w:szCs w:val="18"/>
            <w:lang w:val="it-IT"/>
          </w:rPr>
          <w:t>scoalacparfenevaslui@yahoo.com</w:t>
        </w:r>
      </w:hyperlink>
    </w:p>
    <w:p w14:paraId="12314E4C" w14:textId="77777777" w:rsidR="00956C0B" w:rsidRPr="008A0319" w:rsidRDefault="00956C0B" w:rsidP="00956C0B">
      <w:pPr>
        <w:pStyle w:val="Frspaiere"/>
        <w:ind w:left="2160" w:firstLine="720"/>
        <w:rPr>
          <w:rFonts w:ascii="Times New Roman" w:hAnsi="Times New Roman"/>
          <w:sz w:val="4"/>
          <w:szCs w:val="4"/>
          <w:lang w:val="it-IT"/>
        </w:rPr>
      </w:pPr>
      <w:hyperlink r:id="rId10" w:history="1">
        <w:r w:rsidRPr="008A0319">
          <w:rPr>
            <w:rStyle w:val="Hyperlink"/>
            <w:rFonts w:ascii="Times New Roman" w:hAnsi="Times New Roman"/>
            <w:sz w:val="18"/>
            <w:szCs w:val="18"/>
            <w:lang w:val="it-IT"/>
          </w:rPr>
          <w:t>www.scoala3cparfenevaslui.ro</w:t>
        </w:r>
      </w:hyperlink>
      <w:r>
        <w:rPr>
          <w:rFonts w:ascii="Arial Narrow" w:hAnsi="Arial Narrow" w:cs="Arial Narrow"/>
          <w:sz w:val="16"/>
          <w:szCs w:val="16"/>
          <w:lang w:val="ro-RO"/>
        </w:rPr>
        <w:br w:type="textWrapping" w:clear="all"/>
      </w:r>
    </w:p>
    <w:p w14:paraId="089585AA" w14:textId="6B521F0F" w:rsidR="00956C0B" w:rsidRPr="0003617C" w:rsidRDefault="00956C0B" w:rsidP="00956C0B">
      <w:pPr>
        <w:pStyle w:val="Antet"/>
        <w:rPr>
          <w:sz w:val="18"/>
          <w:szCs w:val="18"/>
          <w:lang w:val="ro-RO"/>
        </w:rPr>
      </w:pPr>
      <w:r>
        <w:rPr>
          <w:noProof/>
        </w:rPr>
        <mc:AlternateContent>
          <mc:Choice Requires="wps">
            <w:drawing>
              <wp:anchor distT="4294967294" distB="4294967294" distL="114300" distR="114300" simplePos="0" relativeHeight="251659264" behindDoc="0" locked="0" layoutInCell="1" allowOverlap="1" wp14:anchorId="25073363" wp14:editId="4A02DFD7">
                <wp:simplePos x="0" y="0"/>
                <wp:positionH relativeFrom="column">
                  <wp:posOffset>19050</wp:posOffset>
                </wp:positionH>
                <wp:positionV relativeFrom="paragraph">
                  <wp:posOffset>86359</wp:posOffset>
                </wp:positionV>
                <wp:extent cx="6045200" cy="0"/>
                <wp:effectExtent l="0" t="19050" r="31750" b="19050"/>
                <wp:wrapNone/>
                <wp:docPr id="9"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0"/>
                        </a:xfrm>
                        <a:prstGeom prst="line">
                          <a:avLst/>
                        </a:prstGeom>
                        <a:noFill/>
                        <a:ln w="28575" cap="flat" cmpd="dbl" algn="ctr">
                          <a:solidFill>
                            <a:sysClr val="windowText" lastClr="000000">
                              <a:alpha val="69000"/>
                            </a:sysClr>
                          </a:solidFill>
                          <a:prstDash val="solid"/>
                          <a:headEnd w="sm" len="sm"/>
                        </a:ln>
                        <a:effectLst/>
                      </wps:spPr>
                      <wps:bodyPr/>
                    </wps:wsp>
                  </a:graphicData>
                </a:graphic>
                <wp14:sizeRelH relativeFrom="margin">
                  <wp14:pctWidth>0</wp14:pctWidth>
                </wp14:sizeRelH>
                <wp14:sizeRelV relativeFrom="margin">
                  <wp14:pctHeight>0</wp14:pctHeight>
                </wp14:sizeRelV>
              </wp:anchor>
            </w:drawing>
          </mc:Choice>
          <mc:Fallback>
            <w:pict>
              <v:line w14:anchorId="0615CCF1" id="Conector drept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6.8pt" to="47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" strokecolor="windowText" strokeweight="2.25pt">
                <v:stroke startarrowwidth="narrow" startarrowlength="short" opacity="45232f" linestyle="thinThin"/>
                <o:lock v:ext="edit" shapetype="f"/>
              </v:line>
            </w:pict>
          </mc:Fallback>
        </mc:AlternateContent>
      </w:r>
      <w:r w:rsidRPr="0003617C">
        <w:rPr>
          <w:sz w:val="18"/>
          <w:szCs w:val="18"/>
          <w:lang w:val="ro-RO"/>
        </w:rPr>
        <w:t xml:space="preserve">  </w:t>
      </w:r>
    </w:p>
    <w:bookmarkEnd w:id="0"/>
    <w:p w14:paraId="6B358C3E" w14:textId="7C019AD1" w:rsidR="00956C0B" w:rsidRPr="008A0319" w:rsidRDefault="00956C0B" w:rsidP="00956C0B">
      <w:pPr>
        <w:spacing w:after="0"/>
        <w:rPr>
          <w:rFonts w:ascii="Times New Roman" w:hAnsi="Times New Roman"/>
          <w:sz w:val="24"/>
          <w:szCs w:val="24"/>
          <w:lang w:val="it-IT"/>
        </w:rPr>
      </w:pPr>
      <w:r w:rsidRPr="008A0319">
        <w:rPr>
          <w:rFonts w:ascii="Times New Roman" w:hAnsi="Times New Roman"/>
          <w:sz w:val="24"/>
          <w:szCs w:val="24"/>
          <w:lang w:val="it-IT"/>
        </w:rPr>
        <w:t>Nr</w:t>
      </w:r>
      <w:r w:rsidR="009948E6">
        <w:rPr>
          <w:rFonts w:ascii="Times New Roman" w:hAnsi="Times New Roman"/>
          <w:sz w:val="24"/>
          <w:szCs w:val="24"/>
          <w:lang w:val="it-IT"/>
        </w:rPr>
        <w:t>............</w:t>
      </w:r>
    </w:p>
    <w:p w14:paraId="07D90308" w14:textId="60CD437F" w:rsidR="00E55AEF" w:rsidRPr="00FB6DD9" w:rsidRDefault="00FB6DD9" w:rsidP="00C812BD">
      <w:pPr>
        <w:spacing w:after="0"/>
        <w:jc w:val="center"/>
        <w:rPr>
          <w:rFonts w:ascii="Times New Roman" w:hAnsi="Times New Roman" w:cs="Times New Roman"/>
          <w:b/>
          <w:sz w:val="24"/>
          <w:szCs w:val="24"/>
          <w:lang w:val="it-IT"/>
        </w:rPr>
      </w:pPr>
      <w:r w:rsidRPr="00FB6DD9">
        <w:rPr>
          <w:rFonts w:ascii="Times New Roman" w:hAnsi="Times New Roman" w:cs="Times New Roman"/>
          <w:b/>
          <w:bCs/>
          <w:sz w:val="24"/>
          <w:szCs w:val="24"/>
        </w:rPr>
        <w:t>ANUNȚ</w:t>
      </w:r>
      <w:r w:rsidRPr="00FB6DD9">
        <w:rPr>
          <w:rFonts w:ascii="Times New Roman" w:hAnsi="Times New Roman" w:cs="Times New Roman"/>
          <w:b/>
          <w:sz w:val="24"/>
          <w:szCs w:val="24"/>
        </w:rPr>
        <w:br/>
      </w:r>
      <w:proofErr w:type="spellStart"/>
      <w:r w:rsidRPr="00FB6DD9">
        <w:rPr>
          <w:rFonts w:ascii="Times New Roman" w:hAnsi="Times New Roman" w:cs="Times New Roman"/>
          <w:b/>
          <w:bCs/>
          <w:sz w:val="24"/>
          <w:szCs w:val="24"/>
        </w:rPr>
        <w:t>privind</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organizarea</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concursului</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pentru</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ocuparea</w:t>
      </w:r>
      <w:proofErr w:type="spellEnd"/>
      <w:r w:rsidRPr="00FB6DD9">
        <w:rPr>
          <w:rFonts w:ascii="Times New Roman" w:hAnsi="Times New Roman" w:cs="Times New Roman"/>
          <w:b/>
          <w:bCs/>
          <w:sz w:val="24"/>
          <w:szCs w:val="24"/>
        </w:rPr>
        <w:t xml:space="preserve">, pe </w:t>
      </w:r>
      <w:proofErr w:type="spellStart"/>
      <w:r w:rsidRPr="00FB6DD9">
        <w:rPr>
          <w:rFonts w:ascii="Times New Roman" w:hAnsi="Times New Roman" w:cs="Times New Roman"/>
          <w:b/>
          <w:bCs/>
          <w:sz w:val="24"/>
          <w:szCs w:val="24"/>
        </w:rPr>
        <w:t>perioadă</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nedeterminată</w:t>
      </w:r>
      <w:proofErr w:type="spellEnd"/>
      <w:r w:rsidRPr="00FB6DD9">
        <w:rPr>
          <w:rFonts w:ascii="Times New Roman" w:hAnsi="Times New Roman" w:cs="Times New Roman"/>
          <w:b/>
          <w:bCs/>
          <w:sz w:val="24"/>
          <w:szCs w:val="24"/>
        </w:rPr>
        <w:t xml:space="preserve">, a </w:t>
      </w:r>
      <w:proofErr w:type="spellStart"/>
      <w:r w:rsidRPr="00FB6DD9">
        <w:rPr>
          <w:rFonts w:ascii="Times New Roman" w:hAnsi="Times New Roman" w:cs="Times New Roman"/>
          <w:b/>
          <w:bCs/>
          <w:sz w:val="24"/>
          <w:szCs w:val="24"/>
        </w:rPr>
        <w:t>unui</w:t>
      </w:r>
      <w:proofErr w:type="spellEnd"/>
      <w:r w:rsidRPr="00FB6DD9">
        <w:rPr>
          <w:rFonts w:ascii="Times New Roman" w:hAnsi="Times New Roman" w:cs="Times New Roman"/>
          <w:b/>
          <w:bCs/>
          <w:sz w:val="24"/>
          <w:szCs w:val="24"/>
        </w:rPr>
        <w:t xml:space="preserve"> post contractual vacant de </w:t>
      </w:r>
      <w:proofErr w:type="spellStart"/>
      <w:r w:rsidRPr="00FB6DD9">
        <w:rPr>
          <w:rFonts w:ascii="Times New Roman" w:hAnsi="Times New Roman" w:cs="Times New Roman"/>
          <w:b/>
          <w:bCs/>
          <w:sz w:val="24"/>
          <w:szCs w:val="24"/>
        </w:rPr>
        <w:t>execuție</w:t>
      </w:r>
      <w:proofErr w:type="spellEnd"/>
      <w:r w:rsidRPr="00FB6DD9">
        <w:rPr>
          <w:rFonts w:ascii="Times New Roman" w:hAnsi="Times New Roman" w:cs="Times New Roman"/>
          <w:b/>
          <w:sz w:val="24"/>
          <w:szCs w:val="24"/>
        </w:rPr>
        <w:br/>
      </w:r>
      <w:proofErr w:type="spellStart"/>
      <w:r w:rsidRPr="00FB6DD9">
        <w:rPr>
          <w:rFonts w:ascii="Times New Roman" w:hAnsi="Times New Roman" w:cs="Times New Roman"/>
          <w:b/>
          <w:bCs/>
          <w:i/>
          <w:iCs/>
          <w:sz w:val="24"/>
          <w:szCs w:val="24"/>
        </w:rPr>
        <w:t>infirmieră</w:t>
      </w:r>
      <w:proofErr w:type="spellEnd"/>
      <w:r w:rsidRPr="00FB6DD9">
        <w:rPr>
          <w:rFonts w:ascii="Times New Roman" w:hAnsi="Times New Roman" w:cs="Times New Roman"/>
          <w:b/>
          <w:bCs/>
          <w:i/>
          <w:iCs/>
          <w:sz w:val="24"/>
          <w:szCs w:val="24"/>
        </w:rPr>
        <w:t xml:space="preserve"> – personal didactic auxiliar</w:t>
      </w:r>
      <w:r w:rsidRPr="00FB6DD9">
        <w:rPr>
          <w:rFonts w:ascii="Times New Roman" w:hAnsi="Times New Roman" w:cs="Times New Roman"/>
          <w:b/>
          <w:sz w:val="24"/>
          <w:szCs w:val="24"/>
        </w:rPr>
        <w:br/>
      </w:r>
      <w:r w:rsidRPr="00FB6DD9">
        <w:rPr>
          <w:rFonts w:ascii="Times New Roman" w:hAnsi="Times New Roman" w:cs="Times New Roman"/>
          <w:b/>
          <w:bCs/>
          <w:sz w:val="24"/>
          <w:szCs w:val="24"/>
        </w:rPr>
        <w:t xml:space="preserve">la </w:t>
      </w:r>
      <w:proofErr w:type="spellStart"/>
      <w:r w:rsidRPr="00FB6DD9">
        <w:rPr>
          <w:rFonts w:ascii="Times New Roman" w:hAnsi="Times New Roman" w:cs="Times New Roman"/>
          <w:b/>
          <w:bCs/>
          <w:sz w:val="24"/>
          <w:szCs w:val="24"/>
        </w:rPr>
        <w:t>Creșa</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Avântului</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structură</w:t>
      </w:r>
      <w:proofErr w:type="spellEnd"/>
      <w:r w:rsidRPr="00FB6DD9">
        <w:rPr>
          <w:rFonts w:ascii="Times New Roman" w:hAnsi="Times New Roman" w:cs="Times New Roman"/>
          <w:b/>
          <w:bCs/>
          <w:sz w:val="24"/>
          <w:szCs w:val="24"/>
        </w:rPr>
        <w:t xml:space="preserve"> a </w:t>
      </w:r>
      <w:proofErr w:type="spellStart"/>
      <w:r w:rsidRPr="00FB6DD9">
        <w:rPr>
          <w:rFonts w:ascii="Times New Roman" w:hAnsi="Times New Roman" w:cs="Times New Roman"/>
          <w:b/>
          <w:bCs/>
          <w:sz w:val="24"/>
          <w:szCs w:val="24"/>
        </w:rPr>
        <w:t>Școlii</w:t>
      </w:r>
      <w:proofErr w:type="spellEnd"/>
      <w:r w:rsidRPr="00FB6DD9">
        <w:rPr>
          <w:rFonts w:ascii="Times New Roman" w:hAnsi="Times New Roman" w:cs="Times New Roman"/>
          <w:b/>
          <w:bCs/>
          <w:sz w:val="24"/>
          <w:szCs w:val="24"/>
        </w:rPr>
        <w:t xml:space="preserve"> </w:t>
      </w:r>
      <w:proofErr w:type="spellStart"/>
      <w:r w:rsidRPr="00FB6DD9">
        <w:rPr>
          <w:rFonts w:ascii="Times New Roman" w:hAnsi="Times New Roman" w:cs="Times New Roman"/>
          <w:b/>
          <w:bCs/>
          <w:sz w:val="24"/>
          <w:szCs w:val="24"/>
        </w:rPr>
        <w:t>Gimnaziale</w:t>
      </w:r>
      <w:proofErr w:type="spellEnd"/>
      <w:r w:rsidRPr="00FB6DD9">
        <w:rPr>
          <w:rFonts w:ascii="Times New Roman" w:hAnsi="Times New Roman" w:cs="Times New Roman"/>
          <w:b/>
          <w:bCs/>
          <w:sz w:val="24"/>
          <w:szCs w:val="24"/>
        </w:rPr>
        <w:t xml:space="preserve"> „Constantin </w:t>
      </w:r>
      <w:proofErr w:type="spellStart"/>
      <w:r w:rsidRPr="00FB6DD9">
        <w:rPr>
          <w:rFonts w:ascii="Times New Roman" w:hAnsi="Times New Roman" w:cs="Times New Roman"/>
          <w:b/>
          <w:bCs/>
          <w:sz w:val="24"/>
          <w:szCs w:val="24"/>
        </w:rPr>
        <w:t>Parfene</w:t>
      </w:r>
      <w:proofErr w:type="spellEnd"/>
      <w:r w:rsidRPr="00FB6DD9">
        <w:rPr>
          <w:rFonts w:ascii="Times New Roman" w:hAnsi="Times New Roman" w:cs="Times New Roman"/>
          <w:b/>
          <w:bCs/>
          <w:sz w:val="24"/>
          <w:szCs w:val="24"/>
        </w:rPr>
        <w:t>” Vaslui</w:t>
      </w:r>
    </w:p>
    <w:p w14:paraId="13669132" w14:textId="77777777" w:rsidR="00C812BD" w:rsidRPr="008A0319" w:rsidRDefault="00C812BD" w:rsidP="00C812BD">
      <w:pPr>
        <w:spacing w:after="0"/>
        <w:jc w:val="center"/>
        <w:rPr>
          <w:rFonts w:ascii="Times New Roman" w:hAnsi="Times New Roman" w:cs="Times New Roman"/>
          <w:sz w:val="24"/>
          <w:szCs w:val="24"/>
          <w:lang w:val="it-IT"/>
        </w:rPr>
      </w:pPr>
    </w:p>
    <w:p w14:paraId="7D154E5C" w14:textId="35F968D7" w:rsidR="008C0EC4" w:rsidRPr="008A0319" w:rsidRDefault="00000000" w:rsidP="00C812BD">
      <w:pPr>
        <w:keepLines/>
        <w:spacing w:after="0"/>
        <w:ind w:firstLine="72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 xml:space="preserve">Școala Gimnazială „Constantin Parfene” Vaslui, CUI 19801956, cu sediul în municipiul Vaslui, str. Mihail Kogălniceanu nr. 20, județul Vaslui, </w:t>
      </w:r>
      <w:proofErr w:type="spellStart"/>
      <w:r w:rsidR="00FB6DD9" w:rsidRPr="00FB6DD9">
        <w:rPr>
          <w:rFonts w:ascii="Times New Roman" w:hAnsi="Times New Roman" w:cs="Times New Roman"/>
          <w:sz w:val="24"/>
          <w:szCs w:val="24"/>
        </w:rPr>
        <w:t>anunță</w:t>
      </w:r>
      <w:proofErr w:type="spellEnd"/>
      <w:r w:rsidR="00FB6DD9" w:rsidRPr="00FB6DD9">
        <w:rPr>
          <w:rFonts w:ascii="Times New Roman" w:hAnsi="Times New Roman" w:cs="Times New Roman"/>
          <w:sz w:val="24"/>
          <w:szCs w:val="24"/>
        </w:rPr>
        <w:t xml:space="preserve"> </w:t>
      </w:r>
      <w:proofErr w:type="spellStart"/>
      <w:r w:rsidR="00FB6DD9" w:rsidRPr="00FB6DD9">
        <w:rPr>
          <w:rFonts w:ascii="Times New Roman" w:hAnsi="Times New Roman" w:cs="Times New Roman"/>
          <w:sz w:val="24"/>
          <w:szCs w:val="24"/>
        </w:rPr>
        <w:t>organizarea</w:t>
      </w:r>
      <w:proofErr w:type="spellEnd"/>
      <w:r w:rsidR="00FB6DD9" w:rsidRPr="00FB6DD9">
        <w:rPr>
          <w:rFonts w:ascii="Times New Roman" w:hAnsi="Times New Roman" w:cs="Times New Roman"/>
          <w:sz w:val="24"/>
          <w:szCs w:val="24"/>
        </w:rPr>
        <w:t xml:space="preserve"> </w:t>
      </w:r>
      <w:proofErr w:type="spellStart"/>
      <w:r w:rsidR="00FB6DD9" w:rsidRPr="00FB6DD9">
        <w:rPr>
          <w:rFonts w:ascii="Times New Roman" w:hAnsi="Times New Roman" w:cs="Times New Roman"/>
          <w:sz w:val="24"/>
          <w:szCs w:val="24"/>
        </w:rPr>
        <w:t>concursului</w:t>
      </w:r>
      <w:proofErr w:type="spellEnd"/>
      <w:r w:rsidRPr="008A0319">
        <w:rPr>
          <w:rFonts w:ascii="Times New Roman" w:hAnsi="Times New Roman" w:cs="Times New Roman"/>
          <w:sz w:val="24"/>
          <w:szCs w:val="24"/>
          <w:lang w:val="it-IT"/>
        </w:rPr>
        <w:t xml:space="preserve"> pentru ocuparea, pe perioadă nedeterminată, a unui post contractual vacant de infirmieră la Creșa </w:t>
      </w:r>
      <w:r w:rsidR="00763C73" w:rsidRPr="00763C73">
        <w:rPr>
          <w:rFonts w:ascii="Times New Roman" w:hAnsi="Times New Roman" w:cs="Times New Roman"/>
          <w:sz w:val="24"/>
          <w:szCs w:val="24"/>
          <w:lang w:val="it-IT"/>
        </w:rPr>
        <w:t>„Avântului”</w:t>
      </w:r>
      <w:r w:rsidRPr="00763C73">
        <w:rPr>
          <w:rFonts w:ascii="Times New Roman" w:hAnsi="Times New Roman" w:cs="Times New Roman"/>
          <w:sz w:val="24"/>
          <w:szCs w:val="24"/>
          <w:lang w:val="it-IT"/>
        </w:rPr>
        <w:t>,</w:t>
      </w:r>
      <w:r w:rsidRPr="008A0319">
        <w:rPr>
          <w:rFonts w:ascii="Times New Roman" w:hAnsi="Times New Roman" w:cs="Times New Roman"/>
          <w:sz w:val="24"/>
          <w:szCs w:val="24"/>
          <w:lang w:val="it-IT"/>
        </w:rPr>
        <w:t xml:space="preserve"> </w:t>
      </w:r>
      <w:r w:rsidR="00956C0B" w:rsidRPr="008A0319">
        <w:rPr>
          <w:rFonts w:ascii="Times New Roman" w:hAnsi="Times New Roman" w:cs="Times New Roman"/>
          <w:sz w:val="24"/>
          <w:szCs w:val="24"/>
          <w:lang w:val="it-IT"/>
        </w:rPr>
        <w:t xml:space="preserve">cu sediul în </w:t>
      </w:r>
      <w:r w:rsidRPr="008A0319">
        <w:rPr>
          <w:rFonts w:ascii="Times New Roman" w:hAnsi="Times New Roman" w:cs="Times New Roman"/>
          <w:sz w:val="24"/>
          <w:szCs w:val="24"/>
          <w:lang w:val="it-IT"/>
        </w:rPr>
        <w:t xml:space="preserve">str. Avântului nr. 19, </w:t>
      </w:r>
      <w:r w:rsidR="00956C0B" w:rsidRPr="008A0319">
        <w:rPr>
          <w:rFonts w:ascii="Times New Roman" w:hAnsi="Times New Roman" w:cs="Times New Roman"/>
          <w:sz w:val="24"/>
          <w:szCs w:val="24"/>
          <w:lang w:val="it-IT"/>
        </w:rPr>
        <w:t xml:space="preserve">structură a Şcolii Gimnaziale ”Constantin Parfene” Vaslui, </w:t>
      </w:r>
      <w:proofErr w:type="spellStart"/>
      <w:r w:rsidR="00CB6F6F" w:rsidRPr="00CB6F6F">
        <w:rPr>
          <w:rFonts w:ascii="Times New Roman" w:hAnsi="Times New Roman" w:cs="Times New Roman"/>
          <w:sz w:val="24"/>
          <w:szCs w:val="24"/>
        </w:rPr>
        <w:t>în</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temeiul</w:t>
      </w:r>
      <w:proofErr w:type="spellEnd"/>
      <w:r w:rsidR="00CB6F6F" w:rsidRPr="00CB6F6F">
        <w:rPr>
          <w:rFonts w:ascii="Times New Roman" w:hAnsi="Times New Roman" w:cs="Times New Roman"/>
          <w:sz w:val="24"/>
          <w:szCs w:val="24"/>
        </w:rPr>
        <w:t xml:space="preserve"> H.G. </w:t>
      </w:r>
      <w:proofErr w:type="spellStart"/>
      <w:r w:rsidR="00CB6F6F" w:rsidRPr="00CB6F6F">
        <w:rPr>
          <w:rFonts w:ascii="Times New Roman" w:hAnsi="Times New Roman" w:cs="Times New Roman"/>
          <w:sz w:val="24"/>
          <w:szCs w:val="24"/>
        </w:rPr>
        <w:t>nr.</w:t>
      </w:r>
      <w:proofErr w:type="spellEnd"/>
      <w:r w:rsidR="00CB6F6F" w:rsidRPr="00CB6F6F">
        <w:rPr>
          <w:rFonts w:ascii="Times New Roman" w:hAnsi="Times New Roman" w:cs="Times New Roman"/>
          <w:sz w:val="24"/>
          <w:szCs w:val="24"/>
        </w:rPr>
        <w:t xml:space="preserve"> 1.336/2022, al </w:t>
      </w:r>
      <w:proofErr w:type="spellStart"/>
      <w:r w:rsidR="00CB6F6F" w:rsidRPr="00CB6F6F">
        <w:rPr>
          <w:rFonts w:ascii="Times New Roman" w:hAnsi="Times New Roman" w:cs="Times New Roman"/>
          <w:sz w:val="24"/>
          <w:szCs w:val="24"/>
        </w:rPr>
        <w:t>Hotărârii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Consiliului</w:t>
      </w:r>
      <w:proofErr w:type="spellEnd"/>
      <w:r w:rsidR="00CB6F6F" w:rsidRPr="00CB6F6F">
        <w:rPr>
          <w:rFonts w:ascii="Times New Roman" w:hAnsi="Times New Roman" w:cs="Times New Roman"/>
          <w:sz w:val="24"/>
          <w:szCs w:val="24"/>
        </w:rPr>
        <w:t xml:space="preserve"> de </w:t>
      </w:r>
      <w:proofErr w:type="spellStart"/>
      <w:r w:rsidR="00CB6F6F" w:rsidRPr="00CB6F6F">
        <w:rPr>
          <w:rFonts w:ascii="Times New Roman" w:hAnsi="Times New Roman" w:cs="Times New Roman"/>
          <w:sz w:val="24"/>
          <w:szCs w:val="24"/>
        </w:rPr>
        <w:t>administrație</w:t>
      </w:r>
      <w:proofErr w:type="spellEnd"/>
      <w:r w:rsidR="00CB6F6F" w:rsidRPr="00CB6F6F">
        <w:rPr>
          <w:rFonts w:ascii="Times New Roman" w:hAnsi="Times New Roman" w:cs="Times New Roman"/>
          <w:sz w:val="24"/>
          <w:szCs w:val="24"/>
        </w:rPr>
        <w:t xml:space="preserve"> al </w:t>
      </w:r>
      <w:proofErr w:type="spellStart"/>
      <w:r w:rsidR="00CB6F6F" w:rsidRPr="00CB6F6F">
        <w:rPr>
          <w:rFonts w:ascii="Times New Roman" w:hAnsi="Times New Roman" w:cs="Times New Roman"/>
          <w:sz w:val="24"/>
          <w:szCs w:val="24"/>
        </w:rPr>
        <w:t>Inspectoratului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Școlar</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Județean</w:t>
      </w:r>
      <w:proofErr w:type="spellEnd"/>
      <w:r w:rsidR="00CB6F6F" w:rsidRPr="00CB6F6F">
        <w:rPr>
          <w:rFonts w:ascii="Times New Roman" w:hAnsi="Times New Roman" w:cs="Times New Roman"/>
          <w:sz w:val="24"/>
          <w:szCs w:val="24"/>
        </w:rPr>
        <w:t xml:space="preserve"> Vaslui </w:t>
      </w:r>
      <w:proofErr w:type="spellStart"/>
      <w:r w:rsidR="00CB6F6F" w:rsidRPr="00CB6F6F">
        <w:rPr>
          <w:rFonts w:ascii="Times New Roman" w:hAnsi="Times New Roman" w:cs="Times New Roman"/>
          <w:sz w:val="24"/>
          <w:szCs w:val="24"/>
        </w:rPr>
        <w:t>nr.</w:t>
      </w:r>
      <w:proofErr w:type="spellEnd"/>
      <w:r w:rsidR="00CB6F6F" w:rsidRPr="00CB6F6F">
        <w:rPr>
          <w:rFonts w:ascii="Times New Roman" w:hAnsi="Times New Roman" w:cs="Times New Roman"/>
          <w:sz w:val="24"/>
          <w:szCs w:val="24"/>
        </w:rPr>
        <w:t xml:space="preserve"> 05 din 14.09.2026 </w:t>
      </w:r>
      <w:proofErr w:type="spellStart"/>
      <w:r w:rsidR="00CB6F6F" w:rsidRPr="00CB6F6F">
        <w:rPr>
          <w:rFonts w:ascii="Times New Roman" w:hAnsi="Times New Roman" w:cs="Times New Roman"/>
          <w:sz w:val="24"/>
          <w:szCs w:val="24"/>
        </w:rPr>
        <w:t>și</w:t>
      </w:r>
      <w:proofErr w:type="spellEnd"/>
      <w:r w:rsidR="00CB6F6F" w:rsidRPr="00CB6F6F">
        <w:rPr>
          <w:rFonts w:ascii="Times New Roman" w:hAnsi="Times New Roman" w:cs="Times New Roman"/>
          <w:sz w:val="24"/>
          <w:szCs w:val="24"/>
        </w:rPr>
        <w:t xml:space="preserve"> cu </w:t>
      </w:r>
      <w:proofErr w:type="spellStart"/>
      <w:r w:rsidR="00CB6F6F" w:rsidRPr="00CB6F6F">
        <w:rPr>
          <w:rFonts w:ascii="Times New Roman" w:hAnsi="Times New Roman" w:cs="Times New Roman"/>
          <w:sz w:val="24"/>
          <w:szCs w:val="24"/>
        </w:rPr>
        <w:t>respectarea</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prevederilor</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Procedurii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operaționale</w:t>
      </w:r>
      <w:proofErr w:type="spellEnd"/>
      <w:r w:rsidR="00CB6F6F" w:rsidRPr="00CB6F6F">
        <w:rPr>
          <w:rFonts w:ascii="Times New Roman" w:hAnsi="Times New Roman" w:cs="Times New Roman"/>
          <w:sz w:val="24"/>
          <w:szCs w:val="24"/>
        </w:rPr>
        <w:t xml:space="preserve"> a </w:t>
      </w:r>
      <w:proofErr w:type="spellStart"/>
      <w:r w:rsidR="00CB6F6F" w:rsidRPr="00CB6F6F">
        <w:rPr>
          <w:rFonts w:ascii="Times New Roman" w:hAnsi="Times New Roman" w:cs="Times New Roman"/>
          <w:sz w:val="24"/>
          <w:szCs w:val="24"/>
        </w:rPr>
        <w:t>Inspectoratului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Școlar</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Județean</w:t>
      </w:r>
      <w:proofErr w:type="spellEnd"/>
      <w:r w:rsidR="00CB6F6F" w:rsidRPr="00CB6F6F">
        <w:rPr>
          <w:rFonts w:ascii="Times New Roman" w:hAnsi="Times New Roman" w:cs="Times New Roman"/>
          <w:sz w:val="24"/>
          <w:szCs w:val="24"/>
        </w:rPr>
        <w:t xml:space="preserve"> Vaslui </w:t>
      </w:r>
      <w:proofErr w:type="spellStart"/>
      <w:r w:rsidR="00CB6F6F" w:rsidRPr="00CB6F6F">
        <w:rPr>
          <w:rFonts w:ascii="Times New Roman" w:hAnsi="Times New Roman" w:cs="Times New Roman"/>
          <w:sz w:val="24"/>
          <w:szCs w:val="24"/>
        </w:rPr>
        <w:t>nr.</w:t>
      </w:r>
      <w:proofErr w:type="spellEnd"/>
      <w:r w:rsidR="00CB6F6F" w:rsidRPr="00CB6F6F">
        <w:rPr>
          <w:rFonts w:ascii="Times New Roman" w:hAnsi="Times New Roman" w:cs="Times New Roman"/>
          <w:sz w:val="24"/>
          <w:szCs w:val="24"/>
        </w:rPr>
        <w:t xml:space="preserve"> 4708/18.11.2024 </w:t>
      </w:r>
      <w:proofErr w:type="spellStart"/>
      <w:r w:rsidR="00CB6F6F" w:rsidRPr="00CB6F6F">
        <w:rPr>
          <w:rFonts w:ascii="Times New Roman" w:hAnsi="Times New Roman" w:cs="Times New Roman"/>
          <w:sz w:val="24"/>
          <w:szCs w:val="24"/>
        </w:rPr>
        <w:t>privind</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ocuparea</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posturilor</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vacante</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pentru</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personalul</w:t>
      </w:r>
      <w:proofErr w:type="spellEnd"/>
      <w:r w:rsidR="00CB6F6F" w:rsidRPr="00CB6F6F">
        <w:rPr>
          <w:rFonts w:ascii="Times New Roman" w:hAnsi="Times New Roman" w:cs="Times New Roman"/>
          <w:sz w:val="24"/>
          <w:szCs w:val="24"/>
        </w:rPr>
        <w:t xml:space="preserve"> didactic auxiliar </w:t>
      </w:r>
      <w:proofErr w:type="spellStart"/>
      <w:r w:rsidR="00CB6F6F" w:rsidRPr="00CB6F6F">
        <w:rPr>
          <w:rFonts w:ascii="Times New Roman" w:hAnsi="Times New Roman" w:cs="Times New Roman"/>
          <w:sz w:val="24"/>
          <w:szCs w:val="24"/>
        </w:rPr>
        <w:t>și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administrativ</w:t>
      </w:r>
      <w:proofErr w:type="spellEnd"/>
      <w:r w:rsidR="00CB6F6F" w:rsidRPr="00CB6F6F">
        <w:rPr>
          <w:rFonts w:ascii="Times New Roman" w:hAnsi="Times New Roman" w:cs="Times New Roman"/>
          <w:sz w:val="24"/>
          <w:szCs w:val="24"/>
        </w:rPr>
        <w:t>/</w:t>
      </w:r>
      <w:proofErr w:type="spellStart"/>
      <w:r w:rsidR="00CB6F6F" w:rsidRPr="00CB6F6F">
        <w:rPr>
          <w:rFonts w:ascii="Times New Roman" w:hAnsi="Times New Roman" w:cs="Times New Roman"/>
          <w:sz w:val="24"/>
          <w:szCs w:val="24"/>
        </w:rPr>
        <w:t>nedidactic</w:t>
      </w:r>
      <w:proofErr w:type="spellEnd"/>
      <w:r w:rsidR="00CB6F6F" w:rsidRPr="00CB6F6F">
        <w:rPr>
          <w:rFonts w:ascii="Times New Roman" w:hAnsi="Times New Roman" w:cs="Times New Roman"/>
          <w:sz w:val="24"/>
          <w:szCs w:val="24"/>
        </w:rPr>
        <w:t>.</w:t>
      </w:r>
    </w:p>
    <w:p w14:paraId="356C1296" w14:textId="77777777" w:rsidR="008C0EC4" w:rsidRPr="008A0319" w:rsidRDefault="00000000" w:rsidP="00C812BD">
      <w:pPr>
        <w:pStyle w:val="Titlu1"/>
        <w:spacing w:after="0"/>
        <w:rPr>
          <w:rFonts w:ascii="Times New Roman" w:hAnsi="Times New Roman" w:cs="Times New Roman"/>
          <w:sz w:val="24"/>
          <w:szCs w:val="24"/>
          <w:lang w:val="it-IT"/>
        </w:rPr>
      </w:pPr>
      <w:r w:rsidRPr="008A0319">
        <w:rPr>
          <w:rFonts w:ascii="Times New Roman" w:hAnsi="Times New Roman" w:cs="Times New Roman"/>
          <w:sz w:val="24"/>
          <w:szCs w:val="24"/>
          <w:lang w:val="it-IT"/>
        </w:rPr>
        <w:t>I. Date privind postul</w:t>
      </w:r>
    </w:p>
    <w:p w14:paraId="0E11E561" w14:textId="4AF73F80" w:rsidR="008C0EC4" w:rsidRPr="008A0319" w:rsidRDefault="00000000" w:rsidP="00C812BD">
      <w:pPr>
        <w:spacing w:after="0"/>
        <w:rPr>
          <w:rFonts w:ascii="Times New Roman" w:hAnsi="Times New Roman" w:cs="Times New Roman"/>
          <w:sz w:val="24"/>
          <w:szCs w:val="24"/>
          <w:lang w:val="it-IT"/>
        </w:rPr>
      </w:pPr>
      <w:r w:rsidRPr="008A0319">
        <w:rPr>
          <w:rFonts w:ascii="Times New Roman" w:hAnsi="Times New Roman" w:cs="Times New Roman"/>
          <w:b/>
          <w:sz w:val="24"/>
          <w:szCs w:val="24"/>
          <w:lang w:val="it-IT"/>
        </w:rPr>
        <w:t xml:space="preserve">Număr de posturi: </w:t>
      </w:r>
      <w:r w:rsidRPr="008A0319">
        <w:rPr>
          <w:rFonts w:ascii="Times New Roman" w:hAnsi="Times New Roman" w:cs="Times New Roman"/>
          <w:sz w:val="24"/>
          <w:szCs w:val="24"/>
          <w:lang w:val="it-IT"/>
        </w:rPr>
        <w:t>1</w:t>
      </w:r>
      <w:r w:rsidR="00C4545F" w:rsidRPr="008A0319">
        <w:rPr>
          <w:rFonts w:ascii="Times New Roman" w:hAnsi="Times New Roman" w:cs="Times New Roman"/>
          <w:sz w:val="24"/>
          <w:szCs w:val="24"/>
          <w:lang w:val="it-IT"/>
        </w:rPr>
        <w:t xml:space="preserve"> post</w:t>
      </w:r>
    </w:p>
    <w:p w14:paraId="5F996864" w14:textId="77777777" w:rsidR="008C0EC4" w:rsidRPr="008A0319" w:rsidRDefault="00000000" w:rsidP="00C812BD">
      <w:pPr>
        <w:spacing w:after="0"/>
        <w:rPr>
          <w:rFonts w:ascii="Times New Roman" w:hAnsi="Times New Roman" w:cs="Times New Roman"/>
          <w:sz w:val="24"/>
          <w:szCs w:val="24"/>
          <w:lang w:val="it-IT"/>
        </w:rPr>
      </w:pPr>
      <w:r w:rsidRPr="008A0319">
        <w:rPr>
          <w:rFonts w:ascii="Times New Roman" w:hAnsi="Times New Roman" w:cs="Times New Roman"/>
          <w:b/>
          <w:sz w:val="24"/>
          <w:szCs w:val="24"/>
          <w:lang w:val="it-IT"/>
        </w:rPr>
        <w:t xml:space="preserve">Denumirea postului: </w:t>
      </w:r>
      <w:r w:rsidRPr="008A0319">
        <w:rPr>
          <w:rFonts w:ascii="Times New Roman" w:hAnsi="Times New Roman" w:cs="Times New Roman"/>
          <w:sz w:val="24"/>
          <w:szCs w:val="24"/>
          <w:lang w:val="it-IT"/>
        </w:rPr>
        <w:t>infirmieră</w:t>
      </w:r>
    </w:p>
    <w:p w14:paraId="1B46C056" w14:textId="5F034530" w:rsidR="008C0EC4" w:rsidRPr="008A0319" w:rsidRDefault="00000000" w:rsidP="00C812BD">
      <w:pPr>
        <w:spacing w:after="0"/>
        <w:rPr>
          <w:rFonts w:ascii="Times New Roman" w:hAnsi="Times New Roman" w:cs="Times New Roman"/>
          <w:sz w:val="24"/>
          <w:szCs w:val="24"/>
          <w:lang w:val="es-ES"/>
        </w:rPr>
      </w:pPr>
      <w:r w:rsidRPr="008A0319">
        <w:rPr>
          <w:rFonts w:ascii="Times New Roman" w:hAnsi="Times New Roman" w:cs="Times New Roman"/>
          <w:b/>
          <w:sz w:val="24"/>
          <w:szCs w:val="24"/>
          <w:lang w:val="es-ES"/>
        </w:rPr>
        <w:t xml:space="preserve">Categoria de personal: </w:t>
      </w:r>
      <w:r w:rsidR="00174C15" w:rsidRPr="008A0319">
        <w:rPr>
          <w:rFonts w:ascii="Times New Roman" w:hAnsi="Times New Roman" w:cs="Times New Roman"/>
          <w:sz w:val="24"/>
          <w:szCs w:val="24"/>
          <w:lang w:val="es-ES"/>
        </w:rPr>
        <w:t>personal didactic auxiliar</w:t>
      </w:r>
    </w:p>
    <w:p w14:paraId="044D6E53" w14:textId="77777777" w:rsidR="008C0EC4" w:rsidRPr="008A0319" w:rsidRDefault="00000000" w:rsidP="00C812BD">
      <w:pPr>
        <w:spacing w:after="0"/>
        <w:rPr>
          <w:rFonts w:ascii="Times New Roman" w:hAnsi="Times New Roman" w:cs="Times New Roman"/>
          <w:sz w:val="24"/>
          <w:szCs w:val="24"/>
          <w:lang w:val="es-ES"/>
        </w:rPr>
      </w:pPr>
      <w:r w:rsidRPr="008A0319">
        <w:rPr>
          <w:rFonts w:ascii="Times New Roman" w:hAnsi="Times New Roman" w:cs="Times New Roman"/>
          <w:b/>
          <w:sz w:val="24"/>
          <w:szCs w:val="24"/>
          <w:lang w:val="es-ES"/>
        </w:rPr>
        <w:t xml:space="preserve">Nivelul postului: </w:t>
      </w:r>
      <w:r w:rsidRPr="008A0319">
        <w:rPr>
          <w:rFonts w:ascii="Times New Roman" w:hAnsi="Times New Roman" w:cs="Times New Roman"/>
          <w:sz w:val="24"/>
          <w:szCs w:val="24"/>
          <w:lang w:val="es-ES"/>
        </w:rPr>
        <w:t>funcție contractuală de execuție</w:t>
      </w:r>
    </w:p>
    <w:p w14:paraId="298E19C8" w14:textId="77777777" w:rsidR="008C0EC4" w:rsidRPr="008A0319" w:rsidRDefault="00000000" w:rsidP="00C812BD">
      <w:pPr>
        <w:spacing w:after="0"/>
        <w:rPr>
          <w:rFonts w:ascii="Times New Roman" w:hAnsi="Times New Roman" w:cs="Times New Roman"/>
          <w:sz w:val="24"/>
          <w:szCs w:val="24"/>
          <w:lang w:val="it-IT"/>
        </w:rPr>
      </w:pPr>
      <w:r w:rsidRPr="008A0319">
        <w:rPr>
          <w:rFonts w:ascii="Times New Roman" w:hAnsi="Times New Roman" w:cs="Times New Roman"/>
          <w:b/>
          <w:sz w:val="24"/>
          <w:szCs w:val="24"/>
          <w:lang w:val="it-IT"/>
        </w:rPr>
        <w:t xml:space="preserve">Durata contractului: </w:t>
      </w:r>
      <w:r w:rsidRPr="008A0319">
        <w:rPr>
          <w:rFonts w:ascii="Times New Roman" w:hAnsi="Times New Roman" w:cs="Times New Roman"/>
          <w:sz w:val="24"/>
          <w:szCs w:val="24"/>
          <w:lang w:val="it-IT"/>
        </w:rPr>
        <w:t>perioadă nedeterminată</w:t>
      </w:r>
    </w:p>
    <w:p w14:paraId="4B7FC6E7" w14:textId="77777777" w:rsidR="008C0EC4" w:rsidRPr="008A0319" w:rsidRDefault="00000000" w:rsidP="00C812BD">
      <w:pPr>
        <w:spacing w:after="0"/>
        <w:rPr>
          <w:rFonts w:ascii="Times New Roman" w:hAnsi="Times New Roman" w:cs="Times New Roman"/>
          <w:sz w:val="24"/>
          <w:szCs w:val="24"/>
          <w:lang w:val="it-IT"/>
        </w:rPr>
      </w:pPr>
      <w:r w:rsidRPr="008A0319">
        <w:rPr>
          <w:rFonts w:ascii="Times New Roman" w:hAnsi="Times New Roman" w:cs="Times New Roman"/>
          <w:b/>
          <w:sz w:val="24"/>
          <w:szCs w:val="24"/>
          <w:lang w:val="it-IT"/>
        </w:rPr>
        <w:t xml:space="preserve">Norma de muncă: </w:t>
      </w:r>
      <w:r w:rsidRPr="008A0319">
        <w:rPr>
          <w:rFonts w:ascii="Times New Roman" w:hAnsi="Times New Roman" w:cs="Times New Roman"/>
          <w:sz w:val="24"/>
          <w:szCs w:val="24"/>
          <w:lang w:val="it-IT"/>
        </w:rPr>
        <w:t>normă întreagă – 8 ore/zi, 40 de ore/săptămână</w:t>
      </w:r>
    </w:p>
    <w:p w14:paraId="7FFE5D10" w14:textId="77777777" w:rsidR="008C0EC4" w:rsidRPr="008A0319" w:rsidRDefault="00000000" w:rsidP="00C812BD">
      <w:pPr>
        <w:spacing w:after="0"/>
        <w:rPr>
          <w:rFonts w:ascii="Times New Roman" w:hAnsi="Times New Roman" w:cs="Times New Roman"/>
          <w:sz w:val="24"/>
          <w:szCs w:val="24"/>
          <w:lang w:val="it-IT"/>
        </w:rPr>
      </w:pPr>
      <w:r w:rsidRPr="008A0319">
        <w:rPr>
          <w:rFonts w:ascii="Times New Roman" w:hAnsi="Times New Roman" w:cs="Times New Roman"/>
          <w:b/>
          <w:sz w:val="24"/>
          <w:szCs w:val="24"/>
          <w:lang w:val="it-IT"/>
        </w:rPr>
        <w:t xml:space="preserve">Locul desfășurării activității: </w:t>
      </w:r>
      <w:r w:rsidRPr="008A0319">
        <w:rPr>
          <w:rFonts w:ascii="Times New Roman" w:hAnsi="Times New Roman" w:cs="Times New Roman"/>
          <w:sz w:val="24"/>
          <w:szCs w:val="24"/>
          <w:lang w:val="it-IT"/>
        </w:rPr>
        <w:t>Creșa „Avântului”, str. Avântului nr. 19, Vaslui</w:t>
      </w:r>
    </w:p>
    <w:p w14:paraId="034624B4" w14:textId="72B6B482" w:rsidR="00C4545F" w:rsidRPr="008A0319" w:rsidRDefault="00F214D7" w:rsidP="00C812BD">
      <w:pPr>
        <w:spacing w:after="0"/>
        <w:rPr>
          <w:rFonts w:ascii="Times New Roman" w:hAnsi="Times New Roman" w:cs="Times New Roman"/>
          <w:sz w:val="24"/>
          <w:szCs w:val="24"/>
          <w:lang w:val="it-IT"/>
        </w:rPr>
      </w:pPr>
      <w:r w:rsidRPr="008A0319">
        <w:rPr>
          <w:rFonts w:ascii="Times New Roman" w:hAnsi="Times New Roman" w:cs="Times New Roman"/>
          <w:b/>
          <w:bCs/>
          <w:sz w:val="24"/>
          <w:szCs w:val="24"/>
          <w:lang w:val="it-IT"/>
        </w:rPr>
        <w:t>Nivelul studiilor:</w:t>
      </w:r>
      <w:r w:rsidR="00C4545F" w:rsidRPr="008A0319">
        <w:rPr>
          <w:rFonts w:ascii="Times New Roman" w:hAnsi="Times New Roman" w:cs="Times New Roman"/>
          <w:sz w:val="24"/>
          <w:szCs w:val="24"/>
          <w:lang w:val="it-IT"/>
        </w:rPr>
        <w:t xml:space="preserve"> </w:t>
      </w:r>
      <w:proofErr w:type="spellStart"/>
      <w:r w:rsidR="00CB6F6F" w:rsidRPr="00CB6F6F">
        <w:rPr>
          <w:rFonts w:ascii="Times New Roman" w:hAnsi="Times New Roman" w:cs="Times New Roman"/>
          <w:sz w:val="24"/>
          <w:szCs w:val="24"/>
        </w:rPr>
        <w:t>studii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medii</w:t>
      </w:r>
      <w:proofErr w:type="spellEnd"/>
      <w:r w:rsidR="00CB6F6F" w:rsidRPr="00CB6F6F">
        <w:rPr>
          <w:rFonts w:ascii="Times New Roman" w:hAnsi="Times New Roman" w:cs="Times New Roman"/>
          <w:sz w:val="24"/>
          <w:szCs w:val="24"/>
        </w:rPr>
        <w:t xml:space="preserve"> </w:t>
      </w:r>
      <w:proofErr w:type="spellStart"/>
      <w:r w:rsidR="00CB6F6F" w:rsidRPr="00CB6F6F">
        <w:rPr>
          <w:rFonts w:ascii="Times New Roman" w:hAnsi="Times New Roman" w:cs="Times New Roman"/>
          <w:sz w:val="24"/>
          <w:szCs w:val="24"/>
        </w:rPr>
        <w:t>absolvite</w:t>
      </w:r>
      <w:proofErr w:type="spellEnd"/>
      <w:r w:rsidR="00CB6F6F" w:rsidRPr="00CB6F6F">
        <w:rPr>
          <w:rFonts w:ascii="Times New Roman" w:hAnsi="Times New Roman" w:cs="Times New Roman"/>
          <w:sz w:val="24"/>
          <w:szCs w:val="24"/>
        </w:rPr>
        <w:t xml:space="preserve"> cu </w:t>
      </w:r>
      <w:proofErr w:type="spellStart"/>
      <w:r w:rsidR="00CB6F6F" w:rsidRPr="00CB6F6F">
        <w:rPr>
          <w:rFonts w:ascii="Times New Roman" w:hAnsi="Times New Roman" w:cs="Times New Roman"/>
          <w:sz w:val="24"/>
          <w:szCs w:val="24"/>
        </w:rPr>
        <w:t>diplomă</w:t>
      </w:r>
      <w:proofErr w:type="spellEnd"/>
      <w:r w:rsidR="00CB6F6F" w:rsidRPr="00CB6F6F">
        <w:rPr>
          <w:rFonts w:ascii="Times New Roman" w:hAnsi="Times New Roman" w:cs="Times New Roman"/>
          <w:sz w:val="24"/>
          <w:szCs w:val="24"/>
        </w:rPr>
        <w:t xml:space="preserve"> de </w:t>
      </w:r>
      <w:proofErr w:type="spellStart"/>
      <w:r w:rsidR="00CB6F6F" w:rsidRPr="00CB6F6F">
        <w:rPr>
          <w:rFonts w:ascii="Times New Roman" w:hAnsi="Times New Roman" w:cs="Times New Roman"/>
          <w:sz w:val="24"/>
          <w:szCs w:val="24"/>
        </w:rPr>
        <w:t>bacalaureat</w:t>
      </w:r>
      <w:proofErr w:type="spellEnd"/>
    </w:p>
    <w:p w14:paraId="0DFC309D" w14:textId="23766EED" w:rsidR="008C0EC4" w:rsidRPr="008A0319" w:rsidRDefault="00000000" w:rsidP="00C812BD">
      <w:pPr>
        <w:pStyle w:val="Titlu1"/>
        <w:spacing w:after="0"/>
        <w:rPr>
          <w:rFonts w:ascii="Times New Roman" w:hAnsi="Times New Roman" w:cs="Times New Roman"/>
          <w:sz w:val="24"/>
          <w:szCs w:val="24"/>
          <w:lang w:val="it-IT"/>
        </w:rPr>
      </w:pPr>
      <w:r w:rsidRPr="008A0319">
        <w:rPr>
          <w:rFonts w:ascii="Times New Roman" w:hAnsi="Times New Roman" w:cs="Times New Roman"/>
          <w:sz w:val="24"/>
          <w:szCs w:val="24"/>
          <w:lang w:val="it-IT"/>
        </w:rPr>
        <w:t>II. Condiții generale</w:t>
      </w:r>
      <w:r w:rsidR="004655D4" w:rsidRPr="008A0319">
        <w:rPr>
          <w:rFonts w:ascii="Times New Roman" w:hAnsi="Times New Roman" w:cs="Times New Roman"/>
          <w:sz w:val="24"/>
          <w:szCs w:val="24"/>
          <w:lang w:val="it-IT"/>
        </w:rPr>
        <w:t xml:space="preserve"> de ocupare a unui post vacant</w:t>
      </w:r>
    </w:p>
    <w:p w14:paraId="2541AD28" w14:textId="6C27BCF4" w:rsidR="00AA7D35" w:rsidRPr="00A95DD2" w:rsidRDefault="00AA7D35" w:rsidP="00AA7D35">
      <w:pPr>
        <w:spacing w:line="240" w:lineRule="auto"/>
        <w:ind w:firstLine="720"/>
        <w:jc w:val="both"/>
        <w:rPr>
          <w:rFonts w:ascii="Times New Roman" w:hAnsi="Times New Roman" w:cs="Times New Roman"/>
          <w:b/>
          <w:bCs/>
          <w:sz w:val="24"/>
          <w:szCs w:val="24"/>
          <w:lang w:val="it-IT"/>
        </w:rPr>
      </w:pPr>
      <w:r w:rsidRPr="008A0319">
        <w:rPr>
          <w:rFonts w:ascii="Times New Roman" w:hAnsi="Times New Roman" w:cs="Times New Roman"/>
          <w:sz w:val="24"/>
          <w:szCs w:val="24"/>
          <w:lang w:val="it-IT"/>
        </w:rPr>
        <w:t xml:space="preserve">Poate ocupa un post vacant persoana care îndeplinește condițiile prevăzute de </w:t>
      </w:r>
      <w:r w:rsidR="00A95DD2" w:rsidRPr="00A95DD2">
        <w:rPr>
          <w:rFonts w:ascii="Times New Roman" w:hAnsi="Times New Roman" w:cs="Times New Roman"/>
          <w:b/>
          <w:bCs/>
          <w:sz w:val="24"/>
          <w:szCs w:val="24"/>
          <w:lang w:val="it-IT"/>
        </w:rPr>
        <w:t>H.G. 1336/2022, art. 15</w:t>
      </w:r>
      <w:r w:rsidRPr="00A95DD2">
        <w:rPr>
          <w:rFonts w:ascii="Times New Roman" w:hAnsi="Times New Roman" w:cs="Times New Roman"/>
          <w:b/>
          <w:bCs/>
          <w:sz w:val="24"/>
          <w:szCs w:val="24"/>
          <w:lang w:val="it-IT"/>
        </w:rPr>
        <w:t>:</w:t>
      </w:r>
    </w:p>
    <w:p w14:paraId="322FF98E" w14:textId="6F56AA35" w:rsidR="00C812BD" w:rsidRPr="008A0319" w:rsidRDefault="00C812BD" w:rsidP="00C812BD">
      <w:pPr>
        <w:pStyle w:val="Listparagraf"/>
        <w:numPr>
          <w:ilvl w:val="0"/>
          <w:numId w:val="11"/>
        </w:numPr>
        <w:spacing w:after="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are cetățenia română sau cetățenia unui alt stat membru al Uniunii Europene, a unui stat parte la Acordul privind Spațiul Economic European (SEE) sau cetățenia Confederației Elvețiene;</w:t>
      </w:r>
    </w:p>
    <w:p w14:paraId="75858D95" w14:textId="312058DE" w:rsidR="00C812BD" w:rsidRPr="008A0319" w:rsidRDefault="00C812BD" w:rsidP="00C812BD">
      <w:pPr>
        <w:pStyle w:val="Listparagraf"/>
        <w:numPr>
          <w:ilvl w:val="0"/>
          <w:numId w:val="11"/>
        </w:numPr>
        <w:spacing w:after="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cunoaște limba română, scris și vorbit;</w:t>
      </w:r>
    </w:p>
    <w:p w14:paraId="1F957488" w14:textId="538E1DFB" w:rsidR="00C812BD" w:rsidRPr="008A0319" w:rsidRDefault="00C812BD" w:rsidP="00C812BD">
      <w:pPr>
        <w:pStyle w:val="Listparagraf"/>
        <w:numPr>
          <w:ilvl w:val="0"/>
          <w:numId w:val="11"/>
        </w:numPr>
        <w:spacing w:after="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are capacitate de muncă în conformitate cu prevederile Legii nr. 53/2003 - Codul muncii, republicată, cu modificările și completările ulterioare;</w:t>
      </w:r>
    </w:p>
    <w:p w14:paraId="43A4525C" w14:textId="14C36B83" w:rsidR="00C812BD" w:rsidRPr="00A20EDD" w:rsidRDefault="00C812BD" w:rsidP="00C812BD">
      <w:pPr>
        <w:pStyle w:val="Listparagraf"/>
        <w:numPr>
          <w:ilvl w:val="0"/>
          <w:numId w:val="11"/>
        </w:numPr>
        <w:spacing w:after="0"/>
        <w:jc w:val="both"/>
        <w:rPr>
          <w:rFonts w:ascii="Times New Roman" w:hAnsi="Times New Roman" w:cs="Times New Roman"/>
          <w:sz w:val="24"/>
          <w:szCs w:val="24"/>
          <w:lang w:val="it-IT"/>
        </w:rPr>
      </w:pPr>
      <w:r w:rsidRPr="00A20EDD">
        <w:rPr>
          <w:rFonts w:ascii="Times New Roman" w:hAnsi="Times New Roman" w:cs="Times New Roman"/>
          <w:sz w:val="24"/>
          <w:szCs w:val="24"/>
          <w:lang w:val="it-IT"/>
        </w:rPr>
        <w:t xml:space="preserve">are o stare de sănătate corespunzătoare postului pentru care candidează, atestată pe baza </w:t>
      </w:r>
      <w:r w:rsidRPr="00A20EDD">
        <w:rPr>
          <w:rFonts w:ascii="Times New Roman" w:hAnsi="Times New Roman" w:cs="Times New Roman"/>
          <w:b/>
          <w:bCs/>
          <w:sz w:val="24"/>
          <w:szCs w:val="24"/>
          <w:lang w:val="it-IT"/>
        </w:rPr>
        <w:t>adeverinței medicale</w:t>
      </w:r>
      <w:r w:rsidRPr="00A20EDD">
        <w:rPr>
          <w:rFonts w:ascii="Times New Roman" w:hAnsi="Times New Roman" w:cs="Times New Roman"/>
          <w:sz w:val="24"/>
          <w:szCs w:val="24"/>
          <w:lang w:val="it-IT"/>
        </w:rPr>
        <w:t xml:space="preserve"> eliberate de medicul de familie sau de unitățile sanitare abilitate</w:t>
      </w:r>
      <w:r w:rsidR="00A20EDD" w:rsidRPr="00A20EDD">
        <w:rPr>
          <w:rFonts w:ascii="Times New Roman" w:hAnsi="Times New Roman" w:cs="Times New Roman"/>
          <w:sz w:val="24"/>
          <w:szCs w:val="24"/>
          <w:lang w:val="it-IT"/>
        </w:rPr>
        <w:t xml:space="preserve"> şi de </w:t>
      </w:r>
      <w:proofErr w:type="spellStart"/>
      <w:r w:rsidR="000264FE" w:rsidRPr="00A20EDD">
        <w:rPr>
          <w:rFonts w:ascii="Times New Roman" w:hAnsi="Times New Roman" w:cs="Times New Roman"/>
          <w:b/>
          <w:bCs/>
          <w:sz w:val="24"/>
          <w:szCs w:val="24"/>
        </w:rPr>
        <w:t>certificat</w:t>
      </w:r>
      <w:r w:rsidR="00A20EDD" w:rsidRPr="00A20EDD">
        <w:rPr>
          <w:rFonts w:ascii="Times New Roman" w:hAnsi="Times New Roman" w:cs="Times New Roman"/>
          <w:b/>
          <w:bCs/>
          <w:sz w:val="24"/>
          <w:szCs w:val="24"/>
        </w:rPr>
        <w:t>ul</w:t>
      </w:r>
      <w:proofErr w:type="spellEnd"/>
      <w:r w:rsidR="000264FE" w:rsidRPr="00A20EDD">
        <w:rPr>
          <w:rFonts w:ascii="Times New Roman" w:hAnsi="Times New Roman" w:cs="Times New Roman"/>
          <w:b/>
          <w:bCs/>
          <w:sz w:val="24"/>
          <w:szCs w:val="24"/>
        </w:rPr>
        <w:t xml:space="preserve"> medical</w:t>
      </w:r>
      <w:r w:rsidR="000264FE" w:rsidRPr="00A20EDD">
        <w:rPr>
          <w:rFonts w:ascii="Times New Roman" w:hAnsi="Times New Roman" w:cs="Times New Roman"/>
          <w:sz w:val="24"/>
          <w:szCs w:val="24"/>
        </w:rPr>
        <w:t xml:space="preserve"> </w:t>
      </w:r>
      <w:proofErr w:type="spellStart"/>
      <w:r w:rsidR="000264FE" w:rsidRPr="00A20EDD">
        <w:rPr>
          <w:rFonts w:ascii="Times New Roman" w:hAnsi="Times New Roman" w:cs="Times New Roman"/>
          <w:sz w:val="24"/>
          <w:szCs w:val="24"/>
        </w:rPr>
        <w:t>emis</w:t>
      </w:r>
      <w:proofErr w:type="spellEnd"/>
      <w:r w:rsidR="000264FE" w:rsidRPr="00A20EDD">
        <w:rPr>
          <w:rFonts w:ascii="Times New Roman" w:hAnsi="Times New Roman" w:cs="Times New Roman"/>
          <w:sz w:val="24"/>
          <w:szCs w:val="24"/>
        </w:rPr>
        <w:t xml:space="preserve"> de </w:t>
      </w:r>
      <w:proofErr w:type="spellStart"/>
      <w:r w:rsidR="000264FE" w:rsidRPr="00A20EDD">
        <w:rPr>
          <w:rFonts w:ascii="Times New Roman" w:hAnsi="Times New Roman" w:cs="Times New Roman"/>
          <w:sz w:val="24"/>
          <w:szCs w:val="24"/>
        </w:rPr>
        <w:t>medicul</w:t>
      </w:r>
      <w:proofErr w:type="spellEnd"/>
      <w:r w:rsidR="000264FE" w:rsidRPr="00A20EDD">
        <w:rPr>
          <w:rFonts w:ascii="Times New Roman" w:hAnsi="Times New Roman" w:cs="Times New Roman"/>
          <w:sz w:val="24"/>
          <w:szCs w:val="24"/>
        </w:rPr>
        <w:t xml:space="preserve"> specialist de </w:t>
      </w:r>
      <w:proofErr w:type="spellStart"/>
      <w:r w:rsidR="000264FE" w:rsidRPr="00A20EDD">
        <w:rPr>
          <w:rFonts w:ascii="Times New Roman" w:hAnsi="Times New Roman" w:cs="Times New Roman"/>
          <w:sz w:val="24"/>
          <w:szCs w:val="24"/>
        </w:rPr>
        <w:t>medicina</w:t>
      </w:r>
      <w:proofErr w:type="spellEnd"/>
      <w:r w:rsidR="000264FE" w:rsidRPr="00A20EDD">
        <w:rPr>
          <w:rFonts w:ascii="Times New Roman" w:hAnsi="Times New Roman" w:cs="Times New Roman"/>
          <w:sz w:val="24"/>
          <w:szCs w:val="24"/>
        </w:rPr>
        <w:t xml:space="preserve"> </w:t>
      </w:r>
      <w:proofErr w:type="spellStart"/>
      <w:r w:rsidR="000264FE" w:rsidRPr="00A20EDD">
        <w:rPr>
          <w:rFonts w:ascii="Times New Roman" w:hAnsi="Times New Roman" w:cs="Times New Roman"/>
          <w:sz w:val="24"/>
          <w:szCs w:val="24"/>
        </w:rPr>
        <w:t>muncii</w:t>
      </w:r>
      <w:proofErr w:type="spellEnd"/>
      <w:r w:rsidR="000264FE" w:rsidRPr="00A20EDD">
        <w:rPr>
          <w:rFonts w:ascii="Times New Roman" w:hAnsi="Times New Roman" w:cs="Times New Roman"/>
          <w:sz w:val="24"/>
          <w:szCs w:val="24"/>
        </w:rPr>
        <w:t xml:space="preserve">, conform </w:t>
      </w:r>
      <w:proofErr w:type="spellStart"/>
      <w:r w:rsidR="000264FE" w:rsidRPr="00A20EDD">
        <w:rPr>
          <w:rFonts w:ascii="Times New Roman" w:hAnsi="Times New Roman" w:cs="Times New Roman"/>
          <w:sz w:val="24"/>
          <w:szCs w:val="24"/>
        </w:rPr>
        <w:t>Ordinului</w:t>
      </w:r>
      <w:proofErr w:type="spellEnd"/>
      <w:r w:rsidR="000264FE" w:rsidRPr="00A20EDD">
        <w:rPr>
          <w:rFonts w:ascii="Times New Roman" w:hAnsi="Times New Roman" w:cs="Times New Roman"/>
          <w:sz w:val="24"/>
          <w:szCs w:val="24"/>
        </w:rPr>
        <w:t xml:space="preserve"> </w:t>
      </w:r>
      <w:proofErr w:type="spellStart"/>
      <w:r w:rsidR="000264FE" w:rsidRPr="00A20EDD">
        <w:rPr>
          <w:rFonts w:ascii="Times New Roman" w:hAnsi="Times New Roman" w:cs="Times New Roman"/>
          <w:sz w:val="24"/>
          <w:szCs w:val="24"/>
        </w:rPr>
        <w:t>comun</w:t>
      </w:r>
      <w:proofErr w:type="spellEnd"/>
      <w:r w:rsidR="000264FE" w:rsidRPr="00A20EDD">
        <w:rPr>
          <w:rFonts w:ascii="Times New Roman" w:hAnsi="Times New Roman" w:cs="Times New Roman"/>
          <w:sz w:val="24"/>
          <w:szCs w:val="24"/>
        </w:rPr>
        <w:t xml:space="preserve"> </w:t>
      </w:r>
      <w:proofErr w:type="spellStart"/>
      <w:r w:rsidR="000264FE" w:rsidRPr="00A20EDD">
        <w:rPr>
          <w:rFonts w:ascii="Times New Roman" w:hAnsi="Times New Roman" w:cs="Times New Roman"/>
          <w:sz w:val="24"/>
          <w:szCs w:val="24"/>
        </w:rPr>
        <w:t>nr.</w:t>
      </w:r>
      <w:proofErr w:type="spellEnd"/>
      <w:r w:rsidR="000264FE" w:rsidRPr="00A20EDD">
        <w:rPr>
          <w:rFonts w:ascii="Times New Roman" w:hAnsi="Times New Roman" w:cs="Times New Roman"/>
          <w:sz w:val="24"/>
          <w:szCs w:val="24"/>
        </w:rPr>
        <w:t xml:space="preserve"> 55/3.335/2026</w:t>
      </w:r>
      <w:r w:rsidR="00A20EDD">
        <w:rPr>
          <w:rFonts w:ascii="Times New Roman" w:hAnsi="Times New Roman" w:cs="Times New Roman"/>
          <w:sz w:val="24"/>
          <w:szCs w:val="24"/>
        </w:rPr>
        <w:t>;</w:t>
      </w:r>
    </w:p>
    <w:p w14:paraId="11F85BCE" w14:textId="3C9FA5CF" w:rsidR="00C812BD" w:rsidRPr="008A0319" w:rsidRDefault="00C812BD" w:rsidP="00C812BD">
      <w:pPr>
        <w:pStyle w:val="Listparagraf"/>
        <w:numPr>
          <w:ilvl w:val="0"/>
          <w:numId w:val="11"/>
        </w:numPr>
        <w:spacing w:after="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îndeplinește condițiile de studii, de vechime în specialitate și, după caz, alte condiții specifice potrivit cerințelor postului scos la concurs;</w:t>
      </w:r>
    </w:p>
    <w:p w14:paraId="7FE6B324" w14:textId="5D492C48" w:rsidR="00C812BD" w:rsidRPr="009B300A" w:rsidRDefault="00C812BD" w:rsidP="00C812BD">
      <w:pPr>
        <w:pStyle w:val="Listparagraf"/>
        <w:numPr>
          <w:ilvl w:val="0"/>
          <w:numId w:val="11"/>
        </w:numPr>
        <w:spacing w:after="0"/>
        <w:jc w:val="both"/>
        <w:rPr>
          <w:rFonts w:ascii="Times New Roman" w:hAnsi="Times New Roman" w:cs="Times New Roman"/>
          <w:sz w:val="24"/>
          <w:szCs w:val="24"/>
          <w:lang w:val="it-IT"/>
        </w:rPr>
      </w:pPr>
      <w:r w:rsidRPr="009B300A">
        <w:rPr>
          <w:rFonts w:ascii="Times New Roman" w:hAnsi="Times New Roman" w:cs="Times New Roman"/>
          <w:sz w:val="24"/>
          <w:szCs w:val="24"/>
          <w:lang w:val="it-IT"/>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0736CF4" w14:textId="53E35D33" w:rsidR="00C812BD" w:rsidRPr="009B300A" w:rsidRDefault="00C812BD" w:rsidP="00C812BD">
      <w:pPr>
        <w:pStyle w:val="Listparagraf"/>
        <w:numPr>
          <w:ilvl w:val="0"/>
          <w:numId w:val="11"/>
        </w:numPr>
        <w:spacing w:after="0"/>
        <w:jc w:val="both"/>
        <w:rPr>
          <w:rFonts w:ascii="Times New Roman" w:hAnsi="Times New Roman" w:cs="Times New Roman"/>
          <w:sz w:val="24"/>
          <w:szCs w:val="24"/>
          <w:lang w:val="it-IT"/>
        </w:rPr>
      </w:pPr>
      <w:r w:rsidRPr="009B300A">
        <w:rPr>
          <w:rFonts w:ascii="Times New Roman" w:hAnsi="Times New Roman" w:cs="Times New Roman"/>
          <w:sz w:val="24"/>
          <w:szCs w:val="24"/>
          <w:lang w:val="it-IT"/>
        </w:rPr>
        <w:lastRenderedPageBreak/>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0B16F1" w14:textId="7101A324" w:rsidR="00C812BD" w:rsidRPr="00C812BD" w:rsidRDefault="00C812BD" w:rsidP="00C812BD">
      <w:pPr>
        <w:pStyle w:val="Listparagraf"/>
        <w:numPr>
          <w:ilvl w:val="0"/>
          <w:numId w:val="11"/>
        </w:numPr>
        <w:spacing w:after="0"/>
        <w:jc w:val="both"/>
        <w:rPr>
          <w:rFonts w:ascii="Times New Roman" w:hAnsi="Times New Roman" w:cs="Times New Roman"/>
          <w:sz w:val="24"/>
          <w:szCs w:val="24"/>
        </w:rPr>
      </w:pPr>
      <w:r w:rsidRPr="009B300A">
        <w:rPr>
          <w:rFonts w:ascii="Times New Roman" w:hAnsi="Times New Roman" w:cs="Times New Roman"/>
          <w:sz w:val="24"/>
          <w:szCs w:val="24"/>
          <w:lang w:val="it-IT"/>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w:t>
      </w:r>
      <w:r w:rsidRPr="00C812BD">
        <w:rPr>
          <w:rFonts w:ascii="Times New Roman" w:hAnsi="Times New Roman" w:cs="Times New Roman"/>
          <w:sz w:val="24"/>
          <w:szCs w:val="24"/>
        </w:rPr>
        <w:t>(1) lit. h).</w:t>
      </w:r>
    </w:p>
    <w:p w14:paraId="22B9EDCF" w14:textId="1DA6E8C3" w:rsidR="008C0EC4" w:rsidRPr="00C812BD" w:rsidRDefault="00000000" w:rsidP="00C812BD">
      <w:pPr>
        <w:pStyle w:val="Titlu1"/>
        <w:spacing w:after="0"/>
        <w:rPr>
          <w:rFonts w:ascii="Times New Roman" w:hAnsi="Times New Roman" w:cs="Times New Roman"/>
          <w:sz w:val="24"/>
          <w:szCs w:val="24"/>
        </w:rPr>
      </w:pPr>
      <w:r w:rsidRPr="00C812BD">
        <w:rPr>
          <w:rFonts w:ascii="Times New Roman" w:hAnsi="Times New Roman" w:cs="Times New Roman"/>
          <w:sz w:val="24"/>
          <w:szCs w:val="24"/>
        </w:rPr>
        <w:t xml:space="preserve">III. </w:t>
      </w:r>
      <w:proofErr w:type="spellStart"/>
      <w:r w:rsidRPr="00C812BD">
        <w:rPr>
          <w:rFonts w:ascii="Times New Roman" w:hAnsi="Times New Roman" w:cs="Times New Roman"/>
          <w:sz w:val="24"/>
          <w:szCs w:val="24"/>
        </w:rPr>
        <w:t>Condiții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specifice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obligatorii</w:t>
      </w:r>
      <w:proofErr w:type="spellEnd"/>
    </w:p>
    <w:p w14:paraId="4D134778" w14:textId="77777777" w:rsidR="00CB6F6F" w:rsidRPr="00CB6F6F" w:rsidRDefault="00CB6F6F" w:rsidP="00AA7D35">
      <w:pPr>
        <w:pStyle w:val="Listcumarcatori"/>
        <w:numPr>
          <w:ilvl w:val="0"/>
          <w:numId w:val="10"/>
        </w:numPr>
        <w:spacing w:after="0"/>
        <w:jc w:val="both"/>
        <w:rPr>
          <w:rFonts w:ascii="Times New Roman" w:hAnsi="Times New Roman" w:cs="Times New Roman"/>
          <w:sz w:val="24"/>
          <w:szCs w:val="24"/>
          <w:lang w:val="it-IT"/>
        </w:rPr>
      </w:pPr>
      <w:proofErr w:type="spellStart"/>
      <w:r w:rsidRPr="00CB6F6F">
        <w:rPr>
          <w:rFonts w:ascii="Times New Roman" w:hAnsi="Times New Roman" w:cs="Times New Roman"/>
          <w:sz w:val="24"/>
          <w:szCs w:val="24"/>
        </w:rPr>
        <w:t>Nivelul</w:t>
      </w:r>
      <w:proofErr w:type="spellEnd"/>
      <w:r w:rsidRPr="00CB6F6F">
        <w:rPr>
          <w:rFonts w:ascii="Times New Roman" w:hAnsi="Times New Roman" w:cs="Times New Roman"/>
          <w:sz w:val="24"/>
          <w:szCs w:val="24"/>
        </w:rPr>
        <w:t xml:space="preserve"> </w:t>
      </w:r>
      <w:proofErr w:type="spellStart"/>
      <w:r w:rsidRPr="00CB6F6F">
        <w:rPr>
          <w:rFonts w:ascii="Times New Roman" w:hAnsi="Times New Roman" w:cs="Times New Roman"/>
          <w:sz w:val="24"/>
          <w:szCs w:val="24"/>
        </w:rPr>
        <w:t>studiilor</w:t>
      </w:r>
      <w:proofErr w:type="spellEnd"/>
      <w:r w:rsidRPr="00CB6F6F">
        <w:rPr>
          <w:rFonts w:ascii="Times New Roman" w:hAnsi="Times New Roman" w:cs="Times New Roman"/>
          <w:sz w:val="24"/>
          <w:szCs w:val="24"/>
        </w:rPr>
        <w:t xml:space="preserve">: </w:t>
      </w:r>
      <w:proofErr w:type="spellStart"/>
      <w:r w:rsidRPr="00CB6F6F">
        <w:rPr>
          <w:rFonts w:ascii="Times New Roman" w:hAnsi="Times New Roman" w:cs="Times New Roman"/>
          <w:sz w:val="24"/>
          <w:szCs w:val="24"/>
        </w:rPr>
        <w:t>studii</w:t>
      </w:r>
      <w:proofErr w:type="spellEnd"/>
      <w:r w:rsidRPr="00CB6F6F">
        <w:rPr>
          <w:rFonts w:ascii="Times New Roman" w:hAnsi="Times New Roman" w:cs="Times New Roman"/>
          <w:sz w:val="24"/>
          <w:szCs w:val="24"/>
        </w:rPr>
        <w:t xml:space="preserve"> </w:t>
      </w:r>
      <w:proofErr w:type="spellStart"/>
      <w:r w:rsidRPr="00CB6F6F">
        <w:rPr>
          <w:rFonts w:ascii="Times New Roman" w:hAnsi="Times New Roman" w:cs="Times New Roman"/>
          <w:sz w:val="24"/>
          <w:szCs w:val="24"/>
        </w:rPr>
        <w:t>medii</w:t>
      </w:r>
      <w:proofErr w:type="spellEnd"/>
      <w:r w:rsidRPr="00CB6F6F">
        <w:rPr>
          <w:rFonts w:ascii="Times New Roman" w:hAnsi="Times New Roman" w:cs="Times New Roman"/>
          <w:sz w:val="24"/>
          <w:szCs w:val="24"/>
        </w:rPr>
        <w:t xml:space="preserve"> </w:t>
      </w:r>
      <w:proofErr w:type="spellStart"/>
      <w:r w:rsidRPr="00CB6F6F">
        <w:rPr>
          <w:rFonts w:ascii="Times New Roman" w:hAnsi="Times New Roman" w:cs="Times New Roman"/>
          <w:sz w:val="24"/>
          <w:szCs w:val="24"/>
        </w:rPr>
        <w:t>absolvite</w:t>
      </w:r>
      <w:proofErr w:type="spellEnd"/>
      <w:r w:rsidRPr="00CB6F6F">
        <w:rPr>
          <w:rFonts w:ascii="Times New Roman" w:hAnsi="Times New Roman" w:cs="Times New Roman"/>
          <w:sz w:val="24"/>
          <w:szCs w:val="24"/>
        </w:rPr>
        <w:t xml:space="preserve"> cu </w:t>
      </w:r>
      <w:proofErr w:type="spellStart"/>
      <w:r w:rsidRPr="00CB6F6F">
        <w:rPr>
          <w:rFonts w:ascii="Times New Roman" w:hAnsi="Times New Roman" w:cs="Times New Roman"/>
          <w:sz w:val="24"/>
          <w:szCs w:val="24"/>
        </w:rPr>
        <w:t>diplomă</w:t>
      </w:r>
      <w:proofErr w:type="spellEnd"/>
      <w:r w:rsidRPr="00CB6F6F">
        <w:rPr>
          <w:rFonts w:ascii="Times New Roman" w:hAnsi="Times New Roman" w:cs="Times New Roman"/>
          <w:sz w:val="24"/>
          <w:szCs w:val="24"/>
        </w:rPr>
        <w:t xml:space="preserve"> de </w:t>
      </w:r>
      <w:proofErr w:type="spellStart"/>
      <w:r w:rsidRPr="00CB6F6F">
        <w:rPr>
          <w:rFonts w:ascii="Times New Roman" w:hAnsi="Times New Roman" w:cs="Times New Roman"/>
          <w:sz w:val="24"/>
          <w:szCs w:val="24"/>
        </w:rPr>
        <w:t>bacalaureat</w:t>
      </w:r>
      <w:proofErr w:type="spellEnd"/>
    </w:p>
    <w:p w14:paraId="1820E0C3" w14:textId="5164462F" w:rsidR="00710C69" w:rsidRPr="00B8380F" w:rsidRDefault="00710C69" w:rsidP="00AA7D35">
      <w:pPr>
        <w:pStyle w:val="Listcumarcatori"/>
        <w:numPr>
          <w:ilvl w:val="0"/>
          <w:numId w:val="10"/>
        </w:numPr>
        <w:spacing w:after="0"/>
        <w:jc w:val="both"/>
        <w:rPr>
          <w:rFonts w:ascii="Times New Roman" w:hAnsi="Times New Roman" w:cs="Times New Roman"/>
          <w:sz w:val="24"/>
          <w:szCs w:val="24"/>
          <w:lang w:val="it-IT"/>
        </w:rPr>
      </w:pPr>
      <w:r w:rsidRPr="00B8380F">
        <w:rPr>
          <w:rFonts w:ascii="Times New Roman" w:hAnsi="Times New Roman" w:cs="Times New Roman"/>
          <w:sz w:val="24"/>
          <w:szCs w:val="24"/>
          <w:lang w:val="it-IT"/>
        </w:rPr>
        <w:t xml:space="preserve">vechime în </w:t>
      </w:r>
      <w:r w:rsidR="004F74DC" w:rsidRPr="00B8380F">
        <w:rPr>
          <w:rFonts w:ascii="Times New Roman" w:hAnsi="Times New Roman" w:cs="Times New Roman"/>
          <w:sz w:val="24"/>
          <w:szCs w:val="24"/>
          <w:lang w:val="it-IT"/>
        </w:rPr>
        <w:t>muncă:</w:t>
      </w:r>
      <w:r w:rsidRPr="00B8380F">
        <w:rPr>
          <w:rFonts w:ascii="Times New Roman" w:hAnsi="Times New Roman" w:cs="Times New Roman"/>
          <w:sz w:val="24"/>
          <w:szCs w:val="24"/>
          <w:lang w:val="it-IT"/>
        </w:rPr>
        <w:t xml:space="preserve"> minim </w:t>
      </w:r>
      <w:r w:rsidR="00E64742" w:rsidRPr="00B8380F">
        <w:rPr>
          <w:rFonts w:ascii="Times New Roman" w:hAnsi="Times New Roman" w:cs="Times New Roman"/>
          <w:sz w:val="24"/>
          <w:szCs w:val="24"/>
          <w:lang w:val="it-IT"/>
        </w:rPr>
        <w:t>5</w:t>
      </w:r>
      <w:r w:rsidRPr="00B8380F">
        <w:rPr>
          <w:rFonts w:ascii="Times New Roman" w:hAnsi="Times New Roman" w:cs="Times New Roman"/>
          <w:sz w:val="24"/>
          <w:szCs w:val="24"/>
          <w:lang w:val="it-IT"/>
        </w:rPr>
        <w:t xml:space="preserve"> ani;</w:t>
      </w:r>
    </w:p>
    <w:p w14:paraId="56F2B5FA" w14:textId="77777777" w:rsidR="008C0EC4" w:rsidRDefault="00000000" w:rsidP="00AA7D35">
      <w:pPr>
        <w:pStyle w:val="Listcumarcatori"/>
        <w:numPr>
          <w:ilvl w:val="0"/>
          <w:numId w:val="10"/>
        </w:numPr>
        <w:spacing w:after="0"/>
        <w:jc w:val="both"/>
        <w:rPr>
          <w:rFonts w:ascii="Times New Roman" w:hAnsi="Times New Roman" w:cs="Times New Roman"/>
          <w:sz w:val="24"/>
          <w:szCs w:val="24"/>
          <w:lang w:val="it-IT"/>
        </w:rPr>
      </w:pPr>
      <w:r w:rsidRPr="009B300A">
        <w:rPr>
          <w:rFonts w:ascii="Times New Roman" w:hAnsi="Times New Roman" w:cs="Times New Roman"/>
          <w:sz w:val="24"/>
          <w:szCs w:val="24"/>
          <w:lang w:val="it-IT"/>
        </w:rPr>
        <w:t>curs de calificare în ocupația infirmieră, absolvit la un furnizor autorizat, dovedit prin certificat de calificare/absolvire recunoscut conform legii;</w:t>
      </w:r>
    </w:p>
    <w:p w14:paraId="4C997EB3" w14:textId="5AC40E13" w:rsidR="00E64742" w:rsidRPr="00E64742" w:rsidRDefault="00E64742" w:rsidP="00E64742">
      <w:pPr>
        <w:pStyle w:val="Listcumarcatori"/>
        <w:numPr>
          <w:ilvl w:val="0"/>
          <w:numId w:val="0"/>
        </w:numPr>
        <w:spacing w:after="0"/>
        <w:ind w:left="360" w:hanging="360"/>
        <w:jc w:val="both"/>
        <w:rPr>
          <w:rFonts w:ascii="Times New Roman" w:hAnsi="Times New Roman" w:cs="Times New Roman"/>
          <w:b/>
          <w:bCs/>
          <w:sz w:val="24"/>
          <w:szCs w:val="24"/>
          <w:lang w:val="it-IT"/>
        </w:rPr>
      </w:pPr>
      <w:r w:rsidRPr="00E64742">
        <w:rPr>
          <w:rFonts w:ascii="Times New Roman" w:hAnsi="Times New Roman" w:cs="Times New Roman"/>
          <w:b/>
          <w:bCs/>
          <w:sz w:val="24"/>
          <w:szCs w:val="24"/>
        </w:rPr>
        <w:t xml:space="preserve">Alte </w:t>
      </w:r>
      <w:proofErr w:type="spellStart"/>
      <w:r w:rsidRPr="00E64742">
        <w:rPr>
          <w:rFonts w:ascii="Times New Roman" w:hAnsi="Times New Roman" w:cs="Times New Roman"/>
          <w:b/>
          <w:bCs/>
          <w:sz w:val="24"/>
          <w:szCs w:val="24"/>
        </w:rPr>
        <w:t>cerințe</w:t>
      </w:r>
      <w:proofErr w:type="spellEnd"/>
      <w:r w:rsidRPr="00E64742">
        <w:rPr>
          <w:rFonts w:ascii="Times New Roman" w:hAnsi="Times New Roman" w:cs="Times New Roman"/>
          <w:b/>
          <w:bCs/>
          <w:sz w:val="24"/>
          <w:szCs w:val="24"/>
        </w:rPr>
        <w:t xml:space="preserve"> </w:t>
      </w:r>
      <w:proofErr w:type="spellStart"/>
      <w:r w:rsidRPr="00E64742">
        <w:rPr>
          <w:rFonts w:ascii="Times New Roman" w:hAnsi="Times New Roman" w:cs="Times New Roman"/>
          <w:b/>
          <w:bCs/>
          <w:sz w:val="24"/>
          <w:szCs w:val="24"/>
        </w:rPr>
        <w:t>și</w:t>
      </w:r>
      <w:proofErr w:type="spellEnd"/>
      <w:r w:rsidRPr="00E64742">
        <w:rPr>
          <w:rFonts w:ascii="Times New Roman" w:hAnsi="Times New Roman" w:cs="Times New Roman"/>
          <w:b/>
          <w:bCs/>
          <w:sz w:val="24"/>
          <w:szCs w:val="24"/>
        </w:rPr>
        <w:t xml:space="preserve"> </w:t>
      </w:r>
      <w:proofErr w:type="spellStart"/>
      <w:r w:rsidRPr="00E64742">
        <w:rPr>
          <w:rFonts w:ascii="Times New Roman" w:hAnsi="Times New Roman" w:cs="Times New Roman"/>
          <w:b/>
          <w:bCs/>
          <w:sz w:val="24"/>
          <w:szCs w:val="24"/>
        </w:rPr>
        <w:t>elemente</w:t>
      </w:r>
      <w:proofErr w:type="spellEnd"/>
      <w:r w:rsidRPr="00E64742">
        <w:rPr>
          <w:rFonts w:ascii="Times New Roman" w:hAnsi="Times New Roman" w:cs="Times New Roman"/>
          <w:b/>
          <w:bCs/>
          <w:sz w:val="24"/>
          <w:szCs w:val="24"/>
        </w:rPr>
        <w:t xml:space="preserve"> </w:t>
      </w:r>
      <w:proofErr w:type="spellStart"/>
      <w:r w:rsidRPr="00E64742">
        <w:rPr>
          <w:rFonts w:ascii="Times New Roman" w:hAnsi="Times New Roman" w:cs="Times New Roman"/>
          <w:b/>
          <w:bCs/>
          <w:sz w:val="24"/>
          <w:szCs w:val="24"/>
        </w:rPr>
        <w:t>profesionale</w:t>
      </w:r>
      <w:proofErr w:type="spellEnd"/>
      <w:r w:rsidRPr="00E64742">
        <w:rPr>
          <w:rFonts w:ascii="Times New Roman" w:hAnsi="Times New Roman" w:cs="Times New Roman"/>
          <w:b/>
          <w:bCs/>
          <w:sz w:val="24"/>
          <w:szCs w:val="24"/>
        </w:rPr>
        <w:t xml:space="preserve"> </w:t>
      </w:r>
      <w:proofErr w:type="spellStart"/>
      <w:r w:rsidRPr="00E64742">
        <w:rPr>
          <w:rFonts w:ascii="Times New Roman" w:hAnsi="Times New Roman" w:cs="Times New Roman"/>
          <w:b/>
          <w:bCs/>
          <w:sz w:val="24"/>
          <w:szCs w:val="24"/>
        </w:rPr>
        <w:t>relevante</w:t>
      </w:r>
      <w:proofErr w:type="spellEnd"/>
    </w:p>
    <w:p w14:paraId="383C2571" w14:textId="77777777" w:rsidR="008C0EC4" w:rsidRPr="00C812BD" w:rsidRDefault="00000000" w:rsidP="00AA7D35">
      <w:pPr>
        <w:pStyle w:val="Listcumarcatori"/>
        <w:numPr>
          <w:ilvl w:val="0"/>
          <w:numId w:val="10"/>
        </w:numPr>
        <w:spacing w:after="0"/>
        <w:jc w:val="both"/>
        <w:rPr>
          <w:rFonts w:ascii="Times New Roman" w:hAnsi="Times New Roman" w:cs="Times New Roman"/>
          <w:sz w:val="24"/>
          <w:szCs w:val="24"/>
        </w:rPr>
      </w:pPr>
      <w:proofErr w:type="spellStart"/>
      <w:r w:rsidRPr="00C812BD">
        <w:rPr>
          <w:rFonts w:ascii="Times New Roman" w:hAnsi="Times New Roman" w:cs="Times New Roman"/>
          <w:sz w:val="24"/>
          <w:szCs w:val="24"/>
        </w:rPr>
        <w:t>aptitudini</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comunicare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relaționare</w:t>
      </w:r>
      <w:proofErr w:type="spellEnd"/>
      <w:r w:rsidRPr="00C812BD">
        <w:rPr>
          <w:rFonts w:ascii="Times New Roman" w:hAnsi="Times New Roman" w:cs="Times New Roman"/>
          <w:sz w:val="24"/>
          <w:szCs w:val="24"/>
        </w:rPr>
        <w:t xml:space="preserve"> cu </w:t>
      </w:r>
      <w:proofErr w:type="spellStart"/>
      <w:r w:rsidRPr="00C812BD">
        <w:rPr>
          <w:rFonts w:ascii="Times New Roman" w:hAnsi="Times New Roman" w:cs="Times New Roman"/>
          <w:sz w:val="24"/>
          <w:szCs w:val="24"/>
        </w:rPr>
        <w:t>copiii</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vârstă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antepreșcolară</w:t>
      </w:r>
      <w:proofErr w:type="spellEnd"/>
      <w:r w:rsidRPr="00C812BD">
        <w:rPr>
          <w:rFonts w:ascii="Times New Roman" w:hAnsi="Times New Roman" w:cs="Times New Roman"/>
          <w:sz w:val="24"/>
          <w:szCs w:val="24"/>
        </w:rPr>
        <w:t xml:space="preserve">; capacitate de </w:t>
      </w:r>
      <w:proofErr w:type="spellStart"/>
      <w:r w:rsidRPr="00C812BD">
        <w:rPr>
          <w:rFonts w:ascii="Times New Roman" w:hAnsi="Times New Roman" w:cs="Times New Roman"/>
          <w:sz w:val="24"/>
          <w:szCs w:val="24"/>
        </w:rPr>
        <w:t>lucru</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în</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echipă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empatie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răbdare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responsabilitate</w:t>
      </w:r>
      <w:proofErr w:type="spellEnd"/>
      <w:r w:rsidRPr="00C812BD">
        <w:rPr>
          <w:rFonts w:ascii="Times New Roman" w:hAnsi="Times New Roman" w:cs="Times New Roman"/>
          <w:sz w:val="24"/>
          <w:szCs w:val="24"/>
        </w:rPr>
        <w:t>;</w:t>
      </w:r>
    </w:p>
    <w:p w14:paraId="2113AF50" w14:textId="4E2B404F" w:rsidR="008A0319" w:rsidRDefault="00000000" w:rsidP="00AA7D35">
      <w:pPr>
        <w:pStyle w:val="Listcumarcatori"/>
        <w:numPr>
          <w:ilvl w:val="0"/>
          <w:numId w:val="10"/>
        </w:numPr>
        <w:spacing w:after="0"/>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disponibilitate pentru program de lucru în schimburi și pentru efort fizic moderat</w:t>
      </w:r>
      <w:r w:rsidR="00F52028">
        <w:rPr>
          <w:rFonts w:ascii="Times New Roman" w:hAnsi="Times New Roman" w:cs="Times New Roman"/>
          <w:sz w:val="24"/>
          <w:szCs w:val="24"/>
          <w:lang w:val="it-IT"/>
        </w:rPr>
        <w:t>;</w:t>
      </w:r>
    </w:p>
    <w:p w14:paraId="46E96E71" w14:textId="043EBFCB" w:rsidR="008C58AE" w:rsidRPr="008C58AE" w:rsidRDefault="00000000" w:rsidP="00BE4983">
      <w:pPr>
        <w:pStyle w:val="Titlu1"/>
        <w:spacing w:after="0" w:line="240" w:lineRule="auto"/>
        <w:rPr>
          <w:rFonts w:ascii="Times New Roman" w:hAnsi="Times New Roman" w:cs="Times New Roman"/>
          <w:sz w:val="24"/>
          <w:szCs w:val="24"/>
          <w:lang w:val="it-IT"/>
        </w:rPr>
      </w:pPr>
      <w:r w:rsidRPr="008A0319">
        <w:rPr>
          <w:rFonts w:ascii="Times New Roman" w:hAnsi="Times New Roman" w:cs="Times New Roman"/>
          <w:sz w:val="24"/>
          <w:szCs w:val="24"/>
          <w:lang w:val="it-IT"/>
        </w:rPr>
        <w:t>IV. Dosarul de înscriere</w:t>
      </w:r>
    </w:p>
    <w:p w14:paraId="6BFAB1F4" w14:textId="77777777" w:rsidR="008C0EC4" w:rsidRDefault="00000000" w:rsidP="00BE4983">
      <w:pPr>
        <w:spacing w:after="0" w:line="240" w:lineRule="auto"/>
        <w:ind w:firstLine="709"/>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Dosarele se depun la secretariatul Școlii Gimnaziale „Constantin Parfene” Vaslui, str. Mihail Kogălniceanu nr. 20, în intervalul prevăzut în calendar, și vor conține:</w:t>
      </w:r>
    </w:p>
    <w:p w14:paraId="5D7C277C" w14:textId="370453D3" w:rsidR="0064600E" w:rsidRPr="009E455D" w:rsidRDefault="0064600E" w:rsidP="00BE4983">
      <w:pPr>
        <w:pStyle w:val="Listparagraf"/>
        <w:numPr>
          <w:ilvl w:val="0"/>
          <w:numId w:val="17"/>
        </w:numPr>
        <w:spacing w:after="0" w:line="240" w:lineRule="auto"/>
        <w:jc w:val="both"/>
        <w:rPr>
          <w:rFonts w:ascii="Times New Roman" w:hAnsi="Times New Roman" w:cs="Times New Roman"/>
          <w:sz w:val="24"/>
          <w:szCs w:val="24"/>
          <w:lang w:val="it-IT"/>
        </w:rPr>
      </w:pPr>
      <w:r w:rsidRPr="009E455D">
        <w:rPr>
          <w:rFonts w:ascii="Times New Roman" w:hAnsi="Times New Roman" w:cs="Times New Roman"/>
          <w:sz w:val="24"/>
          <w:szCs w:val="24"/>
          <w:lang w:val="ro-RO"/>
        </w:rPr>
        <w:t xml:space="preserve">Opisul </w:t>
      </w:r>
      <w:proofErr w:type="spellStart"/>
      <w:r w:rsidR="009E455D" w:rsidRPr="009E455D">
        <w:rPr>
          <w:rFonts w:ascii="Times New Roman" w:hAnsi="Times New Roman" w:cs="Times New Roman"/>
          <w:sz w:val="24"/>
          <w:szCs w:val="24"/>
        </w:rPr>
        <w:t>documentelor</w:t>
      </w:r>
      <w:proofErr w:type="spellEnd"/>
      <w:r w:rsidR="009E455D" w:rsidRPr="009E455D">
        <w:rPr>
          <w:rFonts w:ascii="Times New Roman" w:hAnsi="Times New Roman" w:cs="Times New Roman"/>
          <w:sz w:val="24"/>
          <w:szCs w:val="24"/>
        </w:rPr>
        <w:t xml:space="preserve"> care </w:t>
      </w:r>
      <w:proofErr w:type="spellStart"/>
      <w:r w:rsidR="009E455D" w:rsidRPr="009E455D">
        <w:rPr>
          <w:rFonts w:ascii="Times New Roman" w:hAnsi="Times New Roman" w:cs="Times New Roman"/>
          <w:sz w:val="24"/>
          <w:szCs w:val="24"/>
        </w:rPr>
        <w:t>alcătuiesc</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dosarul</w:t>
      </w:r>
      <w:proofErr w:type="spellEnd"/>
      <w:r w:rsidR="009E455D" w:rsidRPr="009E455D">
        <w:rPr>
          <w:rFonts w:ascii="Times New Roman" w:hAnsi="Times New Roman" w:cs="Times New Roman"/>
          <w:sz w:val="24"/>
          <w:szCs w:val="24"/>
        </w:rPr>
        <w:t xml:space="preserve"> de concurs, </w:t>
      </w:r>
      <w:proofErr w:type="spellStart"/>
      <w:r w:rsidR="009E455D" w:rsidRPr="009E455D">
        <w:rPr>
          <w:rFonts w:ascii="Times New Roman" w:hAnsi="Times New Roman" w:cs="Times New Roman"/>
          <w:sz w:val="24"/>
          <w:szCs w:val="24"/>
        </w:rPr>
        <w:t>întocmit</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în</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două</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exemplare</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și</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semnat</w:t>
      </w:r>
      <w:proofErr w:type="spellEnd"/>
      <w:r w:rsidR="009E455D" w:rsidRPr="009E455D">
        <w:rPr>
          <w:rFonts w:ascii="Times New Roman" w:hAnsi="Times New Roman" w:cs="Times New Roman"/>
          <w:sz w:val="24"/>
          <w:szCs w:val="24"/>
        </w:rPr>
        <w:t xml:space="preserve"> de </w:t>
      </w:r>
      <w:proofErr w:type="spellStart"/>
      <w:r w:rsidR="009E455D" w:rsidRPr="009E455D">
        <w:rPr>
          <w:rFonts w:ascii="Times New Roman" w:hAnsi="Times New Roman" w:cs="Times New Roman"/>
          <w:sz w:val="24"/>
          <w:szCs w:val="24"/>
        </w:rPr>
        <w:t>candidat</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După</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verificarea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documentelor</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secretarul</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comisiei</w:t>
      </w:r>
      <w:proofErr w:type="spellEnd"/>
      <w:r w:rsidR="009E455D" w:rsidRPr="009E455D">
        <w:rPr>
          <w:rFonts w:ascii="Times New Roman" w:hAnsi="Times New Roman" w:cs="Times New Roman"/>
          <w:sz w:val="24"/>
          <w:szCs w:val="24"/>
        </w:rPr>
        <w:t xml:space="preserve"> de concurs </w:t>
      </w:r>
      <w:proofErr w:type="spellStart"/>
      <w:r w:rsidR="009E455D" w:rsidRPr="009E455D">
        <w:rPr>
          <w:rFonts w:ascii="Times New Roman" w:hAnsi="Times New Roman" w:cs="Times New Roman"/>
          <w:sz w:val="24"/>
          <w:szCs w:val="24"/>
        </w:rPr>
        <w:t>va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semna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unul</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dintre</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exemplare</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certificând</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astfel</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existența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și</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ordinea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documentelor</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depuse</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Exemplarul</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semnat</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va</w:t>
      </w:r>
      <w:proofErr w:type="spellEnd"/>
      <w:r w:rsidR="009E455D" w:rsidRPr="009E455D">
        <w:rPr>
          <w:rFonts w:ascii="Times New Roman" w:hAnsi="Times New Roman" w:cs="Times New Roman"/>
          <w:sz w:val="24"/>
          <w:szCs w:val="24"/>
        </w:rPr>
        <w:t xml:space="preserve"> fi </w:t>
      </w:r>
      <w:proofErr w:type="spellStart"/>
      <w:r w:rsidR="009E455D" w:rsidRPr="009E455D">
        <w:rPr>
          <w:rFonts w:ascii="Times New Roman" w:hAnsi="Times New Roman" w:cs="Times New Roman"/>
          <w:sz w:val="24"/>
          <w:szCs w:val="24"/>
        </w:rPr>
        <w:t>returnat</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candidatului</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iar</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celălalt</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va</w:t>
      </w:r>
      <w:proofErr w:type="spellEnd"/>
      <w:r w:rsidR="009E455D" w:rsidRPr="009E455D">
        <w:rPr>
          <w:rFonts w:ascii="Times New Roman" w:hAnsi="Times New Roman" w:cs="Times New Roman"/>
          <w:sz w:val="24"/>
          <w:szCs w:val="24"/>
        </w:rPr>
        <w:t xml:space="preserve"> </w:t>
      </w:r>
      <w:proofErr w:type="spellStart"/>
      <w:r w:rsidR="009E455D" w:rsidRPr="009E455D">
        <w:rPr>
          <w:rFonts w:ascii="Times New Roman" w:hAnsi="Times New Roman" w:cs="Times New Roman"/>
          <w:sz w:val="24"/>
          <w:szCs w:val="24"/>
        </w:rPr>
        <w:t>rămâne</w:t>
      </w:r>
      <w:proofErr w:type="spellEnd"/>
      <w:r w:rsidR="009E455D" w:rsidRPr="009E455D">
        <w:rPr>
          <w:rFonts w:ascii="Times New Roman" w:hAnsi="Times New Roman" w:cs="Times New Roman"/>
          <w:sz w:val="24"/>
          <w:szCs w:val="24"/>
        </w:rPr>
        <w:t xml:space="preserve"> la </w:t>
      </w:r>
      <w:proofErr w:type="spellStart"/>
      <w:r w:rsidR="009E455D" w:rsidRPr="009E455D">
        <w:rPr>
          <w:rFonts w:ascii="Times New Roman" w:hAnsi="Times New Roman" w:cs="Times New Roman"/>
          <w:sz w:val="24"/>
          <w:szCs w:val="24"/>
        </w:rPr>
        <w:t>dosarul</w:t>
      </w:r>
      <w:proofErr w:type="spellEnd"/>
      <w:r w:rsidR="009E455D" w:rsidRPr="009E455D">
        <w:rPr>
          <w:rFonts w:ascii="Times New Roman" w:hAnsi="Times New Roman" w:cs="Times New Roman"/>
          <w:sz w:val="24"/>
          <w:szCs w:val="24"/>
        </w:rPr>
        <w:t xml:space="preserve"> de concurs.</w:t>
      </w:r>
    </w:p>
    <w:p w14:paraId="7913E615" w14:textId="66A4300C" w:rsidR="004F74DC" w:rsidRPr="004F74DC"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formular</w:t>
      </w:r>
      <w:r w:rsidR="00ED0546">
        <w:rPr>
          <w:rFonts w:ascii="Times New Roman" w:hAnsi="Times New Roman" w:cs="Times New Roman"/>
          <w:sz w:val="24"/>
          <w:szCs w:val="24"/>
          <w:lang w:val="ro-RO"/>
        </w:rPr>
        <w:t>ul</w:t>
      </w:r>
      <w:r w:rsidRPr="004F74DC">
        <w:rPr>
          <w:rFonts w:ascii="Times New Roman" w:hAnsi="Times New Roman" w:cs="Times New Roman"/>
          <w:sz w:val="24"/>
          <w:szCs w:val="24"/>
          <w:lang w:val="ro-RO"/>
        </w:rPr>
        <w:t xml:space="preserve"> de înscriere la concurs, </w:t>
      </w:r>
      <w:r w:rsidR="00ED0546" w:rsidRPr="00ED0546">
        <w:rPr>
          <w:rFonts w:ascii="Times New Roman" w:hAnsi="Times New Roman" w:cs="Times New Roman"/>
          <w:sz w:val="24"/>
          <w:szCs w:val="24"/>
        </w:rPr>
        <w:t xml:space="preserve">conform </w:t>
      </w:r>
      <w:proofErr w:type="spellStart"/>
      <w:r w:rsidR="00ED0546" w:rsidRPr="00ED0546">
        <w:rPr>
          <w:rFonts w:ascii="Times New Roman" w:hAnsi="Times New Roman" w:cs="Times New Roman"/>
          <w:sz w:val="24"/>
          <w:szCs w:val="24"/>
        </w:rPr>
        <w:t>modelului</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prevăzut</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în</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anexa</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nr.</w:t>
      </w:r>
      <w:proofErr w:type="spellEnd"/>
      <w:r w:rsidR="00ED0546" w:rsidRPr="00ED0546">
        <w:rPr>
          <w:rFonts w:ascii="Times New Roman" w:hAnsi="Times New Roman" w:cs="Times New Roman"/>
          <w:sz w:val="24"/>
          <w:szCs w:val="24"/>
        </w:rPr>
        <w:t xml:space="preserve"> 2 la H.G. </w:t>
      </w:r>
      <w:proofErr w:type="spellStart"/>
      <w:r w:rsidR="00ED0546" w:rsidRPr="00ED0546">
        <w:rPr>
          <w:rFonts w:ascii="Times New Roman" w:hAnsi="Times New Roman" w:cs="Times New Roman"/>
          <w:sz w:val="24"/>
          <w:szCs w:val="24"/>
        </w:rPr>
        <w:t>nr.</w:t>
      </w:r>
      <w:proofErr w:type="spellEnd"/>
      <w:r w:rsidR="00ED0546" w:rsidRPr="00ED0546">
        <w:rPr>
          <w:rFonts w:ascii="Times New Roman" w:hAnsi="Times New Roman" w:cs="Times New Roman"/>
          <w:sz w:val="24"/>
          <w:szCs w:val="24"/>
        </w:rPr>
        <w:t xml:space="preserve"> 1.336/2022, cu </w:t>
      </w:r>
      <w:proofErr w:type="spellStart"/>
      <w:r w:rsidR="00ED0546" w:rsidRPr="00ED0546">
        <w:rPr>
          <w:rFonts w:ascii="Times New Roman" w:hAnsi="Times New Roman" w:cs="Times New Roman"/>
          <w:sz w:val="24"/>
          <w:szCs w:val="24"/>
        </w:rPr>
        <w:t>modificările</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și</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completările</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ulterioare</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formularul</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poate</w:t>
      </w:r>
      <w:proofErr w:type="spellEnd"/>
      <w:r w:rsidR="00ED0546" w:rsidRPr="00ED0546">
        <w:rPr>
          <w:rFonts w:ascii="Times New Roman" w:hAnsi="Times New Roman" w:cs="Times New Roman"/>
          <w:sz w:val="24"/>
          <w:szCs w:val="24"/>
        </w:rPr>
        <w:t xml:space="preserve"> fi </w:t>
      </w:r>
      <w:proofErr w:type="spellStart"/>
      <w:r w:rsidR="00ED0546" w:rsidRPr="00ED0546">
        <w:rPr>
          <w:rFonts w:ascii="Times New Roman" w:hAnsi="Times New Roman" w:cs="Times New Roman"/>
          <w:sz w:val="24"/>
          <w:szCs w:val="24"/>
        </w:rPr>
        <w:t>solicitat</w:t>
      </w:r>
      <w:proofErr w:type="spellEnd"/>
      <w:r w:rsidR="00ED0546" w:rsidRPr="00ED0546">
        <w:rPr>
          <w:rFonts w:ascii="Times New Roman" w:hAnsi="Times New Roman" w:cs="Times New Roman"/>
          <w:sz w:val="24"/>
          <w:szCs w:val="24"/>
        </w:rPr>
        <w:t xml:space="preserve"> de la </w:t>
      </w:r>
      <w:proofErr w:type="spellStart"/>
      <w:r w:rsidR="00ED0546" w:rsidRPr="00ED0546">
        <w:rPr>
          <w:rFonts w:ascii="Times New Roman" w:hAnsi="Times New Roman" w:cs="Times New Roman"/>
          <w:sz w:val="24"/>
          <w:szCs w:val="24"/>
        </w:rPr>
        <w:t>secretariatul</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Școlii</w:t>
      </w:r>
      <w:proofErr w:type="spellEnd"/>
      <w:r w:rsidR="00ED0546" w:rsidRPr="00ED0546">
        <w:rPr>
          <w:rFonts w:ascii="Times New Roman" w:hAnsi="Times New Roman" w:cs="Times New Roman"/>
          <w:sz w:val="24"/>
          <w:szCs w:val="24"/>
        </w:rPr>
        <w:t xml:space="preserve"> </w:t>
      </w:r>
      <w:proofErr w:type="spellStart"/>
      <w:r w:rsidR="00ED0546" w:rsidRPr="00ED0546">
        <w:rPr>
          <w:rFonts w:ascii="Times New Roman" w:hAnsi="Times New Roman" w:cs="Times New Roman"/>
          <w:sz w:val="24"/>
          <w:szCs w:val="24"/>
        </w:rPr>
        <w:t>Gimnaziale</w:t>
      </w:r>
      <w:proofErr w:type="spellEnd"/>
      <w:r w:rsidR="00ED0546" w:rsidRPr="00ED0546">
        <w:rPr>
          <w:rFonts w:ascii="Times New Roman" w:hAnsi="Times New Roman" w:cs="Times New Roman"/>
          <w:sz w:val="24"/>
          <w:szCs w:val="24"/>
        </w:rPr>
        <w:t xml:space="preserve"> „Constantin </w:t>
      </w:r>
      <w:proofErr w:type="spellStart"/>
      <w:r w:rsidR="00ED0546" w:rsidRPr="00ED0546">
        <w:rPr>
          <w:rFonts w:ascii="Times New Roman" w:hAnsi="Times New Roman" w:cs="Times New Roman"/>
          <w:sz w:val="24"/>
          <w:szCs w:val="24"/>
        </w:rPr>
        <w:t>Parfene</w:t>
      </w:r>
      <w:proofErr w:type="spellEnd"/>
      <w:r w:rsidR="00ED0546" w:rsidRPr="00ED0546">
        <w:rPr>
          <w:rFonts w:ascii="Times New Roman" w:hAnsi="Times New Roman" w:cs="Times New Roman"/>
          <w:sz w:val="24"/>
          <w:szCs w:val="24"/>
        </w:rPr>
        <w:t>” Vaslui.</w:t>
      </w:r>
    </w:p>
    <w:p w14:paraId="30604ADA" w14:textId="48BB64E9" w:rsidR="004F74DC" w:rsidRPr="004F74DC"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copia actului de identitate sau orice alt document care atestă identitatea, potrivit legii, aflate în termen de</w:t>
      </w:r>
      <w:r>
        <w:rPr>
          <w:rFonts w:ascii="Times New Roman" w:hAnsi="Times New Roman" w:cs="Times New Roman"/>
          <w:sz w:val="24"/>
          <w:szCs w:val="24"/>
          <w:lang w:val="ro-RO"/>
        </w:rPr>
        <w:t xml:space="preserve"> </w:t>
      </w:r>
      <w:r w:rsidRPr="004F74DC">
        <w:rPr>
          <w:rFonts w:ascii="Times New Roman" w:hAnsi="Times New Roman" w:cs="Times New Roman"/>
          <w:sz w:val="24"/>
          <w:szCs w:val="24"/>
          <w:lang w:val="ro-RO"/>
        </w:rPr>
        <w:t>valabilitate;</w:t>
      </w:r>
    </w:p>
    <w:p w14:paraId="79245DAA" w14:textId="4BF70283" w:rsidR="004F74DC" w:rsidRPr="004F74DC"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copia certificatului de căsătorie sau a altui document prin care s-a realizat schimbarea de nume, după caz;</w:t>
      </w:r>
    </w:p>
    <w:p w14:paraId="608CFD4D" w14:textId="2824693F" w:rsidR="004F74DC" w:rsidRPr="0064600E"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copiile documentelor care atestă nivelul studiilor şi ale altor acte care atestă efectuarea unor specializări,</w:t>
      </w:r>
      <w:r w:rsidR="0064600E">
        <w:rPr>
          <w:rFonts w:ascii="Times New Roman" w:hAnsi="Times New Roman" w:cs="Times New Roman"/>
          <w:sz w:val="24"/>
          <w:szCs w:val="24"/>
          <w:lang w:val="ro-RO"/>
        </w:rPr>
        <w:t xml:space="preserve"> </w:t>
      </w:r>
      <w:r w:rsidRPr="0064600E">
        <w:rPr>
          <w:rFonts w:ascii="Times New Roman" w:hAnsi="Times New Roman" w:cs="Times New Roman"/>
          <w:sz w:val="24"/>
          <w:szCs w:val="24"/>
          <w:lang w:val="ro-RO"/>
        </w:rPr>
        <w:t>precum şi copiile documentelor care atestă îndeplinirea condiţiilor specifice ale postului solicitate de autoritatea sau</w:t>
      </w:r>
      <w:r w:rsidR="0064600E">
        <w:rPr>
          <w:rFonts w:ascii="Times New Roman" w:hAnsi="Times New Roman" w:cs="Times New Roman"/>
          <w:sz w:val="24"/>
          <w:szCs w:val="24"/>
          <w:lang w:val="ro-RO"/>
        </w:rPr>
        <w:t xml:space="preserve"> </w:t>
      </w:r>
      <w:proofErr w:type="spellStart"/>
      <w:r w:rsidRPr="0064600E">
        <w:rPr>
          <w:rFonts w:ascii="Times New Roman" w:hAnsi="Times New Roman" w:cs="Times New Roman"/>
          <w:sz w:val="24"/>
          <w:szCs w:val="24"/>
          <w:lang w:val="ro-RO"/>
        </w:rPr>
        <w:t>instituţia</w:t>
      </w:r>
      <w:proofErr w:type="spellEnd"/>
      <w:r w:rsidRPr="0064600E">
        <w:rPr>
          <w:rFonts w:ascii="Times New Roman" w:hAnsi="Times New Roman" w:cs="Times New Roman"/>
          <w:sz w:val="24"/>
          <w:szCs w:val="24"/>
          <w:lang w:val="ro-RO"/>
        </w:rPr>
        <w:t xml:space="preserve"> publică;</w:t>
      </w:r>
    </w:p>
    <w:p w14:paraId="3DA7B585" w14:textId="58B39104" w:rsidR="004F74DC" w:rsidRPr="0064600E"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 xml:space="preserve">copia carnetului de muncă, a </w:t>
      </w:r>
      <w:proofErr w:type="spellStart"/>
      <w:r w:rsidRPr="004F74DC">
        <w:rPr>
          <w:rFonts w:ascii="Times New Roman" w:hAnsi="Times New Roman" w:cs="Times New Roman"/>
          <w:sz w:val="24"/>
          <w:szCs w:val="24"/>
          <w:lang w:val="ro-RO"/>
        </w:rPr>
        <w:t>adeverinţei</w:t>
      </w:r>
      <w:proofErr w:type="spellEnd"/>
      <w:r w:rsidRPr="004F74DC">
        <w:rPr>
          <w:rFonts w:ascii="Times New Roman" w:hAnsi="Times New Roman" w:cs="Times New Roman"/>
          <w:sz w:val="24"/>
          <w:szCs w:val="24"/>
          <w:lang w:val="ro-RO"/>
        </w:rPr>
        <w:t xml:space="preserve"> eliberate de angajator pentru perioada lucrată, care să ateste</w:t>
      </w:r>
      <w:r w:rsidR="0064600E">
        <w:rPr>
          <w:rFonts w:ascii="Times New Roman" w:hAnsi="Times New Roman" w:cs="Times New Roman"/>
          <w:sz w:val="24"/>
          <w:szCs w:val="24"/>
          <w:lang w:val="ro-RO"/>
        </w:rPr>
        <w:t xml:space="preserve"> </w:t>
      </w:r>
      <w:r w:rsidRPr="0064600E">
        <w:rPr>
          <w:rFonts w:ascii="Times New Roman" w:hAnsi="Times New Roman" w:cs="Times New Roman"/>
          <w:sz w:val="24"/>
          <w:szCs w:val="24"/>
          <w:lang w:val="ro-RO"/>
        </w:rPr>
        <w:t>vechimea în muncă şi în specialitatea studiilor solicitate pentru ocuparea postului;</w:t>
      </w:r>
    </w:p>
    <w:p w14:paraId="65EB876E" w14:textId="2029015F" w:rsidR="004F74DC" w:rsidRPr="004F74DC"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certificat de cazier judiciar sau, după caz, extrasul de pe cazierul judiciar;</w:t>
      </w:r>
    </w:p>
    <w:p w14:paraId="748A41CB" w14:textId="63BCAB26" w:rsidR="004F74DC" w:rsidRPr="00A20EDD" w:rsidRDefault="004F74DC" w:rsidP="009E455D">
      <w:pPr>
        <w:pStyle w:val="Listparagraf"/>
        <w:numPr>
          <w:ilvl w:val="0"/>
          <w:numId w:val="17"/>
        </w:numPr>
        <w:spacing w:after="0"/>
        <w:jc w:val="both"/>
        <w:rPr>
          <w:rFonts w:ascii="Times New Roman" w:hAnsi="Times New Roman" w:cs="Times New Roman"/>
          <w:sz w:val="24"/>
          <w:szCs w:val="24"/>
          <w:lang w:val="ro-RO"/>
        </w:rPr>
      </w:pPr>
      <w:r w:rsidRPr="00A20EDD">
        <w:rPr>
          <w:rFonts w:ascii="Times New Roman" w:hAnsi="Times New Roman" w:cs="Times New Roman"/>
          <w:sz w:val="24"/>
          <w:szCs w:val="24"/>
          <w:lang w:val="ro-RO"/>
        </w:rPr>
        <w:t>adeverinţă medicală care să ateste starea de sănătate corespunzătoare, eliberată de către medicul de familie</w:t>
      </w:r>
      <w:r w:rsidR="0064600E" w:rsidRPr="00A20EDD">
        <w:rPr>
          <w:rFonts w:ascii="Times New Roman" w:hAnsi="Times New Roman" w:cs="Times New Roman"/>
          <w:sz w:val="24"/>
          <w:szCs w:val="24"/>
          <w:lang w:val="ro-RO"/>
        </w:rPr>
        <w:t xml:space="preserve"> a</w:t>
      </w:r>
      <w:r w:rsidRPr="00A20EDD">
        <w:rPr>
          <w:rFonts w:ascii="Times New Roman" w:hAnsi="Times New Roman" w:cs="Times New Roman"/>
          <w:sz w:val="24"/>
          <w:szCs w:val="24"/>
          <w:lang w:val="ro-RO"/>
        </w:rPr>
        <w:t>l candidatului sau de către unităţile sanitare abilitate cu cel mult 6 luni anterior derulării concursului;</w:t>
      </w:r>
    </w:p>
    <w:p w14:paraId="0D067FF0" w14:textId="22039759" w:rsidR="00A20EDD" w:rsidRPr="0064600E" w:rsidRDefault="00A20EDD" w:rsidP="009E455D">
      <w:pPr>
        <w:pStyle w:val="Listparagraf"/>
        <w:numPr>
          <w:ilvl w:val="0"/>
          <w:numId w:val="17"/>
        </w:numPr>
        <w:spacing w:after="0"/>
        <w:jc w:val="both"/>
        <w:rPr>
          <w:rFonts w:ascii="Times New Roman" w:hAnsi="Times New Roman" w:cs="Times New Roman"/>
          <w:sz w:val="24"/>
          <w:szCs w:val="24"/>
          <w:lang w:val="ro-RO"/>
        </w:rPr>
      </w:pPr>
      <w:proofErr w:type="spellStart"/>
      <w:r w:rsidRPr="00A20EDD">
        <w:rPr>
          <w:rFonts w:ascii="Times New Roman" w:hAnsi="Times New Roman" w:cs="Times New Roman"/>
          <w:sz w:val="24"/>
          <w:szCs w:val="24"/>
        </w:rPr>
        <w:t>certificat</w:t>
      </w:r>
      <w:proofErr w:type="spellEnd"/>
      <w:r w:rsidRPr="00A20EDD">
        <w:rPr>
          <w:rFonts w:ascii="Times New Roman" w:hAnsi="Times New Roman" w:cs="Times New Roman"/>
          <w:sz w:val="24"/>
          <w:szCs w:val="24"/>
        </w:rPr>
        <w:t xml:space="preserve"> medical </w:t>
      </w:r>
      <w:proofErr w:type="spellStart"/>
      <w:r w:rsidRPr="00A20EDD">
        <w:rPr>
          <w:rFonts w:ascii="Times New Roman" w:hAnsi="Times New Roman" w:cs="Times New Roman"/>
          <w:sz w:val="24"/>
          <w:szCs w:val="24"/>
        </w:rPr>
        <w:t>emis</w:t>
      </w:r>
      <w:proofErr w:type="spellEnd"/>
      <w:r w:rsidRPr="00A20EDD">
        <w:rPr>
          <w:rFonts w:ascii="Times New Roman" w:hAnsi="Times New Roman" w:cs="Times New Roman"/>
          <w:sz w:val="24"/>
          <w:szCs w:val="24"/>
        </w:rPr>
        <w:t xml:space="preserve"> de </w:t>
      </w:r>
      <w:proofErr w:type="spellStart"/>
      <w:r w:rsidRPr="00A20EDD">
        <w:rPr>
          <w:rFonts w:ascii="Times New Roman" w:hAnsi="Times New Roman" w:cs="Times New Roman"/>
          <w:sz w:val="24"/>
          <w:szCs w:val="24"/>
        </w:rPr>
        <w:t>medicul</w:t>
      </w:r>
      <w:proofErr w:type="spellEnd"/>
      <w:r w:rsidRPr="00A20EDD">
        <w:rPr>
          <w:rFonts w:ascii="Times New Roman" w:hAnsi="Times New Roman" w:cs="Times New Roman"/>
          <w:sz w:val="24"/>
          <w:szCs w:val="24"/>
        </w:rPr>
        <w:t xml:space="preserve"> specialist de </w:t>
      </w:r>
      <w:proofErr w:type="spellStart"/>
      <w:r w:rsidRPr="00A20EDD">
        <w:rPr>
          <w:rFonts w:ascii="Times New Roman" w:hAnsi="Times New Roman" w:cs="Times New Roman"/>
          <w:sz w:val="24"/>
          <w:szCs w:val="24"/>
        </w:rPr>
        <w:t>medicina</w:t>
      </w:r>
      <w:proofErr w:type="spellEnd"/>
      <w:r w:rsidRPr="00A20EDD">
        <w:rPr>
          <w:rFonts w:ascii="Times New Roman" w:hAnsi="Times New Roman" w:cs="Times New Roman"/>
          <w:sz w:val="24"/>
          <w:szCs w:val="24"/>
        </w:rPr>
        <w:t xml:space="preserve"> </w:t>
      </w:r>
      <w:proofErr w:type="spellStart"/>
      <w:r w:rsidRPr="00A20EDD">
        <w:rPr>
          <w:rFonts w:ascii="Times New Roman" w:hAnsi="Times New Roman" w:cs="Times New Roman"/>
          <w:sz w:val="24"/>
          <w:szCs w:val="24"/>
        </w:rPr>
        <w:t>muncii</w:t>
      </w:r>
      <w:proofErr w:type="spellEnd"/>
      <w:r w:rsidRPr="00A20EDD">
        <w:rPr>
          <w:rFonts w:ascii="Times New Roman" w:hAnsi="Times New Roman" w:cs="Times New Roman"/>
          <w:sz w:val="24"/>
          <w:szCs w:val="24"/>
        </w:rPr>
        <w:t xml:space="preserve">, conform </w:t>
      </w:r>
      <w:proofErr w:type="spellStart"/>
      <w:r w:rsidRPr="00A20EDD">
        <w:rPr>
          <w:rFonts w:ascii="Times New Roman" w:hAnsi="Times New Roman" w:cs="Times New Roman"/>
          <w:sz w:val="24"/>
          <w:szCs w:val="24"/>
        </w:rPr>
        <w:t>Ordinului</w:t>
      </w:r>
      <w:proofErr w:type="spellEnd"/>
      <w:r w:rsidRPr="00A20EDD">
        <w:rPr>
          <w:rFonts w:ascii="Times New Roman" w:hAnsi="Times New Roman" w:cs="Times New Roman"/>
          <w:sz w:val="24"/>
          <w:szCs w:val="24"/>
        </w:rPr>
        <w:t xml:space="preserve"> </w:t>
      </w:r>
      <w:proofErr w:type="spellStart"/>
      <w:r w:rsidRPr="00A20EDD">
        <w:rPr>
          <w:rFonts w:ascii="Times New Roman" w:hAnsi="Times New Roman" w:cs="Times New Roman"/>
          <w:sz w:val="24"/>
          <w:szCs w:val="24"/>
        </w:rPr>
        <w:t>comun</w:t>
      </w:r>
      <w:proofErr w:type="spellEnd"/>
      <w:r w:rsidRPr="00A20EDD">
        <w:rPr>
          <w:rFonts w:ascii="Times New Roman" w:hAnsi="Times New Roman" w:cs="Times New Roman"/>
          <w:sz w:val="24"/>
          <w:szCs w:val="24"/>
        </w:rPr>
        <w:t xml:space="preserve"> </w:t>
      </w:r>
      <w:proofErr w:type="spellStart"/>
      <w:r w:rsidRPr="00A20EDD">
        <w:rPr>
          <w:rFonts w:ascii="Times New Roman" w:hAnsi="Times New Roman" w:cs="Times New Roman"/>
          <w:sz w:val="24"/>
          <w:szCs w:val="24"/>
        </w:rPr>
        <w:t>nr.</w:t>
      </w:r>
      <w:proofErr w:type="spellEnd"/>
      <w:r w:rsidRPr="00A20EDD">
        <w:rPr>
          <w:rFonts w:ascii="Times New Roman" w:hAnsi="Times New Roman" w:cs="Times New Roman"/>
          <w:sz w:val="24"/>
          <w:szCs w:val="24"/>
        </w:rPr>
        <w:t xml:space="preserve"> 55/3.335/2026</w:t>
      </w:r>
      <w:r>
        <w:rPr>
          <w:rFonts w:ascii="Times New Roman" w:hAnsi="Times New Roman" w:cs="Times New Roman"/>
          <w:sz w:val="24"/>
          <w:szCs w:val="24"/>
        </w:rPr>
        <w:t>;</w:t>
      </w:r>
    </w:p>
    <w:p w14:paraId="0B679BAF" w14:textId="2414C012" w:rsidR="004F74DC" w:rsidRPr="0064600E" w:rsidRDefault="004F74DC" w:rsidP="009E455D">
      <w:pPr>
        <w:pStyle w:val="Listparagraf"/>
        <w:numPr>
          <w:ilvl w:val="0"/>
          <w:numId w:val="17"/>
        </w:numPr>
        <w:spacing w:after="0"/>
        <w:jc w:val="both"/>
        <w:rPr>
          <w:rFonts w:ascii="Times New Roman" w:hAnsi="Times New Roman" w:cs="Times New Roman"/>
          <w:sz w:val="24"/>
          <w:szCs w:val="24"/>
          <w:lang w:val="ro-RO"/>
        </w:rPr>
      </w:pPr>
      <w:r w:rsidRPr="004F74DC">
        <w:rPr>
          <w:rFonts w:ascii="Times New Roman" w:hAnsi="Times New Roman" w:cs="Times New Roman"/>
          <w:sz w:val="24"/>
          <w:szCs w:val="24"/>
          <w:lang w:val="ro-RO"/>
        </w:rPr>
        <w:t xml:space="preserve">certificatul de integritate comportamentală din care să reiasă că nu s-au comis </w:t>
      </w:r>
      <w:proofErr w:type="spellStart"/>
      <w:r w:rsidRPr="004F74DC">
        <w:rPr>
          <w:rFonts w:ascii="Times New Roman" w:hAnsi="Times New Roman" w:cs="Times New Roman"/>
          <w:sz w:val="24"/>
          <w:szCs w:val="24"/>
          <w:lang w:val="ro-RO"/>
        </w:rPr>
        <w:t>infracţiuni</w:t>
      </w:r>
      <w:proofErr w:type="spellEnd"/>
      <w:r w:rsidRPr="004F74DC">
        <w:rPr>
          <w:rFonts w:ascii="Times New Roman" w:hAnsi="Times New Roman" w:cs="Times New Roman"/>
          <w:sz w:val="24"/>
          <w:szCs w:val="24"/>
          <w:lang w:val="ro-RO"/>
        </w:rPr>
        <w:t xml:space="preserve"> prevăzute la art. 1</w:t>
      </w:r>
      <w:r w:rsidR="0064600E">
        <w:rPr>
          <w:rFonts w:ascii="Times New Roman" w:hAnsi="Times New Roman" w:cs="Times New Roman"/>
          <w:sz w:val="24"/>
          <w:szCs w:val="24"/>
          <w:lang w:val="ro-RO"/>
        </w:rPr>
        <w:t xml:space="preserve"> </w:t>
      </w:r>
      <w:r w:rsidRPr="0064600E">
        <w:rPr>
          <w:rFonts w:ascii="Times New Roman" w:hAnsi="Times New Roman" w:cs="Times New Roman"/>
          <w:sz w:val="24"/>
          <w:szCs w:val="24"/>
          <w:lang w:val="ro-RO"/>
        </w:rPr>
        <w:t xml:space="preserve">alin. (2) din Legea nr. 118/2019 privind Registrul </w:t>
      </w:r>
      <w:proofErr w:type="spellStart"/>
      <w:r w:rsidRPr="0064600E">
        <w:rPr>
          <w:rFonts w:ascii="Times New Roman" w:hAnsi="Times New Roman" w:cs="Times New Roman"/>
          <w:sz w:val="24"/>
          <w:szCs w:val="24"/>
          <w:lang w:val="ro-RO"/>
        </w:rPr>
        <w:t>naţional</w:t>
      </w:r>
      <w:proofErr w:type="spellEnd"/>
      <w:r w:rsidRPr="0064600E">
        <w:rPr>
          <w:rFonts w:ascii="Times New Roman" w:hAnsi="Times New Roman" w:cs="Times New Roman"/>
          <w:sz w:val="24"/>
          <w:szCs w:val="24"/>
          <w:lang w:val="ro-RO"/>
        </w:rPr>
        <w:t xml:space="preserve"> automatizat cu privire la persoanele care au comis</w:t>
      </w:r>
      <w:r w:rsidR="0064600E">
        <w:rPr>
          <w:rFonts w:ascii="Times New Roman" w:hAnsi="Times New Roman" w:cs="Times New Roman"/>
          <w:sz w:val="24"/>
          <w:szCs w:val="24"/>
          <w:lang w:val="ro-RO"/>
        </w:rPr>
        <w:t xml:space="preserve"> </w:t>
      </w:r>
      <w:proofErr w:type="spellStart"/>
      <w:r w:rsidRPr="0064600E">
        <w:rPr>
          <w:rFonts w:ascii="Times New Roman" w:hAnsi="Times New Roman" w:cs="Times New Roman"/>
          <w:sz w:val="24"/>
          <w:szCs w:val="24"/>
          <w:lang w:val="ro-RO"/>
        </w:rPr>
        <w:t>infracţiuni</w:t>
      </w:r>
      <w:proofErr w:type="spellEnd"/>
      <w:r w:rsidRPr="0064600E">
        <w:rPr>
          <w:rFonts w:ascii="Times New Roman" w:hAnsi="Times New Roman" w:cs="Times New Roman"/>
          <w:sz w:val="24"/>
          <w:szCs w:val="24"/>
          <w:lang w:val="ro-RO"/>
        </w:rPr>
        <w:t xml:space="preserve"> sexuale, de exploatare a unor persoane sau asupra minorilor, precum şi pentru completarea Legii nr. 76/2008 privind organizarea şi </w:t>
      </w:r>
      <w:proofErr w:type="spellStart"/>
      <w:r w:rsidRPr="0064600E">
        <w:rPr>
          <w:rFonts w:ascii="Times New Roman" w:hAnsi="Times New Roman" w:cs="Times New Roman"/>
          <w:sz w:val="24"/>
          <w:szCs w:val="24"/>
          <w:lang w:val="ro-RO"/>
        </w:rPr>
        <w:t>funcţionarea</w:t>
      </w:r>
      <w:proofErr w:type="spellEnd"/>
      <w:r w:rsidRPr="0064600E">
        <w:rPr>
          <w:rFonts w:ascii="Times New Roman" w:hAnsi="Times New Roman" w:cs="Times New Roman"/>
          <w:sz w:val="24"/>
          <w:szCs w:val="24"/>
          <w:lang w:val="ro-RO"/>
        </w:rPr>
        <w:t xml:space="preserve"> Sistemului </w:t>
      </w:r>
      <w:proofErr w:type="spellStart"/>
      <w:r w:rsidRPr="0064600E">
        <w:rPr>
          <w:rFonts w:ascii="Times New Roman" w:hAnsi="Times New Roman" w:cs="Times New Roman"/>
          <w:sz w:val="24"/>
          <w:szCs w:val="24"/>
          <w:lang w:val="ro-RO"/>
        </w:rPr>
        <w:t>Naţional</w:t>
      </w:r>
      <w:proofErr w:type="spellEnd"/>
      <w:r w:rsidRPr="0064600E">
        <w:rPr>
          <w:rFonts w:ascii="Times New Roman" w:hAnsi="Times New Roman" w:cs="Times New Roman"/>
          <w:sz w:val="24"/>
          <w:szCs w:val="24"/>
          <w:lang w:val="ro-RO"/>
        </w:rPr>
        <w:t xml:space="preserve"> de Date Genetice Judiciare, cu modificările ulterioare;</w:t>
      </w:r>
    </w:p>
    <w:p w14:paraId="0C2FED22" w14:textId="364A2D1A" w:rsidR="004F74DC" w:rsidRPr="0064600E" w:rsidRDefault="004F74DC" w:rsidP="009E455D">
      <w:pPr>
        <w:pStyle w:val="Listparagraf"/>
        <w:numPr>
          <w:ilvl w:val="0"/>
          <w:numId w:val="17"/>
        </w:numPr>
        <w:spacing w:after="0"/>
        <w:jc w:val="both"/>
        <w:rPr>
          <w:rFonts w:ascii="Times New Roman" w:hAnsi="Times New Roman" w:cs="Times New Roman"/>
          <w:sz w:val="24"/>
          <w:szCs w:val="24"/>
          <w:lang w:val="it-IT"/>
        </w:rPr>
      </w:pPr>
      <w:r w:rsidRPr="004F74DC">
        <w:rPr>
          <w:rFonts w:ascii="Times New Roman" w:hAnsi="Times New Roman" w:cs="Times New Roman"/>
          <w:sz w:val="24"/>
          <w:szCs w:val="24"/>
          <w:lang w:val="ro-RO"/>
        </w:rPr>
        <w:t>curriculum vitae, model comun european.</w:t>
      </w:r>
    </w:p>
    <w:p w14:paraId="5EB881E2" w14:textId="499E9DE2" w:rsidR="008C0EC4" w:rsidRPr="00BE4983" w:rsidRDefault="009E455D" w:rsidP="00BE4983">
      <w:pPr>
        <w:spacing w:after="0"/>
        <w:jc w:val="both"/>
        <w:rPr>
          <w:rFonts w:ascii="Times New Roman" w:hAnsi="Times New Roman" w:cs="Times New Roman"/>
          <w:sz w:val="24"/>
          <w:szCs w:val="24"/>
          <w:lang w:val="it-IT"/>
        </w:rPr>
      </w:pPr>
      <w:r w:rsidRPr="00BE4983">
        <w:rPr>
          <w:rFonts w:ascii="Times New Roman" w:hAnsi="Times New Roman" w:cs="Times New Roman"/>
          <w:b/>
          <w:bCs/>
          <w:sz w:val="24"/>
          <w:szCs w:val="24"/>
          <w:lang w:val="it-IT"/>
        </w:rPr>
        <w:lastRenderedPageBreak/>
        <w:t>Notă:</w:t>
      </w:r>
      <w:r w:rsidRPr="00BE4983">
        <w:rPr>
          <w:rFonts w:ascii="Times New Roman" w:hAnsi="Times New Roman" w:cs="Times New Roman"/>
          <w:sz w:val="24"/>
          <w:szCs w:val="24"/>
          <w:lang w:val="it-IT"/>
        </w:rPr>
        <w:t xml:space="preserve"> </w:t>
      </w:r>
      <w:proofErr w:type="spellStart"/>
      <w:r w:rsidR="00CB6F6F" w:rsidRPr="00CB6F6F">
        <w:rPr>
          <w:rFonts w:ascii="Times New Roman" w:hAnsi="Times New Roman" w:cs="Times New Roman"/>
          <w:b/>
          <w:i/>
          <w:iCs/>
          <w:sz w:val="24"/>
          <w:szCs w:val="24"/>
        </w:rPr>
        <w:t>Copiile</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documentelor</w:t>
      </w:r>
      <w:proofErr w:type="spellEnd"/>
      <w:r w:rsidR="00CB6F6F" w:rsidRPr="00CB6F6F">
        <w:rPr>
          <w:rFonts w:ascii="Times New Roman" w:hAnsi="Times New Roman" w:cs="Times New Roman"/>
          <w:b/>
          <w:i/>
          <w:iCs/>
          <w:sz w:val="24"/>
          <w:szCs w:val="24"/>
        </w:rPr>
        <w:t xml:space="preserve"> se </w:t>
      </w:r>
      <w:proofErr w:type="spellStart"/>
      <w:r w:rsidR="00CB6F6F" w:rsidRPr="00CB6F6F">
        <w:rPr>
          <w:rFonts w:ascii="Times New Roman" w:hAnsi="Times New Roman" w:cs="Times New Roman"/>
          <w:b/>
          <w:i/>
          <w:iCs/>
          <w:sz w:val="24"/>
          <w:szCs w:val="24"/>
        </w:rPr>
        <w:t>prezintă</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însoțite</w:t>
      </w:r>
      <w:proofErr w:type="spellEnd"/>
      <w:r w:rsidR="00CB6F6F" w:rsidRPr="00CB6F6F">
        <w:rPr>
          <w:rFonts w:ascii="Times New Roman" w:hAnsi="Times New Roman" w:cs="Times New Roman"/>
          <w:b/>
          <w:i/>
          <w:iCs/>
          <w:sz w:val="24"/>
          <w:szCs w:val="24"/>
        </w:rPr>
        <w:t xml:space="preserve"> de </w:t>
      </w:r>
      <w:proofErr w:type="spellStart"/>
      <w:r w:rsidR="00CB6F6F" w:rsidRPr="00CB6F6F">
        <w:rPr>
          <w:rFonts w:ascii="Times New Roman" w:hAnsi="Times New Roman" w:cs="Times New Roman"/>
          <w:b/>
          <w:i/>
          <w:iCs/>
          <w:sz w:val="24"/>
          <w:szCs w:val="24"/>
        </w:rPr>
        <w:t>documentele</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originale</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în</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vederea</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certificării</w:t>
      </w:r>
      <w:proofErr w:type="spellEnd"/>
      <w:r w:rsidR="00CB6F6F" w:rsidRPr="00CB6F6F">
        <w:rPr>
          <w:rFonts w:ascii="Times New Roman" w:hAnsi="Times New Roman" w:cs="Times New Roman"/>
          <w:b/>
          <w:i/>
          <w:iCs/>
          <w:sz w:val="24"/>
          <w:szCs w:val="24"/>
        </w:rPr>
        <w:t xml:space="preserve"> cu </w:t>
      </w:r>
      <w:proofErr w:type="spellStart"/>
      <w:r w:rsidR="00CB6F6F" w:rsidRPr="00CB6F6F">
        <w:rPr>
          <w:rFonts w:ascii="Times New Roman" w:hAnsi="Times New Roman" w:cs="Times New Roman"/>
          <w:b/>
          <w:i/>
          <w:iCs/>
          <w:sz w:val="24"/>
          <w:szCs w:val="24"/>
        </w:rPr>
        <w:t>mențiunea</w:t>
      </w:r>
      <w:proofErr w:type="spellEnd"/>
      <w:r w:rsidR="00CB6F6F" w:rsidRPr="00CB6F6F">
        <w:rPr>
          <w:rFonts w:ascii="Times New Roman" w:hAnsi="Times New Roman" w:cs="Times New Roman"/>
          <w:b/>
          <w:i/>
          <w:iCs/>
          <w:sz w:val="24"/>
          <w:szCs w:val="24"/>
        </w:rPr>
        <w:t xml:space="preserve"> „conform cu </w:t>
      </w:r>
      <w:proofErr w:type="spellStart"/>
      <w:r w:rsidR="00CB6F6F" w:rsidRPr="00CB6F6F">
        <w:rPr>
          <w:rFonts w:ascii="Times New Roman" w:hAnsi="Times New Roman" w:cs="Times New Roman"/>
          <w:b/>
          <w:i/>
          <w:iCs/>
          <w:sz w:val="24"/>
          <w:szCs w:val="24"/>
        </w:rPr>
        <w:t>originalul</w:t>
      </w:r>
      <w:proofErr w:type="spellEnd"/>
      <w:r w:rsidR="00CB6F6F" w:rsidRPr="00CB6F6F">
        <w:rPr>
          <w:rFonts w:ascii="Times New Roman" w:hAnsi="Times New Roman" w:cs="Times New Roman"/>
          <w:b/>
          <w:i/>
          <w:iCs/>
          <w:sz w:val="24"/>
          <w:szCs w:val="24"/>
        </w:rPr>
        <w:t xml:space="preserve">” de </w:t>
      </w:r>
      <w:proofErr w:type="spellStart"/>
      <w:r w:rsidR="00CB6F6F" w:rsidRPr="00CB6F6F">
        <w:rPr>
          <w:rFonts w:ascii="Times New Roman" w:hAnsi="Times New Roman" w:cs="Times New Roman"/>
          <w:b/>
          <w:i/>
          <w:iCs/>
          <w:sz w:val="24"/>
          <w:szCs w:val="24"/>
        </w:rPr>
        <w:t>către</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secretarul</w:t>
      </w:r>
      <w:proofErr w:type="spellEnd"/>
      <w:r w:rsidR="00CB6F6F" w:rsidRPr="00CB6F6F">
        <w:rPr>
          <w:rFonts w:ascii="Times New Roman" w:hAnsi="Times New Roman" w:cs="Times New Roman"/>
          <w:b/>
          <w:i/>
          <w:iCs/>
          <w:sz w:val="24"/>
          <w:szCs w:val="24"/>
        </w:rPr>
        <w:t xml:space="preserve"> </w:t>
      </w:r>
      <w:proofErr w:type="spellStart"/>
      <w:r w:rsidR="00CB6F6F" w:rsidRPr="00CB6F6F">
        <w:rPr>
          <w:rFonts w:ascii="Times New Roman" w:hAnsi="Times New Roman" w:cs="Times New Roman"/>
          <w:b/>
          <w:i/>
          <w:iCs/>
          <w:sz w:val="24"/>
          <w:szCs w:val="24"/>
        </w:rPr>
        <w:t>comisiei</w:t>
      </w:r>
      <w:proofErr w:type="spellEnd"/>
      <w:r w:rsidR="00CB6F6F" w:rsidRPr="00CB6F6F">
        <w:rPr>
          <w:rFonts w:ascii="Times New Roman" w:hAnsi="Times New Roman" w:cs="Times New Roman"/>
          <w:b/>
          <w:i/>
          <w:iCs/>
          <w:sz w:val="24"/>
          <w:szCs w:val="24"/>
        </w:rPr>
        <w:t xml:space="preserve"> de concurs</w:t>
      </w:r>
      <w:r w:rsidRPr="00BE4983">
        <w:rPr>
          <w:rFonts w:ascii="Times New Roman" w:hAnsi="Times New Roman" w:cs="Times New Roman"/>
          <w:b/>
          <w:i/>
          <w:iCs/>
          <w:sz w:val="24"/>
          <w:szCs w:val="24"/>
          <w:lang w:val="it-IT"/>
        </w:rPr>
        <w:t>.</w:t>
      </w:r>
    </w:p>
    <w:p w14:paraId="626DA0DC" w14:textId="7FEE1344" w:rsidR="008C58AE" w:rsidRPr="008C58AE" w:rsidRDefault="008C58AE" w:rsidP="008C58AE">
      <w:pPr>
        <w:pStyle w:val="Titlu1"/>
        <w:spacing w:after="0"/>
        <w:rPr>
          <w:rFonts w:ascii="Times New Roman" w:hAnsi="Times New Roman" w:cs="Times New Roman"/>
          <w:sz w:val="24"/>
          <w:szCs w:val="24"/>
          <w:lang w:val="it-IT"/>
        </w:rPr>
      </w:pPr>
      <w:r>
        <w:rPr>
          <w:rFonts w:ascii="Times New Roman" w:hAnsi="Times New Roman" w:cs="Times New Roman"/>
          <w:sz w:val="24"/>
          <w:szCs w:val="24"/>
          <w:lang w:val="it-IT"/>
        </w:rPr>
        <w:t xml:space="preserve">V. </w:t>
      </w:r>
      <w:r w:rsidRPr="008C58AE">
        <w:rPr>
          <w:rFonts w:ascii="Times New Roman" w:hAnsi="Times New Roman" w:cs="Times New Roman"/>
          <w:sz w:val="24"/>
          <w:szCs w:val="24"/>
          <w:lang w:val="it-IT"/>
        </w:rPr>
        <w:t>Probele concursului</w:t>
      </w:r>
    </w:p>
    <w:p w14:paraId="22C1113C"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Concursul se desfășoară în următoarele etape:</w:t>
      </w:r>
    </w:p>
    <w:p w14:paraId="63BEE131"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1. selecția dosarelor de înscriere;</w:t>
      </w:r>
    </w:p>
    <w:p w14:paraId="2CD2100F"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2. proba scrisă;</w:t>
      </w:r>
    </w:p>
    <w:p w14:paraId="11BEE193"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3. proba practică;</w:t>
      </w:r>
    </w:p>
    <w:p w14:paraId="62E07AE0"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4. interviul.</w:t>
      </w:r>
    </w:p>
    <w:p w14:paraId="58D6BF3C"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La fiecare etapă ulterioară pot participa numai candidații declarați </w:t>
      </w:r>
      <w:r w:rsidRPr="008C58AE">
        <w:rPr>
          <w:rFonts w:ascii="Times New Roman" w:eastAsiaTheme="majorEastAsia" w:hAnsi="Times New Roman" w:cs="Times New Roman"/>
          <w:b/>
          <w:bCs/>
          <w:color w:val="000000"/>
          <w:sz w:val="24"/>
          <w:szCs w:val="24"/>
          <w:lang w:val="it-IT"/>
        </w:rPr>
        <w:t>„admis”</w:t>
      </w:r>
      <w:r w:rsidRPr="008C58AE">
        <w:rPr>
          <w:rFonts w:ascii="Times New Roman" w:eastAsiaTheme="majorEastAsia" w:hAnsi="Times New Roman" w:cs="Times New Roman"/>
          <w:color w:val="000000"/>
          <w:sz w:val="24"/>
          <w:szCs w:val="24"/>
          <w:lang w:val="it-IT"/>
        </w:rPr>
        <w:t xml:space="preserve"> la etapa precedentă.</w:t>
      </w:r>
    </w:p>
    <w:p w14:paraId="41735529"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b/>
          <w:bCs/>
          <w:color w:val="000000"/>
          <w:sz w:val="24"/>
          <w:szCs w:val="24"/>
          <w:lang w:val="it-IT"/>
        </w:rPr>
        <w:t>Proba scrisă și interviul</w:t>
      </w:r>
      <w:r w:rsidRPr="008C58AE">
        <w:rPr>
          <w:rFonts w:ascii="Times New Roman" w:eastAsiaTheme="majorEastAsia" w:hAnsi="Times New Roman" w:cs="Times New Roman"/>
          <w:color w:val="000000"/>
          <w:sz w:val="24"/>
          <w:szCs w:val="24"/>
          <w:lang w:val="it-IT"/>
        </w:rPr>
        <w:t xml:space="preserve"> se vor desfășura la s</w:t>
      </w:r>
      <w:r w:rsidRPr="008C58AE">
        <w:rPr>
          <w:rFonts w:ascii="Times New Roman" w:eastAsiaTheme="majorEastAsia" w:hAnsi="Times New Roman" w:cs="Times New Roman"/>
          <w:b/>
          <w:bCs/>
          <w:color w:val="000000"/>
          <w:sz w:val="24"/>
          <w:szCs w:val="24"/>
          <w:lang w:val="it-IT"/>
        </w:rPr>
        <w:t>ediul Grădiniței cu Program Prelungit Nr. 5 Vaslui</w:t>
      </w:r>
      <w:r w:rsidRPr="008C58AE">
        <w:rPr>
          <w:rFonts w:ascii="Times New Roman" w:eastAsiaTheme="majorEastAsia" w:hAnsi="Times New Roman" w:cs="Times New Roman"/>
          <w:color w:val="000000"/>
          <w:sz w:val="24"/>
          <w:szCs w:val="24"/>
          <w:lang w:val="it-IT"/>
        </w:rPr>
        <w:t xml:space="preserve">, str. Avântului nr. 19, iar </w:t>
      </w:r>
      <w:r w:rsidRPr="008C58AE">
        <w:rPr>
          <w:rFonts w:ascii="Times New Roman" w:eastAsiaTheme="majorEastAsia" w:hAnsi="Times New Roman" w:cs="Times New Roman"/>
          <w:b/>
          <w:bCs/>
          <w:color w:val="000000"/>
          <w:sz w:val="24"/>
          <w:szCs w:val="24"/>
          <w:lang w:val="it-IT"/>
        </w:rPr>
        <w:t>proba practică</w:t>
      </w:r>
      <w:r w:rsidRPr="008C58AE">
        <w:rPr>
          <w:rFonts w:ascii="Times New Roman" w:eastAsiaTheme="majorEastAsia" w:hAnsi="Times New Roman" w:cs="Times New Roman"/>
          <w:color w:val="000000"/>
          <w:sz w:val="24"/>
          <w:szCs w:val="24"/>
          <w:lang w:val="it-IT"/>
        </w:rPr>
        <w:t xml:space="preserve"> se va desfășura la </w:t>
      </w:r>
      <w:r w:rsidRPr="008C58AE">
        <w:rPr>
          <w:rFonts w:ascii="Times New Roman" w:eastAsiaTheme="majorEastAsia" w:hAnsi="Times New Roman" w:cs="Times New Roman"/>
          <w:b/>
          <w:bCs/>
          <w:color w:val="000000"/>
          <w:sz w:val="24"/>
          <w:szCs w:val="24"/>
          <w:lang w:val="it-IT"/>
        </w:rPr>
        <w:t>sediul Creșei „Avântului”</w:t>
      </w:r>
      <w:r w:rsidRPr="008C58AE">
        <w:rPr>
          <w:rFonts w:ascii="Times New Roman" w:eastAsiaTheme="majorEastAsia" w:hAnsi="Times New Roman" w:cs="Times New Roman"/>
          <w:color w:val="000000"/>
          <w:sz w:val="24"/>
          <w:szCs w:val="24"/>
          <w:lang w:val="it-IT"/>
        </w:rPr>
        <w:t>, str. Avântului nr. 19, ambele structuri ale Școlii Gimnaziale „Constantin Parfene” Vaslui.</w:t>
      </w:r>
    </w:p>
    <w:p w14:paraId="6AC978C6" w14:textId="77777777" w:rsidR="00F52028" w:rsidRDefault="00F52028" w:rsidP="008C58AE">
      <w:pPr>
        <w:spacing w:after="0"/>
        <w:ind w:firstLine="720"/>
        <w:jc w:val="both"/>
        <w:rPr>
          <w:rFonts w:ascii="Times New Roman" w:eastAsiaTheme="majorEastAsia" w:hAnsi="Times New Roman" w:cs="Times New Roman"/>
          <w:color w:val="000000"/>
          <w:sz w:val="24"/>
          <w:szCs w:val="24"/>
        </w:rPr>
      </w:pPr>
      <w:proofErr w:type="spellStart"/>
      <w:r w:rsidRPr="00F52028">
        <w:rPr>
          <w:rFonts w:ascii="Times New Roman" w:eastAsiaTheme="majorEastAsia" w:hAnsi="Times New Roman" w:cs="Times New Roman"/>
          <w:b/>
          <w:bCs/>
          <w:color w:val="000000"/>
          <w:sz w:val="24"/>
          <w:szCs w:val="24"/>
        </w:rPr>
        <w:t>Rezultatele</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selecției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dosarelor</w:t>
      </w:r>
      <w:proofErr w:type="spellEnd"/>
      <w:r w:rsidRPr="00F52028">
        <w:rPr>
          <w:rFonts w:ascii="Times New Roman" w:eastAsiaTheme="majorEastAsia" w:hAnsi="Times New Roman" w:cs="Times New Roman"/>
          <w:color w:val="000000"/>
          <w:sz w:val="24"/>
          <w:szCs w:val="24"/>
        </w:rPr>
        <w:t xml:space="preserve">, ale </w:t>
      </w:r>
      <w:proofErr w:type="spellStart"/>
      <w:r w:rsidRPr="00F52028">
        <w:rPr>
          <w:rFonts w:ascii="Times New Roman" w:eastAsiaTheme="majorEastAsia" w:hAnsi="Times New Roman" w:cs="Times New Roman"/>
          <w:color w:val="000000"/>
          <w:sz w:val="24"/>
          <w:szCs w:val="24"/>
        </w:rPr>
        <w:t>fiecărei</w:t>
      </w:r>
      <w:proofErr w:type="spellEnd"/>
      <w:r w:rsidRPr="00F52028">
        <w:rPr>
          <w:rFonts w:ascii="Times New Roman" w:eastAsiaTheme="majorEastAsia" w:hAnsi="Times New Roman" w:cs="Times New Roman"/>
          <w:color w:val="000000"/>
          <w:sz w:val="24"/>
          <w:szCs w:val="24"/>
        </w:rPr>
        <w:t xml:space="preserve"> probe, ale </w:t>
      </w:r>
      <w:proofErr w:type="spellStart"/>
      <w:r w:rsidRPr="00F52028">
        <w:rPr>
          <w:rFonts w:ascii="Times New Roman" w:eastAsiaTheme="majorEastAsia" w:hAnsi="Times New Roman" w:cs="Times New Roman"/>
          <w:color w:val="000000"/>
          <w:sz w:val="24"/>
          <w:szCs w:val="24"/>
        </w:rPr>
        <w:t>soluționării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contestațiilor</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și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rezultatele</w:t>
      </w:r>
      <w:proofErr w:type="spellEnd"/>
      <w:r w:rsidRPr="00F52028">
        <w:rPr>
          <w:rFonts w:ascii="Times New Roman" w:eastAsiaTheme="majorEastAsia" w:hAnsi="Times New Roman" w:cs="Times New Roman"/>
          <w:color w:val="000000"/>
          <w:sz w:val="24"/>
          <w:szCs w:val="24"/>
        </w:rPr>
        <w:t xml:space="preserve"> finale ale </w:t>
      </w:r>
      <w:proofErr w:type="spellStart"/>
      <w:r w:rsidRPr="00F52028">
        <w:rPr>
          <w:rFonts w:ascii="Times New Roman" w:eastAsiaTheme="majorEastAsia" w:hAnsi="Times New Roman" w:cs="Times New Roman"/>
          <w:color w:val="000000"/>
          <w:sz w:val="24"/>
          <w:szCs w:val="24"/>
        </w:rPr>
        <w:t>concursului</w:t>
      </w:r>
      <w:proofErr w:type="spellEnd"/>
      <w:r w:rsidRPr="00F52028">
        <w:rPr>
          <w:rFonts w:ascii="Times New Roman" w:eastAsiaTheme="majorEastAsia" w:hAnsi="Times New Roman" w:cs="Times New Roman"/>
          <w:color w:val="000000"/>
          <w:sz w:val="24"/>
          <w:szCs w:val="24"/>
        </w:rPr>
        <w:t xml:space="preserve"> se </w:t>
      </w:r>
      <w:proofErr w:type="spellStart"/>
      <w:r w:rsidRPr="00F52028">
        <w:rPr>
          <w:rFonts w:ascii="Times New Roman" w:eastAsiaTheme="majorEastAsia" w:hAnsi="Times New Roman" w:cs="Times New Roman"/>
          <w:color w:val="000000"/>
          <w:sz w:val="24"/>
          <w:szCs w:val="24"/>
        </w:rPr>
        <w:t>afișează</w:t>
      </w:r>
      <w:proofErr w:type="spellEnd"/>
      <w:r w:rsidRPr="00F52028">
        <w:rPr>
          <w:rFonts w:ascii="Times New Roman" w:eastAsiaTheme="majorEastAsia" w:hAnsi="Times New Roman" w:cs="Times New Roman"/>
          <w:color w:val="000000"/>
          <w:sz w:val="24"/>
          <w:szCs w:val="24"/>
        </w:rPr>
        <w:t xml:space="preserve"> pe site-ul </w:t>
      </w:r>
      <w:proofErr w:type="spellStart"/>
      <w:r w:rsidRPr="00F52028">
        <w:rPr>
          <w:rFonts w:ascii="Times New Roman" w:eastAsiaTheme="majorEastAsia" w:hAnsi="Times New Roman" w:cs="Times New Roman"/>
          <w:color w:val="000000"/>
          <w:sz w:val="24"/>
          <w:szCs w:val="24"/>
        </w:rPr>
        <w:t>Școlii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Gimnaziale</w:t>
      </w:r>
      <w:proofErr w:type="spellEnd"/>
      <w:r w:rsidRPr="00F52028">
        <w:rPr>
          <w:rFonts w:ascii="Times New Roman" w:eastAsiaTheme="majorEastAsia" w:hAnsi="Times New Roman" w:cs="Times New Roman"/>
          <w:color w:val="000000"/>
          <w:sz w:val="24"/>
          <w:szCs w:val="24"/>
        </w:rPr>
        <w:t xml:space="preserve"> „Constantin </w:t>
      </w:r>
      <w:proofErr w:type="spellStart"/>
      <w:r w:rsidRPr="00F52028">
        <w:rPr>
          <w:rFonts w:ascii="Times New Roman" w:eastAsiaTheme="majorEastAsia" w:hAnsi="Times New Roman" w:cs="Times New Roman"/>
          <w:color w:val="000000"/>
          <w:sz w:val="24"/>
          <w:szCs w:val="24"/>
        </w:rPr>
        <w:t>Parfene</w:t>
      </w:r>
      <w:proofErr w:type="spellEnd"/>
      <w:r w:rsidRPr="00F52028">
        <w:rPr>
          <w:rFonts w:ascii="Times New Roman" w:eastAsiaTheme="majorEastAsia" w:hAnsi="Times New Roman" w:cs="Times New Roman"/>
          <w:color w:val="000000"/>
          <w:sz w:val="24"/>
          <w:szCs w:val="24"/>
        </w:rPr>
        <w:t xml:space="preserve">” Vaslui, la </w:t>
      </w:r>
      <w:proofErr w:type="spellStart"/>
      <w:r w:rsidRPr="00F52028">
        <w:rPr>
          <w:rFonts w:ascii="Times New Roman" w:eastAsiaTheme="majorEastAsia" w:hAnsi="Times New Roman" w:cs="Times New Roman"/>
          <w:color w:val="000000"/>
          <w:sz w:val="24"/>
          <w:szCs w:val="24"/>
        </w:rPr>
        <w:t>sediul</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unității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organizatoare</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și</w:t>
      </w:r>
      <w:proofErr w:type="spellEnd"/>
      <w:r w:rsidRPr="00F52028">
        <w:rPr>
          <w:rFonts w:ascii="Times New Roman" w:eastAsiaTheme="majorEastAsia" w:hAnsi="Times New Roman" w:cs="Times New Roman"/>
          <w:color w:val="000000"/>
          <w:sz w:val="24"/>
          <w:szCs w:val="24"/>
        </w:rPr>
        <w:t xml:space="preserve"> la </w:t>
      </w:r>
      <w:proofErr w:type="spellStart"/>
      <w:r w:rsidRPr="00F52028">
        <w:rPr>
          <w:rFonts w:ascii="Times New Roman" w:eastAsiaTheme="majorEastAsia" w:hAnsi="Times New Roman" w:cs="Times New Roman"/>
          <w:color w:val="000000"/>
          <w:sz w:val="24"/>
          <w:szCs w:val="24"/>
        </w:rPr>
        <w:t>avizierul</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Grădiniței</w:t>
      </w:r>
      <w:proofErr w:type="spellEnd"/>
      <w:r w:rsidRPr="00F52028">
        <w:rPr>
          <w:rFonts w:ascii="Times New Roman" w:eastAsiaTheme="majorEastAsia" w:hAnsi="Times New Roman" w:cs="Times New Roman"/>
          <w:color w:val="000000"/>
          <w:sz w:val="24"/>
          <w:szCs w:val="24"/>
        </w:rPr>
        <w:t xml:space="preserve"> cu Program </w:t>
      </w:r>
      <w:proofErr w:type="spellStart"/>
      <w:r w:rsidRPr="00F52028">
        <w:rPr>
          <w:rFonts w:ascii="Times New Roman" w:eastAsiaTheme="majorEastAsia" w:hAnsi="Times New Roman" w:cs="Times New Roman"/>
          <w:color w:val="000000"/>
          <w:sz w:val="24"/>
          <w:szCs w:val="24"/>
        </w:rPr>
        <w:t>Prelungit</w:t>
      </w:r>
      <w:proofErr w:type="spellEnd"/>
      <w:r w:rsidRPr="00F52028">
        <w:rPr>
          <w:rFonts w:ascii="Times New Roman" w:eastAsiaTheme="majorEastAsia" w:hAnsi="Times New Roman" w:cs="Times New Roman"/>
          <w:color w:val="000000"/>
          <w:sz w:val="24"/>
          <w:szCs w:val="24"/>
        </w:rPr>
        <w:t xml:space="preserve"> Nr. 5 Vaslui, </w:t>
      </w:r>
      <w:proofErr w:type="spellStart"/>
      <w:r w:rsidRPr="00F52028">
        <w:rPr>
          <w:rFonts w:ascii="Times New Roman" w:eastAsiaTheme="majorEastAsia" w:hAnsi="Times New Roman" w:cs="Times New Roman"/>
          <w:color w:val="000000"/>
          <w:sz w:val="24"/>
          <w:szCs w:val="24"/>
        </w:rPr>
        <w:t>prin</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utilizarea</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codului</w:t>
      </w:r>
      <w:proofErr w:type="spellEnd"/>
      <w:r w:rsidRPr="00F52028">
        <w:rPr>
          <w:rFonts w:ascii="Times New Roman" w:eastAsiaTheme="majorEastAsia" w:hAnsi="Times New Roman" w:cs="Times New Roman"/>
          <w:color w:val="000000"/>
          <w:sz w:val="24"/>
          <w:szCs w:val="24"/>
        </w:rPr>
        <w:t xml:space="preserve"> individual de </w:t>
      </w:r>
      <w:proofErr w:type="spellStart"/>
      <w:r w:rsidRPr="00F52028">
        <w:rPr>
          <w:rFonts w:ascii="Times New Roman" w:eastAsiaTheme="majorEastAsia" w:hAnsi="Times New Roman" w:cs="Times New Roman"/>
          <w:color w:val="000000"/>
          <w:sz w:val="24"/>
          <w:szCs w:val="24"/>
        </w:rPr>
        <w:t>identificare</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atribuit</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fiecărui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candidat</w:t>
      </w:r>
      <w:proofErr w:type="spellEnd"/>
      <w:r w:rsidRPr="00F52028">
        <w:rPr>
          <w:rFonts w:ascii="Times New Roman" w:eastAsiaTheme="majorEastAsia" w:hAnsi="Times New Roman" w:cs="Times New Roman"/>
          <w:color w:val="000000"/>
          <w:sz w:val="24"/>
          <w:szCs w:val="24"/>
        </w:rPr>
        <w:t>.</w:t>
      </w:r>
    </w:p>
    <w:p w14:paraId="37935B26" w14:textId="1D29E1D5" w:rsidR="008C58AE" w:rsidRPr="008C58AE" w:rsidRDefault="008C58AE" w:rsidP="008C58AE">
      <w:pPr>
        <w:spacing w:after="0"/>
        <w:ind w:firstLine="720"/>
        <w:jc w:val="both"/>
        <w:rPr>
          <w:rFonts w:ascii="Times New Roman" w:eastAsiaTheme="majorEastAsia" w:hAnsi="Times New Roman" w:cs="Times New Roman"/>
          <w:b/>
          <w:bCs/>
          <w:color w:val="000000"/>
          <w:sz w:val="24"/>
          <w:szCs w:val="24"/>
          <w:u w:val="single"/>
          <w:lang w:val="it-IT"/>
        </w:rPr>
      </w:pPr>
      <w:r w:rsidRPr="008C58AE">
        <w:rPr>
          <w:rFonts w:ascii="Times New Roman" w:eastAsiaTheme="majorEastAsia" w:hAnsi="Times New Roman" w:cs="Times New Roman"/>
          <w:b/>
          <w:bCs/>
          <w:color w:val="000000"/>
          <w:sz w:val="24"/>
          <w:szCs w:val="24"/>
          <w:u w:val="single"/>
          <w:lang w:val="it-IT"/>
        </w:rPr>
        <w:t>1. Selecția dosarelor de înscriere</w:t>
      </w:r>
    </w:p>
    <w:p w14:paraId="2B1CA091"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Comisia de concurs verifică îndeplinirea condițiilor generale și specifice de participare, precum și existența documentelor obligatorii prevăzute în anunțul de concurs.</w:t>
      </w:r>
    </w:p>
    <w:p w14:paraId="04489EDD"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Fiecărui dosar de concurs îi va fi atribuit un cod numeric de identificare, corespunzător numărului de înregistrare al dosarului. Codul va fi comunicat candidatului la depunerea dosarului și va fi utilizat pentru afișarea rezultatelor pe întreaga durată a concursului.</w:t>
      </w:r>
    </w:p>
    <w:p w14:paraId="59825269" w14:textId="77777777" w:rsidR="00CB6F6F" w:rsidRDefault="00CB6F6F" w:rsidP="008C58AE">
      <w:pPr>
        <w:spacing w:after="0"/>
        <w:ind w:firstLine="720"/>
        <w:jc w:val="both"/>
        <w:rPr>
          <w:rFonts w:ascii="Times New Roman" w:eastAsiaTheme="majorEastAsia" w:hAnsi="Times New Roman" w:cs="Times New Roman"/>
          <w:color w:val="000000"/>
          <w:sz w:val="24"/>
          <w:szCs w:val="24"/>
        </w:rPr>
      </w:pPr>
      <w:proofErr w:type="spellStart"/>
      <w:r w:rsidRPr="00CB6F6F">
        <w:rPr>
          <w:rFonts w:ascii="Times New Roman" w:eastAsiaTheme="majorEastAsia" w:hAnsi="Times New Roman" w:cs="Times New Roman"/>
          <w:color w:val="000000"/>
          <w:sz w:val="24"/>
          <w:szCs w:val="24"/>
        </w:rPr>
        <w:t>Rezultatele</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selecției</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dosarelor</w:t>
      </w:r>
      <w:proofErr w:type="spellEnd"/>
      <w:r w:rsidRPr="00CB6F6F">
        <w:rPr>
          <w:rFonts w:ascii="Times New Roman" w:eastAsiaTheme="majorEastAsia" w:hAnsi="Times New Roman" w:cs="Times New Roman"/>
          <w:color w:val="000000"/>
          <w:sz w:val="24"/>
          <w:szCs w:val="24"/>
        </w:rPr>
        <w:t xml:space="preserve"> se </w:t>
      </w:r>
      <w:proofErr w:type="spellStart"/>
      <w:r w:rsidRPr="00CB6F6F">
        <w:rPr>
          <w:rFonts w:ascii="Times New Roman" w:eastAsiaTheme="majorEastAsia" w:hAnsi="Times New Roman" w:cs="Times New Roman"/>
          <w:color w:val="000000"/>
          <w:sz w:val="24"/>
          <w:szCs w:val="24"/>
        </w:rPr>
        <w:t>afișează</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către</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secretarul</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comisiei</w:t>
      </w:r>
      <w:proofErr w:type="spellEnd"/>
      <w:r w:rsidRPr="00CB6F6F">
        <w:rPr>
          <w:rFonts w:ascii="Times New Roman" w:eastAsiaTheme="majorEastAsia" w:hAnsi="Times New Roman" w:cs="Times New Roman"/>
          <w:color w:val="000000"/>
          <w:sz w:val="24"/>
          <w:szCs w:val="24"/>
        </w:rPr>
        <w:t xml:space="preserve"> de concurs, cu </w:t>
      </w:r>
      <w:proofErr w:type="spellStart"/>
      <w:r w:rsidRPr="00CB6F6F">
        <w:rPr>
          <w:rFonts w:ascii="Times New Roman" w:eastAsiaTheme="majorEastAsia" w:hAnsi="Times New Roman" w:cs="Times New Roman"/>
          <w:color w:val="000000"/>
          <w:sz w:val="24"/>
          <w:szCs w:val="24"/>
        </w:rPr>
        <w:t>mențiunea</w:t>
      </w:r>
      <w:proofErr w:type="spellEnd"/>
      <w:r w:rsidRPr="00CB6F6F">
        <w:rPr>
          <w:rFonts w:ascii="Times New Roman" w:eastAsiaTheme="majorEastAsia" w:hAnsi="Times New Roman" w:cs="Times New Roman"/>
          <w:color w:val="000000"/>
          <w:sz w:val="24"/>
          <w:szCs w:val="24"/>
        </w:rPr>
        <w:t xml:space="preserve"> „admis” </w:t>
      </w:r>
      <w:proofErr w:type="spellStart"/>
      <w:r w:rsidRPr="00CB6F6F">
        <w:rPr>
          <w:rFonts w:ascii="Times New Roman" w:eastAsiaTheme="majorEastAsia" w:hAnsi="Times New Roman" w:cs="Times New Roman"/>
          <w:color w:val="000000"/>
          <w:sz w:val="24"/>
          <w:szCs w:val="24"/>
        </w:rPr>
        <w:t>sau</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respins</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însoțită</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după</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caz</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motivul</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respingerii</w:t>
      </w:r>
      <w:proofErr w:type="spellEnd"/>
      <w:r w:rsidRPr="00CB6F6F">
        <w:rPr>
          <w:rFonts w:ascii="Times New Roman" w:eastAsiaTheme="majorEastAsia" w:hAnsi="Times New Roman" w:cs="Times New Roman"/>
          <w:color w:val="000000"/>
          <w:sz w:val="24"/>
          <w:szCs w:val="24"/>
        </w:rPr>
        <w:t>.</w:t>
      </w:r>
    </w:p>
    <w:p w14:paraId="252E321D" w14:textId="11432F82" w:rsidR="008C58AE" w:rsidRPr="008C58AE" w:rsidRDefault="008C58AE" w:rsidP="008C58AE">
      <w:pPr>
        <w:spacing w:after="0"/>
        <w:ind w:firstLine="720"/>
        <w:jc w:val="both"/>
        <w:rPr>
          <w:rFonts w:ascii="Times New Roman" w:eastAsiaTheme="majorEastAsia" w:hAnsi="Times New Roman" w:cs="Times New Roman"/>
          <w:b/>
          <w:bCs/>
          <w:color w:val="000000"/>
          <w:sz w:val="24"/>
          <w:szCs w:val="24"/>
          <w:u w:val="single"/>
          <w:lang w:val="it-IT"/>
        </w:rPr>
      </w:pPr>
      <w:r w:rsidRPr="008C58AE">
        <w:rPr>
          <w:rFonts w:ascii="Times New Roman" w:eastAsiaTheme="majorEastAsia" w:hAnsi="Times New Roman" w:cs="Times New Roman"/>
          <w:b/>
          <w:bCs/>
          <w:color w:val="000000"/>
          <w:sz w:val="24"/>
          <w:szCs w:val="24"/>
          <w:u w:val="single"/>
          <w:lang w:val="it-IT"/>
        </w:rPr>
        <w:t>2. Proba scrisă</w:t>
      </w:r>
    </w:p>
    <w:p w14:paraId="78455793"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La proba scrisă </w:t>
      </w:r>
      <w:r w:rsidRPr="008C58AE">
        <w:rPr>
          <w:rFonts w:ascii="Times New Roman" w:eastAsiaTheme="majorEastAsia" w:hAnsi="Times New Roman" w:cs="Times New Roman"/>
          <w:b/>
          <w:bCs/>
          <w:color w:val="000000"/>
          <w:sz w:val="24"/>
          <w:szCs w:val="24"/>
          <w:lang w:val="it-IT"/>
        </w:rPr>
        <w:t xml:space="preserve">participă </w:t>
      </w:r>
      <w:r w:rsidRPr="008C58AE">
        <w:rPr>
          <w:rFonts w:ascii="Times New Roman" w:eastAsiaTheme="majorEastAsia" w:hAnsi="Times New Roman" w:cs="Times New Roman"/>
          <w:color w:val="000000"/>
          <w:sz w:val="24"/>
          <w:szCs w:val="24"/>
          <w:lang w:val="it-IT"/>
        </w:rPr>
        <w:t xml:space="preserve">numai candidații declarați </w:t>
      </w:r>
      <w:r w:rsidRPr="008C58AE">
        <w:rPr>
          <w:rFonts w:ascii="Times New Roman" w:eastAsiaTheme="majorEastAsia" w:hAnsi="Times New Roman" w:cs="Times New Roman"/>
          <w:b/>
          <w:bCs/>
          <w:color w:val="000000"/>
          <w:sz w:val="24"/>
          <w:szCs w:val="24"/>
          <w:lang w:val="it-IT"/>
        </w:rPr>
        <w:t>„admis”</w:t>
      </w:r>
      <w:r w:rsidRPr="008C58AE">
        <w:rPr>
          <w:rFonts w:ascii="Times New Roman" w:eastAsiaTheme="majorEastAsia" w:hAnsi="Times New Roman" w:cs="Times New Roman"/>
          <w:color w:val="000000"/>
          <w:sz w:val="24"/>
          <w:szCs w:val="24"/>
          <w:lang w:val="it-IT"/>
        </w:rPr>
        <w:t xml:space="preserve"> după soluționarea eventualelor contestații formulate la selecția dosarelor.</w:t>
      </w:r>
    </w:p>
    <w:p w14:paraId="173DA8D4"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b/>
          <w:bCs/>
          <w:i/>
          <w:iCs/>
          <w:color w:val="000000"/>
          <w:sz w:val="24"/>
          <w:szCs w:val="24"/>
          <w:lang w:val="it-IT"/>
        </w:rPr>
        <w:t>Proba scrisă se va desfășura la sediul Grădiniței cu Program Prelungit Nr. 5 Vaslui</w:t>
      </w:r>
      <w:r w:rsidRPr="008C58AE">
        <w:rPr>
          <w:rFonts w:ascii="Times New Roman" w:eastAsiaTheme="majorEastAsia" w:hAnsi="Times New Roman" w:cs="Times New Roman"/>
          <w:color w:val="000000"/>
          <w:sz w:val="24"/>
          <w:szCs w:val="24"/>
          <w:lang w:val="it-IT"/>
        </w:rPr>
        <w:t xml:space="preserve"> și va consta în redactarea unei lucrări și/sau în rezolvarea unui test-grilă. Prin această probă se verifică cunoștințele teoretice necesare ocupării postului de infirmieră. Subiectele se stabilesc pe baza bibliografiei și a tematicii concursului.</w:t>
      </w:r>
    </w:p>
    <w:p w14:paraId="33827B66" w14:textId="115B248F"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Durata probei scrise este </w:t>
      </w:r>
      <w:r>
        <w:rPr>
          <w:rFonts w:ascii="Times New Roman" w:eastAsiaTheme="majorEastAsia" w:hAnsi="Times New Roman" w:cs="Times New Roman"/>
          <w:color w:val="000000"/>
          <w:sz w:val="24"/>
          <w:szCs w:val="24"/>
          <w:lang w:val="it-IT"/>
        </w:rPr>
        <w:t>de 2</w:t>
      </w:r>
      <w:r w:rsidRPr="008C58AE">
        <w:rPr>
          <w:rFonts w:ascii="Times New Roman" w:eastAsiaTheme="majorEastAsia" w:hAnsi="Times New Roman" w:cs="Times New Roman"/>
          <w:color w:val="000000"/>
          <w:sz w:val="24"/>
          <w:szCs w:val="24"/>
          <w:lang w:val="it-IT"/>
        </w:rPr>
        <w:t xml:space="preserve"> ore. Candidații trebuie să se prezinte cu actul de identitate aflat în termen de valabilitate.</w:t>
      </w:r>
    </w:p>
    <w:p w14:paraId="2FC4BC3E"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Punctajul maxim este de 100 de puncte, iar punctajul minim de promovare este de 50 de puncte.</w:t>
      </w:r>
    </w:p>
    <w:p w14:paraId="2976553D" w14:textId="77777777" w:rsidR="008C58AE" w:rsidRPr="008C58AE" w:rsidRDefault="008C58AE" w:rsidP="008C58AE">
      <w:pPr>
        <w:spacing w:after="0"/>
        <w:ind w:firstLine="720"/>
        <w:jc w:val="both"/>
        <w:rPr>
          <w:rFonts w:ascii="Times New Roman" w:eastAsiaTheme="majorEastAsia" w:hAnsi="Times New Roman" w:cs="Times New Roman"/>
          <w:b/>
          <w:bCs/>
          <w:color w:val="000000"/>
          <w:sz w:val="24"/>
          <w:szCs w:val="24"/>
          <w:u w:val="single"/>
          <w:lang w:val="it-IT"/>
        </w:rPr>
      </w:pPr>
      <w:r w:rsidRPr="008C58AE">
        <w:rPr>
          <w:rFonts w:ascii="Times New Roman" w:eastAsiaTheme="majorEastAsia" w:hAnsi="Times New Roman" w:cs="Times New Roman"/>
          <w:b/>
          <w:bCs/>
          <w:color w:val="000000"/>
          <w:sz w:val="24"/>
          <w:szCs w:val="24"/>
          <w:u w:val="single"/>
          <w:lang w:val="it-IT"/>
        </w:rPr>
        <w:t>3. Proba practică</w:t>
      </w:r>
    </w:p>
    <w:p w14:paraId="3BB0E046"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La proba practică </w:t>
      </w:r>
      <w:r w:rsidRPr="008C58AE">
        <w:rPr>
          <w:rFonts w:ascii="Times New Roman" w:eastAsiaTheme="majorEastAsia" w:hAnsi="Times New Roman" w:cs="Times New Roman"/>
          <w:b/>
          <w:bCs/>
          <w:color w:val="000000"/>
          <w:sz w:val="24"/>
          <w:szCs w:val="24"/>
          <w:lang w:val="it-IT"/>
        </w:rPr>
        <w:t>participă</w:t>
      </w:r>
      <w:r w:rsidRPr="008C58AE">
        <w:rPr>
          <w:rFonts w:ascii="Times New Roman" w:eastAsiaTheme="majorEastAsia" w:hAnsi="Times New Roman" w:cs="Times New Roman"/>
          <w:color w:val="000000"/>
          <w:sz w:val="24"/>
          <w:szCs w:val="24"/>
          <w:lang w:val="it-IT"/>
        </w:rPr>
        <w:t xml:space="preserve"> numai candidații declarați </w:t>
      </w:r>
      <w:r w:rsidRPr="008C58AE">
        <w:rPr>
          <w:rFonts w:ascii="Times New Roman" w:eastAsiaTheme="majorEastAsia" w:hAnsi="Times New Roman" w:cs="Times New Roman"/>
          <w:b/>
          <w:bCs/>
          <w:color w:val="000000"/>
          <w:sz w:val="24"/>
          <w:szCs w:val="24"/>
          <w:lang w:val="it-IT"/>
        </w:rPr>
        <w:t>„admis”</w:t>
      </w:r>
      <w:r w:rsidRPr="008C58AE">
        <w:rPr>
          <w:rFonts w:ascii="Times New Roman" w:eastAsiaTheme="majorEastAsia" w:hAnsi="Times New Roman" w:cs="Times New Roman"/>
          <w:color w:val="000000"/>
          <w:sz w:val="24"/>
          <w:szCs w:val="24"/>
          <w:lang w:val="it-IT"/>
        </w:rPr>
        <w:t xml:space="preserve"> la proba scrisă, după soluționarea eventualelor contestații.</w:t>
      </w:r>
    </w:p>
    <w:p w14:paraId="0B98B27A"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b/>
          <w:bCs/>
          <w:i/>
          <w:iCs/>
          <w:color w:val="000000"/>
          <w:sz w:val="24"/>
          <w:szCs w:val="24"/>
          <w:lang w:val="it-IT"/>
        </w:rPr>
        <w:t>Proba practică se va desfășura la sediul Creșei „Avântului”</w:t>
      </w:r>
      <w:r w:rsidRPr="008C58AE">
        <w:rPr>
          <w:rFonts w:ascii="Times New Roman" w:eastAsiaTheme="majorEastAsia" w:hAnsi="Times New Roman" w:cs="Times New Roman"/>
          <w:color w:val="000000"/>
          <w:sz w:val="24"/>
          <w:szCs w:val="24"/>
          <w:lang w:val="it-IT"/>
        </w:rPr>
        <w:t xml:space="preserve"> și urmărește verificarea abilităților și aptitudinilor practice necesare îndeplinirii atribuțiilor postului de infirmieră.</w:t>
      </w:r>
    </w:p>
    <w:p w14:paraId="7C03AC03"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Evaluarea se realizează pe baza următoarelor criterii:</w:t>
      </w:r>
    </w:p>
    <w:p w14:paraId="33EAEA0C" w14:textId="1588D757" w:rsidR="008C58AE" w:rsidRPr="008C58AE" w:rsidRDefault="008C58AE" w:rsidP="008C58AE">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capacitatea de adaptare;</w:t>
      </w:r>
    </w:p>
    <w:p w14:paraId="5621AB0B" w14:textId="790709E2" w:rsidR="008C58AE" w:rsidRPr="008C58AE" w:rsidRDefault="008C58AE" w:rsidP="008C58AE">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capacitatea de gestionare a situațiilor dificile;</w:t>
      </w:r>
    </w:p>
    <w:p w14:paraId="64ABB948" w14:textId="493CFA72" w:rsidR="008C58AE" w:rsidRPr="008C58AE" w:rsidRDefault="008C58AE" w:rsidP="008C58AE">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îndemânarea și abilitatea în realizarea cerințelor practice;</w:t>
      </w:r>
    </w:p>
    <w:p w14:paraId="2AEFFBC3" w14:textId="57E026DD" w:rsidR="008C58AE" w:rsidRPr="008C58AE" w:rsidRDefault="008C58AE" w:rsidP="008C58AE">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capacitatea de comunicare;</w:t>
      </w:r>
    </w:p>
    <w:p w14:paraId="539A444D" w14:textId="6904484F" w:rsidR="008C58AE" w:rsidRDefault="008C58AE" w:rsidP="008C58AE">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capacitatea de gestionare a resurselor alocate;</w:t>
      </w:r>
    </w:p>
    <w:p w14:paraId="603B1D5B" w14:textId="1BCCC0B8" w:rsidR="008C58AE" w:rsidRPr="00F251DC" w:rsidRDefault="008C58AE" w:rsidP="00F251DC">
      <w:pPr>
        <w:pStyle w:val="Listparagraf"/>
        <w:numPr>
          <w:ilvl w:val="1"/>
          <w:numId w:val="23"/>
        </w:numPr>
        <w:spacing w:after="0"/>
        <w:jc w:val="both"/>
        <w:rPr>
          <w:rFonts w:ascii="Times New Roman" w:eastAsiaTheme="majorEastAsia" w:hAnsi="Times New Roman" w:cs="Times New Roman"/>
          <w:color w:val="000000"/>
          <w:sz w:val="24"/>
          <w:szCs w:val="24"/>
          <w:lang w:val="it-IT"/>
        </w:rPr>
      </w:pPr>
      <w:r w:rsidRPr="00F251DC">
        <w:rPr>
          <w:rFonts w:ascii="Times New Roman" w:eastAsiaTheme="majorEastAsia" w:hAnsi="Times New Roman" w:cs="Times New Roman"/>
          <w:color w:val="000000"/>
          <w:sz w:val="24"/>
          <w:szCs w:val="24"/>
          <w:lang w:val="it-IT"/>
        </w:rPr>
        <w:t>alte criterii specifice atribuțiilor postului, stabilite de comisia de concurs.</w:t>
      </w:r>
    </w:p>
    <w:p w14:paraId="3AE6E216" w14:textId="77777777" w:rsidR="00F52028" w:rsidRDefault="00F52028" w:rsidP="008C58AE">
      <w:pPr>
        <w:spacing w:after="0"/>
        <w:ind w:firstLine="720"/>
        <w:jc w:val="both"/>
        <w:rPr>
          <w:rFonts w:ascii="Times New Roman" w:eastAsiaTheme="majorEastAsia" w:hAnsi="Times New Roman" w:cs="Times New Roman"/>
          <w:color w:val="000000"/>
          <w:sz w:val="24"/>
          <w:szCs w:val="24"/>
        </w:rPr>
      </w:pPr>
      <w:proofErr w:type="spellStart"/>
      <w:r w:rsidRPr="00F52028">
        <w:rPr>
          <w:rFonts w:ascii="Times New Roman" w:eastAsiaTheme="majorEastAsia" w:hAnsi="Times New Roman" w:cs="Times New Roman"/>
          <w:color w:val="000000"/>
          <w:sz w:val="24"/>
          <w:szCs w:val="24"/>
        </w:rPr>
        <w:lastRenderedPageBreak/>
        <w:t>Aspectele</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constatate</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în</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timpul</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desfășurării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probei</w:t>
      </w:r>
      <w:proofErr w:type="spellEnd"/>
      <w:r w:rsidRPr="00F52028">
        <w:rPr>
          <w:rFonts w:ascii="Times New Roman" w:eastAsiaTheme="majorEastAsia" w:hAnsi="Times New Roman" w:cs="Times New Roman"/>
          <w:color w:val="000000"/>
          <w:sz w:val="24"/>
          <w:szCs w:val="24"/>
        </w:rPr>
        <w:t xml:space="preserve"> practice se </w:t>
      </w:r>
      <w:proofErr w:type="spellStart"/>
      <w:r w:rsidRPr="00F52028">
        <w:rPr>
          <w:rFonts w:ascii="Times New Roman" w:eastAsiaTheme="majorEastAsia" w:hAnsi="Times New Roman" w:cs="Times New Roman"/>
          <w:color w:val="000000"/>
          <w:sz w:val="24"/>
          <w:szCs w:val="24"/>
        </w:rPr>
        <w:t>consemnează</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într</w:t>
      </w:r>
      <w:proofErr w:type="spellEnd"/>
      <w:r w:rsidRPr="00F52028">
        <w:rPr>
          <w:rFonts w:ascii="Times New Roman" w:eastAsiaTheme="majorEastAsia" w:hAnsi="Times New Roman" w:cs="Times New Roman"/>
          <w:color w:val="000000"/>
          <w:sz w:val="24"/>
          <w:szCs w:val="24"/>
        </w:rPr>
        <w:t xml:space="preserve">-un </w:t>
      </w:r>
      <w:proofErr w:type="spellStart"/>
      <w:r w:rsidRPr="00F52028">
        <w:rPr>
          <w:rFonts w:ascii="Times New Roman" w:eastAsiaTheme="majorEastAsia" w:hAnsi="Times New Roman" w:cs="Times New Roman"/>
          <w:color w:val="000000"/>
          <w:sz w:val="24"/>
          <w:szCs w:val="24"/>
        </w:rPr>
        <w:t>proces</w:t>
      </w:r>
      <w:proofErr w:type="spellEnd"/>
      <w:r w:rsidRPr="00F52028">
        <w:rPr>
          <w:rFonts w:ascii="Times New Roman" w:eastAsiaTheme="majorEastAsia" w:hAnsi="Times New Roman" w:cs="Times New Roman"/>
          <w:color w:val="000000"/>
          <w:sz w:val="24"/>
          <w:szCs w:val="24"/>
        </w:rPr>
        <w:t xml:space="preserve">-verbal </w:t>
      </w:r>
      <w:proofErr w:type="spellStart"/>
      <w:r w:rsidRPr="00F52028">
        <w:rPr>
          <w:rFonts w:ascii="Times New Roman" w:eastAsiaTheme="majorEastAsia" w:hAnsi="Times New Roman" w:cs="Times New Roman"/>
          <w:color w:val="000000"/>
          <w:sz w:val="24"/>
          <w:szCs w:val="24"/>
        </w:rPr>
        <w:t>întocmit</w:t>
      </w:r>
      <w:proofErr w:type="spellEnd"/>
      <w:r w:rsidRPr="00F52028">
        <w:rPr>
          <w:rFonts w:ascii="Times New Roman" w:eastAsiaTheme="majorEastAsia" w:hAnsi="Times New Roman" w:cs="Times New Roman"/>
          <w:color w:val="000000"/>
          <w:sz w:val="24"/>
          <w:szCs w:val="24"/>
        </w:rPr>
        <w:t xml:space="preserve"> de </w:t>
      </w:r>
      <w:proofErr w:type="spellStart"/>
      <w:r w:rsidRPr="00F52028">
        <w:rPr>
          <w:rFonts w:ascii="Times New Roman" w:eastAsiaTheme="majorEastAsia" w:hAnsi="Times New Roman" w:cs="Times New Roman"/>
          <w:color w:val="000000"/>
          <w:sz w:val="24"/>
          <w:szCs w:val="24"/>
        </w:rPr>
        <w:t>secretarul</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comisiei</w:t>
      </w:r>
      <w:proofErr w:type="spellEnd"/>
      <w:r w:rsidRPr="00F52028">
        <w:rPr>
          <w:rFonts w:ascii="Times New Roman" w:eastAsiaTheme="majorEastAsia" w:hAnsi="Times New Roman" w:cs="Times New Roman"/>
          <w:color w:val="000000"/>
          <w:sz w:val="24"/>
          <w:szCs w:val="24"/>
        </w:rPr>
        <w:t xml:space="preserve"> de concurs, care se </w:t>
      </w:r>
      <w:proofErr w:type="spellStart"/>
      <w:r w:rsidRPr="00F52028">
        <w:rPr>
          <w:rFonts w:ascii="Times New Roman" w:eastAsiaTheme="majorEastAsia" w:hAnsi="Times New Roman" w:cs="Times New Roman"/>
          <w:color w:val="000000"/>
          <w:sz w:val="24"/>
          <w:szCs w:val="24"/>
        </w:rPr>
        <w:t>semnează</w:t>
      </w:r>
      <w:proofErr w:type="spellEnd"/>
      <w:r w:rsidRPr="00F52028">
        <w:rPr>
          <w:rFonts w:ascii="Times New Roman" w:eastAsiaTheme="majorEastAsia" w:hAnsi="Times New Roman" w:cs="Times New Roman"/>
          <w:color w:val="000000"/>
          <w:sz w:val="24"/>
          <w:szCs w:val="24"/>
        </w:rPr>
        <w:t xml:space="preserve"> de </w:t>
      </w:r>
      <w:proofErr w:type="spellStart"/>
      <w:r w:rsidRPr="00F52028">
        <w:rPr>
          <w:rFonts w:ascii="Times New Roman" w:eastAsiaTheme="majorEastAsia" w:hAnsi="Times New Roman" w:cs="Times New Roman"/>
          <w:color w:val="000000"/>
          <w:sz w:val="24"/>
          <w:szCs w:val="24"/>
        </w:rPr>
        <w:t>membrii</w:t>
      </w:r>
      <w:proofErr w:type="spellEnd"/>
      <w:r w:rsidRPr="00F52028">
        <w:rPr>
          <w:rFonts w:ascii="Times New Roman" w:eastAsiaTheme="majorEastAsia" w:hAnsi="Times New Roman" w:cs="Times New Roman"/>
          <w:color w:val="000000"/>
          <w:sz w:val="24"/>
          <w:szCs w:val="24"/>
        </w:rPr>
        <w:t xml:space="preserve"> </w:t>
      </w:r>
      <w:proofErr w:type="spellStart"/>
      <w:r w:rsidRPr="00F52028">
        <w:rPr>
          <w:rFonts w:ascii="Times New Roman" w:eastAsiaTheme="majorEastAsia" w:hAnsi="Times New Roman" w:cs="Times New Roman"/>
          <w:color w:val="000000"/>
          <w:sz w:val="24"/>
          <w:szCs w:val="24"/>
        </w:rPr>
        <w:t>comisiei</w:t>
      </w:r>
      <w:proofErr w:type="spellEnd"/>
      <w:r w:rsidRPr="00F52028">
        <w:rPr>
          <w:rFonts w:ascii="Times New Roman" w:eastAsiaTheme="majorEastAsia" w:hAnsi="Times New Roman" w:cs="Times New Roman"/>
          <w:color w:val="000000"/>
          <w:sz w:val="24"/>
          <w:szCs w:val="24"/>
        </w:rPr>
        <w:t xml:space="preserve"> de concurs </w:t>
      </w:r>
      <w:proofErr w:type="spellStart"/>
      <w:r w:rsidRPr="00F52028">
        <w:rPr>
          <w:rFonts w:ascii="Times New Roman" w:eastAsiaTheme="majorEastAsia" w:hAnsi="Times New Roman" w:cs="Times New Roman"/>
          <w:color w:val="000000"/>
          <w:sz w:val="24"/>
          <w:szCs w:val="24"/>
        </w:rPr>
        <w:t>și</w:t>
      </w:r>
      <w:proofErr w:type="spellEnd"/>
      <w:r w:rsidRPr="00F52028">
        <w:rPr>
          <w:rFonts w:ascii="Times New Roman" w:eastAsiaTheme="majorEastAsia" w:hAnsi="Times New Roman" w:cs="Times New Roman"/>
          <w:color w:val="000000"/>
          <w:sz w:val="24"/>
          <w:szCs w:val="24"/>
        </w:rPr>
        <w:t xml:space="preserve"> de </w:t>
      </w:r>
      <w:proofErr w:type="spellStart"/>
      <w:r w:rsidRPr="00F52028">
        <w:rPr>
          <w:rFonts w:ascii="Times New Roman" w:eastAsiaTheme="majorEastAsia" w:hAnsi="Times New Roman" w:cs="Times New Roman"/>
          <w:color w:val="000000"/>
          <w:sz w:val="24"/>
          <w:szCs w:val="24"/>
        </w:rPr>
        <w:t>candidat</w:t>
      </w:r>
      <w:proofErr w:type="spellEnd"/>
      <w:r w:rsidRPr="00F52028">
        <w:rPr>
          <w:rFonts w:ascii="Times New Roman" w:eastAsiaTheme="majorEastAsia" w:hAnsi="Times New Roman" w:cs="Times New Roman"/>
          <w:color w:val="000000"/>
          <w:sz w:val="24"/>
          <w:szCs w:val="24"/>
        </w:rPr>
        <w:t>.</w:t>
      </w:r>
    </w:p>
    <w:p w14:paraId="39596B19" w14:textId="4380AFD9"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Punctajul maxim este de 100 de puncte, iar punctajul minim de promovare este de 50 de puncte.</w:t>
      </w:r>
    </w:p>
    <w:p w14:paraId="366E61AB" w14:textId="77777777" w:rsidR="008C58AE" w:rsidRPr="008C58AE" w:rsidRDefault="008C58AE" w:rsidP="008C58AE">
      <w:pPr>
        <w:spacing w:after="0"/>
        <w:ind w:firstLine="720"/>
        <w:jc w:val="both"/>
        <w:rPr>
          <w:rFonts w:ascii="Times New Roman" w:eastAsiaTheme="majorEastAsia" w:hAnsi="Times New Roman" w:cs="Times New Roman"/>
          <w:b/>
          <w:bCs/>
          <w:color w:val="000000"/>
          <w:sz w:val="24"/>
          <w:szCs w:val="24"/>
          <w:u w:val="single"/>
          <w:lang w:val="it-IT"/>
        </w:rPr>
      </w:pPr>
      <w:r w:rsidRPr="008C58AE">
        <w:rPr>
          <w:rFonts w:ascii="Times New Roman" w:eastAsiaTheme="majorEastAsia" w:hAnsi="Times New Roman" w:cs="Times New Roman"/>
          <w:b/>
          <w:bCs/>
          <w:color w:val="000000"/>
          <w:sz w:val="24"/>
          <w:szCs w:val="24"/>
          <w:u w:val="single"/>
          <w:lang w:val="it-IT"/>
        </w:rPr>
        <w:t>4. Interviul</w:t>
      </w:r>
    </w:p>
    <w:p w14:paraId="43A5B0D1"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La interviu </w:t>
      </w:r>
      <w:r w:rsidRPr="008C58AE">
        <w:rPr>
          <w:rFonts w:ascii="Times New Roman" w:eastAsiaTheme="majorEastAsia" w:hAnsi="Times New Roman" w:cs="Times New Roman"/>
          <w:b/>
          <w:bCs/>
          <w:color w:val="000000"/>
          <w:sz w:val="24"/>
          <w:szCs w:val="24"/>
          <w:lang w:val="it-IT"/>
        </w:rPr>
        <w:t>participă</w:t>
      </w:r>
      <w:r w:rsidRPr="008C58AE">
        <w:rPr>
          <w:rFonts w:ascii="Times New Roman" w:eastAsiaTheme="majorEastAsia" w:hAnsi="Times New Roman" w:cs="Times New Roman"/>
          <w:color w:val="000000"/>
          <w:sz w:val="24"/>
          <w:szCs w:val="24"/>
          <w:lang w:val="it-IT"/>
        </w:rPr>
        <w:t xml:space="preserve"> numai candidații declarați </w:t>
      </w:r>
      <w:r w:rsidRPr="008C58AE">
        <w:rPr>
          <w:rFonts w:ascii="Times New Roman" w:eastAsiaTheme="majorEastAsia" w:hAnsi="Times New Roman" w:cs="Times New Roman"/>
          <w:b/>
          <w:bCs/>
          <w:color w:val="000000"/>
          <w:sz w:val="24"/>
          <w:szCs w:val="24"/>
          <w:lang w:val="it-IT"/>
        </w:rPr>
        <w:t>„admis”</w:t>
      </w:r>
      <w:r w:rsidRPr="008C58AE">
        <w:rPr>
          <w:rFonts w:ascii="Times New Roman" w:eastAsiaTheme="majorEastAsia" w:hAnsi="Times New Roman" w:cs="Times New Roman"/>
          <w:color w:val="000000"/>
          <w:sz w:val="24"/>
          <w:szCs w:val="24"/>
          <w:lang w:val="it-IT"/>
        </w:rPr>
        <w:t xml:space="preserve"> la proba practică, după soluționarea eventualelor contestații.</w:t>
      </w:r>
    </w:p>
    <w:p w14:paraId="467D17A5"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b/>
          <w:bCs/>
          <w:i/>
          <w:iCs/>
          <w:color w:val="000000"/>
          <w:sz w:val="24"/>
          <w:szCs w:val="24"/>
          <w:lang w:val="it-IT"/>
        </w:rPr>
        <w:t>Interviul se va desfășura la sediul Grădiniței cu Program Prelungit Nr. 5 Vaslui</w:t>
      </w:r>
      <w:r w:rsidRPr="008C58AE">
        <w:rPr>
          <w:rFonts w:ascii="Times New Roman" w:eastAsiaTheme="majorEastAsia" w:hAnsi="Times New Roman" w:cs="Times New Roman"/>
          <w:color w:val="000000"/>
          <w:sz w:val="24"/>
          <w:szCs w:val="24"/>
          <w:lang w:val="it-IT"/>
        </w:rPr>
        <w:t xml:space="preserve"> și urmărește evaluarea abilităților, aptitudinilor și motivației candidaților.</w:t>
      </w:r>
    </w:p>
    <w:p w14:paraId="4800E6FD"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Criteriile de evaluare sunt:</w:t>
      </w:r>
    </w:p>
    <w:p w14:paraId="65AA4DC7" w14:textId="0812BAAC"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abilitățile și cunoștințele impuse de funcție;</w:t>
      </w:r>
    </w:p>
    <w:p w14:paraId="5176AB46" w14:textId="3772C218"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capacitatea de analiză și sinteză;</w:t>
      </w:r>
    </w:p>
    <w:p w14:paraId="5095906B" w14:textId="456680E1"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motivația candidatului;</w:t>
      </w:r>
    </w:p>
    <w:p w14:paraId="14D2399B" w14:textId="1699E0B4"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comportamentul în situații de criză;</w:t>
      </w:r>
    </w:p>
    <w:p w14:paraId="5FF8B5E4" w14:textId="2E1E46B2"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abilitățile de comunicare;</w:t>
      </w:r>
    </w:p>
    <w:p w14:paraId="6366C9B6" w14:textId="6ACC3F62" w:rsidR="008C58AE" w:rsidRPr="008C58AE" w:rsidRDefault="008C58AE" w:rsidP="008C58AE">
      <w:pPr>
        <w:pStyle w:val="Listparagraf"/>
        <w:numPr>
          <w:ilvl w:val="1"/>
          <w:numId w:val="21"/>
        </w:numPr>
        <w:spacing w:after="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inițiativa și creativitatea.</w:t>
      </w:r>
    </w:p>
    <w:p w14:paraId="7AC0EF4F" w14:textId="77777777" w:rsidR="00CB6F6F" w:rsidRDefault="00CB6F6F" w:rsidP="008C58AE">
      <w:pPr>
        <w:spacing w:after="0"/>
        <w:ind w:firstLine="720"/>
        <w:jc w:val="both"/>
        <w:rPr>
          <w:rFonts w:ascii="Times New Roman" w:eastAsiaTheme="majorEastAsia" w:hAnsi="Times New Roman" w:cs="Times New Roman"/>
          <w:color w:val="000000"/>
          <w:sz w:val="24"/>
          <w:szCs w:val="24"/>
        </w:rPr>
      </w:pPr>
      <w:proofErr w:type="spellStart"/>
      <w:r w:rsidRPr="00CB6F6F">
        <w:rPr>
          <w:rFonts w:ascii="Times New Roman" w:eastAsiaTheme="majorEastAsia" w:hAnsi="Times New Roman" w:cs="Times New Roman"/>
          <w:color w:val="000000"/>
          <w:sz w:val="24"/>
          <w:szCs w:val="24"/>
        </w:rPr>
        <w:t>Întrebările</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adresate</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și</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răspunsurile</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oferite</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candidat</w:t>
      </w:r>
      <w:proofErr w:type="spellEnd"/>
      <w:r w:rsidRPr="00CB6F6F">
        <w:rPr>
          <w:rFonts w:ascii="Times New Roman" w:eastAsiaTheme="majorEastAsia" w:hAnsi="Times New Roman" w:cs="Times New Roman"/>
          <w:color w:val="000000"/>
          <w:sz w:val="24"/>
          <w:szCs w:val="24"/>
        </w:rPr>
        <w:t xml:space="preserve"> se </w:t>
      </w:r>
      <w:proofErr w:type="spellStart"/>
      <w:r w:rsidRPr="00CB6F6F">
        <w:rPr>
          <w:rFonts w:ascii="Times New Roman" w:eastAsiaTheme="majorEastAsia" w:hAnsi="Times New Roman" w:cs="Times New Roman"/>
          <w:color w:val="000000"/>
          <w:sz w:val="24"/>
          <w:szCs w:val="24"/>
        </w:rPr>
        <w:t>consemnează</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în</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scris</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într</w:t>
      </w:r>
      <w:proofErr w:type="spellEnd"/>
      <w:r w:rsidRPr="00CB6F6F">
        <w:rPr>
          <w:rFonts w:ascii="Times New Roman" w:eastAsiaTheme="majorEastAsia" w:hAnsi="Times New Roman" w:cs="Times New Roman"/>
          <w:color w:val="000000"/>
          <w:sz w:val="24"/>
          <w:szCs w:val="24"/>
        </w:rPr>
        <w:t xml:space="preserve">-o </w:t>
      </w:r>
      <w:proofErr w:type="spellStart"/>
      <w:r w:rsidRPr="00CB6F6F">
        <w:rPr>
          <w:rFonts w:ascii="Times New Roman" w:eastAsiaTheme="majorEastAsia" w:hAnsi="Times New Roman" w:cs="Times New Roman"/>
          <w:color w:val="000000"/>
          <w:sz w:val="24"/>
          <w:szCs w:val="24"/>
        </w:rPr>
        <w:t>anexă</w:t>
      </w:r>
      <w:proofErr w:type="spellEnd"/>
      <w:r w:rsidRPr="00CB6F6F">
        <w:rPr>
          <w:rFonts w:ascii="Times New Roman" w:eastAsiaTheme="majorEastAsia" w:hAnsi="Times New Roman" w:cs="Times New Roman"/>
          <w:color w:val="000000"/>
          <w:sz w:val="24"/>
          <w:szCs w:val="24"/>
        </w:rPr>
        <w:t xml:space="preserve"> la </w:t>
      </w:r>
      <w:proofErr w:type="spellStart"/>
      <w:r w:rsidRPr="00CB6F6F">
        <w:rPr>
          <w:rFonts w:ascii="Times New Roman" w:eastAsiaTheme="majorEastAsia" w:hAnsi="Times New Roman" w:cs="Times New Roman"/>
          <w:color w:val="000000"/>
          <w:sz w:val="24"/>
          <w:szCs w:val="24"/>
        </w:rPr>
        <w:t>procesul</w:t>
      </w:r>
      <w:proofErr w:type="spellEnd"/>
      <w:r w:rsidRPr="00CB6F6F">
        <w:rPr>
          <w:rFonts w:ascii="Times New Roman" w:eastAsiaTheme="majorEastAsia" w:hAnsi="Times New Roman" w:cs="Times New Roman"/>
          <w:color w:val="000000"/>
          <w:sz w:val="24"/>
          <w:szCs w:val="24"/>
        </w:rPr>
        <w:t xml:space="preserve">-verbal, </w:t>
      </w:r>
      <w:proofErr w:type="spellStart"/>
      <w:r w:rsidRPr="00CB6F6F">
        <w:rPr>
          <w:rFonts w:ascii="Times New Roman" w:eastAsiaTheme="majorEastAsia" w:hAnsi="Times New Roman" w:cs="Times New Roman"/>
          <w:color w:val="000000"/>
          <w:sz w:val="24"/>
          <w:szCs w:val="24"/>
        </w:rPr>
        <w:t>întocmită</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secretarul</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comisiei</w:t>
      </w:r>
      <w:proofErr w:type="spellEnd"/>
      <w:r w:rsidRPr="00CB6F6F">
        <w:rPr>
          <w:rFonts w:ascii="Times New Roman" w:eastAsiaTheme="majorEastAsia" w:hAnsi="Times New Roman" w:cs="Times New Roman"/>
          <w:color w:val="000000"/>
          <w:sz w:val="24"/>
          <w:szCs w:val="24"/>
        </w:rPr>
        <w:t xml:space="preserve"> de concurs </w:t>
      </w:r>
      <w:proofErr w:type="spellStart"/>
      <w:r w:rsidRPr="00CB6F6F">
        <w:rPr>
          <w:rFonts w:ascii="Times New Roman" w:eastAsiaTheme="majorEastAsia" w:hAnsi="Times New Roman" w:cs="Times New Roman"/>
          <w:color w:val="000000"/>
          <w:sz w:val="24"/>
          <w:szCs w:val="24"/>
        </w:rPr>
        <w:t>și</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semnată</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membrii</w:t>
      </w:r>
      <w:proofErr w:type="spellEnd"/>
      <w:r w:rsidRPr="00CB6F6F">
        <w:rPr>
          <w:rFonts w:ascii="Times New Roman" w:eastAsiaTheme="majorEastAsia" w:hAnsi="Times New Roman" w:cs="Times New Roman"/>
          <w:color w:val="000000"/>
          <w:sz w:val="24"/>
          <w:szCs w:val="24"/>
        </w:rPr>
        <w:t xml:space="preserve"> </w:t>
      </w:r>
      <w:proofErr w:type="spellStart"/>
      <w:r w:rsidRPr="00CB6F6F">
        <w:rPr>
          <w:rFonts w:ascii="Times New Roman" w:eastAsiaTheme="majorEastAsia" w:hAnsi="Times New Roman" w:cs="Times New Roman"/>
          <w:color w:val="000000"/>
          <w:sz w:val="24"/>
          <w:szCs w:val="24"/>
        </w:rPr>
        <w:t>comisiei</w:t>
      </w:r>
      <w:proofErr w:type="spellEnd"/>
      <w:r w:rsidRPr="00CB6F6F">
        <w:rPr>
          <w:rFonts w:ascii="Times New Roman" w:eastAsiaTheme="majorEastAsia" w:hAnsi="Times New Roman" w:cs="Times New Roman"/>
          <w:color w:val="000000"/>
          <w:sz w:val="24"/>
          <w:szCs w:val="24"/>
        </w:rPr>
        <w:t xml:space="preserve"> de concurs </w:t>
      </w:r>
      <w:proofErr w:type="spellStart"/>
      <w:r w:rsidRPr="00CB6F6F">
        <w:rPr>
          <w:rFonts w:ascii="Times New Roman" w:eastAsiaTheme="majorEastAsia" w:hAnsi="Times New Roman" w:cs="Times New Roman"/>
          <w:color w:val="000000"/>
          <w:sz w:val="24"/>
          <w:szCs w:val="24"/>
        </w:rPr>
        <w:t>și</w:t>
      </w:r>
      <w:proofErr w:type="spellEnd"/>
      <w:r w:rsidRPr="00CB6F6F">
        <w:rPr>
          <w:rFonts w:ascii="Times New Roman" w:eastAsiaTheme="majorEastAsia" w:hAnsi="Times New Roman" w:cs="Times New Roman"/>
          <w:color w:val="000000"/>
          <w:sz w:val="24"/>
          <w:szCs w:val="24"/>
        </w:rPr>
        <w:t xml:space="preserve"> de </w:t>
      </w:r>
      <w:proofErr w:type="spellStart"/>
      <w:r w:rsidRPr="00CB6F6F">
        <w:rPr>
          <w:rFonts w:ascii="Times New Roman" w:eastAsiaTheme="majorEastAsia" w:hAnsi="Times New Roman" w:cs="Times New Roman"/>
          <w:color w:val="000000"/>
          <w:sz w:val="24"/>
          <w:szCs w:val="24"/>
        </w:rPr>
        <w:t>candidat</w:t>
      </w:r>
      <w:proofErr w:type="spellEnd"/>
      <w:r w:rsidRPr="00CB6F6F">
        <w:rPr>
          <w:rFonts w:ascii="Times New Roman" w:eastAsiaTheme="majorEastAsia" w:hAnsi="Times New Roman" w:cs="Times New Roman"/>
          <w:color w:val="000000"/>
          <w:sz w:val="24"/>
          <w:szCs w:val="24"/>
        </w:rPr>
        <w:t>.</w:t>
      </w:r>
    </w:p>
    <w:p w14:paraId="55E4553B" w14:textId="104679F2"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Punctajul maxim este de 100 de puncte, iar punctajul minim de promovare este de 50 de puncte.</w:t>
      </w:r>
    </w:p>
    <w:p w14:paraId="33A69AF7" w14:textId="77777777" w:rsidR="008C58AE" w:rsidRPr="008C58AE" w:rsidRDefault="008C58AE" w:rsidP="008C58AE">
      <w:pPr>
        <w:spacing w:after="0"/>
        <w:ind w:firstLine="720"/>
        <w:jc w:val="both"/>
        <w:rPr>
          <w:rFonts w:ascii="Times New Roman" w:eastAsiaTheme="majorEastAsia" w:hAnsi="Times New Roman" w:cs="Times New Roman"/>
          <w:b/>
          <w:bCs/>
          <w:color w:val="000000"/>
          <w:sz w:val="24"/>
          <w:szCs w:val="24"/>
          <w:u w:val="single"/>
          <w:lang w:val="it-IT"/>
        </w:rPr>
      </w:pPr>
      <w:r w:rsidRPr="008C58AE">
        <w:rPr>
          <w:rFonts w:ascii="Times New Roman" w:eastAsiaTheme="majorEastAsia" w:hAnsi="Times New Roman" w:cs="Times New Roman"/>
          <w:b/>
          <w:bCs/>
          <w:color w:val="000000"/>
          <w:sz w:val="24"/>
          <w:szCs w:val="24"/>
          <w:u w:val="single"/>
          <w:lang w:val="it-IT"/>
        </w:rPr>
        <w:t>5. Contestațiile și rezultatul final</w:t>
      </w:r>
    </w:p>
    <w:p w14:paraId="1993CA1A" w14:textId="70A360E9"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 xml:space="preserve">Candidații </w:t>
      </w:r>
      <w:r w:rsidR="00E64742">
        <w:rPr>
          <w:rFonts w:ascii="Times New Roman" w:eastAsiaTheme="majorEastAsia" w:hAnsi="Times New Roman" w:cs="Times New Roman"/>
          <w:color w:val="000000"/>
          <w:sz w:val="24"/>
          <w:szCs w:val="24"/>
          <w:lang w:val="it-IT"/>
        </w:rPr>
        <w:t xml:space="preserve">nemulţumiţi </w:t>
      </w:r>
      <w:r w:rsidRPr="008C58AE">
        <w:rPr>
          <w:rFonts w:ascii="Times New Roman" w:eastAsiaTheme="majorEastAsia" w:hAnsi="Times New Roman" w:cs="Times New Roman"/>
          <w:color w:val="000000"/>
          <w:sz w:val="24"/>
          <w:szCs w:val="24"/>
          <w:lang w:val="it-IT"/>
        </w:rPr>
        <w:t>pot depune contestații la rezultatul selecției dosarelor, la proba scrisă, la proba practică și la interviu, în termenele prevăzute în calendarul concursului.</w:t>
      </w:r>
    </w:p>
    <w:p w14:paraId="55BD0F27"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Punctajul final se calculează ca medie aritmetică a punctajelor obținute la proba scrisă, proba practică și interviu.</w:t>
      </w:r>
    </w:p>
    <w:p w14:paraId="50FB1E7D" w14:textId="77777777" w:rsidR="008C58AE" w:rsidRP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Este declarat „admis” candidatul care a obținut cel mai mare punctaj final dintre candidații care au promovat toate probele concursului.</w:t>
      </w:r>
    </w:p>
    <w:p w14:paraId="4CCD7AA6" w14:textId="77777777" w:rsidR="008C58AE" w:rsidRDefault="008C58AE" w:rsidP="008C58AE">
      <w:pPr>
        <w:spacing w:after="0"/>
        <w:ind w:firstLine="720"/>
        <w:jc w:val="both"/>
        <w:rPr>
          <w:rFonts w:ascii="Times New Roman" w:eastAsiaTheme="majorEastAsia" w:hAnsi="Times New Roman" w:cs="Times New Roman"/>
          <w:color w:val="000000"/>
          <w:sz w:val="24"/>
          <w:szCs w:val="24"/>
          <w:lang w:val="it-IT"/>
        </w:rPr>
      </w:pPr>
      <w:r w:rsidRPr="008C58AE">
        <w:rPr>
          <w:rFonts w:ascii="Times New Roman" w:eastAsiaTheme="majorEastAsia" w:hAnsi="Times New Roman" w:cs="Times New Roman"/>
          <w:color w:val="000000"/>
          <w:sz w:val="24"/>
          <w:szCs w:val="24"/>
          <w:lang w:val="it-IT"/>
        </w:rPr>
        <w:t>În cazul unor punctaje finale egale, are prioritate candidatul care a obținut punctajul cel mai mare la proba scrisă. Dacă egalitatea se menține, candidații aflați în această situație vor susține un nou interviu.</w:t>
      </w:r>
    </w:p>
    <w:p w14:paraId="46131D08" w14:textId="4661F8BD" w:rsidR="00E64742" w:rsidRPr="008C58AE" w:rsidRDefault="00E64742" w:rsidP="008C58AE">
      <w:pPr>
        <w:spacing w:after="0"/>
        <w:ind w:firstLine="720"/>
        <w:jc w:val="both"/>
        <w:rPr>
          <w:rFonts w:ascii="Times New Roman" w:eastAsiaTheme="majorEastAsia" w:hAnsi="Times New Roman" w:cs="Times New Roman"/>
          <w:color w:val="000000"/>
          <w:sz w:val="24"/>
          <w:szCs w:val="24"/>
          <w:lang w:val="it-IT"/>
        </w:rPr>
      </w:pPr>
      <w:proofErr w:type="spellStart"/>
      <w:r w:rsidRPr="00E64742">
        <w:rPr>
          <w:rFonts w:ascii="Times New Roman" w:eastAsiaTheme="majorEastAsia" w:hAnsi="Times New Roman" w:cs="Times New Roman"/>
          <w:color w:val="000000"/>
          <w:sz w:val="24"/>
          <w:szCs w:val="24"/>
        </w:rPr>
        <w:t>Rezultatele</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fiecărei</w:t>
      </w:r>
      <w:proofErr w:type="spellEnd"/>
      <w:r w:rsidRPr="00E64742">
        <w:rPr>
          <w:rFonts w:ascii="Times New Roman" w:eastAsiaTheme="majorEastAsia" w:hAnsi="Times New Roman" w:cs="Times New Roman"/>
          <w:color w:val="000000"/>
          <w:sz w:val="24"/>
          <w:szCs w:val="24"/>
        </w:rPr>
        <w:t xml:space="preserve"> probe </w:t>
      </w:r>
      <w:proofErr w:type="spellStart"/>
      <w:r w:rsidRPr="00E64742">
        <w:rPr>
          <w:rFonts w:ascii="Times New Roman" w:eastAsiaTheme="majorEastAsia" w:hAnsi="Times New Roman" w:cs="Times New Roman"/>
          <w:color w:val="000000"/>
          <w:sz w:val="24"/>
          <w:szCs w:val="24"/>
        </w:rPr>
        <w:t>vor</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cuprinde</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punctajul</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obținut</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și</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mențiunea</w:t>
      </w:r>
      <w:proofErr w:type="spellEnd"/>
      <w:r w:rsidRPr="00E64742">
        <w:rPr>
          <w:rFonts w:ascii="Times New Roman" w:eastAsiaTheme="majorEastAsia" w:hAnsi="Times New Roman" w:cs="Times New Roman"/>
          <w:color w:val="000000"/>
          <w:sz w:val="24"/>
          <w:szCs w:val="24"/>
        </w:rPr>
        <w:t xml:space="preserve"> „admis” </w:t>
      </w:r>
      <w:proofErr w:type="spellStart"/>
      <w:r w:rsidRPr="00E64742">
        <w:rPr>
          <w:rFonts w:ascii="Times New Roman" w:eastAsiaTheme="majorEastAsia" w:hAnsi="Times New Roman" w:cs="Times New Roman"/>
          <w:color w:val="000000"/>
          <w:sz w:val="24"/>
          <w:szCs w:val="24"/>
        </w:rPr>
        <w:t>sau</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respins</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Rezultatele</w:t>
      </w:r>
      <w:proofErr w:type="spellEnd"/>
      <w:r w:rsidRPr="00E64742">
        <w:rPr>
          <w:rFonts w:ascii="Times New Roman" w:eastAsiaTheme="majorEastAsia" w:hAnsi="Times New Roman" w:cs="Times New Roman"/>
          <w:color w:val="000000"/>
          <w:sz w:val="24"/>
          <w:szCs w:val="24"/>
        </w:rPr>
        <w:t xml:space="preserve"> finale se </w:t>
      </w:r>
      <w:proofErr w:type="spellStart"/>
      <w:r w:rsidRPr="00E64742">
        <w:rPr>
          <w:rFonts w:ascii="Times New Roman" w:eastAsiaTheme="majorEastAsia" w:hAnsi="Times New Roman" w:cs="Times New Roman"/>
          <w:color w:val="000000"/>
          <w:sz w:val="24"/>
          <w:szCs w:val="24"/>
        </w:rPr>
        <w:t>afișează</w:t>
      </w:r>
      <w:proofErr w:type="spellEnd"/>
      <w:r w:rsidRPr="00E64742">
        <w:rPr>
          <w:rFonts w:ascii="Times New Roman" w:eastAsiaTheme="majorEastAsia" w:hAnsi="Times New Roman" w:cs="Times New Roman"/>
          <w:color w:val="000000"/>
          <w:sz w:val="24"/>
          <w:szCs w:val="24"/>
        </w:rPr>
        <w:t xml:space="preserve"> cu </w:t>
      </w:r>
      <w:proofErr w:type="spellStart"/>
      <w:r w:rsidRPr="00E64742">
        <w:rPr>
          <w:rFonts w:ascii="Times New Roman" w:eastAsiaTheme="majorEastAsia" w:hAnsi="Times New Roman" w:cs="Times New Roman"/>
          <w:color w:val="000000"/>
          <w:sz w:val="24"/>
          <w:szCs w:val="24"/>
        </w:rPr>
        <w:t>indicarea</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punctajului</w:t>
      </w:r>
      <w:proofErr w:type="spellEnd"/>
      <w:r w:rsidRPr="00E64742">
        <w:rPr>
          <w:rFonts w:ascii="Times New Roman" w:eastAsiaTheme="majorEastAsia" w:hAnsi="Times New Roman" w:cs="Times New Roman"/>
          <w:color w:val="000000"/>
          <w:sz w:val="24"/>
          <w:szCs w:val="24"/>
        </w:rPr>
        <w:t xml:space="preserve"> final </w:t>
      </w:r>
      <w:proofErr w:type="spellStart"/>
      <w:r w:rsidRPr="00E64742">
        <w:rPr>
          <w:rFonts w:ascii="Times New Roman" w:eastAsiaTheme="majorEastAsia" w:hAnsi="Times New Roman" w:cs="Times New Roman"/>
          <w:color w:val="000000"/>
          <w:sz w:val="24"/>
          <w:szCs w:val="24"/>
        </w:rPr>
        <w:t>și</w:t>
      </w:r>
      <w:proofErr w:type="spellEnd"/>
      <w:r w:rsidRPr="00E64742">
        <w:rPr>
          <w:rFonts w:ascii="Times New Roman" w:eastAsiaTheme="majorEastAsia" w:hAnsi="Times New Roman" w:cs="Times New Roman"/>
          <w:color w:val="000000"/>
          <w:sz w:val="24"/>
          <w:szCs w:val="24"/>
        </w:rPr>
        <w:t xml:space="preserve"> a </w:t>
      </w:r>
      <w:proofErr w:type="spellStart"/>
      <w:proofErr w:type="gramStart"/>
      <w:r w:rsidRPr="00E64742">
        <w:rPr>
          <w:rFonts w:ascii="Times New Roman" w:eastAsiaTheme="majorEastAsia" w:hAnsi="Times New Roman" w:cs="Times New Roman"/>
          <w:color w:val="000000"/>
          <w:sz w:val="24"/>
          <w:szCs w:val="24"/>
        </w:rPr>
        <w:t>mențiunii</w:t>
      </w:r>
      <w:proofErr w:type="spellEnd"/>
      <w:r w:rsidRPr="00E64742">
        <w:rPr>
          <w:rFonts w:ascii="Times New Roman" w:eastAsiaTheme="majorEastAsia" w:hAnsi="Times New Roman" w:cs="Times New Roman"/>
          <w:color w:val="000000"/>
          <w:sz w:val="24"/>
          <w:szCs w:val="24"/>
        </w:rPr>
        <w:t xml:space="preserve"> „admis”</w:t>
      </w:r>
      <w:proofErr w:type="gram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sau</w:t>
      </w:r>
      <w:proofErr w:type="spellEnd"/>
      <w:r w:rsidRPr="00E64742">
        <w:rPr>
          <w:rFonts w:ascii="Times New Roman" w:eastAsiaTheme="majorEastAsia" w:hAnsi="Times New Roman" w:cs="Times New Roman"/>
          <w:color w:val="000000"/>
          <w:sz w:val="24"/>
          <w:szCs w:val="24"/>
        </w:rPr>
        <w:t xml:space="preserve"> „</w:t>
      </w:r>
      <w:proofErr w:type="spellStart"/>
      <w:r w:rsidRPr="00E64742">
        <w:rPr>
          <w:rFonts w:ascii="Times New Roman" w:eastAsiaTheme="majorEastAsia" w:hAnsi="Times New Roman" w:cs="Times New Roman"/>
          <w:color w:val="000000"/>
          <w:sz w:val="24"/>
          <w:szCs w:val="24"/>
        </w:rPr>
        <w:t>respins</w:t>
      </w:r>
      <w:proofErr w:type="spellEnd"/>
      <w:r w:rsidRPr="00E64742">
        <w:rPr>
          <w:rFonts w:ascii="Times New Roman" w:eastAsiaTheme="majorEastAsia" w:hAnsi="Times New Roman" w:cs="Times New Roman"/>
          <w:color w:val="000000"/>
          <w:sz w:val="24"/>
          <w:szCs w:val="24"/>
        </w:rPr>
        <w:t>”.</w:t>
      </w:r>
    </w:p>
    <w:p w14:paraId="34C01450" w14:textId="0B637F37" w:rsidR="008C0EC4" w:rsidRPr="00C812BD" w:rsidRDefault="00000000" w:rsidP="00C812BD">
      <w:pPr>
        <w:pStyle w:val="Titlu1"/>
        <w:spacing w:after="0"/>
        <w:rPr>
          <w:rFonts w:ascii="Times New Roman" w:hAnsi="Times New Roman" w:cs="Times New Roman"/>
          <w:sz w:val="24"/>
          <w:szCs w:val="24"/>
        </w:rPr>
      </w:pPr>
      <w:r w:rsidRPr="00C812BD">
        <w:rPr>
          <w:rFonts w:ascii="Times New Roman" w:hAnsi="Times New Roman" w:cs="Times New Roman"/>
          <w:sz w:val="24"/>
          <w:szCs w:val="24"/>
        </w:rPr>
        <w:t xml:space="preserve">VI. </w:t>
      </w:r>
      <w:proofErr w:type="spellStart"/>
      <w:r w:rsidRPr="00C812BD">
        <w:rPr>
          <w:rFonts w:ascii="Times New Roman" w:hAnsi="Times New Roman" w:cs="Times New Roman"/>
          <w:sz w:val="24"/>
          <w:szCs w:val="24"/>
        </w:rPr>
        <w:t>Bibliografie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tematică</w:t>
      </w:r>
      <w:proofErr w:type="spellEnd"/>
    </w:p>
    <w:p w14:paraId="47D82012" w14:textId="77777777" w:rsidR="008C0EC4" w:rsidRPr="00C812BD" w:rsidRDefault="00000000" w:rsidP="000264FE">
      <w:pPr>
        <w:pStyle w:val="Listcumarcatori"/>
        <w:spacing w:after="0"/>
        <w:ind w:left="369" w:hanging="198"/>
        <w:jc w:val="both"/>
        <w:rPr>
          <w:rFonts w:ascii="Times New Roman" w:hAnsi="Times New Roman" w:cs="Times New Roman"/>
          <w:sz w:val="24"/>
          <w:szCs w:val="24"/>
        </w:rPr>
      </w:pPr>
      <w:r w:rsidRPr="00C812BD">
        <w:rPr>
          <w:rFonts w:ascii="Times New Roman" w:hAnsi="Times New Roman" w:cs="Times New Roman"/>
          <w:sz w:val="24"/>
          <w:szCs w:val="24"/>
        </w:rPr>
        <w:t xml:space="preserve">Legea </w:t>
      </w:r>
      <w:proofErr w:type="spellStart"/>
      <w:r w:rsidRPr="00C812BD">
        <w:rPr>
          <w:rFonts w:ascii="Times New Roman" w:hAnsi="Times New Roman" w:cs="Times New Roman"/>
          <w:sz w:val="24"/>
          <w:szCs w:val="24"/>
        </w:rPr>
        <w:t>învățământului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preuniversitar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nr.</w:t>
      </w:r>
      <w:proofErr w:type="spellEnd"/>
      <w:r w:rsidRPr="00C812BD">
        <w:rPr>
          <w:rFonts w:ascii="Times New Roman" w:hAnsi="Times New Roman" w:cs="Times New Roman"/>
          <w:sz w:val="24"/>
          <w:szCs w:val="24"/>
        </w:rPr>
        <w:t xml:space="preserve"> 198/2023, cu </w:t>
      </w:r>
      <w:proofErr w:type="spellStart"/>
      <w:r w:rsidRPr="00C812BD">
        <w:rPr>
          <w:rFonts w:ascii="Times New Roman" w:hAnsi="Times New Roman" w:cs="Times New Roman"/>
          <w:sz w:val="24"/>
          <w:szCs w:val="24"/>
        </w:rPr>
        <w:t>modificările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completările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ulterioare</w:t>
      </w:r>
      <w:proofErr w:type="spellEnd"/>
      <w:r w:rsidRPr="00C812BD">
        <w:rPr>
          <w:rFonts w:ascii="Times New Roman" w:hAnsi="Times New Roman" w:cs="Times New Roman"/>
          <w:sz w:val="24"/>
          <w:szCs w:val="24"/>
        </w:rPr>
        <w:t xml:space="preserve"> – </w:t>
      </w:r>
      <w:proofErr w:type="spellStart"/>
      <w:r w:rsidRPr="00C812BD">
        <w:rPr>
          <w:rFonts w:ascii="Times New Roman" w:hAnsi="Times New Roman" w:cs="Times New Roman"/>
          <w:sz w:val="24"/>
          <w:szCs w:val="24"/>
        </w:rPr>
        <w:t>dispoziții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privind</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educația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timpurie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personalul</w:t>
      </w:r>
      <w:proofErr w:type="spellEnd"/>
      <w:r w:rsidRPr="00C812BD">
        <w:rPr>
          <w:rFonts w:ascii="Times New Roman" w:hAnsi="Times New Roman" w:cs="Times New Roman"/>
          <w:sz w:val="24"/>
          <w:szCs w:val="24"/>
        </w:rPr>
        <w:t xml:space="preserve"> din </w:t>
      </w:r>
      <w:proofErr w:type="spellStart"/>
      <w:r w:rsidRPr="00C812BD">
        <w:rPr>
          <w:rFonts w:ascii="Times New Roman" w:hAnsi="Times New Roman" w:cs="Times New Roman"/>
          <w:sz w:val="24"/>
          <w:szCs w:val="24"/>
        </w:rPr>
        <w:t>învățământ</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răspunderea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personalului</w:t>
      </w:r>
      <w:proofErr w:type="spellEnd"/>
      <w:r w:rsidRPr="00C812BD">
        <w:rPr>
          <w:rFonts w:ascii="Times New Roman" w:hAnsi="Times New Roman" w:cs="Times New Roman"/>
          <w:sz w:val="24"/>
          <w:szCs w:val="24"/>
        </w:rPr>
        <w:t>;</w:t>
      </w:r>
    </w:p>
    <w:p w14:paraId="495338AB" w14:textId="77777777" w:rsidR="008C0EC4" w:rsidRPr="008A0319" w:rsidRDefault="00000000" w:rsidP="00AA7D35">
      <w:pPr>
        <w:pStyle w:val="Listcumarcatori"/>
        <w:spacing w:after="0"/>
        <w:ind w:left="369" w:hanging="198"/>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Legea nr. 53/2003 – Codul muncii, republicată, cu modificările și completările ulterioare – disciplina muncii și răspunderea disciplinară (art. 247–252);</w:t>
      </w:r>
    </w:p>
    <w:p w14:paraId="18B1C1B4" w14:textId="395785BE" w:rsidR="008C0EC4" w:rsidRPr="008A0319" w:rsidRDefault="00000000" w:rsidP="00AA7D35">
      <w:pPr>
        <w:pStyle w:val="Listcumarcatori"/>
        <w:spacing w:after="0"/>
        <w:ind w:left="369" w:hanging="198"/>
        <w:jc w:val="both"/>
        <w:rPr>
          <w:rFonts w:ascii="Times New Roman" w:hAnsi="Times New Roman" w:cs="Times New Roman"/>
          <w:sz w:val="24"/>
          <w:szCs w:val="24"/>
          <w:lang w:val="it-IT"/>
        </w:rPr>
      </w:pPr>
      <w:r w:rsidRPr="008A0319">
        <w:rPr>
          <w:rFonts w:ascii="Times New Roman" w:hAnsi="Times New Roman" w:cs="Times New Roman"/>
          <w:sz w:val="24"/>
          <w:szCs w:val="24"/>
          <w:lang w:val="it-IT"/>
        </w:rPr>
        <w:t xml:space="preserve">Legea securității și sănătății în muncă nr. 319/2006, cu modificările și completările ulterioare – </w:t>
      </w:r>
      <w:r w:rsidR="00E25A40" w:rsidRPr="008A0319">
        <w:rPr>
          <w:rFonts w:ascii="Times New Roman" w:hAnsi="Times New Roman" w:cs="Times New Roman"/>
          <w:sz w:val="24"/>
          <w:szCs w:val="24"/>
          <w:lang w:val="it-IT"/>
        </w:rPr>
        <w:t>Cap. 4 - O</w:t>
      </w:r>
      <w:r w:rsidRPr="008A0319">
        <w:rPr>
          <w:rFonts w:ascii="Times New Roman" w:hAnsi="Times New Roman" w:cs="Times New Roman"/>
          <w:sz w:val="24"/>
          <w:szCs w:val="24"/>
          <w:lang w:val="it-IT"/>
        </w:rPr>
        <w:t>bligațiile lucrătorilor;</w:t>
      </w:r>
    </w:p>
    <w:p w14:paraId="77AC2BAA" w14:textId="77777777" w:rsidR="00F214D7" w:rsidRDefault="00F214D7" w:rsidP="00AA7D35">
      <w:pPr>
        <w:pStyle w:val="Listcumarcatori"/>
        <w:spacing w:after="0"/>
        <w:ind w:left="369" w:hanging="198"/>
        <w:jc w:val="both"/>
        <w:rPr>
          <w:rFonts w:ascii="Times New Roman" w:hAnsi="Times New Roman" w:cs="Times New Roman"/>
          <w:sz w:val="24"/>
          <w:szCs w:val="24"/>
        </w:rPr>
      </w:pPr>
      <w:r w:rsidRPr="008A0319">
        <w:rPr>
          <w:rFonts w:ascii="Times New Roman" w:hAnsi="Times New Roman" w:cs="Times New Roman"/>
          <w:sz w:val="24"/>
          <w:szCs w:val="24"/>
          <w:lang w:val="it-IT"/>
        </w:rPr>
        <w:t xml:space="preserve">Legea nr. 307/2006 privind apărarea împotriva incendiilor, republicată, cu modificările și completările ulterioare – cap. </w:t>
      </w:r>
      <w:r w:rsidRPr="00F214D7">
        <w:rPr>
          <w:rFonts w:ascii="Times New Roman" w:hAnsi="Times New Roman" w:cs="Times New Roman"/>
          <w:sz w:val="24"/>
          <w:szCs w:val="24"/>
        </w:rPr>
        <w:t xml:space="preserve">II, </w:t>
      </w:r>
      <w:proofErr w:type="spellStart"/>
      <w:r w:rsidRPr="00F214D7">
        <w:rPr>
          <w:rFonts w:ascii="Times New Roman" w:hAnsi="Times New Roman" w:cs="Times New Roman"/>
          <w:sz w:val="24"/>
          <w:szCs w:val="24"/>
        </w:rPr>
        <w:t>secțiunea</w:t>
      </w:r>
      <w:proofErr w:type="spellEnd"/>
      <w:r w:rsidRPr="00F214D7">
        <w:rPr>
          <w:rFonts w:ascii="Times New Roman" w:hAnsi="Times New Roman" w:cs="Times New Roman"/>
          <w:sz w:val="24"/>
          <w:szCs w:val="24"/>
        </w:rPr>
        <w:t xml:space="preserve"> 1, art. 6–8 </w:t>
      </w:r>
      <w:proofErr w:type="spellStart"/>
      <w:r w:rsidRPr="00F214D7">
        <w:rPr>
          <w:rFonts w:ascii="Times New Roman" w:hAnsi="Times New Roman" w:cs="Times New Roman"/>
          <w:sz w:val="24"/>
          <w:szCs w:val="24"/>
        </w:rPr>
        <w:t>și</w:t>
      </w:r>
      <w:proofErr w:type="spellEnd"/>
      <w:r w:rsidRPr="00F214D7">
        <w:rPr>
          <w:rFonts w:ascii="Times New Roman" w:hAnsi="Times New Roman" w:cs="Times New Roman"/>
          <w:sz w:val="24"/>
          <w:szCs w:val="24"/>
        </w:rPr>
        <w:t xml:space="preserve"> </w:t>
      </w:r>
      <w:proofErr w:type="spellStart"/>
      <w:r w:rsidRPr="00F214D7">
        <w:rPr>
          <w:rFonts w:ascii="Times New Roman" w:hAnsi="Times New Roman" w:cs="Times New Roman"/>
          <w:sz w:val="24"/>
          <w:szCs w:val="24"/>
        </w:rPr>
        <w:t>secțiunea</w:t>
      </w:r>
      <w:proofErr w:type="spellEnd"/>
      <w:r w:rsidRPr="00F214D7">
        <w:rPr>
          <w:rFonts w:ascii="Times New Roman" w:hAnsi="Times New Roman" w:cs="Times New Roman"/>
          <w:sz w:val="24"/>
          <w:szCs w:val="24"/>
        </w:rPr>
        <w:t xml:space="preserve"> a 6-a, art. 22.</w:t>
      </w:r>
    </w:p>
    <w:p w14:paraId="7C4F42BF" w14:textId="77777777" w:rsidR="008C0EC4" w:rsidRPr="00C812BD" w:rsidRDefault="00000000" w:rsidP="00AA7D35">
      <w:pPr>
        <w:pStyle w:val="Listcumarcatori"/>
        <w:spacing w:after="0"/>
        <w:ind w:left="369" w:hanging="198"/>
        <w:jc w:val="both"/>
        <w:rPr>
          <w:rFonts w:ascii="Times New Roman" w:hAnsi="Times New Roman" w:cs="Times New Roman"/>
          <w:sz w:val="24"/>
          <w:szCs w:val="24"/>
        </w:rPr>
      </w:pPr>
      <w:proofErr w:type="spellStart"/>
      <w:r w:rsidRPr="00C812BD">
        <w:rPr>
          <w:rFonts w:ascii="Times New Roman" w:hAnsi="Times New Roman" w:cs="Times New Roman"/>
          <w:sz w:val="24"/>
          <w:szCs w:val="24"/>
        </w:rPr>
        <w:t>Ordinul</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ministrului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sănătății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nr.</w:t>
      </w:r>
      <w:proofErr w:type="spellEnd"/>
      <w:r w:rsidRPr="00C812BD">
        <w:rPr>
          <w:rFonts w:ascii="Times New Roman" w:hAnsi="Times New Roman" w:cs="Times New Roman"/>
          <w:sz w:val="24"/>
          <w:szCs w:val="24"/>
        </w:rPr>
        <w:t xml:space="preserve"> 1.456/2020 </w:t>
      </w:r>
      <w:proofErr w:type="spellStart"/>
      <w:r w:rsidRPr="00C812BD">
        <w:rPr>
          <w:rFonts w:ascii="Times New Roman" w:hAnsi="Times New Roman" w:cs="Times New Roman"/>
          <w:sz w:val="24"/>
          <w:szCs w:val="24"/>
        </w:rPr>
        <w:t>pentru</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aprobarea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Normelor</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igienă</w:t>
      </w:r>
      <w:proofErr w:type="spellEnd"/>
      <w:r w:rsidRPr="00C812BD">
        <w:rPr>
          <w:rFonts w:ascii="Times New Roman" w:hAnsi="Times New Roman" w:cs="Times New Roman"/>
          <w:sz w:val="24"/>
          <w:szCs w:val="24"/>
        </w:rPr>
        <w:t xml:space="preserve"> din </w:t>
      </w:r>
      <w:proofErr w:type="spellStart"/>
      <w:r w:rsidRPr="00C812BD">
        <w:rPr>
          <w:rFonts w:ascii="Times New Roman" w:hAnsi="Times New Roman" w:cs="Times New Roman"/>
          <w:sz w:val="24"/>
          <w:szCs w:val="24"/>
        </w:rPr>
        <w:t>unitățile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pentru</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ocrotirea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educarea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instruirea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odihna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recreerea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copiilor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tinerilor</w:t>
      </w:r>
      <w:proofErr w:type="spellEnd"/>
      <w:r w:rsidRPr="00C812BD">
        <w:rPr>
          <w:rFonts w:ascii="Times New Roman" w:hAnsi="Times New Roman" w:cs="Times New Roman"/>
          <w:sz w:val="24"/>
          <w:szCs w:val="24"/>
        </w:rPr>
        <w:t xml:space="preserve">, cu </w:t>
      </w:r>
      <w:proofErr w:type="spellStart"/>
      <w:r w:rsidRPr="00C812BD">
        <w:rPr>
          <w:rFonts w:ascii="Times New Roman" w:hAnsi="Times New Roman" w:cs="Times New Roman"/>
          <w:sz w:val="24"/>
          <w:szCs w:val="24"/>
        </w:rPr>
        <w:t>modificările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completările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ulterioare</w:t>
      </w:r>
      <w:proofErr w:type="spellEnd"/>
      <w:r w:rsidRPr="00C812BD">
        <w:rPr>
          <w:rFonts w:ascii="Times New Roman" w:hAnsi="Times New Roman" w:cs="Times New Roman"/>
          <w:sz w:val="24"/>
          <w:szCs w:val="24"/>
        </w:rPr>
        <w:t xml:space="preserve"> – </w:t>
      </w:r>
      <w:proofErr w:type="spellStart"/>
      <w:r w:rsidRPr="00C812BD">
        <w:rPr>
          <w:rFonts w:ascii="Times New Roman" w:hAnsi="Times New Roman" w:cs="Times New Roman"/>
          <w:sz w:val="24"/>
          <w:szCs w:val="24"/>
        </w:rPr>
        <w:t>prevederi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aplicabile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creșelor</w:t>
      </w:r>
      <w:proofErr w:type="spellEnd"/>
      <w:r w:rsidRPr="00C812BD">
        <w:rPr>
          <w:rFonts w:ascii="Times New Roman" w:hAnsi="Times New Roman" w:cs="Times New Roman"/>
          <w:sz w:val="24"/>
          <w:szCs w:val="24"/>
        </w:rPr>
        <w:t>;</w:t>
      </w:r>
    </w:p>
    <w:p w14:paraId="07C08969" w14:textId="77777777" w:rsidR="008C0EC4" w:rsidRDefault="00000000" w:rsidP="00AA7D35">
      <w:pPr>
        <w:pStyle w:val="Listcumarcatori"/>
        <w:spacing w:after="0"/>
        <w:ind w:left="369" w:hanging="198"/>
        <w:jc w:val="both"/>
        <w:rPr>
          <w:rFonts w:ascii="Times New Roman" w:hAnsi="Times New Roman" w:cs="Times New Roman"/>
          <w:sz w:val="24"/>
          <w:szCs w:val="24"/>
        </w:rPr>
      </w:pPr>
      <w:proofErr w:type="spellStart"/>
      <w:r w:rsidRPr="00C812BD">
        <w:rPr>
          <w:rFonts w:ascii="Times New Roman" w:hAnsi="Times New Roman" w:cs="Times New Roman"/>
          <w:sz w:val="24"/>
          <w:szCs w:val="24"/>
        </w:rPr>
        <w:t>Ordinul</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ministrului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educației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nr.</w:t>
      </w:r>
      <w:proofErr w:type="spellEnd"/>
      <w:r w:rsidRPr="00C812BD">
        <w:rPr>
          <w:rFonts w:ascii="Times New Roman" w:hAnsi="Times New Roman" w:cs="Times New Roman"/>
          <w:sz w:val="24"/>
          <w:szCs w:val="24"/>
        </w:rPr>
        <w:t xml:space="preserve"> 5.726/2024 </w:t>
      </w:r>
      <w:proofErr w:type="spellStart"/>
      <w:r w:rsidRPr="00C812BD">
        <w:rPr>
          <w:rFonts w:ascii="Times New Roman" w:hAnsi="Times New Roman" w:cs="Times New Roman"/>
          <w:sz w:val="24"/>
          <w:szCs w:val="24"/>
        </w:rPr>
        <w:t>privind</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aprobarea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Regulamentului-cadru</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organizare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funcționare</w:t>
      </w:r>
      <w:proofErr w:type="spellEnd"/>
      <w:r w:rsidRPr="00C812BD">
        <w:rPr>
          <w:rFonts w:ascii="Times New Roman" w:hAnsi="Times New Roman" w:cs="Times New Roman"/>
          <w:sz w:val="24"/>
          <w:szCs w:val="24"/>
        </w:rPr>
        <w:t xml:space="preserve"> a </w:t>
      </w:r>
      <w:proofErr w:type="spellStart"/>
      <w:r w:rsidRPr="00C812BD">
        <w:rPr>
          <w:rFonts w:ascii="Times New Roman" w:hAnsi="Times New Roman" w:cs="Times New Roman"/>
          <w:sz w:val="24"/>
          <w:szCs w:val="24"/>
        </w:rPr>
        <w:t>unităților</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învățământ</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preuniversitar</w:t>
      </w:r>
      <w:proofErr w:type="spellEnd"/>
      <w:r w:rsidRPr="00C812BD">
        <w:rPr>
          <w:rFonts w:ascii="Times New Roman" w:hAnsi="Times New Roman" w:cs="Times New Roman"/>
          <w:sz w:val="24"/>
          <w:szCs w:val="24"/>
        </w:rPr>
        <w:t xml:space="preserve">, cu </w:t>
      </w:r>
      <w:proofErr w:type="spellStart"/>
      <w:r w:rsidRPr="00C812BD">
        <w:rPr>
          <w:rFonts w:ascii="Times New Roman" w:hAnsi="Times New Roman" w:cs="Times New Roman"/>
          <w:sz w:val="24"/>
          <w:szCs w:val="24"/>
        </w:rPr>
        <w:t>modificările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completările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ulterioare</w:t>
      </w:r>
      <w:proofErr w:type="spellEnd"/>
      <w:r w:rsidRPr="00C812BD">
        <w:rPr>
          <w:rFonts w:ascii="Times New Roman" w:hAnsi="Times New Roman" w:cs="Times New Roman"/>
          <w:sz w:val="24"/>
          <w:szCs w:val="24"/>
        </w:rPr>
        <w:t>;</w:t>
      </w:r>
    </w:p>
    <w:p w14:paraId="00EC34D4" w14:textId="4FE9956C" w:rsidR="009D2006" w:rsidRPr="00C812BD" w:rsidRDefault="009D2006" w:rsidP="00AA7D35">
      <w:pPr>
        <w:pStyle w:val="Listcumarcatori"/>
        <w:spacing w:after="0"/>
        <w:ind w:left="369" w:hanging="198"/>
        <w:jc w:val="both"/>
        <w:rPr>
          <w:rFonts w:ascii="Times New Roman" w:hAnsi="Times New Roman" w:cs="Times New Roman"/>
          <w:sz w:val="24"/>
          <w:szCs w:val="24"/>
        </w:rPr>
      </w:pPr>
      <w:proofErr w:type="spellStart"/>
      <w:r w:rsidRPr="009D2006">
        <w:rPr>
          <w:rFonts w:ascii="Times New Roman" w:hAnsi="Times New Roman" w:cs="Times New Roman"/>
          <w:sz w:val="24"/>
          <w:szCs w:val="24"/>
        </w:rPr>
        <w:lastRenderedPageBreak/>
        <w:t>Hotărârea</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Guvernului</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nr.</w:t>
      </w:r>
      <w:proofErr w:type="spellEnd"/>
      <w:r w:rsidRPr="009D2006">
        <w:rPr>
          <w:rFonts w:ascii="Times New Roman" w:hAnsi="Times New Roman" w:cs="Times New Roman"/>
          <w:sz w:val="24"/>
          <w:szCs w:val="24"/>
        </w:rPr>
        <w:t xml:space="preserve"> 566/2022 </w:t>
      </w:r>
      <w:proofErr w:type="spellStart"/>
      <w:r w:rsidRPr="009D2006">
        <w:rPr>
          <w:rFonts w:ascii="Times New Roman" w:hAnsi="Times New Roman" w:cs="Times New Roman"/>
          <w:sz w:val="24"/>
          <w:szCs w:val="24"/>
        </w:rPr>
        <w:t>privind</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aprobarea</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Metodologiei</w:t>
      </w:r>
      <w:proofErr w:type="spellEnd"/>
      <w:r w:rsidRPr="009D2006">
        <w:rPr>
          <w:rFonts w:ascii="Times New Roman" w:hAnsi="Times New Roman" w:cs="Times New Roman"/>
          <w:sz w:val="24"/>
          <w:szCs w:val="24"/>
        </w:rPr>
        <w:t xml:space="preserve"> de </w:t>
      </w:r>
      <w:proofErr w:type="spellStart"/>
      <w:r w:rsidRPr="009D2006">
        <w:rPr>
          <w:rFonts w:ascii="Times New Roman" w:hAnsi="Times New Roman" w:cs="Times New Roman"/>
          <w:sz w:val="24"/>
          <w:szCs w:val="24"/>
        </w:rPr>
        <w:t>organizare</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și</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funcționare</w:t>
      </w:r>
      <w:proofErr w:type="spellEnd"/>
      <w:r w:rsidRPr="009D2006">
        <w:rPr>
          <w:rFonts w:ascii="Times New Roman" w:hAnsi="Times New Roman" w:cs="Times New Roman"/>
          <w:sz w:val="24"/>
          <w:szCs w:val="24"/>
        </w:rPr>
        <w:t xml:space="preserve"> a </w:t>
      </w:r>
      <w:proofErr w:type="spellStart"/>
      <w:r w:rsidRPr="009D2006">
        <w:rPr>
          <w:rFonts w:ascii="Times New Roman" w:hAnsi="Times New Roman" w:cs="Times New Roman"/>
          <w:sz w:val="24"/>
          <w:szCs w:val="24"/>
        </w:rPr>
        <w:t>creșelor</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și</w:t>
      </w:r>
      <w:proofErr w:type="spellEnd"/>
      <w:r w:rsidRPr="009D2006">
        <w:rPr>
          <w:rFonts w:ascii="Times New Roman" w:hAnsi="Times New Roman" w:cs="Times New Roman"/>
          <w:sz w:val="24"/>
          <w:szCs w:val="24"/>
        </w:rPr>
        <w:t xml:space="preserve"> </w:t>
      </w:r>
      <w:proofErr w:type="gramStart"/>
      <w:r w:rsidRPr="009D2006">
        <w:rPr>
          <w:rFonts w:ascii="Times New Roman" w:hAnsi="Times New Roman" w:cs="Times New Roman"/>
          <w:sz w:val="24"/>
          <w:szCs w:val="24"/>
        </w:rPr>
        <w:t>a</w:t>
      </w:r>
      <w:proofErr w:type="gram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altor</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unități</w:t>
      </w:r>
      <w:proofErr w:type="spellEnd"/>
      <w:r w:rsidRPr="009D2006">
        <w:rPr>
          <w:rFonts w:ascii="Times New Roman" w:hAnsi="Times New Roman" w:cs="Times New Roman"/>
          <w:sz w:val="24"/>
          <w:szCs w:val="24"/>
        </w:rPr>
        <w:t xml:space="preserve"> de </w:t>
      </w:r>
      <w:proofErr w:type="spellStart"/>
      <w:r w:rsidRPr="009D2006">
        <w:rPr>
          <w:rFonts w:ascii="Times New Roman" w:hAnsi="Times New Roman" w:cs="Times New Roman"/>
          <w:sz w:val="24"/>
          <w:szCs w:val="24"/>
        </w:rPr>
        <w:t>educație</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timpurie</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antepreșcolară</w:t>
      </w:r>
      <w:proofErr w:type="spellEnd"/>
      <w:r w:rsidRPr="009D2006">
        <w:rPr>
          <w:rFonts w:ascii="Times New Roman" w:hAnsi="Times New Roman" w:cs="Times New Roman"/>
          <w:sz w:val="24"/>
          <w:szCs w:val="24"/>
        </w:rPr>
        <w:t xml:space="preserve">, cu </w:t>
      </w:r>
      <w:proofErr w:type="spellStart"/>
      <w:r w:rsidRPr="009D2006">
        <w:rPr>
          <w:rFonts w:ascii="Times New Roman" w:hAnsi="Times New Roman" w:cs="Times New Roman"/>
          <w:sz w:val="24"/>
          <w:szCs w:val="24"/>
        </w:rPr>
        <w:t>modificările</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și</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completările</w:t>
      </w:r>
      <w:proofErr w:type="spellEnd"/>
      <w:r w:rsidRPr="009D2006">
        <w:rPr>
          <w:rFonts w:ascii="Times New Roman" w:hAnsi="Times New Roman" w:cs="Times New Roman"/>
          <w:sz w:val="24"/>
          <w:szCs w:val="24"/>
        </w:rPr>
        <w:t xml:space="preserve"> </w:t>
      </w:r>
      <w:proofErr w:type="spellStart"/>
      <w:r w:rsidRPr="009D2006">
        <w:rPr>
          <w:rFonts w:ascii="Times New Roman" w:hAnsi="Times New Roman" w:cs="Times New Roman"/>
          <w:sz w:val="24"/>
          <w:szCs w:val="24"/>
        </w:rPr>
        <w:t>ulterioare</w:t>
      </w:r>
      <w:proofErr w:type="spellEnd"/>
      <w:r>
        <w:rPr>
          <w:rFonts w:ascii="Times New Roman" w:hAnsi="Times New Roman" w:cs="Times New Roman"/>
          <w:sz w:val="24"/>
          <w:szCs w:val="24"/>
        </w:rPr>
        <w:t>;</w:t>
      </w:r>
    </w:p>
    <w:p w14:paraId="1CB426EC" w14:textId="77777777" w:rsidR="008C0EC4" w:rsidRDefault="00000000" w:rsidP="00AA7D35">
      <w:pPr>
        <w:pStyle w:val="Listcumarcatori"/>
        <w:spacing w:after="0"/>
        <w:ind w:left="369" w:hanging="198"/>
        <w:jc w:val="both"/>
        <w:rPr>
          <w:rFonts w:ascii="Times New Roman" w:hAnsi="Times New Roman" w:cs="Times New Roman"/>
          <w:sz w:val="24"/>
          <w:szCs w:val="24"/>
        </w:rPr>
      </w:pPr>
      <w:proofErr w:type="spellStart"/>
      <w:r w:rsidRPr="00C812BD">
        <w:rPr>
          <w:rFonts w:ascii="Times New Roman" w:hAnsi="Times New Roman" w:cs="Times New Roman"/>
          <w:sz w:val="24"/>
          <w:szCs w:val="24"/>
        </w:rPr>
        <w:t>Fișa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postului</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infirmieră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anexată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prezentului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anunț</w:t>
      </w:r>
      <w:proofErr w:type="spellEnd"/>
      <w:r w:rsidRPr="00C812BD">
        <w:rPr>
          <w:rFonts w:ascii="Times New Roman" w:hAnsi="Times New Roman" w:cs="Times New Roman"/>
          <w:sz w:val="24"/>
          <w:szCs w:val="24"/>
        </w:rPr>
        <w:t>.</w:t>
      </w:r>
    </w:p>
    <w:p w14:paraId="35149C78" w14:textId="77777777" w:rsidR="00605235" w:rsidRPr="00C812BD" w:rsidRDefault="00605235" w:rsidP="00605235">
      <w:pPr>
        <w:pStyle w:val="Listcumarcatori"/>
        <w:numPr>
          <w:ilvl w:val="0"/>
          <w:numId w:val="0"/>
        </w:numPr>
        <w:spacing w:after="0"/>
        <w:ind w:left="369"/>
        <w:jc w:val="both"/>
        <w:rPr>
          <w:rFonts w:ascii="Times New Roman" w:hAnsi="Times New Roman" w:cs="Times New Roman"/>
          <w:sz w:val="24"/>
          <w:szCs w:val="24"/>
        </w:rPr>
      </w:pPr>
    </w:p>
    <w:p w14:paraId="4645F1A5" w14:textId="77777777" w:rsidR="008C0EC4" w:rsidRPr="00C812BD" w:rsidRDefault="00000000" w:rsidP="00605235">
      <w:pPr>
        <w:spacing w:after="0"/>
        <w:jc w:val="both"/>
        <w:rPr>
          <w:rFonts w:ascii="Times New Roman" w:hAnsi="Times New Roman" w:cs="Times New Roman"/>
          <w:sz w:val="24"/>
          <w:szCs w:val="24"/>
        </w:rPr>
      </w:pPr>
      <w:proofErr w:type="spellStart"/>
      <w:r w:rsidRPr="009D2006">
        <w:rPr>
          <w:rFonts w:ascii="Times New Roman" w:hAnsi="Times New Roman" w:cs="Times New Roman"/>
          <w:b/>
          <w:bCs/>
          <w:sz w:val="24"/>
          <w:szCs w:val="24"/>
        </w:rPr>
        <w:t>Tematică</w:t>
      </w:r>
      <w:proofErr w:type="spellEnd"/>
      <w:r w:rsidRPr="009D2006">
        <w:rPr>
          <w:rFonts w:ascii="Times New Roman" w:hAnsi="Times New Roman" w:cs="Times New Roman"/>
          <w:b/>
          <w:bCs/>
          <w:sz w:val="24"/>
          <w:szCs w:val="24"/>
        </w:rPr>
        <w:t>:</w:t>
      </w:r>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îngrijirea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supravegherea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protecția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copilului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antepreșcolar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igiena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individuală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colectivă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curățenia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dezinfecția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spațiilor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obiectelor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servirea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mesei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în</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condiții</w:t>
      </w:r>
      <w:proofErr w:type="spellEnd"/>
      <w:r w:rsidRPr="00C812BD">
        <w:rPr>
          <w:rFonts w:ascii="Times New Roman" w:hAnsi="Times New Roman" w:cs="Times New Roman"/>
          <w:sz w:val="24"/>
          <w:szCs w:val="24"/>
        </w:rPr>
        <w:t xml:space="preserve"> de </w:t>
      </w:r>
      <w:proofErr w:type="spellStart"/>
      <w:r w:rsidRPr="00C812BD">
        <w:rPr>
          <w:rFonts w:ascii="Times New Roman" w:hAnsi="Times New Roman" w:cs="Times New Roman"/>
          <w:sz w:val="24"/>
          <w:szCs w:val="24"/>
        </w:rPr>
        <w:t>igienă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prevenirea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accidentelor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a </w:t>
      </w:r>
      <w:proofErr w:type="spellStart"/>
      <w:r w:rsidRPr="00C812BD">
        <w:rPr>
          <w:rFonts w:ascii="Times New Roman" w:hAnsi="Times New Roman" w:cs="Times New Roman"/>
          <w:sz w:val="24"/>
          <w:szCs w:val="24"/>
        </w:rPr>
        <w:t>îmbolnăvirilor</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comunicarea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adecvată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vârstei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munca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în</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echipă</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obligațiile</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salariatului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privind</w:t>
      </w:r>
      <w:proofErr w:type="spellEnd"/>
      <w:r w:rsidRPr="00C812BD">
        <w:rPr>
          <w:rFonts w:ascii="Times New Roman" w:hAnsi="Times New Roman" w:cs="Times New Roman"/>
          <w:sz w:val="24"/>
          <w:szCs w:val="24"/>
        </w:rPr>
        <w:t xml:space="preserve"> SSM, PSI </w:t>
      </w:r>
      <w:proofErr w:type="spellStart"/>
      <w:r w:rsidRPr="00C812BD">
        <w:rPr>
          <w:rFonts w:ascii="Times New Roman" w:hAnsi="Times New Roman" w:cs="Times New Roman"/>
          <w:sz w:val="24"/>
          <w:szCs w:val="24"/>
        </w:rPr>
        <w:t>și</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disciplina</w:t>
      </w:r>
      <w:proofErr w:type="spellEnd"/>
      <w:r w:rsidRPr="00C812BD">
        <w:rPr>
          <w:rFonts w:ascii="Times New Roman" w:hAnsi="Times New Roman" w:cs="Times New Roman"/>
          <w:sz w:val="24"/>
          <w:szCs w:val="24"/>
        </w:rPr>
        <w:t xml:space="preserve"> </w:t>
      </w:r>
      <w:proofErr w:type="spellStart"/>
      <w:r w:rsidRPr="00C812BD">
        <w:rPr>
          <w:rFonts w:ascii="Times New Roman" w:hAnsi="Times New Roman" w:cs="Times New Roman"/>
          <w:sz w:val="24"/>
          <w:szCs w:val="24"/>
        </w:rPr>
        <w:t>muncii</w:t>
      </w:r>
      <w:proofErr w:type="spellEnd"/>
      <w:r w:rsidRPr="00C812BD">
        <w:rPr>
          <w:rFonts w:ascii="Times New Roman" w:hAnsi="Times New Roman" w:cs="Times New Roman"/>
          <w:sz w:val="24"/>
          <w:szCs w:val="24"/>
        </w:rPr>
        <w:t>.</w:t>
      </w:r>
    </w:p>
    <w:p w14:paraId="39874FA1" w14:textId="05974E9A" w:rsidR="00ED0546" w:rsidRDefault="00ED0546" w:rsidP="00ED0546">
      <w:pPr>
        <w:keepNext/>
        <w:keepLines/>
        <w:spacing w:before="200" w:after="0"/>
        <w:outlineLvl w:val="0"/>
        <w:rPr>
          <w:rFonts w:ascii="Times New Roman" w:eastAsia="MS Gothic" w:hAnsi="Times New Roman" w:cs="Times New Roman"/>
          <w:b/>
          <w:bCs/>
          <w:color w:val="000000"/>
          <w:sz w:val="24"/>
          <w:szCs w:val="24"/>
          <w:lang w:val="it-IT"/>
        </w:rPr>
      </w:pPr>
      <w:r w:rsidRPr="007D39EF">
        <w:rPr>
          <w:rFonts w:ascii="Times New Roman" w:eastAsia="MS Gothic" w:hAnsi="Times New Roman" w:cs="Times New Roman"/>
          <w:b/>
          <w:bCs/>
          <w:color w:val="000000"/>
          <w:sz w:val="24"/>
          <w:szCs w:val="24"/>
          <w:lang w:val="it-IT"/>
        </w:rPr>
        <w:t>Calendarul procedurii de conc</w:t>
      </w:r>
      <w:r>
        <w:rPr>
          <w:rFonts w:ascii="Times New Roman" w:eastAsia="MS Gothic" w:hAnsi="Times New Roman" w:cs="Times New Roman"/>
          <w:b/>
          <w:bCs/>
          <w:color w:val="000000"/>
          <w:sz w:val="24"/>
          <w:szCs w:val="24"/>
          <w:lang w:val="it-IT"/>
        </w:rPr>
        <w:t>urs</w:t>
      </w:r>
    </w:p>
    <w:p w14:paraId="409E87AB" w14:textId="77777777" w:rsidR="00F52028" w:rsidRDefault="00F52028" w:rsidP="00ED0546">
      <w:pPr>
        <w:keepNext/>
        <w:keepLines/>
        <w:spacing w:before="200" w:after="0"/>
        <w:outlineLvl w:val="0"/>
        <w:rPr>
          <w:rFonts w:ascii="Times New Roman" w:eastAsia="MS Gothic" w:hAnsi="Times New Roman" w:cs="Times New Roman"/>
          <w:b/>
          <w:bCs/>
          <w:color w:val="000000"/>
          <w:sz w:val="24"/>
          <w:szCs w:val="24"/>
          <w:lang w:val="it-IT"/>
        </w:rPr>
      </w:pPr>
    </w:p>
    <w:tbl>
      <w:tblPr>
        <w:tblStyle w:val="Tabelgril"/>
        <w:tblW w:w="5033" w:type="pct"/>
        <w:jc w:val="center"/>
        <w:tblLook w:val="04A0" w:firstRow="1" w:lastRow="0" w:firstColumn="1" w:lastColumn="0" w:noHBand="0" w:noVBand="1"/>
      </w:tblPr>
      <w:tblGrid>
        <w:gridCol w:w="563"/>
        <w:gridCol w:w="4677"/>
        <w:gridCol w:w="2411"/>
        <w:gridCol w:w="2041"/>
      </w:tblGrid>
      <w:tr w:rsidR="00ED0546" w:rsidRPr="00ED0546" w14:paraId="7F496AB5" w14:textId="77777777" w:rsidTr="00626572">
        <w:trPr>
          <w:trHeight w:val="298"/>
          <w:jc w:val="center"/>
        </w:trPr>
        <w:tc>
          <w:tcPr>
            <w:tcW w:w="290" w:type="pct"/>
            <w:shd w:val="clear" w:color="auto" w:fill="A6A6A6"/>
            <w:tcMar>
              <w:top w:w="70" w:type="dxa"/>
              <w:left w:w="90" w:type="dxa"/>
              <w:bottom w:w="70" w:type="dxa"/>
              <w:right w:w="90" w:type="dxa"/>
            </w:tcMar>
          </w:tcPr>
          <w:p w14:paraId="170696B4" w14:textId="77777777" w:rsidR="00ED0546" w:rsidRPr="00ED0546" w:rsidRDefault="00ED0546" w:rsidP="00ED0546">
            <w:pPr>
              <w:spacing w:after="0" w:line="240" w:lineRule="auto"/>
              <w:jc w:val="center"/>
              <w:rPr>
                <w:rFonts w:ascii="Times New Roman" w:hAnsi="Times New Roman" w:cs="Times New Roman"/>
                <w:sz w:val="24"/>
                <w:szCs w:val="24"/>
              </w:rPr>
            </w:pPr>
            <w:r w:rsidRPr="00ED0546">
              <w:rPr>
                <w:rFonts w:ascii="Times New Roman" w:hAnsi="Times New Roman" w:cs="Times New Roman"/>
                <w:b/>
                <w:sz w:val="24"/>
                <w:szCs w:val="24"/>
              </w:rPr>
              <w:t>Nr.</w:t>
            </w:r>
          </w:p>
        </w:tc>
        <w:tc>
          <w:tcPr>
            <w:tcW w:w="2413" w:type="pct"/>
            <w:shd w:val="clear" w:color="auto" w:fill="A6A6A6"/>
            <w:tcMar>
              <w:top w:w="70" w:type="dxa"/>
              <w:left w:w="90" w:type="dxa"/>
              <w:bottom w:w="70" w:type="dxa"/>
              <w:right w:w="90" w:type="dxa"/>
            </w:tcMar>
          </w:tcPr>
          <w:p w14:paraId="72D0283E" w14:textId="77777777" w:rsidR="00ED0546" w:rsidRPr="00ED0546" w:rsidRDefault="00ED0546" w:rsidP="00ED0546">
            <w:pPr>
              <w:spacing w:after="0" w:line="240" w:lineRule="auto"/>
              <w:rPr>
                <w:rFonts w:ascii="Times New Roman" w:hAnsi="Times New Roman" w:cs="Times New Roman"/>
                <w:sz w:val="24"/>
                <w:szCs w:val="24"/>
              </w:rPr>
            </w:pPr>
            <w:r w:rsidRPr="00ED0546">
              <w:rPr>
                <w:rFonts w:ascii="Times New Roman" w:hAnsi="Times New Roman" w:cs="Times New Roman"/>
                <w:b/>
                <w:sz w:val="24"/>
                <w:szCs w:val="24"/>
              </w:rPr>
              <w:t>Etapa</w:t>
            </w:r>
          </w:p>
        </w:tc>
        <w:tc>
          <w:tcPr>
            <w:tcW w:w="1244" w:type="pct"/>
            <w:shd w:val="clear" w:color="auto" w:fill="A6A6A6"/>
            <w:tcMar>
              <w:top w:w="70" w:type="dxa"/>
              <w:left w:w="90" w:type="dxa"/>
              <w:bottom w:w="70" w:type="dxa"/>
              <w:right w:w="90" w:type="dxa"/>
            </w:tcMar>
          </w:tcPr>
          <w:p w14:paraId="36A4BCD9" w14:textId="77777777" w:rsidR="00ED0546" w:rsidRPr="00ED0546" w:rsidRDefault="00ED0546" w:rsidP="00ED0546">
            <w:pPr>
              <w:spacing w:after="0" w:line="240" w:lineRule="auto"/>
              <w:jc w:val="center"/>
              <w:rPr>
                <w:rFonts w:ascii="Times New Roman" w:hAnsi="Times New Roman" w:cs="Times New Roman"/>
                <w:sz w:val="24"/>
                <w:szCs w:val="24"/>
              </w:rPr>
            </w:pPr>
            <w:r w:rsidRPr="00ED0546">
              <w:rPr>
                <w:rFonts w:ascii="Times New Roman" w:hAnsi="Times New Roman" w:cs="Times New Roman"/>
                <w:b/>
                <w:sz w:val="24"/>
                <w:szCs w:val="24"/>
              </w:rPr>
              <w:t>Data/</w:t>
            </w:r>
            <w:proofErr w:type="spellStart"/>
            <w:r w:rsidRPr="00ED0546">
              <w:rPr>
                <w:rFonts w:ascii="Times New Roman" w:hAnsi="Times New Roman" w:cs="Times New Roman"/>
                <w:b/>
                <w:sz w:val="24"/>
                <w:szCs w:val="24"/>
              </w:rPr>
              <w:t>Perioada</w:t>
            </w:r>
            <w:proofErr w:type="spellEnd"/>
          </w:p>
        </w:tc>
        <w:tc>
          <w:tcPr>
            <w:tcW w:w="1053" w:type="pct"/>
            <w:shd w:val="clear" w:color="auto" w:fill="A6A6A6"/>
            <w:tcMar>
              <w:top w:w="70" w:type="dxa"/>
              <w:left w:w="90" w:type="dxa"/>
              <w:bottom w:w="70" w:type="dxa"/>
              <w:right w:w="90" w:type="dxa"/>
            </w:tcMar>
          </w:tcPr>
          <w:p w14:paraId="68EDA114" w14:textId="77777777" w:rsidR="00ED0546" w:rsidRPr="00ED0546" w:rsidRDefault="00ED0546" w:rsidP="00ED0546">
            <w:pPr>
              <w:spacing w:after="0" w:line="240" w:lineRule="auto"/>
              <w:jc w:val="center"/>
              <w:rPr>
                <w:rFonts w:ascii="Times New Roman" w:hAnsi="Times New Roman" w:cs="Times New Roman"/>
                <w:sz w:val="24"/>
                <w:szCs w:val="24"/>
              </w:rPr>
            </w:pPr>
            <w:r w:rsidRPr="00ED0546">
              <w:rPr>
                <w:rFonts w:ascii="Times New Roman" w:hAnsi="Times New Roman" w:cs="Times New Roman"/>
                <w:b/>
                <w:sz w:val="24"/>
                <w:szCs w:val="24"/>
              </w:rPr>
              <w:t>Ora</w:t>
            </w:r>
          </w:p>
        </w:tc>
      </w:tr>
      <w:tr w:rsidR="00ED0546" w:rsidRPr="00ED0546" w14:paraId="39FCAF7A" w14:textId="77777777" w:rsidTr="00626572">
        <w:trPr>
          <w:trHeight w:val="298"/>
          <w:jc w:val="center"/>
        </w:trPr>
        <w:tc>
          <w:tcPr>
            <w:tcW w:w="290" w:type="pct"/>
            <w:tcMar>
              <w:top w:w="70" w:type="dxa"/>
              <w:left w:w="90" w:type="dxa"/>
              <w:bottom w:w="70" w:type="dxa"/>
              <w:right w:w="90" w:type="dxa"/>
            </w:tcMar>
            <w:vAlign w:val="center"/>
          </w:tcPr>
          <w:p w14:paraId="3E8F97EB"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25C3D715" w14:textId="77777777" w:rsidR="00ED0546" w:rsidRPr="00ED0546" w:rsidRDefault="00ED0546" w:rsidP="008C58AE">
            <w:pPr>
              <w:spacing w:after="0" w:line="240" w:lineRule="auto"/>
              <w:rPr>
                <w:rFonts w:ascii="Times New Roman" w:hAnsi="Times New Roman" w:cs="Times New Roman"/>
                <w:sz w:val="24"/>
                <w:szCs w:val="24"/>
              </w:rPr>
            </w:pPr>
            <w:proofErr w:type="spellStart"/>
            <w:r w:rsidRPr="00ED0546">
              <w:rPr>
                <w:rFonts w:ascii="Times New Roman" w:hAnsi="Times New Roman" w:cs="Times New Roman"/>
                <w:sz w:val="24"/>
                <w:szCs w:val="24"/>
              </w:rPr>
              <w:t>Publicarea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anunțului</w:t>
            </w:r>
            <w:proofErr w:type="spellEnd"/>
          </w:p>
        </w:tc>
        <w:tc>
          <w:tcPr>
            <w:tcW w:w="1244" w:type="pct"/>
            <w:tcMar>
              <w:top w:w="70" w:type="dxa"/>
              <w:left w:w="90" w:type="dxa"/>
              <w:bottom w:w="70" w:type="dxa"/>
              <w:right w:w="90" w:type="dxa"/>
            </w:tcMar>
            <w:vAlign w:val="center"/>
          </w:tcPr>
          <w:p w14:paraId="651F09C2"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19.10.2026</w:t>
            </w:r>
          </w:p>
        </w:tc>
        <w:tc>
          <w:tcPr>
            <w:tcW w:w="1053" w:type="pct"/>
            <w:tcMar>
              <w:top w:w="70" w:type="dxa"/>
              <w:left w:w="90" w:type="dxa"/>
              <w:bottom w:w="70" w:type="dxa"/>
              <w:right w:w="90" w:type="dxa"/>
            </w:tcMar>
            <w:vAlign w:val="center"/>
          </w:tcPr>
          <w:p w14:paraId="72C63C1A" w14:textId="16408818" w:rsidR="00ED0546" w:rsidRPr="00ED0546" w:rsidRDefault="00F52028" w:rsidP="008C58AE">
            <w:pPr>
              <w:spacing w:after="0" w:line="240" w:lineRule="auto"/>
              <w:jc w:val="center"/>
              <w:rPr>
                <w:rFonts w:ascii="Times New Roman" w:hAnsi="Times New Roman" w:cs="Times New Roman"/>
                <w:sz w:val="24"/>
                <w:szCs w:val="24"/>
              </w:rPr>
            </w:pPr>
            <w:r w:rsidRPr="00F52028">
              <w:rPr>
                <w:rFonts w:ascii="Times New Roman" w:hAnsi="Times New Roman" w:cs="Times New Roman"/>
                <w:sz w:val="24"/>
                <w:szCs w:val="24"/>
              </w:rPr>
              <w:t>—</w:t>
            </w:r>
          </w:p>
        </w:tc>
      </w:tr>
      <w:tr w:rsidR="00ED0546" w:rsidRPr="00ED0546" w14:paraId="5D426E22" w14:textId="77777777" w:rsidTr="00626572">
        <w:trPr>
          <w:trHeight w:val="301"/>
          <w:jc w:val="center"/>
        </w:trPr>
        <w:tc>
          <w:tcPr>
            <w:tcW w:w="290" w:type="pct"/>
            <w:tcMar>
              <w:top w:w="70" w:type="dxa"/>
              <w:left w:w="90" w:type="dxa"/>
              <w:bottom w:w="70" w:type="dxa"/>
              <w:right w:w="90" w:type="dxa"/>
            </w:tcMar>
            <w:vAlign w:val="center"/>
          </w:tcPr>
          <w:p w14:paraId="2DE4A2E1"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3749571F" w14:textId="77777777" w:rsidR="00ED0546" w:rsidRPr="00ED0546" w:rsidRDefault="00ED0546" w:rsidP="008C58AE">
            <w:pPr>
              <w:spacing w:after="0" w:line="240" w:lineRule="auto"/>
              <w:rPr>
                <w:rFonts w:ascii="Times New Roman" w:hAnsi="Times New Roman" w:cs="Times New Roman"/>
                <w:sz w:val="24"/>
                <w:szCs w:val="24"/>
              </w:rPr>
            </w:pPr>
            <w:proofErr w:type="spellStart"/>
            <w:r w:rsidRPr="00ED0546">
              <w:rPr>
                <w:rFonts w:ascii="Times New Roman" w:hAnsi="Times New Roman" w:cs="Times New Roman"/>
                <w:sz w:val="24"/>
                <w:szCs w:val="24"/>
              </w:rPr>
              <w:t>Depunerea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dosarelor</w:t>
            </w:r>
            <w:proofErr w:type="spellEnd"/>
          </w:p>
        </w:tc>
        <w:tc>
          <w:tcPr>
            <w:tcW w:w="1244" w:type="pct"/>
            <w:tcMar>
              <w:top w:w="70" w:type="dxa"/>
              <w:left w:w="90" w:type="dxa"/>
              <w:bottom w:w="70" w:type="dxa"/>
              <w:right w:w="90" w:type="dxa"/>
            </w:tcMar>
          </w:tcPr>
          <w:p w14:paraId="13A021BF" w14:textId="1015D8CD" w:rsidR="00ED0546" w:rsidRPr="00ED0546" w:rsidRDefault="00ED0546" w:rsidP="008C58AE">
            <w:pPr>
              <w:spacing w:after="0" w:line="240" w:lineRule="auto"/>
              <w:jc w:val="center"/>
              <w:rPr>
                <w:rFonts w:ascii="Times New Roman" w:hAnsi="Times New Roman" w:cs="Times New Roman"/>
                <w:sz w:val="24"/>
                <w:szCs w:val="24"/>
              </w:rPr>
            </w:pPr>
            <w:r w:rsidRPr="00667C89">
              <w:rPr>
                <w:rFonts w:ascii="Times New Roman" w:hAnsi="Times New Roman" w:cs="Times New Roman"/>
                <w:sz w:val="24"/>
                <w:szCs w:val="24"/>
              </w:rPr>
              <w:t>19</w:t>
            </w:r>
            <w:r w:rsidR="00667C89">
              <w:rPr>
                <w:rFonts w:ascii="Times New Roman" w:hAnsi="Times New Roman" w:cs="Times New Roman"/>
                <w:sz w:val="24"/>
                <w:szCs w:val="24"/>
              </w:rPr>
              <w:t>.10</w:t>
            </w:r>
            <w:r w:rsidR="00763C73" w:rsidRPr="00667C89">
              <w:rPr>
                <w:rFonts w:ascii="Times New Roman" w:hAnsi="Times New Roman" w:cs="Times New Roman"/>
                <w:sz w:val="24"/>
                <w:szCs w:val="24"/>
              </w:rPr>
              <w:t xml:space="preserve"> – 30.</w:t>
            </w:r>
            <w:r w:rsidRPr="00667C89">
              <w:rPr>
                <w:rFonts w:ascii="Times New Roman" w:hAnsi="Times New Roman" w:cs="Times New Roman"/>
                <w:sz w:val="24"/>
                <w:szCs w:val="24"/>
              </w:rPr>
              <w:t>10</w:t>
            </w:r>
            <w:r w:rsidR="00CF19D2">
              <w:rPr>
                <w:rFonts w:ascii="Times New Roman" w:hAnsi="Times New Roman" w:cs="Times New Roman"/>
                <w:sz w:val="24"/>
                <w:szCs w:val="24"/>
              </w:rPr>
              <w:t>.</w:t>
            </w:r>
            <w:r w:rsidRPr="00667C89">
              <w:rPr>
                <w:rFonts w:ascii="Times New Roman" w:hAnsi="Times New Roman" w:cs="Times New Roman"/>
                <w:sz w:val="24"/>
                <w:szCs w:val="24"/>
              </w:rPr>
              <w:t>2026</w:t>
            </w:r>
          </w:p>
        </w:tc>
        <w:tc>
          <w:tcPr>
            <w:tcW w:w="1053" w:type="pct"/>
            <w:tcMar>
              <w:top w:w="70" w:type="dxa"/>
              <w:left w:w="90" w:type="dxa"/>
              <w:bottom w:w="70" w:type="dxa"/>
              <w:right w:w="90" w:type="dxa"/>
            </w:tcMar>
            <w:vAlign w:val="center"/>
          </w:tcPr>
          <w:p w14:paraId="013B5BEE" w14:textId="62BC8008"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9</w:t>
            </w:r>
            <w:r w:rsidR="00F52028">
              <w:rPr>
                <w:rFonts w:ascii="Times New Roman" w:hAnsi="Times New Roman" w:cs="Times New Roman"/>
                <w:sz w:val="24"/>
                <w:szCs w:val="24"/>
              </w:rPr>
              <w:t>:</w:t>
            </w:r>
            <w:r w:rsidRPr="00ED0546">
              <w:rPr>
                <w:rFonts w:ascii="Times New Roman" w:hAnsi="Times New Roman" w:cs="Times New Roman"/>
                <w:sz w:val="24"/>
                <w:szCs w:val="24"/>
              </w:rPr>
              <w:t>00 -12</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75FE0C96" w14:textId="77777777" w:rsidTr="00626572">
        <w:trPr>
          <w:trHeight w:val="298"/>
          <w:jc w:val="center"/>
        </w:trPr>
        <w:tc>
          <w:tcPr>
            <w:tcW w:w="290" w:type="pct"/>
            <w:tcMar>
              <w:top w:w="70" w:type="dxa"/>
              <w:left w:w="90" w:type="dxa"/>
              <w:bottom w:w="70" w:type="dxa"/>
              <w:right w:w="90" w:type="dxa"/>
            </w:tcMar>
            <w:vAlign w:val="center"/>
          </w:tcPr>
          <w:p w14:paraId="588802CA"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74DFEF06" w14:textId="77777777" w:rsidR="00ED0546" w:rsidRPr="00ED0546" w:rsidRDefault="00ED0546" w:rsidP="008C58AE">
            <w:pPr>
              <w:spacing w:after="0" w:line="240" w:lineRule="auto"/>
              <w:rPr>
                <w:rFonts w:ascii="Times New Roman" w:hAnsi="Times New Roman" w:cs="Times New Roman"/>
                <w:sz w:val="24"/>
                <w:szCs w:val="24"/>
              </w:rPr>
            </w:pPr>
            <w:proofErr w:type="spellStart"/>
            <w:r w:rsidRPr="00ED0546">
              <w:rPr>
                <w:rFonts w:ascii="Times New Roman" w:hAnsi="Times New Roman" w:cs="Times New Roman"/>
                <w:sz w:val="24"/>
                <w:szCs w:val="24"/>
              </w:rPr>
              <w:t>Selecția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dosarelor</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și</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afișarea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rezultatelor</w:t>
            </w:r>
            <w:proofErr w:type="spellEnd"/>
          </w:p>
        </w:tc>
        <w:tc>
          <w:tcPr>
            <w:tcW w:w="1244" w:type="pct"/>
            <w:tcMar>
              <w:top w:w="70" w:type="dxa"/>
              <w:left w:w="90" w:type="dxa"/>
              <w:bottom w:w="70" w:type="dxa"/>
              <w:right w:w="90" w:type="dxa"/>
            </w:tcMar>
          </w:tcPr>
          <w:p w14:paraId="4DE1ABBF" w14:textId="172EE39F"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0</w:t>
            </w:r>
            <w:r w:rsidR="00CB6F6F">
              <w:rPr>
                <w:rFonts w:ascii="Times New Roman" w:hAnsi="Times New Roman" w:cs="Times New Roman"/>
                <w:sz w:val="24"/>
                <w:szCs w:val="24"/>
              </w:rPr>
              <w:t>3</w:t>
            </w:r>
            <w:r w:rsidRPr="00ED0546">
              <w:rPr>
                <w:rFonts w:ascii="Times New Roman" w:hAnsi="Times New Roman" w:cs="Times New Roman"/>
                <w:sz w:val="24"/>
                <w:szCs w:val="24"/>
              </w:rPr>
              <w:t>.11.2026</w:t>
            </w:r>
          </w:p>
        </w:tc>
        <w:tc>
          <w:tcPr>
            <w:tcW w:w="1053" w:type="pct"/>
            <w:tcMar>
              <w:top w:w="70" w:type="dxa"/>
              <w:left w:w="90" w:type="dxa"/>
              <w:bottom w:w="70" w:type="dxa"/>
              <w:right w:w="90" w:type="dxa"/>
            </w:tcMar>
            <w:vAlign w:val="center"/>
          </w:tcPr>
          <w:p w14:paraId="65868DE2" w14:textId="06A4F4D5"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69E5C0CC" w14:textId="77777777" w:rsidTr="00626572">
        <w:trPr>
          <w:trHeight w:val="298"/>
          <w:jc w:val="center"/>
        </w:trPr>
        <w:tc>
          <w:tcPr>
            <w:tcW w:w="290" w:type="pct"/>
            <w:tcMar>
              <w:top w:w="70" w:type="dxa"/>
              <w:left w:w="90" w:type="dxa"/>
              <w:bottom w:w="70" w:type="dxa"/>
              <w:right w:w="90" w:type="dxa"/>
            </w:tcMar>
            <w:vAlign w:val="center"/>
          </w:tcPr>
          <w:p w14:paraId="2E35CF81"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616648D3" w14:textId="77777777" w:rsidR="00ED0546" w:rsidRPr="00ED0546" w:rsidRDefault="00ED0546" w:rsidP="008C58AE">
            <w:pPr>
              <w:spacing w:after="0" w:line="240" w:lineRule="auto"/>
              <w:rPr>
                <w:rFonts w:ascii="Times New Roman" w:hAnsi="Times New Roman" w:cs="Times New Roman"/>
                <w:sz w:val="24"/>
                <w:szCs w:val="24"/>
              </w:rPr>
            </w:pPr>
            <w:proofErr w:type="spellStart"/>
            <w:r w:rsidRPr="00ED0546">
              <w:rPr>
                <w:rFonts w:ascii="Times New Roman" w:hAnsi="Times New Roman" w:cs="Times New Roman"/>
                <w:sz w:val="24"/>
                <w:szCs w:val="24"/>
              </w:rPr>
              <w:t>Depunerea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contestațiilor</w:t>
            </w:r>
            <w:proofErr w:type="spellEnd"/>
            <w:r w:rsidRPr="00ED0546">
              <w:rPr>
                <w:rFonts w:ascii="Times New Roman" w:hAnsi="Times New Roman" w:cs="Times New Roman"/>
                <w:sz w:val="24"/>
                <w:szCs w:val="24"/>
              </w:rPr>
              <w:t xml:space="preserve"> la </w:t>
            </w:r>
            <w:proofErr w:type="spellStart"/>
            <w:r w:rsidRPr="00ED0546">
              <w:rPr>
                <w:rFonts w:ascii="Times New Roman" w:hAnsi="Times New Roman" w:cs="Times New Roman"/>
                <w:sz w:val="24"/>
                <w:szCs w:val="24"/>
              </w:rPr>
              <w:t>selecția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dosarelor</w:t>
            </w:r>
            <w:proofErr w:type="spellEnd"/>
          </w:p>
        </w:tc>
        <w:tc>
          <w:tcPr>
            <w:tcW w:w="1244" w:type="pct"/>
            <w:tcMar>
              <w:top w:w="70" w:type="dxa"/>
              <w:left w:w="90" w:type="dxa"/>
              <w:bottom w:w="70" w:type="dxa"/>
              <w:right w:w="90" w:type="dxa"/>
            </w:tcMar>
          </w:tcPr>
          <w:p w14:paraId="2C04B300" w14:textId="13F702E0"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0</w:t>
            </w:r>
            <w:r w:rsidR="00CB6F6F">
              <w:rPr>
                <w:rFonts w:ascii="Times New Roman" w:hAnsi="Times New Roman" w:cs="Times New Roman"/>
                <w:sz w:val="24"/>
                <w:szCs w:val="24"/>
              </w:rPr>
              <w:t>4</w:t>
            </w:r>
            <w:r w:rsidRPr="00ED0546">
              <w:rPr>
                <w:rFonts w:ascii="Times New Roman" w:hAnsi="Times New Roman" w:cs="Times New Roman"/>
                <w:sz w:val="24"/>
                <w:szCs w:val="24"/>
              </w:rPr>
              <w:t>.11.2026</w:t>
            </w:r>
          </w:p>
        </w:tc>
        <w:tc>
          <w:tcPr>
            <w:tcW w:w="1053" w:type="pct"/>
            <w:tcMar>
              <w:top w:w="70" w:type="dxa"/>
              <w:left w:w="90" w:type="dxa"/>
              <w:bottom w:w="70" w:type="dxa"/>
              <w:right w:w="90" w:type="dxa"/>
            </w:tcMar>
            <w:vAlign w:val="center"/>
          </w:tcPr>
          <w:p w14:paraId="4B53D380" w14:textId="652F23B0"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w:t>
            </w:r>
            <w:r w:rsidR="00CB6F6F">
              <w:rPr>
                <w:rFonts w:ascii="Times New Roman" w:hAnsi="Times New Roman" w:cs="Times New Roman"/>
                <w:sz w:val="24"/>
                <w:szCs w:val="24"/>
              </w:rPr>
              <w:t>0</w:t>
            </w:r>
            <w:r w:rsidR="00F52028">
              <w:rPr>
                <w:rFonts w:ascii="Times New Roman" w:hAnsi="Times New Roman" w:cs="Times New Roman"/>
                <w:sz w:val="24"/>
                <w:szCs w:val="24"/>
              </w:rPr>
              <w:t>:</w:t>
            </w:r>
            <w:r w:rsidRPr="00ED0546">
              <w:rPr>
                <w:rFonts w:ascii="Times New Roman" w:hAnsi="Times New Roman" w:cs="Times New Roman"/>
                <w:sz w:val="24"/>
                <w:szCs w:val="24"/>
              </w:rPr>
              <w:t>00 -1</w:t>
            </w:r>
            <w:r w:rsidR="000264FE">
              <w:rPr>
                <w:rFonts w:ascii="Times New Roman" w:hAnsi="Times New Roman" w:cs="Times New Roman"/>
                <w:sz w:val="24"/>
                <w:szCs w:val="24"/>
              </w:rPr>
              <w:t>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3CFAF1B2" w14:textId="77777777" w:rsidTr="00626572">
        <w:trPr>
          <w:trHeight w:val="523"/>
          <w:jc w:val="center"/>
        </w:trPr>
        <w:tc>
          <w:tcPr>
            <w:tcW w:w="290" w:type="pct"/>
            <w:tcMar>
              <w:top w:w="70" w:type="dxa"/>
              <w:left w:w="90" w:type="dxa"/>
              <w:bottom w:w="70" w:type="dxa"/>
              <w:right w:w="90" w:type="dxa"/>
            </w:tcMar>
            <w:vAlign w:val="center"/>
          </w:tcPr>
          <w:p w14:paraId="2E223025"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709DD3B4"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Soluționarea contestațiilor și afișarea rezultatelor (</w:t>
            </w:r>
            <w:proofErr w:type="spellStart"/>
            <w:r w:rsidRPr="00ED0546">
              <w:rPr>
                <w:rFonts w:ascii="Times New Roman" w:hAnsi="Times New Roman" w:cs="Times New Roman"/>
                <w:sz w:val="24"/>
                <w:szCs w:val="24"/>
              </w:rPr>
              <w:t>selecția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dosarelor</w:t>
            </w:r>
            <w:proofErr w:type="spellEnd"/>
            <w:r w:rsidRPr="00ED0546">
              <w:rPr>
                <w:rFonts w:ascii="Times New Roman" w:hAnsi="Times New Roman" w:cs="Times New Roman"/>
                <w:sz w:val="24"/>
                <w:szCs w:val="24"/>
              </w:rPr>
              <w:t>)</w:t>
            </w:r>
          </w:p>
        </w:tc>
        <w:tc>
          <w:tcPr>
            <w:tcW w:w="1244" w:type="pct"/>
            <w:tcMar>
              <w:top w:w="70" w:type="dxa"/>
              <w:left w:w="90" w:type="dxa"/>
              <w:bottom w:w="70" w:type="dxa"/>
              <w:right w:w="90" w:type="dxa"/>
            </w:tcMar>
          </w:tcPr>
          <w:p w14:paraId="71CF9F8B" w14:textId="2B677C7A"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0</w:t>
            </w:r>
            <w:r w:rsidR="00CB6F6F">
              <w:rPr>
                <w:rFonts w:ascii="Times New Roman" w:hAnsi="Times New Roman" w:cs="Times New Roman"/>
                <w:sz w:val="24"/>
                <w:szCs w:val="24"/>
              </w:rPr>
              <w:t>5</w:t>
            </w:r>
            <w:r w:rsidRPr="00ED0546">
              <w:rPr>
                <w:rFonts w:ascii="Times New Roman" w:hAnsi="Times New Roman" w:cs="Times New Roman"/>
                <w:sz w:val="24"/>
                <w:szCs w:val="24"/>
              </w:rPr>
              <w:t>.11.2026</w:t>
            </w:r>
          </w:p>
        </w:tc>
        <w:tc>
          <w:tcPr>
            <w:tcW w:w="1053" w:type="pct"/>
            <w:tcMar>
              <w:top w:w="70" w:type="dxa"/>
              <w:left w:w="90" w:type="dxa"/>
              <w:bottom w:w="70" w:type="dxa"/>
              <w:right w:w="90" w:type="dxa"/>
            </w:tcMar>
            <w:vAlign w:val="center"/>
          </w:tcPr>
          <w:p w14:paraId="45287AC7" w14:textId="53D513F6"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12994850" w14:textId="77777777" w:rsidTr="00626572">
        <w:trPr>
          <w:trHeight w:val="298"/>
          <w:jc w:val="center"/>
        </w:trPr>
        <w:tc>
          <w:tcPr>
            <w:tcW w:w="290" w:type="pct"/>
            <w:tcMar>
              <w:top w:w="70" w:type="dxa"/>
              <w:left w:w="90" w:type="dxa"/>
              <w:bottom w:w="70" w:type="dxa"/>
              <w:right w:w="90" w:type="dxa"/>
            </w:tcMar>
            <w:vAlign w:val="center"/>
          </w:tcPr>
          <w:p w14:paraId="0217057F"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483A85B8"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Proba scrisă</w:t>
            </w:r>
          </w:p>
        </w:tc>
        <w:tc>
          <w:tcPr>
            <w:tcW w:w="1244" w:type="pct"/>
            <w:tcMar>
              <w:top w:w="70" w:type="dxa"/>
              <w:left w:w="90" w:type="dxa"/>
              <w:bottom w:w="70" w:type="dxa"/>
              <w:right w:w="90" w:type="dxa"/>
            </w:tcMar>
          </w:tcPr>
          <w:p w14:paraId="0828C09C"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10.11.2026</w:t>
            </w:r>
          </w:p>
        </w:tc>
        <w:tc>
          <w:tcPr>
            <w:tcW w:w="1053" w:type="pct"/>
            <w:tcMar>
              <w:top w:w="70" w:type="dxa"/>
              <w:left w:w="90" w:type="dxa"/>
              <w:bottom w:w="70" w:type="dxa"/>
              <w:right w:w="90" w:type="dxa"/>
            </w:tcMar>
            <w:vAlign w:val="center"/>
          </w:tcPr>
          <w:p w14:paraId="1E71E635" w14:textId="306BB85C"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9</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-11</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7F96852D" w14:textId="77777777" w:rsidTr="00626572">
        <w:trPr>
          <w:trHeight w:val="298"/>
          <w:jc w:val="center"/>
        </w:trPr>
        <w:tc>
          <w:tcPr>
            <w:tcW w:w="290" w:type="pct"/>
            <w:tcMar>
              <w:top w:w="70" w:type="dxa"/>
              <w:left w:w="90" w:type="dxa"/>
              <w:bottom w:w="70" w:type="dxa"/>
              <w:right w:w="90" w:type="dxa"/>
            </w:tcMar>
            <w:vAlign w:val="center"/>
          </w:tcPr>
          <w:p w14:paraId="1D77DC5D"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1A4D9136"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Evaluare lucrări</w:t>
            </w:r>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și</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afișarea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rezultatelor</w:t>
            </w:r>
            <w:proofErr w:type="spellEnd"/>
          </w:p>
        </w:tc>
        <w:tc>
          <w:tcPr>
            <w:tcW w:w="1244" w:type="pct"/>
            <w:tcMar>
              <w:top w:w="70" w:type="dxa"/>
              <w:left w:w="90" w:type="dxa"/>
              <w:bottom w:w="70" w:type="dxa"/>
              <w:right w:w="90" w:type="dxa"/>
            </w:tcMar>
          </w:tcPr>
          <w:p w14:paraId="2CC88BA7"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10.11.2026</w:t>
            </w:r>
          </w:p>
        </w:tc>
        <w:tc>
          <w:tcPr>
            <w:tcW w:w="1053" w:type="pct"/>
            <w:tcMar>
              <w:top w:w="70" w:type="dxa"/>
              <w:left w:w="90" w:type="dxa"/>
              <w:bottom w:w="70" w:type="dxa"/>
              <w:right w:w="90" w:type="dxa"/>
            </w:tcMar>
            <w:vAlign w:val="center"/>
          </w:tcPr>
          <w:p w14:paraId="24A240A3" w14:textId="2F8C5BCB"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-16</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51B90C82" w14:textId="77777777" w:rsidTr="00626572">
        <w:trPr>
          <w:trHeight w:val="298"/>
          <w:jc w:val="center"/>
        </w:trPr>
        <w:tc>
          <w:tcPr>
            <w:tcW w:w="290" w:type="pct"/>
            <w:tcMar>
              <w:top w:w="70" w:type="dxa"/>
              <w:left w:w="90" w:type="dxa"/>
              <w:bottom w:w="70" w:type="dxa"/>
              <w:right w:w="90" w:type="dxa"/>
            </w:tcMar>
            <w:vAlign w:val="center"/>
          </w:tcPr>
          <w:p w14:paraId="4C8018FE"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694B95AC" w14:textId="77777777" w:rsidR="00ED0546" w:rsidRPr="00ED0546" w:rsidRDefault="00ED0546" w:rsidP="008C58AE">
            <w:pPr>
              <w:spacing w:after="0" w:line="240" w:lineRule="auto"/>
              <w:rPr>
                <w:rFonts w:ascii="Times New Roman" w:hAnsi="Times New Roman" w:cs="Times New Roman"/>
                <w:sz w:val="24"/>
                <w:szCs w:val="24"/>
                <w:lang w:val="it-IT"/>
              </w:rPr>
            </w:pPr>
            <w:proofErr w:type="spellStart"/>
            <w:r w:rsidRPr="00ED0546">
              <w:rPr>
                <w:rFonts w:ascii="Times New Roman" w:hAnsi="Times New Roman" w:cs="Times New Roman"/>
                <w:sz w:val="24"/>
                <w:szCs w:val="24"/>
              </w:rPr>
              <w:t>Depunerea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contestațiilor</w:t>
            </w:r>
            <w:proofErr w:type="spellEnd"/>
            <w:r w:rsidRPr="00ED0546">
              <w:rPr>
                <w:rFonts w:ascii="Times New Roman" w:hAnsi="Times New Roman" w:cs="Times New Roman"/>
                <w:sz w:val="24"/>
                <w:szCs w:val="24"/>
              </w:rPr>
              <w:t xml:space="preserve"> la </w:t>
            </w:r>
            <w:proofErr w:type="spellStart"/>
            <w:r w:rsidRPr="00ED0546">
              <w:rPr>
                <w:rFonts w:ascii="Times New Roman" w:hAnsi="Times New Roman" w:cs="Times New Roman"/>
                <w:sz w:val="24"/>
                <w:szCs w:val="24"/>
              </w:rPr>
              <w:t>proba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scrisă</w:t>
            </w:r>
            <w:proofErr w:type="spellEnd"/>
          </w:p>
        </w:tc>
        <w:tc>
          <w:tcPr>
            <w:tcW w:w="1244" w:type="pct"/>
            <w:tcMar>
              <w:top w:w="70" w:type="dxa"/>
              <w:left w:w="90" w:type="dxa"/>
              <w:bottom w:w="70" w:type="dxa"/>
              <w:right w:w="90" w:type="dxa"/>
            </w:tcMar>
          </w:tcPr>
          <w:p w14:paraId="13B9D9AE"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11.11.2026</w:t>
            </w:r>
          </w:p>
        </w:tc>
        <w:tc>
          <w:tcPr>
            <w:tcW w:w="1053" w:type="pct"/>
            <w:tcMar>
              <w:top w:w="70" w:type="dxa"/>
              <w:left w:w="90" w:type="dxa"/>
              <w:bottom w:w="70" w:type="dxa"/>
              <w:right w:w="90" w:type="dxa"/>
            </w:tcMar>
            <w:vAlign w:val="center"/>
          </w:tcPr>
          <w:p w14:paraId="5BE094CB" w14:textId="2AE1641E"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10</w:t>
            </w:r>
            <w:r w:rsidR="00F52028">
              <w:rPr>
                <w:rFonts w:ascii="Times New Roman" w:hAnsi="Times New Roman" w:cs="Times New Roman"/>
                <w:sz w:val="24"/>
                <w:szCs w:val="24"/>
              </w:rPr>
              <w:t>:</w:t>
            </w:r>
            <w:r w:rsidRPr="00ED0546">
              <w:rPr>
                <w:rFonts w:ascii="Times New Roman" w:hAnsi="Times New Roman" w:cs="Times New Roman"/>
                <w:sz w:val="24"/>
                <w:szCs w:val="24"/>
              </w:rPr>
              <w:t>00 -1</w:t>
            </w:r>
            <w:r w:rsidR="000264FE">
              <w:rPr>
                <w:rFonts w:ascii="Times New Roman" w:hAnsi="Times New Roman" w:cs="Times New Roman"/>
                <w:sz w:val="24"/>
                <w:szCs w:val="24"/>
              </w:rPr>
              <w:t>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0A3F0E2C" w14:textId="77777777" w:rsidTr="00626572">
        <w:trPr>
          <w:trHeight w:val="534"/>
          <w:jc w:val="center"/>
        </w:trPr>
        <w:tc>
          <w:tcPr>
            <w:tcW w:w="290" w:type="pct"/>
            <w:tcMar>
              <w:top w:w="70" w:type="dxa"/>
              <w:left w:w="90" w:type="dxa"/>
              <w:bottom w:w="70" w:type="dxa"/>
              <w:right w:w="90" w:type="dxa"/>
            </w:tcMar>
            <w:vAlign w:val="center"/>
          </w:tcPr>
          <w:p w14:paraId="4321AC1F"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7DD4F361"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Soluționarea contestațiilor și afișarea rezultatelor (proba scrisă)</w:t>
            </w:r>
          </w:p>
        </w:tc>
        <w:tc>
          <w:tcPr>
            <w:tcW w:w="1244" w:type="pct"/>
            <w:tcMar>
              <w:top w:w="70" w:type="dxa"/>
              <w:left w:w="90" w:type="dxa"/>
              <w:bottom w:w="70" w:type="dxa"/>
              <w:right w:w="90" w:type="dxa"/>
            </w:tcMar>
          </w:tcPr>
          <w:p w14:paraId="6D89D36F" w14:textId="77777777"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11.11.2026</w:t>
            </w:r>
          </w:p>
        </w:tc>
        <w:tc>
          <w:tcPr>
            <w:tcW w:w="1053" w:type="pct"/>
            <w:tcMar>
              <w:top w:w="70" w:type="dxa"/>
              <w:left w:w="90" w:type="dxa"/>
              <w:bottom w:w="70" w:type="dxa"/>
              <w:right w:w="90" w:type="dxa"/>
            </w:tcMar>
            <w:vAlign w:val="center"/>
          </w:tcPr>
          <w:p w14:paraId="5B814BA0" w14:textId="36AA4154"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2CFF2DA9" w14:textId="77777777" w:rsidTr="00626572">
        <w:trPr>
          <w:trHeight w:val="298"/>
          <w:jc w:val="center"/>
        </w:trPr>
        <w:tc>
          <w:tcPr>
            <w:tcW w:w="290" w:type="pct"/>
            <w:tcMar>
              <w:top w:w="70" w:type="dxa"/>
              <w:left w:w="90" w:type="dxa"/>
              <w:bottom w:w="70" w:type="dxa"/>
              <w:right w:w="90" w:type="dxa"/>
            </w:tcMar>
            <w:vAlign w:val="center"/>
          </w:tcPr>
          <w:p w14:paraId="300F67AE"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5A0952CE" w14:textId="5ED273E0"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Proba practică</w:t>
            </w:r>
            <w:r w:rsidRPr="00ED0546">
              <w:rPr>
                <w:rFonts w:ascii="Times New Roman" w:hAnsi="Times New Roman" w:cs="Times New Roman"/>
                <w:sz w:val="24"/>
                <w:szCs w:val="24"/>
              </w:rPr>
              <w:t xml:space="preserve"> </w:t>
            </w:r>
          </w:p>
        </w:tc>
        <w:tc>
          <w:tcPr>
            <w:tcW w:w="1244" w:type="pct"/>
            <w:tcMar>
              <w:top w:w="70" w:type="dxa"/>
              <w:left w:w="90" w:type="dxa"/>
              <w:bottom w:w="70" w:type="dxa"/>
              <w:right w:w="90" w:type="dxa"/>
            </w:tcMar>
          </w:tcPr>
          <w:p w14:paraId="32BA8573"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12.11.2026</w:t>
            </w:r>
          </w:p>
        </w:tc>
        <w:tc>
          <w:tcPr>
            <w:tcW w:w="1053" w:type="pct"/>
            <w:tcMar>
              <w:top w:w="70" w:type="dxa"/>
              <w:left w:w="90" w:type="dxa"/>
              <w:bottom w:w="70" w:type="dxa"/>
              <w:right w:w="90" w:type="dxa"/>
            </w:tcMar>
            <w:vAlign w:val="center"/>
          </w:tcPr>
          <w:p w14:paraId="389E53BC" w14:textId="3C99116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9</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w:t>
            </w:r>
            <w:r w:rsidR="00F52028">
              <w:rPr>
                <w:rFonts w:ascii="Times New Roman" w:hAnsi="Times New Roman" w:cs="Times New Roman"/>
                <w:sz w:val="24"/>
                <w:szCs w:val="24"/>
              </w:rPr>
              <w:t>4:</w:t>
            </w:r>
            <w:r w:rsidRPr="00ED0546">
              <w:rPr>
                <w:rFonts w:ascii="Times New Roman" w:hAnsi="Times New Roman" w:cs="Times New Roman"/>
                <w:sz w:val="24"/>
                <w:szCs w:val="24"/>
              </w:rPr>
              <w:t>00</w:t>
            </w:r>
          </w:p>
        </w:tc>
      </w:tr>
      <w:tr w:rsidR="00F52028" w:rsidRPr="00ED0546" w14:paraId="570DB2CF" w14:textId="77777777" w:rsidTr="00626572">
        <w:trPr>
          <w:trHeight w:val="298"/>
          <w:jc w:val="center"/>
        </w:trPr>
        <w:tc>
          <w:tcPr>
            <w:tcW w:w="290" w:type="pct"/>
            <w:tcMar>
              <w:top w:w="70" w:type="dxa"/>
              <w:left w:w="90" w:type="dxa"/>
              <w:bottom w:w="70" w:type="dxa"/>
              <w:right w:w="90" w:type="dxa"/>
            </w:tcMar>
            <w:vAlign w:val="center"/>
          </w:tcPr>
          <w:p w14:paraId="0864FCFE" w14:textId="77777777" w:rsidR="00F52028" w:rsidRPr="00ED0546" w:rsidRDefault="00F52028"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254A4124" w14:textId="1443F143" w:rsidR="00F52028" w:rsidRPr="00ED0546" w:rsidRDefault="00F52028" w:rsidP="008C58AE">
            <w:pPr>
              <w:spacing w:after="0" w:line="240" w:lineRule="auto"/>
              <w:rPr>
                <w:rFonts w:ascii="Times New Roman" w:hAnsi="Times New Roman" w:cs="Times New Roman"/>
                <w:sz w:val="24"/>
                <w:szCs w:val="24"/>
                <w:lang w:val="it-IT"/>
              </w:rPr>
            </w:pPr>
            <w:proofErr w:type="spellStart"/>
            <w:r>
              <w:rPr>
                <w:rFonts w:ascii="Times New Roman" w:hAnsi="Times New Roman" w:cs="Times New Roman"/>
                <w:sz w:val="24"/>
                <w:szCs w:val="24"/>
              </w:rPr>
              <w:t>A</w:t>
            </w:r>
            <w:r w:rsidRPr="00ED0546">
              <w:rPr>
                <w:rFonts w:ascii="Times New Roman" w:hAnsi="Times New Roman" w:cs="Times New Roman"/>
                <w:sz w:val="24"/>
                <w:szCs w:val="24"/>
              </w:rPr>
              <w:t>fișarea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r w:rsidRPr="00ED0546">
              <w:rPr>
                <w:rFonts w:ascii="Times New Roman" w:hAnsi="Times New Roman" w:cs="Times New Roman"/>
                <w:sz w:val="24"/>
                <w:szCs w:val="24"/>
                <w:lang w:val="it-IT"/>
              </w:rPr>
              <w:t>proba practică</w:t>
            </w:r>
          </w:p>
        </w:tc>
        <w:tc>
          <w:tcPr>
            <w:tcW w:w="1244" w:type="pct"/>
            <w:tcMar>
              <w:top w:w="70" w:type="dxa"/>
              <w:left w:w="90" w:type="dxa"/>
              <w:bottom w:w="70" w:type="dxa"/>
              <w:right w:w="90" w:type="dxa"/>
            </w:tcMar>
          </w:tcPr>
          <w:p w14:paraId="2CB1C3A4" w14:textId="5AD6C55C" w:rsidR="00F52028" w:rsidRPr="00ED0546" w:rsidRDefault="00F52028"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12.11.2026</w:t>
            </w:r>
          </w:p>
        </w:tc>
        <w:tc>
          <w:tcPr>
            <w:tcW w:w="1053" w:type="pct"/>
            <w:tcMar>
              <w:top w:w="70" w:type="dxa"/>
              <w:left w:w="90" w:type="dxa"/>
              <w:bottom w:w="70" w:type="dxa"/>
              <w:right w:w="90" w:type="dxa"/>
            </w:tcMar>
            <w:vAlign w:val="center"/>
          </w:tcPr>
          <w:p w14:paraId="3AAB41F2" w14:textId="5E369AA9" w:rsidR="00F52028" w:rsidRPr="00ED0546" w:rsidRDefault="00F52028" w:rsidP="008C58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14:00 – 15:00</w:t>
            </w:r>
          </w:p>
        </w:tc>
      </w:tr>
      <w:tr w:rsidR="00ED0546" w:rsidRPr="00ED0546" w14:paraId="7657269F" w14:textId="77777777" w:rsidTr="00626572">
        <w:trPr>
          <w:trHeight w:val="298"/>
          <w:jc w:val="center"/>
        </w:trPr>
        <w:tc>
          <w:tcPr>
            <w:tcW w:w="290" w:type="pct"/>
            <w:tcMar>
              <w:top w:w="70" w:type="dxa"/>
              <w:left w:w="90" w:type="dxa"/>
              <w:bottom w:w="70" w:type="dxa"/>
              <w:right w:w="90" w:type="dxa"/>
            </w:tcMar>
            <w:vAlign w:val="center"/>
          </w:tcPr>
          <w:p w14:paraId="5487887B"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6E8BB996" w14:textId="77777777" w:rsidR="00ED0546" w:rsidRPr="00ED0546" w:rsidRDefault="00ED0546" w:rsidP="008C58AE">
            <w:pPr>
              <w:spacing w:after="0" w:line="240" w:lineRule="auto"/>
              <w:rPr>
                <w:rFonts w:ascii="Times New Roman" w:hAnsi="Times New Roman" w:cs="Times New Roman"/>
                <w:sz w:val="24"/>
                <w:szCs w:val="24"/>
                <w:lang w:val="es-ES"/>
              </w:rPr>
            </w:pPr>
            <w:r w:rsidRPr="00ED0546">
              <w:rPr>
                <w:rFonts w:ascii="Times New Roman" w:hAnsi="Times New Roman" w:cs="Times New Roman"/>
                <w:sz w:val="24"/>
                <w:szCs w:val="24"/>
                <w:lang w:val="es-ES"/>
              </w:rPr>
              <w:t>Depunerea contestațiilor la proba practică</w:t>
            </w:r>
          </w:p>
        </w:tc>
        <w:tc>
          <w:tcPr>
            <w:tcW w:w="1244" w:type="pct"/>
            <w:tcMar>
              <w:top w:w="70" w:type="dxa"/>
              <w:left w:w="90" w:type="dxa"/>
              <w:bottom w:w="70" w:type="dxa"/>
              <w:right w:w="90" w:type="dxa"/>
            </w:tcMar>
          </w:tcPr>
          <w:p w14:paraId="015BA6B5" w14:textId="77777777" w:rsidR="00ED0546" w:rsidRPr="00ED0546" w:rsidRDefault="00ED0546" w:rsidP="008C58AE">
            <w:pPr>
              <w:spacing w:after="0" w:line="240" w:lineRule="auto"/>
              <w:jc w:val="center"/>
              <w:rPr>
                <w:rFonts w:ascii="Times New Roman" w:hAnsi="Times New Roman" w:cs="Times New Roman"/>
                <w:sz w:val="24"/>
                <w:szCs w:val="24"/>
                <w:lang w:val="es-ES"/>
              </w:rPr>
            </w:pPr>
            <w:r w:rsidRPr="00ED0546">
              <w:rPr>
                <w:rFonts w:ascii="Times New Roman" w:hAnsi="Times New Roman" w:cs="Times New Roman"/>
                <w:sz w:val="24"/>
                <w:szCs w:val="24"/>
              </w:rPr>
              <w:t>13.11.2026</w:t>
            </w:r>
          </w:p>
        </w:tc>
        <w:tc>
          <w:tcPr>
            <w:tcW w:w="1053" w:type="pct"/>
            <w:tcMar>
              <w:top w:w="70" w:type="dxa"/>
              <w:left w:w="90" w:type="dxa"/>
              <w:bottom w:w="70" w:type="dxa"/>
              <w:right w:w="90" w:type="dxa"/>
            </w:tcMar>
            <w:vAlign w:val="center"/>
          </w:tcPr>
          <w:p w14:paraId="341720EE" w14:textId="2CF65283" w:rsidR="00ED0546" w:rsidRPr="00ED0546" w:rsidRDefault="00ED0546" w:rsidP="008C58AE">
            <w:pPr>
              <w:spacing w:after="0" w:line="240" w:lineRule="auto"/>
              <w:jc w:val="center"/>
              <w:rPr>
                <w:rFonts w:ascii="Times New Roman" w:hAnsi="Times New Roman" w:cs="Times New Roman"/>
                <w:sz w:val="24"/>
                <w:szCs w:val="24"/>
                <w:lang w:val="es-ES"/>
              </w:rPr>
            </w:pPr>
            <w:r w:rsidRPr="00ED0546">
              <w:rPr>
                <w:rFonts w:ascii="Times New Roman" w:hAnsi="Times New Roman" w:cs="Times New Roman"/>
                <w:sz w:val="24"/>
                <w:szCs w:val="24"/>
              </w:rPr>
              <w:t>10</w:t>
            </w:r>
            <w:r w:rsidR="00F52028">
              <w:rPr>
                <w:rFonts w:ascii="Times New Roman" w:hAnsi="Times New Roman" w:cs="Times New Roman"/>
                <w:sz w:val="24"/>
                <w:szCs w:val="24"/>
              </w:rPr>
              <w:t>:</w:t>
            </w:r>
            <w:r w:rsidRPr="00ED0546">
              <w:rPr>
                <w:rFonts w:ascii="Times New Roman" w:hAnsi="Times New Roman" w:cs="Times New Roman"/>
                <w:sz w:val="24"/>
                <w:szCs w:val="24"/>
              </w:rPr>
              <w:t>00 -1</w:t>
            </w:r>
            <w:r w:rsidR="000264FE">
              <w:rPr>
                <w:rFonts w:ascii="Times New Roman" w:hAnsi="Times New Roman" w:cs="Times New Roman"/>
                <w:sz w:val="24"/>
                <w:szCs w:val="24"/>
              </w:rPr>
              <w:t>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26CCD1D6" w14:textId="77777777" w:rsidTr="00626572">
        <w:trPr>
          <w:trHeight w:val="534"/>
          <w:jc w:val="center"/>
        </w:trPr>
        <w:tc>
          <w:tcPr>
            <w:tcW w:w="290" w:type="pct"/>
            <w:tcMar>
              <w:top w:w="70" w:type="dxa"/>
              <w:left w:w="90" w:type="dxa"/>
              <w:bottom w:w="70" w:type="dxa"/>
              <w:right w:w="90" w:type="dxa"/>
            </w:tcMar>
            <w:vAlign w:val="center"/>
          </w:tcPr>
          <w:p w14:paraId="08719724"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lang w:val="es-ES"/>
              </w:rPr>
            </w:pPr>
          </w:p>
        </w:tc>
        <w:tc>
          <w:tcPr>
            <w:tcW w:w="2413" w:type="pct"/>
            <w:tcMar>
              <w:top w:w="70" w:type="dxa"/>
              <w:left w:w="90" w:type="dxa"/>
              <w:bottom w:w="70" w:type="dxa"/>
              <w:right w:w="90" w:type="dxa"/>
            </w:tcMar>
            <w:vAlign w:val="center"/>
          </w:tcPr>
          <w:p w14:paraId="08BFF535"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Soluționarea contestațiilor și afișarea rezultatelor (proba practică)</w:t>
            </w:r>
          </w:p>
        </w:tc>
        <w:tc>
          <w:tcPr>
            <w:tcW w:w="1244" w:type="pct"/>
            <w:tcMar>
              <w:top w:w="70" w:type="dxa"/>
              <w:left w:w="90" w:type="dxa"/>
              <w:bottom w:w="70" w:type="dxa"/>
              <w:right w:w="90" w:type="dxa"/>
            </w:tcMar>
          </w:tcPr>
          <w:p w14:paraId="472E9D6A" w14:textId="77777777"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16.11.2026</w:t>
            </w:r>
          </w:p>
        </w:tc>
        <w:tc>
          <w:tcPr>
            <w:tcW w:w="1053" w:type="pct"/>
            <w:tcMar>
              <w:top w:w="70" w:type="dxa"/>
              <w:left w:w="90" w:type="dxa"/>
              <w:bottom w:w="70" w:type="dxa"/>
              <w:right w:w="90" w:type="dxa"/>
            </w:tcMar>
            <w:vAlign w:val="center"/>
          </w:tcPr>
          <w:p w14:paraId="6259B6F5" w14:textId="03DD3064"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09</w:t>
            </w:r>
            <w:r w:rsidR="00F52028">
              <w:rPr>
                <w:rFonts w:ascii="Times New Roman" w:hAnsi="Times New Roman" w:cs="Times New Roman"/>
                <w:sz w:val="24"/>
                <w:szCs w:val="24"/>
              </w:rPr>
              <w:t>:</w:t>
            </w:r>
            <w:r w:rsidRPr="00ED0546">
              <w:rPr>
                <w:rFonts w:ascii="Times New Roman" w:hAnsi="Times New Roman" w:cs="Times New Roman"/>
                <w:sz w:val="24"/>
                <w:szCs w:val="24"/>
              </w:rPr>
              <w:t>00 -10</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5A9C8048" w14:textId="77777777" w:rsidTr="00626572">
        <w:trPr>
          <w:trHeight w:val="298"/>
          <w:jc w:val="center"/>
        </w:trPr>
        <w:tc>
          <w:tcPr>
            <w:tcW w:w="290" w:type="pct"/>
            <w:tcMar>
              <w:top w:w="70" w:type="dxa"/>
              <w:left w:w="90" w:type="dxa"/>
              <w:bottom w:w="70" w:type="dxa"/>
              <w:right w:w="90" w:type="dxa"/>
            </w:tcMar>
            <w:vAlign w:val="center"/>
          </w:tcPr>
          <w:p w14:paraId="1A9AC9BF"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lang w:val="it-IT"/>
              </w:rPr>
            </w:pPr>
          </w:p>
        </w:tc>
        <w:tc>
          <w:tcPr>
            <w:tcW w:w="2413" w:type="pct"/>
            <w:tcMar>
              <w:top w:w="70" w:type="dxa"/>
              <w:left w:w="90" w:type="dxa"/>
              <w:bottom w:w="70" w:type="dxa"/>
              <w:right w:w="90" w:type="dxa"/>
            </w:tcMar>
            <w:vAlign w:val="center"/>
          </w:tcPr>
          <w:p w14:paraId="3F3A7768"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Susținerea interviului și afișarea rezultatelor</w:t>
            </w:r>
          </w:p>
        </w:tc>
        <w:tc>
          <w:tcPr>
            <w:tcW w:w="1244" w:type="pct"/>
            <w:tcMar>
              <w:top w:w="70" w:type="dxa"/>
              <w:left w:w="90" w:type="dxa"/>
              <w:bottom w:w="70" w:type="dxa"/>
              <w:right w:w="90" w:type="dxa"/>
            </w:tcMar>
          </w:tcPr>
          <w:p w14:paraId="4103B483"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16.11.2026</w:t>
            </w:r>
          </w:p>
        </w:tc>
        <w:tc>
          <w:tcPr>
            <w:tcW w:w="1053" w:type="pct"/>
            <w:tcMar>
              <w:top w:w="70" w:type="dxa"/>
              <w:left w:w="90" w:type="dxa"/>
              <w:bottom w:w="70" w:type="dxa"/>
              <w:right w:w="90" w:type="dxa"/>
            </w:tcMar>
            <w:vAlign w:val="center"/>
          </w:tcPr>
          <w:p w14:paraId="4630D65D" w14:textId="573D66BF"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w:t>
            </w:r>
            <w:r w:rsidR="000264FE">
              <w:rPr>
                <w:rFonts w:ascii="Times New Roman" w:hAnsi="Times New Roman" w:cs="Times New Roman"/>
                <w:sz w:val="24"/>
                <w:szCs w:val="24"/>
              </w:rPr>
              <w:t xml:space="preserve"> </w:t>
            </w:r>
            <w:r w:rsidRPr="00ED0546">
              <w:rPr>
                <w:rFonts w:ascii="Times New Roman" w:hAnsi="Times New Roman" w:cs="Times New Roman"/>
                <w:sz w:val="24"/>
                <w:szCs w:val="24"/>
              </w:rPr>
              <w:t>-16</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4B79675F" w14:textId="77777777" w:rsidTr="00626572">
        <w:trPr>
          <w:trHeight w:val="298"/>
          <w:jc w:val="center"/>
        </w:trPr>
        <w:tc>
          <w:tcPr>
            <w:tcW w:w="290" w:type="pct"/>
            <w:tcMar>
              <w:top w:w="70" w:type="dxa"/>
              <w:left w:w="90" w:type="dxa"/>
              <w:bottom w:w="70" w:type="dxa"/>
              <w:right w:w="90" w:type="dxa"/>
            </w:tcMar>
            <w:vAlign w:val="center"/>
          </w:tcPr>
          <w:p w14:paraId="40F22379"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2447A037"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Depunerea contestațiilor la proba interviu</w:t>
            </w:r>
          </w:p>
        </w:tc>
        <w:tc>
          <w:tcPr>
            <w:tcW w:w="1244" w:type="pct"/>
            <w:tcMar>
              <w:top w:w="70" w:type="dxa"/>
              <w:left w:w="90" w:type="dxa"/>
              <w:bottom w:w="70" w:type="dxa"/>
              <w:right w:w="90" w:type="dxa"/>
            </w:tcMar>
          </w:tcPr>
          <w:p w14:paraId="6ADA2DDA" w14:textId="77777777"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17.11.2026</w:t>
            </w:r>
          </w:p>
        </w:tc>
        <w:tc>
          <w:tcPr>
            <w:tcW w:w="1053" w:type="pct"/>
            <w:tcMar>
              <w:top w:w="70" w:type="dxa"/>
              <w:left w:w="90" w:type="dxa"/>
              <w:bottom w:w="70" w:type="dxa"/>
              <w:right w:w="90" w:type="dxa"/>
            </w:tcMar>
            <w:vAlign w:val="center"/>
          </w:tcPr>
          <w:p w14:paraId="4F1DF629" w14:textId="1C33B49F"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10</w:t>
            </w:r>
            <w:r w:rsidR="00F52028">
              <w:rPr>
                <w:rFonts w:ascii="Times New Roman" w:hAnsi="Times New Roman" w:cs="Times New Roman"/>
                <w:sz w:val="24"/>
                <w:szCs w:val="24"/>
              </w:rPr>
              <w:t>:</w:t>
            </w:r>
            <w:r w:rsidRPr="00ED0546">
              <w:rPr>
                <w:rFonts w:ascii="Times New Roman" w:hAnsi="Times New Roman" w:cs="Times New Roman"/>
                <w:sz w:val="24"/>
                <w:szCs w:val="24"/>
              </w:rPr>
              <w:t>00 -1</w:t>
            </w:r>
            <w:r w:rsidR="000264FE">
              <w:rPr>
                <w:rFonts w:ascii="Times New Roman" w:hAnsi="Times New Roman" w:cs="Times New Roman"/>
                <w:sz w:val="24"/>
                <w:szCs w:val="24"/>
              </w:rPr>
              <w:t>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4951FBC4" w14:textId="77777777" w:rsidTr="00626572">
        <w:trPr>
          <w:trHeight w:val="523"/>
          <w:jc w:val="center"/>
        </w:trPr>
        <w:tc>
          <w:tcPr>
            <w:tcW w:w="290" w:type="pct"/>
            <w:tcMar>
              <w:top w:w="70" w:type="dxa"/>
              <w:left w:w="90" w:type="dxa"/>
              <w:bottom w:w="70" w:type="dxa"/>
              <w:right w:w="90" w:type="dxa"/>
            </w:tcMar>
            <w:vAlign w:val="center"/>
          </w:tcPr>
          <w:p w14:paraId="0B7F979C"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rPr>
            </w:pPr>
          </w:p>
        </w:tc>
        <w:tc>
          <w:tcPr>
            <w:tcW w:w="2413" w:type="pct"/>
            <w:tcMar>
              <w:top w:w="70" w:type="dxa"/>
              <w:left w:w="90" w:type="dxa"/>
              <w:bottom w:w="70" w:type="dxa"/>
              <w:right w:w="90" w:type="dxa"/>
            </w:tcMar>
            <w:vAlign w:val="center"/>
          </w:tcPr>
          <w:p w14:paraId="38E7E4F5" w14:textId="77777777" w:rsidR="00ED0546" w:rsidRPr="00ED0546" w:rsidRDefault="00ED0546" w:rsidP="008C58AE">
            <w:pPr>
              <w:spacing w:after="0" w:line="240" w:lineRule="auto"/>
              <w:rPr>
                <w:rFonts w:ascii="Times New Roman" w:hAnsi="Times New Roman" w:cs="Times New Roman"/>
                <w:sz w:val="24"/>
                <w:szCs w:val="24"/>
                <w:lang w:val="it-IT"/>
              </w:rPr>
            </w:pPr>
            <w:r w:rsidRPr="00ED0546">
              <w:rPr>
                <w:rFonts w:ascii="Times New Roman" w:hAnsi="Times New Roman" w:cs="Times New Roman"/>
                <w:sz w:val="24"/>
                <w:szCs w:val="24"/>
                <w:lang w:val="it-IT"/>
              </w:rPr>
              <w:t>Soluționarea contestațiilor și afișarea rezultatelor (interviu)</w:t>
            </w:r>
          </w:p>
        </w:tc>
        <w:tc>
          <w:tcPr>
            <w:tcW w:w="1244" w:type="pct"/>
            <w:tcMar>
              <w:top w:w="70" w:type="dxa"/>
              <w:left w:w="90" w:type="dxa"/>
              <w:bottom w:w="70" w:type="dxa"/>
              <w:right w:w="90" w:type="dxa"/>
            </w:tcMar>
          </w:tcPr>
          <w:p w14:paraId="33476811" w14:textId="77777777"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17.11.2026</w:t>
            </w:r>
          </w:p>
        </w:tc>
        <w:tc>
          <w:tcPr>
            <w:tcW w:w="1053" w:type="pct"/>
            <w:tcMar>
              <w:top w:w="70" w:type="dxa"/>
              <w:left w:w="90" w:type="dxa"/>
              <w:bottom w:w="70" w:type="dxa"/>
              <w:right w:w="90" w:type="dxa"/>
            </w:tcMar>
            <w:vAlign w:val="center"/>
          </w:tcPr>
          <w:p w14:paraId="55701E94" w14:textId="73C56AC4" w:rsidR="00ED0546" w:rsidRPr="00ED0546" w:rsidRDefault="00ED0546" w:rsidP="008C58AE">
            <w:pPr>
              <w:spacing w:after="0" w:line="240" w:lineRule="auto"/>
              <w:jc w:val="center"/>
              <w:rPr>
                <w:rFonts w:ascii="Times New Roman" w:hAnsi="Times New Roman" w:cs="Times New Roman"/>
                <w:sz w:val="24"/>
                <w:szCs w:val="24"/>
                <w:lang w:val="it-IT"/>
              </w:rPr>
            </w:pPr>
            <w:r w:rsidRPr="00ED0546">
              <w:rPr>
                <w:rFonts w:ascii="Times New Roman" w:hAnsi="Times New Roman" w:cs="Times New Roman"/>
                <w:sz w:val="24"/>
                <w:szCs w:val="24"/>
              </w:rPr>
              <w:t>12</w:t>
            </w:r>
            <w:r w:rsidR="00F52028">
              <w:rPr>
                <w:rFonts w:ascii="Times New Roman" w:hAnsi="Times New Roman" w:cs="Times New Roman"/>
                <w:sz w:val="24"/>
                <w:szCs w:val="24"/>
              </w:rPr>
              <w:t>:</w:t>
            </w:r>
            <w:r w:rsidRPr="00ED0546">
              <w:rPr>
                <w:rFonts w:ascii="Times New Roman" w:hAnsi="Times New Roman" w:cs="Times New Roman"/>
                <w:sz w:val="24"/>
                <w:szCs w:val="24"/>
              </w:rPr>
              <w:t>00 -14</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r w:rsidR="00ED0546" w:rsidRPr="00ED0546" w14:paraId="368C26D2" w14:textId="77777777" w:rsidTr="00626572">
        <w:trPr>
          <w:trHeight w:val="298"/>
          <w:jc w:val="center"/>
        </w:trPr>
        <w:tc>
          <w:tcPr>
            <w:tcW w:w="290" w:type="pct"/>
            <w:tcMar>
              <w:top w:w="70" w:type="dxa"/>
              <w:left w:w="90" w:type="dxa"/>
              <w:bottom w:w="70" w:type="dxa"/>
              <w:right w:w="90" w:type="dxa"/>
            </w:tcMar>
            <w:vAlign w:val="center"/>
          </w:tcPr>
          <w:p w14:paraId="69346C89" w14:textId="77777777" w:rsidR="00ED0546" w:rsidRPr="00ED0546" w:rsidRDefault="00ED0546" w:rsidP="00626572">
            <w:pPr>
              <w:numPr>
                <w:ilvl w:val="0"/>
                <w:numId w:val="13"/>
              </w:numPr>
              <w:spacing w:after="0" w:line="240" w:lineRule="auto"/>
              <w:ind w:left="331"/>
              <w:contextualSpacing/>
              <w:jc w:val="both"/>
              <w:rPr>
                <w:rFonts w:ascii="Times New Roman" w:hAnsi="Times New Roman" w:cs="Times New Roman"/>
                <w:sz w:val="24"/>
                <w:szCs w:val="24"/>
                <w:lang w:val="it-IT"/>
              </w:rPr>
            </w:pPr>
          </w:p>
        </w:tc>
        <w:tc>
          <w:tcPr>
            <w:tcW w:w="2413" w:type="pct"/>
            <w:tcMar>
              <w:top w:w="70" w:type="dxa"/>
              <w:left w:w="90" w:type="dxa"/>
              <w:bottom w:w="70" w:type="dxa"/>
              <w:right w:w="90" w:type="dxa"/>
            </w:tcMar>
            <w:vAlign w:val="center"/>
          </w:tcPr>
          <w:p w14:paraId="1B34B7E9" w14:textId="77777777" w:rsidR="00ED0546" w:rsidRPr="00ED0546" w:rsidRDefault="00ED0546" w:rsidP="008C58AE">
            <w:pPr>
              <w:spacing w:after="0" w:line="240" w:lineRule="auto"/>
              <w:rPr>
                <w:rFonts w:ascii="Times New Roman" w:hAnsi="Times New Roman" w:cs="Times New Roman"/>
                <w:sz w:val="24"/>
                <w:szCs w:val="24"/>
              </w:rPr>
            </w:pPr>
            <w:proofErr w:type="spellStart"/>
            <w:r w:rsidRPr="00ED0546">
              <w:rPr>
                <w:rFonts w:ascii="Times New Roman" w:hAnsi="Times New Roman" w:cs="Times New Roman"/>
                <w:sz w:val="24"/>
                <w:szCs w:val="24"/>
              </w:rPr>
              <w:t>Afișarea</w:t>
            </w:r>
            <w:proofErr w:type="spellEnd"/>
            <w:r w:rsidRPr="00ED0546">
              <w:rPr>
                <w:rFonts w:ascii="Times New Roman" w:hAnsi="Times New Roman" w:cs="Times New Roman"/>
                <w:sz w:val="24"/>
                <w:szCs w:val="24"/>
              </w:rPr>
              <w:t xml:space="preserve"> </w:t>
            </w:r>
            <w:proofErr w:type="spellStart"/>
            <w:r w:rsidRPr="00ED0546">
              <w:rPr>
                <w:rFonts w:ascii="Times New Roman" w:hAnsi="Times New Roman" w:cs="Times New Roman"/>
                <w:sz w:val="24"/>
                <w:szCs w:val="24"/>
              </w:rPr>
              <w:t>rezultatelor</w:t>
            </w:r>
            <w:proofErr w:type="spellEnd"/>
            <w:r w:rsidRPr="00ED0546">
              <w:rPr>
                <w:rFonts w:ascii="Times New Roman" w:hAnsi="Times New Roman" w:cs="Times New Roman"/>
                <w:sz w:val="24"/>
                <w:szCs w:val="24"/>
              </w:rPr>
              <w:t xml:space="preserve"> finale</w:t>
            </w:r>
          </w:p>
        </w:tc>
        <w:tc>
          <w:tcPr>
            <w:tcW w:w="1244" w:type="pct"/>
            <w:tcMar>
              <w:top w:w="70" w:type="dxa"/>
              <w:left w:w="90" w:type="dxa"/>
              <w:bottom w:w="70" w:type="dxa"/>
              <w:right w:w="90" w:type="dxa"/>
            </w:tcMar>
          </w:tcPr>
          <w:p w14:paraId="50802DF3" w14:textId="77777777"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17.11.2026</w:t>
            </w:r>
          </w:p>
        </w:tc>
        <w:tc>
          <w:tcPr>
            <w:tcW w:w="1053" w:type="pct"/>
            <w:tcMar>
              <w:top w:w="70" w:type="dxa"/>
              <w:left w:w="90" w:type="dxa"/>
              <w:bottom w:w="70" w:type="dxa"/>
              <w:right w:w="90" w:type="dxa"/>
            </w:tcMar>
            <w:vAlign w:val="center"/>
          </w:tcPr>
          <w:p w14:paraId="606FA7FB" w14:textId="21C6296B" w:rsidR="00ED0546" w:rsidRPr="00ED0546" w:rsidRDefault="00ED0546" w:rsidP="008C58AE">
            <w:pPr>
              <w:spacing w:after="0" w:line="240" w:lineRule="auto"/>
              <w:jc w:val="center"/>
              <w:rPr>
                <w:rFonts w:ascii="Times New Roman" w:hAnsi="Times New Roman" w:cs="Times New Roman"/>
                <w:sz w:val="24"/>
                <w:szCs w:val="24"/>
              </w:rPr>
            </w:pPr>
            <w:r w:rsidRPr="00ED0546">
              <w:rPr>
                <w:rFonts w:ascii="Times New Roman" w:hAnsi="Times New Roman" w:cs="Times New Roman"/>
                <w:sz w:val="24"/>
                <w:szCs w:val="24"/>
              </w:rPr>
              <w:t>1</w:t>
            </w:r>
            <w:r w:rsidR="00CB6F6F">
              <w:rPr>
                <w:rFonts w:ascii="Times New Roman" w:hAnsi="Times New Roman" w:cs="Times New Roman"/>
                <w:sz w:val="24"/>
                <w:szCs w:val="24"/>
              </w:rPr>
              <w:t>4</w:t>
            </w:r>
            <w:r w:rsidR="00F52028">
              <w:rPr>
                <w:rFonts w:ascii="Times New Roman" w:hAnsi="Times New Roman" w:cs="Times New Roman"/>
                <w:sz w:val="24"/>
                <w:szCs w:val="24"/>
              </w:rPr>
              <w:t>:</w:t>
            </w:r>
            <w:r w:rsidRPr="00ED0546">
              <w:rPr>
                <w:rFonts w:ascii="Times New Roman" w:hAnsi="Times New Roman" w:cs="Times New Roman"/>
                <w:sz w:val="24"/>
                <w:szCs w:val="24"/>
              </w:rPr>
              <w:t>00 -1</w:t>
            </w:r>
            <w:r w:rsidR="00CB6F6F">
              <w:rPr>
                <w:rFonts w:ascii="Times New Roman" w:hAnsi="Times New Roman" w:cs="Times New Roman"/>
                <w:sz w:val="24"/>
                <w:szCs w:val="24"/>
              </w:rPr>
              <w:t>5</w:t>
            </w:r>
            <w:r w:rsidR="00F52028">
              <w:rPr>
                <w:rFonts w:ascii="Times New Roman" w:hAnsi="Times New Roman" w:cs="Times New Roman"/>
                <w:sz w:val="24"/>
                <w:szCs w:val="24"/>
              </w:rPr>
              <w:t>:</w:t>
            </w:r>
            <w:r w:rsidRPr="00ED0546">
              <w:rPr>
                <w:rFonts w:ascii="Times New Roman" w:hAnsi="Times New Roman" w:cs="Times New Roman"/>
                <w:sz w:val="24"/>
                <w:szCs w:val="24"/>
              </w:rPr>
              <w:t>00</w:t>
            </w:r>
          </w:p>
        </w:tc>
      </w:tr>
    </w:tbl>
    <w:p w14:paraId="7649AF5C" w14:textId="77777777" w:rsidR="00F52028" w:rsidRDefault="00F52028" w:rsidP="00A03B6A">
      <w:pPr>
        <w:spacing w:after="0"/>
        <w:jc w:val="both"/>
        <w:rPr>
          <w:rFonts w:ascii="Times New Roman" w:hAnsi="Times New Roman" w:cs="Times New Roman"/>
          <w:i/>
          <w:iCs/>
          <w:sz w:val="24"/>
          <w:szCs w:val="24"/>
        </w:rPr>
      </w:pPr>
    </w:p>
    <w:p w14:paraId="174DA882" w14:textId="3BBA5488" w:rsidR="00626572" w:rsidRDefault="00F52028" w:rsidP="00A03B6A">
      <w:pPr>
        <w:spacing w:after="0"/>
        <w:jc w:val="both"/>
        <w:rPr>
          <w:rFonts w:ascii="Times New Roman" w:hAnsi="Times New Roman" w:cs="Times New Roman"/>
          <w:i/>
          <w:iCs/>
          <w:sz w:val="24"/>
          <w:szCs w:val="24"/>
        </w:rPr>
      </w:pPr>
      <w:proofErr w:type="spellStart"/>
      <w:r w:rsidRPr="00F52028">
        <w:rPr>
          <w:rFonts w:ascii="Times New Roman" w:hAnsi="Times New Roman" w:cs="Times New Roman"/>
          <w:i/>
          <w:iCs/>
          <w:sz w:val="24"/>
          <w:szCs w:val="24"/>
        </w:rPr>
        <w:t>Informații</w:t>
      </w:r>
      <w:proofErr w:type="spellEnd"/>
      <w:r w:rsidRPr="00F52028">
        <w:rPr>
          <w:rFonts w:ascii="Times New Roman" w:hAnsi="Times New Roman" w:cs="Times New Roman"/>
          <w:i/>
          <w:iCs/>
          <w:sz w:val="24"/>
          <w:szCs w:val="24"/>
        </w:rPr>
        <w:t xml:space="preserve"> </w:t>
      </w:r>
      <w:proofErr w:type="spellStart"/>
      <w:r w:rsidRPr="00F52028">
        <w:rPr>
          <w:rFonts w:ascii="Times New Roman" w:hAnsi="Times New Roman" w:cs="Times New Roman"/>
          <w:i/>
          <w:iCs/>
          <w:sz w:val="24"/>
          <w:szCs w:val="24"/>
        </w:rPr>
        <w:t>suplimentare</w:t>
      </w:r>
      <w:proofErr w:type="spellEnd"/>
      <w:r w:rsidRPr="00F52028">
        <w:rPr>
          <w:rFonts w:ascii="Times New Roman" w:hAnsi="Times New Roman" w:cs="Times New Roman"/>
          <w:i/>
          <w:iCs/>
          <w:sz w:val="24"/>
          <w:szCs w:val="24"/>
        </w:rPr>
        <w:t xml:space="preserve"> se pot </w:t>
      </w:r>
      <w:proofErr w:type="spellStart"/>
      <w:r w:rsidRPr="00F52028">
        <w:rPr>
          <w:rFonts w:ascii="Times New Roman" w:hAnsi="Times New Roman" w:cs="Times New Roman"/>
          <w:i/>
          <w:iCs/>
          <w:sz w:val="24"/>
          <w:szCs w:val="24"/>
        </w:rPr>
        <w:t>obține</w:t>
      </w:r>
      <w:proofErr w:type="spellEnd"/>
      <w:r w:rsidRPr="00F52028">
        <w:rPr>
          <w:rFonts w:ascii="Times New Roman" w:hAnsi="Times New Roman" w:cs="Times New Roman"/>
          <w:i/>
          <w:iCs/>
          <w:sz w:val="24"/>
          <w:szCs w:val="24"/>
        </w:rPr>
        <w:t xml:space="preserve"> la </w:t>
      </w:r>
      <w:proofErr w:type="spellStart"/>
      <w:r w:rsidRPr="00F52028">
        <w:rPr>
          <w:rFonts w:ascii="Times New Roman" w:hAnsi="Times New Roman" w:cs="Times New Roman"/>
          <w:i/>
          <w:iCs/>
          <w:sz w:val="24"/>
          <w:szCs w:val="24"/>
        </w:rPr>
        <w:t>secretariatul</w:t>
      </w:r>
      <w:proofErr w:type="spellEnd"/>
      <w:r w:rsidRPr="00F52028">
        <w:rPr>
          <w:rFonts w:ascii="Times New Roman" w:hAnsi="Times New Roman" w:cs="Times New Roman"/>
          <w:i/>
          <w:iCs/>
          <w:sz w:val="24"/>
          <w:szCs w:val="24"/>
        </w:rPr>
        <w:t xml:space="preserve"> </w:t>
      </w:r>
      <w:proofErr w:type="spellStart"/>
      <w:r w:rsidRPr="00F52028">
        <w:rPr>
          <w:rFonts w:ascii="Times New Roman" w:hAnsi="Times New Roman" w:cs="Times New Roman"/>
          <w:i/>
          <w:iCs/>
          <w:sz w:val="24"/>
          <w:szCs w:val="24"/>
        </w:rPr>
        <w:t>Școlii</w:t>
      </w:r>
      <w:proofErr w:type="spellEnd"/>
      <w:r w:rsidRPr="00F52028">
        <w:rPr>
          <w:rFonts w:ascii="Times New Roman" w:hAnsi="Times New Roman" w:cs="Times New Roman"/>
          <w:i/>
          <w:iCs/>
          <w:sz w:val="24"/>
          <w:szCs w:val="24"/>
        </w:rPr>
        <w:t xml:space="preserve"> </w:t>
      </w:r>
      <w:proofErr w:type="spellStart"/>
      <w:r w:rsidRPr="00F52028">
        <w:rPr>
          <w:rFonts w:ascii="Times New Roman" w:hAnsi="Times New Roman" w:cs="Times New Roman"/>
          <w:i/>
          <w:iCs/>
          <w:sz w:val="24"/>
          <w:szCs w:val="24"/>
        </w:rPr>
        <w:t>Gimnaziale</w:t>
      </w:r>
      <w:proofErr w:type="spellEnd"/>
      <w:r w:rsidRPr="00F52028">
        <w:rPr>
          <w:rFonts w:ascii="Times New Roman" w:hAnsi="Times New Roman" w:cs="Times New Roman"/>
          <w:i/>
          <w:iCs/>
          <w:sz w:val="24"/>
          <w:szCs w:val="24"/>
        </w:rPr>
        <w:t xml:space="preserve"> „Constantin </w:t>
      </w:r>
      <w:proofErr w:type="spellStart"/>
      <w:r w:rsidRPr="00F52028">
        <w:rPr>
          <w:rFonts w:ascii="Times New Roman" w:hAnsi="Times New Roman" w:cs="Times New Roman"/>
          <w:i/>
          <w:iCs/>
          <w:sz w:val="24"/>
          <w:szCs w:val="24"/>
        </w:rPr>
        <w:t>Parfene</w:t>
      </w:r>
      <w:proofErr w:type="spellEnd"/>
      <w:r w:rsidRPr="00F52028">
        <w:rPr>
          <w:rFonts w:ascii="Times New Roman" w:hAnsi="Times New Roman" w:cs="Times New Roman"/>
          <w:i/>
          <w:iCs/>
          <w:sz w:val="24"/>
          <w:szCs w:val="24"/>
        </w:rPr>
        <w:t xml:space="preserve">” Vaslui, la </w:t>
      </w:r>
      <w:proofErr w:type="spellStart"/>
      <w:r w:rsidRPr="00F52028">
        <w:rPr>
          <w:rFonts w:ascii="Times New Roman" w:hAnsi="Times New Roman" w:cs="Times New Roman"/>
          <w:i/>
          <w:iCs/>
          <w:sz w:val="24"/>
          <w:szCs w:val="24"/>
        </w:rPr>
        <w:t>telefon</w:t>
      </w:r>
      <w:proofErr w:type="spellEnd"/>
      <w:r w:rsidRPr="00F52028">
        <w:rPr>
          <w:rFonts w:ascii="Times New Roman" w:hAnsi="Times New Roman" w:cs="Times New Roman"/>
          <w:i/>
          <w:iCs/>
          <w:sz w:val="24"/>
          <w:szCs w:val="24"/>
        </w:rPr>
        <w:t xml:space="preserve"> 0235 312 402 </w:t>
      </w:r>
      <w:proofErr w:type="spellStart"/>
      <w:r w:rsidRPr="00F52028">
        <w:rPr>
          <w:rFonts w:ascii="Times New Roman" w:hAnsi="Times New Roman" w:cs="Times New Roman"/>
          <w:i/>
          <w:iCs/>
          <w:sz w:val="24"/>
          <w:szCs w:val="24"/>
        </w:rPr>
        <w:t>sau</w:t>
      </w:r>
      <w:proofErr w:type="spellEnd"/>
      <w:r w:rsidRPr="00F52028">
        <w:rPr>
          <w:rFonts w:ascii="Times New Roman" w:hAnsi="Times New Roman" w:cs="Times New Roman"/>
          <w:i/>
          <w:iCs/>
          <w:sz w:val="24"/>
          <w:szCs w:val="24"/>
        </w:rPr>
        <w:t xml:space="preserve"> la </w:t>
      </w:r>
      <w:proofErr w:type="spellStart"/>
      <w:r w:rsidRPr="00F52028">
        <w:rPr>
          <w:rFonts w:ascii="Times New Roman" w:hAnsi="Times New Roman" w:cs="Times New Roman"/>
          <w:i/>
          <w:iCs/>
          <w:sz w:val="24"/>
          <w:szCs w:val="24"/>
        </w:rPr>
        <w:t>adresa</w:t>
      </w:r>
      <w:proofErr w:type="spellEnd"/>
      <w:r w:rsidRPr="00F52028">
        <w:rPr>
          <w:rFonts w:ascii="Times New Roman" w:hAnsi="Times New Roman" w:cs="Times New Roman"/>
          <w:i/>
          <w:iCs/>
          <w:sz w:val="24"/>
          <w:szCs w:val="24"/>
        </w:rPr>
        <w:t xml:space="preserve"> de e-mail </w:t>
      </w:r>
      <w:hyperlink r:id="rId11" w:history="1">
        <w:r w:rsidRPr="00F52028">
          <w:rPr>
            <w:rStyle w:val="Hyperlink"/>
            <w:rFonts w:ascii="Times New Roman" w:hAnsi="Times New Roman" w:cs="Times New Roman"/>
            <w:i/>
            <w:iCs/>
            <w:sz w:val="24"/>
            <w:szCs w:val="24"/>
          </w:rPr>
          <w:t>scoalacparfenevaslui@yahoo.com</w:t>
        </w:r>
      </w:hyperlink>
      <w:r w:rsidRPr="00F52028">
        <w:rPr>
          <w:rFonts w:ascii="Times New Roman" w:hAnsi="Times New Roman" w:cs="Times New Roman"/>
          <w:i/>
          <w:iCs/>
          <w:sz w:val="24"/>
          <w:szCs w:val="24"/>
        </w:rPr>
        <w:t>.</w:t>
      </w:r>
    </w:p>
    <w:p w14:paraId="7878574E" w14:textId="77777777" w:rsidR="00F52028" w:rsidRPr="008A0319" w:rsidRDefault="00F52028" w:rsidP="00A03B6A">
      <w:pPr>
        <w:spacing w:after="0"/>
        <w:jc w:val="both"/>
        <w:rPr>
          <w:rFonts w:ascii="Times New Roman" w:hAnsi="Times New Roman" w:cs="Times New Roman"/>
          <w:sz w:val="24"/>
          <w:szCs w:val="24"/>
          <w:lang w:val="it-IT"/>
        </w:rPr>
      </w:pPr>
    </w:p>
    <w:p w14:paraId="1608FAF6" w14:textId="77777777" w:rsidR="00B8380F" w:rsidRDefault="00000000" w:rsidP="00BE4983">
      <w:pPr>
        <w:spacing w:after="0"/>
        <w:jc w:val="center"/>
        <w:rPr>
          <w:rFonts w:ascii="Times New Roman" w:hAnsi="Times New Roman" w:cs="Times New Roman"/>
          <w:b/>
          <w:sz w:val="24"/>
          <w:szCs w:val="24"/>
        </w:rPr>
      </w:pPr>
      <w:r w:rsidRPr="00C812BD">
        <w:rPr>
          <w:rFonts w:ascii="Times New Roman" w:hAnsi="Times New Roman" w:cs="Times New Roman"/>
          <w:b/>
          <w:sz w:val="24"/>
          <w:szCs w:val="24"/>
        </w:rPr>
        <w:t>DIRECTOR,</w:t>
      </w:r>
      <w:r w:rsidR="00A03B6A">
        <w:rPr>
          <w:rFonts w:ascii="Times New Roman" w:hAnsi="Times New Roman" w:cs="Times New Roman"/>
          <w:b/>
          <w:sz w:val="24"/>
          <w:szCs w:val="24"/>
        </w:rPr>
        <w:t xml:space="preserve"> </w:t>
      </w:r>
    </w:p>
    <w:p w14:paraId="4372EF9E" w14:textId="7A1BC2B1" w:rsidR="00EF69CE" w:rsidRDefault="00383B94" w:rsidP="00BE4983">
      <w:pPr>
        <w:spacing w:after="0"/>
        <w:jc w:val="center"/>
        <w:rPr>
          <w:rFonts w:ascii="Times New Roman" w:hAnsi="Times New Roman" w:cs="Times New Roman"/>
          <w:sz w:val="24"/>
          <w:szCs w:val="24"/>
        </w:rPr>
      </w:pPr>
      <w:r>
        <w:rPr>
          <w:rFonts w:ascii="Times New Roman" w:hAnsi="Times New Roman" w:cs="Times New Roman"/>
          <w:sz w:val="24"/>
          <w:szCs w:val="24"/>
        </w:rPr>
        <w:t>Prof. NEMŢANU DORINA</w:t>
      </w:r>
    </w:p>
    <w:sectPr w:rsidR="00EF69CE" w:rsidSect="00956C0B">
      <w:headerReference w:type="default" r:id="rId12"/>
      <w:footerReference w:type="default" r:id="rId13"/>
      <w:pgSz w:w="11906" w:h="16838"/>
      <w:pgMar w:top="964" w:right="1134" w:bottom="964" w:left="1134" w:header="142"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947E5" w14:textId="77777777" w:rsidR="00E96565" w:rsidRDefault="00E96565">
      <w:pPr>
        <w:spacing w:after="0" w:line="240" w:lineRule="auto"/>
      </w:pPr>
      <w:r>
        <w:separator/>
      </w:r>
    </w:p>
  </w:endnote>
  <w:endnote w:type="continuationSeparator" w:id="0">
    <w:p w14:paraId="0B202676" w14:textId="77777777" w:rsidR="00E96565" w:rsidRDefault="00E96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85914"/>
      <w:docPartObj>
        <w:docPartGallery w:val="Page Numbers (Bottom of Page)"/>
        <w:docPartUnique/>
      </w:docPartObj>
    </w:sdtPr>
    <w:sdtContent>
      <w:p w14:paraId="3C4AAF2F" w14:textId="61B2859A" w:rsidR="008C0EC4" w:rsidRDefault="00E55AEF">
        <w:pPr>
          <w:pStyle w:val="Subsol"/>
          <w:jc w:val="center"/>
        </w:pPr>
        <w:r>
          <w:rPr>
            <w:noProof/>
          </w:rPr>
          <mc:AlternateContent>
            <mc:Choice Requires="wpg">
              <w:drawing>
                <wp:anchor distT="0" distB="0" distL="114300" distR="114300" simplePos="0" relativeHeight="251659264" behindDoc="0" locked="0" layoutInCell="0" allowOverlap="1" wp14:anchorId="5E03B9A9" wp14:editId="44E4C655">
                  <wp:simplePos x="0" y="0"/>
                  <wp:positionH relativeFrom="margin">
                    <wp:align>right</wp:align>
                  </wp:positionH>
                  <wp:positionV relativeFrom="bottomMargin">
                    <wp:align>center</wp:align>
                  </wp:positionV>
                  <wp:extent cx="419100" cy="321945"/>
                  <wp:effectExtent l="1905" t="19050" r="0" b="11430"/>
                  <wp:wrapNone/>
                  <wp:docPr id="1629863088" name="Grupar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65244113"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815176"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464032"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674BD" w14:textId="77777777" w:rsidR="00E55AEF" w:rsidRDefault="00E55AEF">
                                <w:pPr>
                                  <w:spacing w:after="0" w:line="240" w:lineRule="auto"/>
                                  <w:jc w:val="center"/>
                                  <w:rPr>
                                    <w:color w:val="17365D" w:themeColor="text2" w:themeShade="BF"/>
                                    <w:sz w:val="16"/>
                                    <w:szCs w:val="16"/>
                                  </w:rPr>
                                </w:pPr>
                                <w:r>
                                  <w:rPr>
                                    <w:sz w:val="22"/>
                                  </w:rPr>
                                  <w:fldChar w:fldCharType="begin"/>
                                </w:r>
                                <w:r>
                                  <w:instrText>PAGE   \* MERGEFORMAT</w:instrText>
                                </w:r>
                                <w:r>
                                  <w:rPr>
                                    <w:sz w:val="22"/>
                                  </w:rPr>
                                  <w:fldChar w:fldCharType="separate"/>
                                </w:r>
                                <w:r>
                                  <w:rPr>
                                    <w:color w:val="17365D" w:themeColor="text2" w:themeShade="BF"/>
                                    <w:sz w:val="16"/>
                                    <w:szCs w:val="16"/>
                                    <w:lang w:val="ro-RO"/>
                                  </w:rPr>
                                  <w:t>2</w:t>
                                </w:r>
                                <w:r>
                                  <w:rPr>
                                    <w:color w:val="17365D" w:themeColor="text2" w:themeShade="BF"/>
                                    <w:sz w:val="16"/>
                                    <w:szCs w:val="16"/>
                                  </w:rPr>
                                  <w:fldChar w:fldCharType="end"/>
                                </w:r>
                              </w:p>
                            </w:txbxContent>
                          </wps:txbx>
                          <wps:bodyPr rot="0" vert="horz" wrap="square" lIns="0" tIns="27432" rIns="0" bIns="0" anchor="t" anchorCtr="0" upright="1">
                            <a:noAutofit/>
                          </wps:bodyPr>
                        </wps:wsp>
                        <wpg:grpSp>
                          <wpg:cNvPr id="385567551" name="Group 91"/>
                          <wpg:cNvGrpSpPr>
                            <a:grpSpLocks/>
                          </wpg:cNvGrpSpPr>
                          <wpg:grpSpPr bwMode="auto">
                            <a:xfrm>
                              <a:off x="1775" y="14647"/>
                              <a:ext cx="571" cy="314"/>
                              <a:chOff x="1705" y="14935"/>
                              <a:chExt cx="682" cy="375"/>
                            </a:xfrm>
                          </wpg:grpSpPr>
                          <wps:wsp>
                            <wps:cNvPr id="1224306538"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486523"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03B9A9" id="Grupare 3" o:spid="_x0000_s1026" style="position:absolute;left:0;text-align:left;margin-left:-18.2pt;margin-top:0;width:33pt;height:25.35pt;z-index:251659264;mso-position-horizontal:right;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" o:allowincell="f">
                  <v:shapetype id="_x0000_t4" coordsize="21600,21600" o:spt="4" path="m10800,l,10800,10800,21600,21600,10800xe">
                    <v:stroke joinstyle="miter"/>
                    <v:path gradientshapeok="t" o:connecttype="rect" textboxrect="5400,5400,16200,16200"/>
                  </v:shapetype>
                  <v:shape id="AutoShape 88"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" filled="f" strokecolor="#a5a5a5"/>
                  <v:rect id="Rectangle 89"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" filled="f" strokecolor="#a5a5a5"/>
                  <v:shapetype id="_x0000_t202" coordsize="21600,21600" o:spt="202" path="m,l,21600r21600,l21600,xe">
                    <v:stroke joinstyle="miter"/>
                    <v:path gradientshapeok="t" o:connecttype="rect"/>
                  </v:shapetype>
                  <v:shape id="Text Box 90"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" filled="f" stroked="f">
                    <v:textbox inset="0,2.16pt,0,0">
                      <w:txbxContent>
                        <w:p w14:paraId="4FF674BD" w14:textId="77777777" w:rsidR="00E55AEF" w:rsidRDefault="00E55AEF">
                          <w:pPr>
                            <w:spacing w:after="0" w:line="240" w:lineRule="auto"/>
                            <w:jc w:val="center"/>
                            <w:rPr>
                              <w:color w:val="17365D" w:themeColor="text2" w:themeShade="BF"/>
                              <w:sz w:val="16"/>
                              <w:szCs w:val="16"/>
                            </w:rPr>
                          </w:pPr>
                          <w:r>
                            <w:rPr>
                              <w:sz w:val="22"/>
                            </w:rPr>
                            <w:fldChar w:fldCharType="begin"/>
                          </w:r>
                          <w:r>
                            <w:instrText>PAGE   \* MERGEFORMAT</w:instrText>
                          </w:r>
                          <w:r>
                            <w:rPr>
                              <w:sz w:val="22"/>
                            </w:rPr>
                            <w:fldChar w:fldCharType="separate"/>
                          </w:r>
                          <w:r>
                            <w:rPr>
                              <w:color w:val="17365D" w:themeColor="text2" w:themeShade="BF"/>
                              <w:sz w:val="16"/>
                              <w:szCs w:val="16"/>
                              <w:lang w:val="ro-RO"/>
                            </w:rPr>
                            <w:t>2</w:t>
                          </w:r>
                          <w:r>
                            <w:rPr>
                              <w:color w:val="17365D" w:themeColor="text2" w:themeShade="BF"/>
                              <w:sz w:val="16"/>
                              <w:szCs w:val="16"/>
                            </w:rPr>
                            <w:fldChar w:fldCharType="end"/>
                          </w:r>
                        </w:p>
                      </w:txbxContent>
                    </v:textbox>
                  </v:shape>
                  <v:group id="Group 91"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">
                    <v:shape id="AutoShape 92"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" path="m,l5400,21600r10800,l21600,,,xe" filled="f" strokecolor="#a5a5a5">
                      <v:stroke joinstyle="miter"/>
                      <v:path o:connecttype="custom" o:connectlocs="6,7;3,13;1,7;3,0" o:connectangles="0,0,0,0" textboxrect="4493,4483,17107,17117"/>
                    </v:shape>
                    <v:shape id="AutoShape 93"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9EABA" w14:textId="77777777" w:rsidR="00E96565" w:rsidRDefault="00E96565">
      <w:pPr>
        <w:spacing w:after="0" w:line="240" w:lineRule="auto"/>
      </w:pPr>
      <w:r>
        <w:separator/>
      </w:r>
    </w:p>
  </w:footnote>
  <w:footnote w:type="continuationSeparator" w:id="0">
    <w:p w14:paraId="68A31418" w14:textId="77777777" w:rsidR="00E96565" w:rsidRDefault="00E96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E428" w14:textId="074851BB" w:rsidR="008C0EC4" w:rsidRDefault="00956C0B">
    <w:pPr>
      <w:pStyle w:val="Antet"/>
    </w:pPr>
    <w:r w:rsidRPr="00956C0B">
      <w:rPr>
        <w:noProof/>
      </w:rPr>
      <w:drawing>
        <wp:inline distT="0" distB="0" distL="0" distR="0" wp14:anchorId="30F9C3AB" wp14:editId="3075BDB5">
          <wp:extent cx="2412126" cy="388620"/>
          <wp:effectExtent l="0" t="0" r="7620" b="0"/>
          <wp:docPr id="86518539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85399" name=""/>
                  <pic:cNvPicPr/>
                </pic:nvPicPr>
                <pic:blipFill>
                  <a:blip r:embed="rId1"/>
                  <a:stretch>
                    <a:fillRect/>
                  </a:stretch>
                </pic:blipFill>
                <pic:spPr>
                  <a:xfrm>
                    <a:off x="0" y="0"/>
                    <a:ext cx="2422229" cy="390248"/>
                  </a:xfrm>
                  <a:prstGeom prst="rect">
                    <a:avLst/>
                  </a:prstGeom>
                </pic:spPr>
              </pic:pic>
            </a:graphicData>
          </a:graphic>
        </wp:inline>
      </w:drawing>
    </w:r>
    <w:r>
      <w:t xml:space="preserve">                                                             </w:t>
    </w:r>
    <w:r w:rsidRPr="00956C0B">
      <w:rPr>
        <w:noProof/>
      </w:rPr>
      <w:drawing>
        <wp:inline distT="0" distB="0" distL="0" distR="0" wp14:anchorId="19C995FC" wp14:editId="658BA369">
          <wp:extent cx="1193165" cy="464381"/>
          <wp:effectExtent l="0" t="0" r="6985" b="0"/>
          <wp:docPr id="1814813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87774" name=""/>
                  <pic:cNvPicPr/>
                </pic:nvPicPr>
                <pic:blipFill rotWithShape="1">
                  <a:blip r:embed="rId2"/>
                  <a:srcRect l="13576"/>
                  <a:stretch>
                    <a:fillRect/>
                  </a:stretch>
                </pic:blipFill>
                <pic:spPr bwMode="auto">
                  <a:xfrm>
                    <a:off x="0" y="0"/>
                    <a:ext cx="1230984" cy="479100"/>
                  </a:xfrm>
                  <a:prstGeom prst="rect">
                    <a:avLst/>
                  </a:prstGeom>
                  <a:ln>
                    <a:noFill/>
                  </a:ln>
                  <a:extLst>
                    <a:ext uri="{53640926-AAD7-44D8-BBD7-CCE9431645EC}">
                      <a14:shadowObscured xmlns:a14="http://schemas.microsoft.com/office/drawing/2010/main"/>
                    </a:ext>
                  </a:extLst>
                </pic:spPr>
              </pic:pic>
            </a:graphicData>
          </a:graphic>
        </wp:inline>
      </w:drawing>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624EC2B8"/>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01A534EE"/>
    <w:multiLevelType w:val="hybridMultilevel"/>
    <w:tmpl w:val="C0680F64"/>
    <w:lvl w:ilvl="0" w:tplc="FFFFFFFF">
      <w:start w:val="1"/>
      <w:numFmt w:val="bullet"/>
      <w:lvlText w:val=""/>
      <w:lvlJc w:val="left"/>
      <w:pPr>
        <w:ind w:left="1440" w:hanging="360"/>
      </w:pPr>
      <w:rPr>
        <w:rFonts w:ascii="Wingdings" w:hAnsi="Wingdings" w:hint="default"/>
      </w:rPr>
    </w:lvl>
    <w:lvl w:ilvl="1" w:tplc="0418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0739421F"/>
    <w:multiLevelType w:val="hybridMultilevel"/>
    <w:tmpl w:val="93188B60"/>
    <w:lvl w:ilvl="0" w:tplc="9B4E8CF2">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B1A05E3"/>
    <w:multiLevelType w:val="hybridMultilevel"/>
    <w:tmpl w:val="DE5E4B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21C61FD"/>
    <w:multiLevelType w:val="hybridMultilevel"/>
    <w:tmpl w:val="7F542B02"/>
    <w:lvl w:ilvl="0" w:tplc="04180017">
      <w:start w:val="1"/>
      <w:numFmt w:val="lowerLetter"/>
      <w:lvlText w:val="%1)"/>
      <w:lvlJc w:val="left"/>
      <w:pPr>
        <w:ind w:left="720" w:hanging="360"/>
      </w:pPr>
    </w:lvl>
    <w:lvl w:ilvl="1" w:tplc="3BCE980A">
      <w:start w:val="1"/>
      <w:numFmt w:val="bullet"/>
      <w:lvlText w:val="-"/>
      <w:lvlJc w:val="left"/>
      <w:pPr>
        <w:ind w:left="1440" w:hanging="360"/>
      </w:pPr>
      <w:rPr>
        <w:rFonts w:ascii="Times New Roman" w:eastAsiaTheme="majorEastAsia"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C871A69"/>
    <w:multiLevelType w:val="hybridMultilevel"/>
    <w:tmpl w:val="8F1CA3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8341BB7"/>
    <w:multiLevelType w:val="hybridMultilevel"/>
    <w:tmpl w:val="D6E24BB6"/>
    <w:lvl w:ilvl="0" w:tplc="04180001">
      <w:start w:val="1"/>
      <w:numFmt w:val="bullet"/>
      <w:lvlText w:val=""/>
      <w:lvlJc w:val="left"/>
      <w:pPr>
        <w:ind w:left="891" w:hanging="360"/>
      </w:pPr>
      <w:rPr>
        <w:rFonts w:ascii="Symbol" w:hAnsi="Symbol" w:hint="default"/>
      </w:rPr>
    </w:lvl>
    <w:lvl w:ilvl="1" w:tplc="04180003" w:tentative="1">
      <w:start w:val="1"/>
      <w:numFmt w:val="bullet"/>
      <w:lvlText w:val="o"/>
      <w:lvlJc w:val="left"/>
      <w:pPr>
        <w:ind w:left="1611" w:hanging="360"/>
      </w:pPr>
      <w:rPr>
        <w:rFonts w:ascii="Courier New" w:hAnsi="Courier New" w:cs="Courier New" w:hint="default"/>
      </w:rPr>
    </w:lvl>
    <w:lvl w:ilvl="2" w:tplc="04180005" w:tentative="1">
      <w:start w:val="1"/>
      <w:numFmt w:val="bullet"/>
      <w:lvlText w:val=""/>
      <w:lvlJc w:val="left"/>
      <w:pPr>
        <w:ind w:left="2331" w:hanging="360"/>
      </w:pPr>
      <w:rPr>
        <w:rFonts w:ascii="Wingdings" w:hAnsi="Wingdings" w:hint="default"/>
      </w:rPr>
    </w:lvl>
    <w:lvl w:ilvl="3" w:tplc="04180001" w:tentative="1">
      <w:start w:val="1"/>
      <w:numFmt w:val="bullet"/>
      <w:lvlText w:val=""/>
      <w:lvlJc w:val="left"/>
      <w:pPr>
        <w:ind w:left="3051" w:hanging="360"/>
      </w:pPr>
      <w:rPr>
        <w:rFonts w:ascii="Symbol" w:hAnsi="Symbol" w:hint="default"/>
      </w:rPr>
    </w:lvl>
    <w:lvl w:ilvl="4" w:tplc="04180003" w:tentative="1">
      <w:start w:val="1"/>
      <w:numFmt w:val="bullet"/>
      <w:lvlText w:val="o"/>
      <w:lvlJc w:val="left"/>
      <w:pPr>
        <w:ind w:left="3771" w:hanging="360"/>
      </w:pPr>
      <w:rPr>
        <w:rFonts w:ascii="Courier New" w:hAnsi="Courier New" w:cs="Courier New" w:hint="default"/>
      </w:rPr>
    </w:lvl>
    <w:lvl w:ilvl="5" w:tplc="04180005" w:tentative="1">
      <w:start w:val="1"/>
      <w:numFmt w:val="bullet"/>
      <w:lvlText w:val=""/>
      <w:lvlJc w:val="left"/>
      <w:pPr>
        <w:ind w:left="4491" w:hanging="360"/>
      </w:pPr>
      <w:rPr>
        <w:rFonts w:ascii="Wingdings" w:hAnsi="Wingdings" w:hint="default"/>
      </w:rPr>
    </w:lvl>
    <w:lvl w:ilvl="6" w:tplc="04180001" w:tentative="1">
      <w:start w:val="1"/>
      <w:numFmt w:val="bullet"/>
      <w:lvlText w:val=""/>
      <w:lvlJc w:val="left"/>
      <w:pPr>
        <w:ind w:left="5211" w:hanging="360"/>
      </w:pPr>
      <w:rPr>
        <w:rFonts w:ascii="Symbol" w:hAnsi="Symbol" w:hint="default"/>
      </w:rPr>
    </w:lvl>
    <w:lvl w:ilvl="7" w:tplc="04180003" w:tentative="1">
      <w:start w:val="1"/>
      <w:numFmt w:val="bullet"/>
      <w:lvlText w:val="o"/>
      <w:lvlJc w:val="left"/>
      <w:pPr>
        <w:ind w:left="5931" w:hanging="360"/>
      </w:pPr>
      <w:rPr>
        <w:rFonts w:ascii="Courier New" w:hAnsi="Courier New" w:cs="Courier New" w:hint="default"/>
      </w:rPr>
    </w:lvl>
    <w:lvl w:ilvl="8" w:tplc="04180005" w:tentative="1">
      <w:start w:val="1"/>
      <w:numFmt w:val="bullet"/>
      <w:lvlText w:val=""/>
      <w:lvlJc w:val="left"/>
      <w:pPr>
        <w:ind w:left="6651" w:hanging="360"/>
      </w:pPr>
      <w:rPr>
        <w:rFonts w:ascii="Wingdings" w:hAnsi="Wingdings" w:hint="default"/>
      </w:rPr>
    </w:lvl>
  </w:abstractNum>
  <w:abstractNum w:abstractNumId="15" w15:restartNumberingAfterBreak="0">
    <w:nsid w:val="29A14B07"/>
    <w:multiLevelType w:val="hybridMultilevel"/>
    <w:tmpl w:val="0A54886C"/>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3574352"/>
    <w:multiLevelType w:val="hybridMultilevel"/>
    <w:tmpl w:val="A0160B84"/>
    <w:lvl w:ilvl="0" w:tplc="0418000D">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383E5D3A"/>
    <w:multiLevelType w:val="hybridMultilevel"/>
    <w:tmpl w:val="9498F958"/>
    <w:lvl w:ilvl="0" w:tplc="0418000D">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3F184EA7"/>
    <w:multiLevelType w:val="hybridMultilevel"/>
    <w:tmpl w:val="CE52B326"/>
    <w:lvl w:ilvl="0" w:tplc="C54C74A8">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0912F77"/>
    <w:multiLevelType w:val="hybridMultilevel"/>
    <w:tmpl w:val="74B6F828"/>
    <w:lvl w:ilvl="0" w:tplc="0418000F">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1171A1A"/>
    <w:multiLevelType w:val="hybridMultilevel"/>
    <w:tmpl w:val="E7346F7E"/>
    <w:lvl w:ilvl="0" w:tplc="FFFFFFFF">
      <w:start w:val="1"/>
      <w:numFmt w:val="bullet"/>
      <w:lvlText w:val=""/>
      <w:lvlJc w:val="left"/>
      <w:pPr>
        <w:ind w:left="1440" w:hanging="360"/>
      </w:pPr>
      <w:rPr>
        <w:rFonts w:ascii="Wingdings" w:hAnsi="Wingdings" w:hint="default"/>
      </w:rPr>
    </w:lvl>
    <w:lvl w:ilvl="1" w:tplc="0418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5711221"/>
    <w:multiLevelType w:val="hybridMultilevel"/>
    <w:tmpl w:val="D132160C"/>
    <w:lvl w:ilvl="0" w:tplc="9B4E8CF2">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9F37F43"/>
    <w:multiLevelType w:val="hybridMultilevel"/>
    <w:tmpl w:val="0972C9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4956668">
    <w:abstractNumId w:val="8"/>
  </w:num>
  <w:num w:numId="2" w16cid:durableId="812791450">
    <w:abstractNumId w:val="6"/>
  </w:num>
  <w:num w:numId="3" w16cid:durableId="599752684">
    <w:abstractNumId w:val="5"/>
  </w:num>
  <w:num w:numId="4" w16cid:durableId="1385640302">
    <w:abstractNumId w:val="4"/>
  </w:num>
  <w:num w:numId="5" w16cid:durableId="1168327217">
    <w:abstractNumId w:val="7"/>
  </w:num>
  <w:num w:numId="6" w16cid:durableId="2004701180">
    <w:abstractNumId w:val="3"/>
  </w:num>
  <w:num w:numId="7" w16cid:durableId="524909000">
    <w:abstractNumId w:val="2"/>
  </w:num>
  <w:num w:numId="8" w16cid:durableId="1621840589">
    <w:abstractNumId w:val="1"/>
  </w:num>
  <w:num w:numId="9" w16cid:durableId="370500500">
    <w:abstractNumId w:val="0"/>
  </w:num>
  <w:num w:numId="10" w16cid:durableId="2035955365">
    <w:abstractNumId w:val="14"/>
  </w:num>
  <w:num w:numId="11" w16cid:durableId="1793747805">
    <w:abstractNumId w:val="12"/>
  </w:num>
  <w:num w:numId="12" w16cid:durableId="2129932040">
    <w:abstractNumId w:val="11"/>
  </w:num>
  <w:num w:numId="13" w16cid:durableId="18044178">
    <w:abstractNumId w:val="22"/>
  </w:num>
  <w:num w:numId="14" w16cid:durableId="1462267554">
    <w:abstractNumId w:val="13"/>
  </w:num>
  <w:num w:numId="15" w16cid:durableId="1458139131">
    <w:abstractNumId w:val="10"/>
  </w:num>
  <w:num w:numId="16" w16cid:durableId="1053195907">
    <w:abstractNumId w:val="19"/>
  </w:num>
  <w:num w:numId="17" w16cid:durableId="12539758">
    <w:abstractNumId w:val="21"/>
  </w:num>
  <w:num w:numId="18" w16cid:durableId="977303931">
    <w:abstractNumId w:val="15"/>
  </w:num>
  <w:num w:numId="19" w16cid:durableId="3291538">
    <w:abstractNumId w:val="18"/>
  </w:num>
  <w:num w:numId="20" w16cid:durableId="456877000">
    <w:abstractNumId w:val="17"/>
  </w:num>
  <w:num w:numId="21" w16cid:durableId="52315306">
    <w:abstractNumId w:val="20"/>
  </w:num>
  <w:num w:numId="22" w16cid:durableId="921452752">
    <w:abstractNumId w:val="16"/>
  </w:num>
  <w:num w:numId="23" w16cid:durableId="988247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4FE"/>
    <w:rsid w:val="00034616"/>
    <w:rsid w:val="0004023D"/>
    <w:rsid w:val="0006063C"/>
    <w:rsid w:val="0014723B"/>
    <w:rsid w:val="0015074B"/>
    <w:rsid w:val="001512AE"/>
    <w:rsid w:val="00174C15"/>
    <w:rsid w:val="001D3284"/>
    <w:rsid w:val="00230827"/>
    <w:rsid w:val="00264E2C"/>
    <w:rsid w:val="00283A5A"/>
    <w:rsid w:val="0029639D"/>
    <w:rsid w:val="002F0B71"/>
    <w:rsid w:val="0031529C"/>
    <w:rsid w:val="00326F90"/>
    <w:rsid w:val="003512B0"/>
    <w:rsid w:val="00383B94"/>
    <w:rsid w:val="003C4DB0"/>
    <w:rsid w:val="003D30A6"/>
    <w:rsid w:val="003D6F68"/>
    <w:rsid w:val="00410622"/>
    <w:rsid w:val="004655D4"/>
    <w:rsid w:val="004F74DC"/>
    <w:rsid w:val="00512A43"/>
    <w:rsid w:val="00530020"/>
    <w:rsid w:val="005B5A37"/>
    <w:rsid w:val="005C4B66"/>
    <w:rsid w:val="005D7193"/>
    <w:rsid w:val="00605235"/>
    <w:rsid w:val="00626572"/>
    <w:rsid w:val="0064600E"/>
    <w:rsid w:val="00667C89"/>
    <w:rsid w:val="006703B2"/>
    <w:rsid w:val="00675B0C"/>
    <w:rsid w:val="006A2798"/>
    <w:rsid w:val="006A4AFE"/>
    <w:rsid w:val="0071000C"/>
    <w:rsid w:val="00710C69"/>
    <w:rsid w:val="00763A62"/>
    <w:rsid w:val="00763C73"/>
    <w:rsid w:val="00810E60"/>
    <w:rsid w:val="00885CF2"/>
    <w:rsid w:val="008A0319"/>
    <w:rsid w:val="008C0EC4"/>
    <w:rsid w:val="008C58AE"/>
    <w:rsid w:val="008E7EFF"/>
    <w:rsid w:val="00901144"/>
    <w:rsid w:val="00922B37"/>
    <w:rsid w:val="009536C5"/>
    <w:rsid w:val="00956C0B"/>
    <w:rsid w:val="00967AA2"/>
    <w:rsid w:val="00981FB7"/>
    <w:rsid w:val="009948E6"/>
    <w:rsid w:val="009B300A"/>
    <w:rsid w:val="009D2006"/>
    <w:rsid w:val="009E455D"/>
    <w:rsid w:val="00A03B6A"/>
    <w:rsid w:val="00A20EDD"/>
    <w:rsid w:val="00A74831"/>
    <w:rsid w:val="00A95DD2"/>
    <w:rsid w:val="00AA1D8D"/>
    <w:rsid w:val="00AA7D35"/>
    <w:rsid w:val="00AB7575"/>
    <w:rsid w:val="00AC0B4B"/>
    <w:rsid w:val="00AC3933"/>
    <w:rsid w:val="00B2032B"/>
    <w:rsid w:val="00B27C7D"/>
    <w:rsid w:val="00B32C26"/>
    <w:rsid w:val="00B47730"/>
    <w:rsid w:val="00B55F6E"/>
    <w:rsid w:val="00B8380F"/>
    <w:rsid w:val="00BD3830"/>
    <w:rsid w:val="00BE4983"/>
    <w:rsid w:val="00C4545F"/>
    <w:rsid w:val="00C812BD"/>
    <w:rsid w:val="00C910C5"/>
    <w:rsid w:val="00CB0664"/>
    <w:rsid w:val="00CB6F6F"/>
    <w:rsid w:val="00CD25C2"/>
    <w:rsid w:val="00CF19D2"/>
    <w:rsid w:val="00D7603B"/>
    <w:rsid w:val="00D82F69"/>
    <w:rsid w:val="00DD3E8B"/>
    <w:rsid w:val="00E25A40"/>
    <w:rsid w:val="00E31E0B"/>
    <w:rsid w:val="00E41417"/>
    <w:rsid w:val="00E55AEF"/>
    <w:rsid w:val="00E64742"/>
    <w:rsid w:val="00E85BBD"/>
    <w:rsid w:val="00E96565"/>
    <w:rsid w:val="00EA60E4"/>
    <w:rsid w:val="00ED0546"/>
    <w:rsid w:val="00EF69CE"/>
    <w:rsid w:val="00F214D7"/>
    <w:rsid w:val="00F251DC"/>
    <w:rsid w:val="00F52028"/>
    <w:rsid w:val="00FB6DD9"/>
    <w:rsid w:val="00FC20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43C4EB"/>
  <w14:defaultImageDpi w14:val="300"/>
  <w15:docId w15:val="{AA73E948-CD4B-4720-9588-2333B80A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eastAsia="Arial" w:hAnsi="Arial"/>
      <w:sz w:val="21"/>
    </w:rPr>
  </w:style>
  <w:style w:type="paragraph" w:styleId="Titlu1">
    <w:name w:val="heading 1"/>
    <w:basedOn w:val="Normal"/>
    <w:next w:val="Normal"/>
    <w:link w:val="Titlu1Caracter"/>
    <w:uiPriority w:val="9"/>
    <w:qFormat/>
    <w:rsid w:val="00FC693F"/>
    <w:pPr>
      <w:keepNext/>
      <w:keepLines/>
      <w:spacing w:before="200" w:after="100"/>
      <w:outlineLvl w:val="0"/>
    </w:pPr>
    <w:rPr>
      <w:rFonts w:asciiTheme="majorHAnsi" w:eastAsiaTheme="majorEastAsia" w:hAnsiTheme="majorHAnsi" w:cstheme="majorBidi"/>
      <w:b/>
      <w:bCs/>
      <w:color w:val="000000"/>
      <w:sz w:val="26"/>
      <w:szCs w:val="28"/>
    </w:rPr>
  </w:style>
  <w:style w:type="paragraph" w:styleId="Titlu2">
    <w:name w:val="heading 2"/>
    <w:basedOn w:val="Normal"/>
    <w:next w:val="Normal"/>
    <w:link w:val="Titlu2Caracter"/>
    <w:uiPriority w:val="9"/>
    <w:unhideWhenUsed/>
    <w:qFormat/>
    <w:rsid w:val="00FC693F"/>
    <w:pPr>
      <w:keepNext/>
      <w:keepLines/>
      <w:spacing w:before="160"/>
      <w:outlineLvl w:val="1"/>
    </w:pPr>
    <w:rPr>
      <w:rFonts w:asciiTheme="majorHAnsi" w:eastAsiaTheme="majorEastAsia" w:hAnsiTheme="majorHAnsi" w:cstheme="majorBidi"/>
      <w:b/>
      <w:bCs/>
      <w:color w:val="000000"/>
      <w:sz w:val="23"/>
      <w:szCs w:val="26"/>
    </w:rPr>
  </w:style>
  <w:style w:type="paragraph" w:styleId="Titlu3">
    <w:name w:val="heading 3"/>
    <w:basedOn w:val="Normal"/>
    <w:next w:val="Normal"/>
    <w:link w:val="Titlu3Caracter"/>
    <w:uiPriority w:val="9"/>
    <w:unhideWhenUsed/>
    <w:qFormat/>
    <w:rsid w:val="00FC693F"/>
    <w:pPr>
      <w:keepNext/>
      <w:keepLines/>
      <w:spacing w:before="120" w:after="60"/>
      <w:outlineLvl w:val="2"/>
    </w:pPr>
    <w:rPr>
      <w:rFonts w:asciiTheme="majorHAnsi" w:eastAsiaTheme="majorEastAsia" w:hAnsiTheme="majorHAnsi" w:cstheme="majorBidi"/>
      <w:b/>
      <w:bCs/>
      <w:color w:val="000000"/>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956C0B"/>
    <w:rPr>
      <w:color w:val="0000FF"/>
      <w:u w:val="single"/>
    </w:rPr>
  </w:style>
  <w:style w:type="paragraph" w:styleId="Textcomentariu">
    <w:name w:val="annotation text"/>
    <w:basedOn w:val="Normal"/>
    <w:link w:val="TextcomentariuCaracter"/>
    <w:uiPriority w:val="99"/>
    <w:semiHidden/>
    <w:rsid w:val="00956C0B"/>
    <w:pPr>
      <w:spacing w:after="0" w:line="240" w:lineRule="auto"/>
    </w:pPr>
    <w:rPr>
      <w:rFonts w:ascii="Times New Roman" w:eastAsia="Times New Roman" w:hAnsi="Times New Roman" w:cs="Times New Roman"/>
      <w:sz w:val="20"/>
      <w:szCs w:val="20"/>
      <w:lang w:val="x-none" w:eastAsia="x-none"/>
    </w:rPr>
  </w:style>
  <w:style w:type="character" w:customStyle="1" w:styleId="TextcomentariuCaracter">
    <w:name w:val="Text comentariu Caracter"/>
    <w:basedOn w:val="Fontdeparagrafimplicit"/>
    <w:link w:val="Textcomentariu"/>
    <w:uiPriority w:val="99"/>
    <w:semiHidden/>
    <w:rsid w:val="00956C0B"/>
    <w:rPr>
      <w:rFonts w:ascii="Times New Roman" w:eastAsia="Times New Roman" w:hAnsi="Times New Roman" w:cs="Times New Roman"/>
      <w:sz w:val="20"/>
      <w:szCs w:val="20"/>
      <w:lang w:val="x-none" w:eastAsia="x-none"/>
    </w:rPr>
  </w:style>
  <w:style w:type="character" w:styleId="MeniuneNerezolvat">
    <w:name w:val="Unresolved Mention"/>
    <w:basedOn w:val="Fontdeparagrafimplicit"/>
    <w:uiPriority w:val="99"/>
    <w:semiHidden/>
    <w:unhideWhenUsed/>
    <w:rsid w:val="00C81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oalacparfenevaslui@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ala3cparfenevaslui.ro" TargetMode="External"/><Relationship Id="rId4" Type="http://schemas.openxmlformats.org/officeDocument/2006/relationships/settings" Target="settings.xml"/><Relationship Id="rId9" Type="http://schemas.openxmlformats.org/officeDocument/2006/relationships/hyperlink" Target="mailto:scoalacparfenevaslui@yaho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2239</Words>
  <Characters>12992</Characters>
  <Application>Microsoft Office Word</Application>
  <DocSecurity>0</DocSecurity>
  <Lines>108</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Anunț transfer infirmieră – Creșa Avântului</vt:lpstr>
      <vt:lpstr/>
    </vt:vector>
  </TitlesOfParts>
  <Manager/>
  <Company/>
  <LinksUpToDate>false</LinksUpToDate>
  <CharactersWithSpaces>15201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transfer infirmieră – Creșa Avântului</dc:title>
  <dc:subject>Procedură de transfer la cerere</dc:subject>
  <dc:creator>Școala Gimnazială Constantin Parfene Vaslui</dc:creator>
  <cp:keywords/>
  <dc:description>generated by python-docx</dc:description>
  <cp:lastModifiedBy>diana miron</cp:lastModifiedBy>
  <cp:revision>2</cp:revision>
  <cp:lastPrinted>2026-09-23T08:34:00Z</cp:lastPrinted>
  <dcterms:created xsi:type="dcterms:W3CDTF">2026-10-15T12:38:00Z</dcterms:created>
  <dcterms:modified xsi:type="dcterms:W3CDTF">2026-10-15T12:38:00Z</dcterms:modified>
  <cp:category/>
</cp:coreProperties>
</file>