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3E5" w:rsidRPr="00880FEF" w:rsidRDefault="00F765C6">
      <w:pPr>
        <w:jc w:val="center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ȘCOALA GIMNAZIALĂ „SF. SAVA” SOCOL</w:t>
      </w:r>
    </w:p>
    <w:p w:rsidR="003823E5" w:rsidRPr="00880FEF" w:rsidRDefault="00F765C6">
      <w:pPr>
        <w:jc w:val="center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CONCURS PENTRU OCUPAREA POSTULUI VACANT DE ȘOFER MICROBUZ ȘCOLAR</w:t>
      </w:r>
    </w:p>
    <w:p w:rsidR="003823E5" w:rsidRPr="00880FEF" w:rsidRDefault="003823E5">
      <w:pPr>
        <w:rPr>
          <w:rFonts w:cs="Times New Roman"/>
          <w:sz w:val="24"/>
          <w:szCs w:val="24"/>
        </w:rPr>
      </w:pPr>
    </w:p>
    <w:p w:rsidR="003823E5" w:rsidRPr="00880FEF" w:rsidRDefault="003823E5">
      <w:pPr>
        <w:rPr>
          <w:rFonts w:cs="Times New Roman"/>
          <w:sz w:val="24"/>
          <w:szCs w:val="24"/>
        </w:rPr>
      </w:pPr>
    </w:p>
    <w:p w:rsidR="003823E5" w:rsidRPr="00880FEF" w:rsidRDefault="00F765C6">
      <w:pPr>
        <w:jc w:val="center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ȘCOALA GIMNAZIALĂ „SF. SAVA” SOCOL</w:t>
      </w:r>
    </w:p>
    <w:p w:rsidR="003823E5" w:rsidRPr="00880FEF" w:rsidRDefault="00F765C6">
      <w:pPr>
        <w:jc w:val="right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Nr. </w:t>
      </w:r>
      <w:r w:rsidR="00A52FBE" w:rsidRPr="00880FEF">
        <w:rPr>
          <w:rFonts w:cs="Times New Roman"/>
          <w:sz w:val="24"/>
          <w:szCs w:val="24"/>
        </w:rPr>
        <w:t>667/14.10.2026</w:t>
      </w:r>
    </w:p>
    <w:p w:rsidR="003823E5" w:rsidRPr="00880FEF" w:rsidRDefault="00F765C6">
      <w:pPr>
        <w:jc w:val="center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ANUNȚ</w:t>
      </w:r>
    </w:p>
    <w:p w:rsidR="003823E5" w:rsidRPr="00880FEF" w:rsidRDefault="00F765C6">
      <w:pPr>
        <w:jc w:val="center"/>
        <w:rPr>
          <w:rFonts w:cs="Times New Roman"/>
          <w:sz w:val="24"/>
          <w:szCs w:val="24"/>
        </w:rPr>
      </w:pPr>
      <w:proofErr w:type="gramStart"/>
      <w:r w:rsidRPr="00880FEF">
        <w:rPr>
          <w:rFonts w:cs="Times New Roman"/>
          <w:sz w:val="24"/>
          <w:szCs w:val="24"/>
        </w:rPr>
        <w:t>privind</w:t>
      </w:r>
      <w:proofErr w:type="gramEnd"/>
      <w:r w:rsidRPr="00880FEF">
        <w:rPr>
          <w:rFonts w:cs="Times New Roman"/>
          <w:sz w:val="24"/>
          <w:szCs w:val="24"/>
        </w:rPr>
        <w:t xml:space="preserve"> organizarea concursului pentru ocuparea postului vacant de șofer microbuz școlar</w:t>
      </w:r>
    </w:p>
    <w:p w:rsidR="003823E5" w:rsidRPr="00880FEF" w:rsidRDefault="00D60DE1">
      <w:pPr>
        <w:rPr>
          <w:rFonts w:cs="Times New Roman"/>
          <w:sz w:val="24"/>
          <w:szCs w:val="24"/>
        </w:rPr>
      </w:pPr>
      <w:proofErr w:type="spellStart"/>
      <w:r w:rsidRPr="00880FEF">
        <w:rPr>
          <w:rFonts w:cs="Times New Roman"/>
          <w:bCs/>
          <w:sz w:val="24"/>
          <w:szCs w:val="24"/>
        </w:rPr>
        <w:t>Școala</w:t>
      </w:r>
      <w:proofErr w:type="spellEnd"/>
      <w:r w:rsidRPr="00880FE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bCs/>
          <w:sz w:val="24"/>
          <w:szCs w:val="24"/>
        </w:rPr>
        <w:t>Gimnazială</w:t>
      </w:r>
      <w:proofErr w:type="spellEnd"/>
      <w:r w:rsidRPr="00880FEF">
        <w:rPr>
          <w:rFonts w:cs="Times New Roman"/>
          <w:bCs/>
          <w:sz w:val="24"/>
          <w:szCs w:val="24"/>
        </w:rPr>
        <w:t xml:space="preserve"> </w:t>
      </w:r>
      <w:r w:rsidR="009042D2" w:rsidRPr="00880FEF">
        <w:rPr>
          <w:rFonts w:cs="Times New Roman"/>
          <w:bCs/>
          <w:sz w:val="24"/>
          <w:szCs w:val="24"/>
        </w:rPr>
        <w:t>„</w:t>
      </w:r>
      <w:r w:rsidRPr="00880FEF">
        <w:rPr>
          <w:rFonts w:cs="Times New Roman"/>
          <w:bCs/>
          <w:sz w:val="24"/>
          <w:szCs w:val="24"/>
        </w:rPr>
        <w:t>Sf. Sava</w:t>
      </w:r>
      <w:r w:rsidR="009042D2" w:rsidRPr="00880FEF">
        <w:rPr>
          <w:rFonts w:cs="Times New Roman"/>
          <w:bCs/>
          <w:sz w:val="24"/>
          <w:szCs w:val="24"/>
        </w:rPr>
        <w:t>”</w:t>
      </w:r>
      <w:r w:rsidRPr="00880FE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bCs/>
          <w:sz w:val="24"/>
          <w:szCs w:val="24"/>
        </w:rPr>
        <w:t>Socol</w:t>
      </w:r>
      <w:proofErr w:type="spellEnd"/>
      <w:r w:rsidRPr="00880FEF">
        <w:rPr>
          <w:rFonts w:cs="Times New Roman"/>
          <w:bCs/>
          <w:sz w:val="24"/>
          <w:szCs w:val="24"/>
        </w:rPr>
        <w:t xml:space="preserve">, </w:t>
      </w:r>
      <w:proofErr w:type="spellStart"/>
      <w:r w:rsidRPr="00880FEF">
        <w:rPr>
          <w:rFonts w:cs="Times New Roman"/>
          <w:bCs/>
          <w:sz w:val="24"/>
          <w:szCs w:val="24"/>
        </w:rPr>
        <w:t>adresa</w:t>
      </w:r>
      <w:proofErr w:type="spellEnd"/>
      <w:r w:rsidRPr="00880FEF">
        <w:rPr>
          <w:rFonts w:cs="Times New Roman"/>
          <w:bCs/>
          <w:sz w:val="24"/>
          <w:szCs w:val="24"/>
        </w:rPr>
        <w:t xml:space="preserve">: sat </w:t>
      </w:r>
      <w:proofErr w:type="spellStart"/>
      <w:r w:rsidRPr="00880FEF">
        <w:rPr>
          <w:rFonts w:cs="Times New Roman"/>
          <w:bCs/>
          <w:sz w:val="24"/>
          <w:szCs w:val="24"/>
        </w:rPr>
        <w:t>Socol</w:t>
      </w:r>
      <w:proofErr w:type="spellEnd"/>
      <w:r w:rsidRPr="00880FEF">
        <w:rPr>
          <w:rFonts w:cs="Times New Roman"/>
          <w:bCs/>
          <w:sz w:val="24"/>
          <w:szCs w:val="24"/>
        </w:rPr>
        <w:t xml:space="preserve">, com. </w:t>
      </w:r>
      <w:proofErr w:type="spellStart"/>
      <w:r w:rsidRPr="00880FEF">
        <w:rPr>
          <w:rFonts w:cs="Times New Roman"/>
          <w:bCs/>
          <w:sz w:val="24"/>
          <w:szCs w:val="24"/>
        </w:rPr>
        <w:t>Socol</w:t>
      </w:r>
      <w:proofErr w:type="spellEnd"/>
      <w:r w:rsidRPr="00880FEF">
        <w:rPr>
          <w:rFonts w:cs="Times New Roman"/>
          <w:bCs/>
          <w:sz w:val="24"/>
          <w:szCs w:val="24"/>
        </w:rPr>
        <w:t xml:space="preserve">, nr.80, </w:t>
      </w:r>
      <w:proofErr w:type="spellStart"/>
      <w:r w:rsidRPr="00880FEF">
        <w:rPr>
          <w:rFonts w:cs="Times New Roman"/>
          <w:bCs/>
          <w:sz w:val="24"/>
          <w:szCs w:val="24"/>
        </w:rPr>
        <w:t>județul</w:t>
      </w:r>
      <w:proofErr w:type="spellEnd"/>
      <w:r w:rsidRPr="00880FE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bCs/>
          <w:sz w:val="24"/>
          <w:szCs w:val="24"/>
        </w:rPr>
        <w:t>Caraș-Severin</w:t>
      </w:r>
      <w:proofErr w:type="spellEnd"/>
      <w:r w:rsidRPr="00880FEF">
        <w:rPr>
          <w:rFonts w:cs="Times New Roman"/>
          <w:bCs/>
          <w:sz w:val="24"/>
          <w:szCs w:val="24"/>
        </w:rPr>
        <w:t>,</w:t>
      </w:r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="00F765C6" w:rsidRPr="00880FEF">
        <w:rPr>
          <w:rFonts w:cs="Times New Roman"/>
          <w:sz w:val="24"/>
          <w:szCs w:val="24"/>
        </w:rPr>
        <w:t>organizează</w:t>
      </w:r>
      <w:proofErr w:type="spellEnd"/>
      <w:r w:rsidR="00F765C6" w:rsidRPr="00880FEF">
        <w:rPr>
          <w:rFonts w:cs="Times New Roman"/>
          <w:sz w:val="24"/>
          <w:szCs w:val="24"/>
        </w:rPr>
        <w:t xml:space="preserve">, </w:t>
      </w:r>
      <w:proofErr w:type="spellStart"/>
      <w:r w:rsidR="00F765C6" w:rsidRPr="00880FEF">
        <w:rPr>
          <w:rFonts w:cs="Times New Roman"/>
          <w:sz w:val="24"/>
          <w:szCs w:val="24"/>
        </w:rPr>
        <w:t>în</w:t>
      </w:r>
      <w:proofErr w:type="spellEnd"/>
      <w:r w:rsidR="00F765C6" w:rsidRPr="00880FEF">
        <w:rPr>
          <w:rFonts w:cs="Times New Roman"/>
          <w:sz w:val="24"/>
          <w:szCs w:val="24"/>
        </w:rPr>
        <w:t xml:space="preserve"> </w:t>
      </w:r>
      <w:proofErr w:type="spellStart"/>
      <w:r w:rsidR="00F765C6" w:rsidRPr="00880FEF">
        <w:rPr>
          <w:rFonts w:cs="Times New Roman"/>
          <w:sz w:val="24"/>
          <w:szCs w:val="24"/>
        </w:rPr>
        <w:t>conformitate</w:t>
      </w:r>
      <w:proofErr w:type="spellEnd"/>
      <w:r w:rsidR="00F765C6" w:rsidRPr="00880FEF">
        <w:rPr>
          <w:rFonts w:cs="Times New Roman"/>
          <w:sz w:val="24"/>
          <w:szCs w:val="24"/>
        </w:rPr>
        <w:t xml:space="preserve"> cu prevederile Hotărârii Guvernului nr. 1336/2022 pentru aprobarea Regulamentului-cadru privind organizarea și dezvoltarea carierei personalului contractual din sectorul bugetar plătit din fonduri publice, cu modificările și completările ulterioare, concurs pentru ocuparea unui post contractual vacant.</w:t>
      </w:r>
    </w:p>
    <w:tbl>
      <w:tblPr>
        <w:tblStyle w:val="TableGrid"/>
        <w:tblW w:w="0" w:type="auto"/>
        <w:jc w:val="center"/>
        <w:tblLook w:val="04A0"/>
      </w:tblPr>
      <w:tblGrid>
        <w:gridCol w:w="4986"/>
        <w:gridCol w:w="4986"/>
      </w:tblGrid>
      <w:tr w:rsidR="003823E5" w:rsidRPr="00880FEF">
        <w:trPr>
          <w:jc w:val="center"/>
        </w:trPr>
        <w:tc>
          <w:tcPr>
            <w:tcW w:w="4986" w:type="dxa"/>
            <w:shd w:val="clear" w:color="auto" w:fill="EAF2F8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Denumirea postului</w:t>
            </w:r>
          </w:p>
        </w:tc>
        <w:tc>
          <w:tcPr>
            <w:tcW w:w="4986" w:type="dxa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șofer microbuz școlar</w:t>
            </w:r>
          </w:p>
        </w:tc>
      </w:tr>
      <w:tr w:rsidR="003823E5" w:rsidRPr="00880FEF">
        <w:trPr>
          <w:jc w:val="center"/>
        </w:trPr>
        <w:tc>
          <w:tcPr>
            <w:tcW w:w="4986" w:type="dxa"/>
            <w:shd w:val="clear" w:color="auto" w:fill="EAF2F8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Număr posturi</w:t>
            </w:r>
          </w:p>
        </w:tc>
        <w:tc>
          <w:tcPr>
            <w:tcW w:w="4986" w:type="dxa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1</w:t>
            </w:r>
            <w:r w:rsidR="00D60DE1" w:rsidRPr="00880FEF">
              <w:rPr>
                <w:rFonts w:cs="Times New Roman"/>
                <w:sz w:val="24"/>
                <w:szCs w:val="24"/>
              </w:rPr>
              <w:t xml:space="preserve"> </w:t>
            </w:r>
            <w:r w:rsidR="009042D2" w:rsidRPr="00880FEF">
              <w:rPr>
                <w:rFonts w:cs="Times New Roman"/>
                <w:sz w:val="24"/>
                <w:szCs w:val="24"/>
              </w:rPr>
              <w:t xml:space="preserve">post </w:t>
            </w:r>
            <w:r w:rsidR="00D60DE1" w:rsidRPr="00880FEF">
              <w:rPr>
                <w:rFonts w:cs="Times New Roman"/>
                <w:sz w:val="24"/>
                <w:szCs w:val="24"/>
              </w:rPr>
              <w:t>vacant</w:t>
            </w:r>
          </w:p>
        </w:tc>
      </w:tr>
      <w:tr w:rsidR="003823E5" w:rsidRPr="00880FEF">
        <w:trPr>
          <w:jc w:val="center"/>
        </w:trPr>
        <w:tc>
          <w:tcPr>
            <w:tcW w:w="4986" w:type="dxa"/>
            <w:shd w:val="clear" w:color="auto" w:fill="EAF2F8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Nivelul postului</w:t>
            </w:r>
          </w:p>
        </w:tc>
        <w:tc>
          <w:tcPr>
            <w:tcW w:w="4986" w:type="dxa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funcție contractuală de execuție</w:t>
            </w:r>
          </w:p>
        </w:tc>
      </w:tr>
      <w:tr w:rsidR="003823E5" w:rsidRPr="00880FEF">
        <w:trPr>
          <w:jc w:val="center"/>
        </w:trPr>
        <w:tc>
          <w:tcPr>
            <w:tcW w:w="4986" w:type="dxa"/>
            <w:shd w:val="clear" w:color="auto" w:fill="EAF2F8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Durata contractului</w:t>
            </w:r>
          </w:p>
        </w:tc>
        <w:tc>
          <w:tcPr>
            <w:tcW w:w="4986" w:type="dxa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perioadă nedeterminată</w:t>
            </w:r>
          </w:p>
        </w:tc>
      </w:tr>
      <w:tr w:rsidR="003823E5" w:rsidRPr="00880FEF">
        <w:trPr>
          <w:jc w:val="center"/>
        </w:trPr>
        <w:tc>
          <w:tcPr>
            <w:tcW w:w="4986" w:type="dxa"/>
            <w:shd w:val="clear" w:color="auto" w:fill="EAF2F8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Timp de muncă</w:t>
            </w:r>
          </w:p>
        </w:tc>
        <w:tc>
          <w:tcPr>
            <w:tcW w:w="4986" w:type="dxa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8 ore/zi, 40 ore/săptămână</w:t>
            </w:r>
          </w:p>
        </w:tc>
      </w:tr>
      <w:tr w:rsidR="003823E5" w:rsidRPr="00880FEF">
        <w:trPr>
          <w:jc w:val="center"/>
        </w:trPr>
        <w:tc>
          <w:tcPr>
            <w:tcW w:w="4986" w:type="dxa"/>
            <w:shd w:val="clear" w:color="auto" w:fill="EAF2F8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Locul de muncă</w:t>
            </w:r>
          </w:p>
        </w:tc>
        <w:tc>
          <w:tcPr>
            <w:tcW w:w="4986" w:type="dxa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Școala Gimnazială „Sf. Sava” Socol</w:t>
            </w:r>
          </w:p>
        </w:tc>
      </w:tr>
      <w:tr w:rsidR="003823E5" w:rsidRPr="00880FEF">
        <w:trPr>
          <w:jc w:val="center"/>
        </w:trPr>
        <w:tc>
          <w:tcPr>
            <w:tcW w:w="4986" w:type="dxa"/>
            <w:shd w:val="clear" w:color="auto" w:fill="EAF2F8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Probe</w:t>
            </w:r>
          </w:p>
        </w:tc>
        <w:tc>
          <w:tcPr>
            <w:tcW w:w="4986" w:type="dxa"/>
            <w:vAlign w:val="center"/>
          </w:tcPr>
          <w:p w:rsidR="003823E5" w:rsidRPr="00880FEF" w:rsidRDefault="00F765C6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probă scrisă și interviu</w:t>
            </w:r>
          </w:p>
        </w:tc>
      </w:tr>
    </w:tbl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I. Condiții generale de participare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• are cetățenia română sau cetățenia unui alt stat membru al Uniunii Europene, a unui stat parte la Acordul privind Spațiul Economic European ori cetățenia Confederației Elvețiene;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• </w:t>
      </w:r>
      <w:proofErr w:type="gramStart"/>
      <w:r w:rsidRPr="00880FEF">
        <w:rPr>
          <w:rFonts w:cs="Times New Roman"/>
          <w:sz w:val="24"/>
          <w:szCs w:val="24"/>
        </w:rPr>
        <w:t>cunoaște</w:t>
      </w:r>
      <w:proofErr w:type="gramEnd"/>
      <w:r w:rsidRPr="00880FEF">
        <w:rPr>
          <w:rFonts w:cs="Times New Roman"/>
          <w:sz w:val="24"/>
          <w:szCs w:val="24"/>
        </w:rPr>
        <w:t xml:space="preserve"> limba română, scris și vorbit;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• are capacitate de muncă în conformitate cu prevederile Legii nr. 53/2003 – Codul muncii, republicată, cu modificările și completările ulterioare;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• are o stare de sănătate corespunzătoare postului, atestată prin adeverință medicală;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• îndeplinește condițiile de studii, vechime și celelalte condiții specifice postului;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proofErr w:type="gramStart"/>
      <w:r w:rsidRPr="00880FEF">
        <w:rPr>
          <w:rFonts w:cs="Times New Roman"/>
          <w:sz w:val="24"/>
          <w:szCs w:val="24"/>
        </w:rPr>
        <w:t>• îndeplinește condițiile privind antecedentele penale și interdicțiile prevăzute de art.</w:t>
      </w:r>
      <w:proofErr w:type="gramEnd"/>
      <w:r w:rsidRPr="00880FEF">
        <w:rPr>
          <w:rFonts w:cs="Times New Roman"/>
          <w:sz w:val="24"/>
          <w:szCs w:val="24"/>
        </w:rPr>
        <w:t xml:space="preserve"> 15 din HG nr. 1336/2022;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• </w:t>
      </w:r>
      <w:proofErr w:type="gramStart"/>
      <w:r w:rsidRPr="00880FEF">
        <w:rPr>
          <w:rFonts w:cs="Times New Roman"/>
          <w:sz w:val="24"/>
          <w:szCs w:val="24"/>
        </w:rPr>
        <w:t>prezintă</w:t>
      </w:r>
      <w:proofErr w:type="gramEnd"/>
      <w:r w:rsidRPr="00880FEF">
        <w:rPr>
          <w:rFonts w:cs="Times New Roman"/>
          <w:sz w:val="24"/>
          <w:szCs w:val="24"/>
        </w:rPr>
        <w:t xml:space="preserve"> certificatul de integritate comportamentală, în condițiile Legii nr. </w:t>
      </w:r>
      <w:proofErr w:type="gramStart"/>
      <w:r w:rsidRPr="00880FEF">
        <w:rPr>
          <w:rFonts w:cs="Times New Roman"/>
          <w:sz w:val="24"/>
          <w:szCs w:val="24"/>
        </w:rPr>
        <w:t>118/2019.</w:t>
      </w:r>
      <w:proofErr w:type="gramEnd"/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II. Condiții specifice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• </w:t>
      </w:r>
      <w:proofErr w:type="gramStart"/>
      <w:r w:rsidRPr="00880FEF">
        <w:rPr>
          <w:rFonts w:cs="Times New Roman"/>
          <w:sz w:val="24"/>
          <w:szCs w:val="24"/>
        </w:rPr>
        <w:t>studii</w:t>
      </w:r>
      <w:proofErr w:type="gramEnd"/>
      <w:r w:rsidRPr="00880FEF">
        <w:rPr>
          <w:rFonts w:cs="Times New Roman"/>
          <w:sz w:val="24"/>
          <w:szCs w:val="24"/>
        </w:rPr>
        <w:t xml:space="preserve"> medii/generale, conform cerințelor stabilite prin fișa postului;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lastRenderedPageBreak/>
        <w:t xml:space="preserve">• </w:t>
      </w:r>
      <w:proofErr w:type="gramStart"/>
      <w:r w:rsidRPr="00880FEF">
        <w:rPr>
          <w:rFonts w:cs="Times New Roman"/>
          <w:sz w:val="24"/>
          <w:szCs w:val="24"/>
        </w:rPr>
        <w:t>permis</w:t>
      </w:r>
      <w:proofErr w:type="gramEnd"/>
      <w:r w:rsidRPr="00880FEF">
        <w:rPr>
          <w:rFonts w:cs="Times New Roman"/>
          <w:sz w:val="24"/>
          <w:szCs w:val="24"/>
        </w:rPr>
        <w:t xml:space="preserve"> de conducere valabil, categoria D1 și/sau D, corespunzătoare caracteristicilor tehnice ale microbuzului școlar 16+1;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• </w:t>
      </w:r>
      <w:proofErr w:type="gramStart"/>
      <w:r w:rsidRPr="00880FEF">
        <w:rPr>
          <w:rFonts w:cs="Times New Roman"/>
          <w:sz w:val="24"/>
          <w:szCs w:val="24"/>
        </w:rPr>
        <w:t>certificate/atestate</w:t>
      </w:r>
      <w:proofErr w:type="gramEnd"/>
      <w:r w:rsidRPr="00880FEF">
        <w:rPr>
          <w:rFonts w:cs="Times New Roman"/>
          <w:sz w:val="24"/>
          <w:szCs w:val="24"/>
        </w:rPr>
        <w:t xml:space="preserve"> profesionale necesare exercitării legale a activității de conducător auto pentru transport persoane, în termen de valabilitate, potrivit legislației aplicabile;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• </w:t>
      </w:r>
      <w:proofErr w:type="gramStart"/>
      <w:r w:rsidRPr="00880FEF">
        <w:rPr>
          <w:rFonts w:cs="Times New Roman"/>
          <w:sz w:val="24"/>
          <w:szCs w:val="24"/>
        </w:rPr>
        <w:t>apt</w:t>
      </w:r>
      <w:proofErr w:type="gramEnd"/>
      <w:r w:rsidRPr="00880FEF">
        <w:rPr>
          <w:rFonts w:cs="Times New Roman"/>
          <w:sz w:val="24"/>
          <w:szCs w:val="24"/>
        </w:rPr>
        <w:t xml:space="preserve"> medical și psihologic pentru exercitarea activității de conducător auto, potrivit legislației aplicabile;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• </w:t>
      </w:r>
      <w:proofErr w:type="spellStart"/>
      <w:proofErr w:type="gramStart"/>
      <w:r w:rsidRPr="00880FEF">
        <w:rPr>
          <w:rFonts w:cs="Times New Roman"/>
          <w:sz w:val="24"/>
          <w:szCs w:val="24"/>
        </w:rPr>
        <w:t>vechime</w:t>
      </w:r>
      <w:proofErr w:type="spellEnd"/>
      <w:proofErr w:type="gram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în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activitatea</w:t>
      </w:r>
      <w:proofErr w:type="spellEnd"/>
      <w:r w:rsidRPr="00880FEF">
        <w:rPr>
          <w:rFonts w:cs="Times New Roman"/>
          <w:sz w:val="24"/>
          <w:szCs w:val="24"/>
        </w:rPr>
        <w:t xml:space="preserve"> de </w:t>
      </w:r>
      <w:proofErr w:type="spellStart"/>
      <w:r w:rsidRPr="00880FEF">
        <w:rPr>
          <w:rFonts w:cs="Times New Roman"/>
          <w:sz w:val="24"/>
          <w:szCs w:val="24"/>
        </w:rPr>
        <w:t>conducător</w:t>
      </w:r>
      <w:proofErr w:type="spellEnd"/>
      <w:r w:rsidRPr="00880FEF">
        <w:rPr>
          <w:rFonts w:cs="Times New Roman"/>
          <w:sz w:val="24"/>
          <w:szCs w:val="24"/>
        </w:rPr>
        <w:t xml:space="preserve"> auto: minimum </w:t>
      </w:r>
      <w:r w:rsidR="00A52FBE" w:rsidRPr="00880FEF">
        <w:rPr>
          <w:rFonts w:cs="Times New Roman"/>
          <w:sz w:val="24"/>
          <w:szCs w:val="24"/>
        </w:rPr>
        <w:t xml:space="preserve">5 </w:t>
      </w:r>
      <w:proofErr w:type="spellStart"/>
      <w:r w:rsidRPr="00880FEF">
        <w:rPr>
          <w:rFonts w:cs="Times New Roman"/>
          <w:sz w:val="24"/>
          <w:szCs w:val="24"/>
        </w:rPr>
        <w:t>ani</w:t>
      </w:r>
      <w:proofErr w:type="spellEnd"/>
      <w:r w:rsidRPr="00880FEF">
        <w:rPr>
          <w:rFonts w:cs="Times New Roman"/>
          <w:sz w:val="24"/>
          <w:szCs w:val="24"/>
        </w:rPr>
        <w:t>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• </w:t>
      </w:r>
      <w:proofErr w:type="gramStart"/>
      <w:r w:rsidRPr="00880FEF">
        <w:rPr>
          <w:rFonts w:cs="Times New Roman"/>
          <w:sz w:val="24"/>
          <w:szCs w:val="24"/>
        </w:rPr>
        <w:t>responsabilitate</w:t>
      </w:r>
      <w:proofErr w:type="gramEnd"/>
      <w:r w:rsidRPr="00880FEF">
        <w:rPr>
          <w:rFonts w:cs="Times New Roman"/>
          <w:sz w:val="24"/>
          <w:szCs w:val="24"/>
        </w:rPr>
        <w:t>, seriozitate, punctualitate, capacitate de comunicare și conduită corespunzătoare activității desfășurate în mediul școlar;</w:t>
      </w:r>
    </w:p>
    <w:p w:rsidR="003823E5" w:rsidRPr="00880FEF" w:rsidRDefault="00F765C6">
      <w:pPr>
        <w:ind w:left="283"/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• </w:t>
      </w:r>
      <w:proofErr w:type="gramStart"/>
      <w:r w:rsidRPr="00880FEF">
        <w:rPr>
          <w:rFonts w:cs="Times New Roman"/>
          <w:sz w:val="24"/>
          <w:szCs w:val="24"/>
        </w:rPr>
        <w:t>disponibilitate</w:t>
      </w:r>
      <w:proofErr w:type="gramEnd"/>
      <w:r w:rsidRPr="00880FEF">
        <w:rPr>
          <w:rFonts w:cs="Times New Roman"/>
          <w:sz w:val="24"/>
          <w:szCs w:val="24"/>
        </w:rPr>
        <w:t xml:space="preserve"> pentru respectarea programului de transport al elevilor și a traseelor stabilite de unitatea de învățământ.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III. Dosarul de concurs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1. </w:t>
      </w:r>
      <w:proofErr w:type="gramStart"/>
      <w:r w:rsidRPr="00880FEF">
        <w:rPr>
          <w:rFonts w:cs="Times New Roman"/>
          <w:sz w:val="24"/>
          <w:szCs w:val="24"/>
        </w:rPr>
        <w:t>formular</w:t>
      </w:r>
      <w:proofErr w:type="gramEnd"/>
      <w:r w:rsidRPr="00880FEF">
        <w:rPr>
          <w:rFonts w:cs="Times New Roman"/>
          <w:sz w:val="24"/>
          <w:szCs w:val="24"/>
        </w:rPr>
        <w:t xml:space="preserve"> de înscriere la concurs;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2. </w:t>
      </w:r>
      <w:proofErr w:type="gramStart"/>
      <w:r w:rsidRPr="00880FEF">
        <w:rPr>
          <w:rFonts w:cs="Times New Roman"/>
          <w:sz w:val="24"/>
          <w:szCs w:val="24"/>
        </w:rPr>
        <w:t>copia</w:t>
      </w:r>
      <w:proofErr w:type="gramEnd"/>
      <w:r w:rsidRPr="00880FEF">
        <w:rPr>
          <w:rFonts w:cs="Times New Roman"/>
          <w:sz w:val="24"/>
          <w:szCs w:val="24"/>
        </w:rPr>
        <w:t xml:space="preserve"> actului de identitate sau a altui document care atestă identitatea, aflat în termen de valabilitate;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3. </w:t>
      </w:r>
      <w:proofErr w:type="gramStart"/>
      <w:r w:rsidRPr="00880FEF">
        <w:rPr>
          <w:rFonts w:cs="Times New Roman"/>
          <w:sz w:val="24"/>
          <w:szCs w:val="24"/>
        </w:rPr>
        <w:t>copia</w:t>
      </w:r>
      <w:proofErr w:type="gramEnd"/>
      <w:r w:rsidRPr="00880FEF">
        <w:rPr>
          <w:rFonts w:cs="Times New Roman"/>
          <w:sz w:val="24"/>
          <w:szCs w:val="24"/>
        </w:rPr>
        <w:t xml:space="preserve"> certificatului de căsătorie sau a documentului privind schimbarea numelui, după caz;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4. </w:t>
      </w:r>
      <w:proofErr w:type="gramStart"/>
      <w:r w:rsidRPr="00880FEF">
        <w:rPr>
          <w:rFonts w:cs="Times New Roman"/>
          <w:sz w:val="24"/>
          <w:szCs w:val="24"/>
        </w:rPr>
        <w:t>copii</w:t>
      </w:r>
      <w:proofErr w:type="gramEnd"/>
      <w:r w:rsidRPr="00880FEF">
        <w:rPr>
          <w:rFonts w:cs="Times New Roman"/>
          <w:sz w:val="24"/>
          <w:szCs w:val="24"/>
        </w:rPr>
        <w:t xml:space="preserve"> ale documentelor care atestă nivelul studiilor;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5. </w:t>
      </w:r>
      <w:proofErr w:type="gramStart"/>
      <w:r w:rsidRPr="00880FEF">
        <w:rPr>
          <w:rFonts w:cs="Times New Roman"/>
          <w:sz w:val="24"/>
          <w:szCs w:val="24"/>
        </w:rPr>
        <w:t>copia</w:t>
      </w:r>
      <w:proofErr w:type="gramEnd"/>
      <w:r w:rsidRPr="00880FEF">
        <w:rPr>
          <w:rFonts w:cs="Times New Roman"/>
          <w:sz w:val="24"/>
          <w:szCs w:val="24"/>
        </w:rPr>
        <w:t xml:space="preserve"> permisului de conducere;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6. </w:t>
      </w:r>
      <w:proofErr w:type="gramStart"/>
      <w:r w:rsidRPr="00880FEF">
        <w:rPr>
          <w:rFonts w:cs="Times New Roman"/>
          <w:sz w:val="24"/>
          <w:szCs w:val="24"/>
        </w:rPr>
        <w:t>copii</w:t>
      </w:r>
      <w:proofErr w:type="gramEnd"/>
      <w:r w:rsidRPr="00880FEF">
        <w:rPr>
          <w:rFonts w:cs="Times New Roman"/>
          <w:sz w:val="24"/>
          <w:szCs w:val="24"/>
        </w:rPr>
        <w:t xml:space="preserve"> ale certificatelor/atestatelor profesionale solicitate;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7. </w:t>
      </w:r>
      <w:proofErr w:type="gramStart"/>
      <w:r w:rsidRPr="00880FEF">
        <w:rPr>
          <w:rFonts w:cs="Times New Roman"/>
          <w:sz w:val="24"/>
          <w:szCs w:val="24"/>
        </w:rPr>
        <w:t>documente</w:t>
      </w:r>
      <w:proofErr w:type="gramEnd"/>
      <w:r w:rsidRPr="00880FEF">
        <w:rPr>
          <w:rFonts w:cs="Times New Roman"/>
          <w:sz w:val="24"/>
          <w:szCs w:val="24"/>
        </w:rPr>
        <w:t xml:space="preserve"> care atestă vechimea în muncă și, după caz, vechimea solicitată pentru post;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8. </w:t>
      </w:r>
      <w:proofErr w:type="gramStart"/>
      <w:r w:rsidRPr="00880FEF">
        <w:rPr>
          <w:rFonts w:cs="Times New Roman"/>
          <w:sz w:val="24"/>
          <w:szCs w:val="24"/>
        </w:rPr>
        <w:t>certificat</w:t>
      </w:r>
      <w:proofErr w:type="gramEnd"/>
      <w:r w:rsidRPr="00880FEF">
        <w:rPr>
          <w:rFonts w:cs="Times New Roman"/>
          <w:sz w:val="24"/>
          <w:szCs w:val="24"/>
        </w:rPr>
        <w:t xml:space="preserve"> de cazier judiciar sau extras de pe cazierul judiciar;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9. </w:t>
      </w:r>
      <w:proofErr w:type="gramStart"/>
      <w:r w:rsidRPr="00880FEF">
        <w:rPr>
          <w:rFonts w:cs="Times New Roman"/>
          <w:sz w:val="24"/>
          <w:szCs w:val="24"/>
        </w:rPr>
        <w:t>adeverință</w:t>
      </w:r>
      <w:proofErr w:type="gramEnd"/>
      <w:r w:rsidRPr="00880FEF">
        <w:rPr>
          <w:rFonts w:cs="Times New Roman"/>
          <w:sz w:val="24"/>
          <w:szCs w:val="24"/>
        </w:rPr>
        <w:t xml:space="preserve"> medicală care atestă starea de sănătate corespunzătoare;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10. </w:t>
      </w:r>
      <w:proofErr w:type="gramStart"/>
      <w:r w:rsidRPr="00880FEF">
        <w:rPr>
          <w:rFonts w:cs="Times New Roman"/>
          <w:sz w:val="24"/>
          <w:szCs w:val="24"/>
        </w:rPr>
        <w:t>certificat</w:t>
      </w:r>
      <w:proofErr w:type="gramEnd"/>
      <w:r w:rsidRPr="00880FEF">
        <w:rPr>
          <w:rFonts w:cs="Times New Roman"/>
          <w:sz w:val="24"/>
          <w:szCs w:val="24"/>
        </w:rPr>
        <w:t xml:space="preserve"> de integritate comportamentală;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11. </w:t>
      </w:r>
      <w:proofErr w:type="gramStart"/>
      <w:r w:rsidRPr="00880FEF">
        <w:rPr>
          <w:rFonts w:cs="Times New Roman"/>
          <w:sz w:val="24"/>
          <w:szCs w:val="24"/>
        </w:rPr>
        <w:t>curriculum</w:t>
      </w:r>
      <w:proofErr w:type="gramEnd"/>
      <w:r w:rsidRPr="00880FEF">
        <w:rPr>
          <w:rFonts w:cs="Times New Roman"/>
          <w:sz w:val="24"/>
          <w:szCs w:val="24"/>
        </w:rPr>
        <w:t xml:space="preserve"> vitae, model comun european;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12. </w:t>
      </w:r>
      <w:proofErr w:type="gramStart"/>
      <w:r w:rsidRPr="00880FEF">
        <w:rPr>
          <w:rFonts w:cs="Times New Roman"/>
          <w:sz w:val="24"/>
          <w:szCs w:val="24"/>
        </w:rPr>
        <w:t>alte</w:t>
      </w:r>
      <w:proofErr w:type="gramEnd"/>
      <w:r w:rsidRPr="00880FEF">
        <w:rPr>
          <w:rFonts w:cs="Times New Roman"/>
          <w:sz w:val="24"/>
          <w:szCs w:val="24"/>
        </w:rPr>
        <w:t xml:space="preserve"> documente care atestă îndeplinirea condițiilor specifice, după caz.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IV. </w:t>
      </w:r>
      <w:proofErr w:type="spellStart"/>
      <w:r w:rsidRPr="00880FEF">
        <w:rPr>
          <w:rFonts w:cs="Times New Roman"/>
          <w:sz w:val="24"/>
          <w:szCs w:val="24"/>
        </w:rPr>
        <w:t>Calendarul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concursului</w:t>
      </w:r>
      <w:proofErr w:type="spellEnd"/>
      <w:r w:rsidR="009042D2" w:rsidRPr="00880FEF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="009042D2" w:rsidRPr="00880FEF">
        <w:rPr>
          <w:rFonts w:cs="Times New Roman"/>
          <w:sz w:val="24"/>
          <w:szCs w:val="24"/>
        </w:rPr>
        <w:t>ce</w:t>
      </w:r>
      <w:proofErr w:type="spellEnd"/>
      <w:proofErr w:type="gramEnd"/>
      <w:r w:rsidR="009042D2" w:rsidRPr="00880FEF">
        <w:rPr>
          <w:rFonts w:cs="Times New Roman"/>
          <w:sz w:val="24"/>
          <w:szCs w:val="24"/>
        </w:rPr>
        <w:t xml:space="preserve"> se </w:t>
      </w:r>
      <w:proofErr w:type="spellStart"/>
      <w:r w:rsidR="009042D2" w:rsidRPr="00880FEF">
        <w:rPr>
          <w:rFonts w:cs="Times New Roman"/>
          <w:sz w:val="24"/>
          <w:szCs w:val="24"/>
        </w:rPr>
        <w:t>va</w:t>
      </w:r>
      <w:proofErr w:type="spellEnd"/>
      <w:r w:rsidR="009042D2" w:rsidRPr="00880FEF">
        <w:rPr>
          <w:rFonts w:cs="Times New Roman"/>
          <w:sz w:val="24"/>
          <w:szCs w:val="24"/>
        </w:rPr>
        <w:t xml:space="preserve"> </w:t>
      </w:r>
      <w:proofErr w:type="spellStart"/>
      <w:r w:rsidR="009042D2" w:rsidRPr="00880FEF">
        <w:rPr>
          <w:rFonts w:cs="Times New Roman"/>
          <w:sz w:val="24"/>
          <w:szCs w:val="24"/>
        </w:rPr>
        <w:t>organiza</w:t>
      </w:r>
      <w:proofErr w:type="spellEnd"/>
      <w:r w:rsidR="009042D2" w:rsidRPr="00880FEF">
        <w:rPr>
          <w:rFonts w:cs="Times New Roman"/>
          <w:sz w:val="24"/>
          <w:szCs w:val="24"/>
        </w:rPr>
        <w:t xml:space="preserve"> la </w:t>
      </w:r>
      <w:proofErr w:type="spellStart"/>
      <w:r w:rsidR="009042D2" w:rsidRPr="00880FEF">
        <w:rPr>
          <w:rFonts w:cs="Times New Roman"/>
          <w:sz w:val="24"/>
          <w:szCs w:val="24"/>
        </w:rPr>
        <w:t>sediul</w:t>
      </w:r>
      <w:proofErr w:type="spellEnd"/>
      <w:r w:rsidR="009042D2" w:rsidRPr="00880FEF">
        <w:rPr>
          <w:rFonts w:cs="Times New Roman"/>
          <w:sz w:val="24"/>
          <w:szCs w:val="24"/>
        </w:rPr>
        <w:t xml:space="preserve"> </w:t>
      </w:r>
      <w:proofErr w:type="spellStart"/>
      <w:r w:rsidR="009042D2" w:rsidRPr="00880FEF">
        <w:rPr>
          <w:rFonts w:cs="Times New Roman"/>
          <w:sz w:val="24"/>
          <w:szCs w:val="24"/>
        </w:rPr>
        <w:t>instituției</w:t>
      </w:r>
      <w:proofErr w:type="spellEnd"/>
      <w:r w:rsidR="009042D2" w:rsidRPr="00880FEF">
        <w:rPr>
          <w:rFonts w:cs="Times New Roman"/>
          <w:sz w:val="24"/>
          <w:szCs w:val="24"/>
        </w:rPr>
        <w:t>:</w:t>
      </w:r>
    </w:p>
    <w:tbl>
      <w:tblPr>
        <w:tblStyle w:val="TableGrid"/>
        <w:tblW w:w="0" w:type="auto"/>
        <w:jc w:val="center"/>
        <w:tblLook w:val="04A0"/>
      </w:tblPr>
      <w:tblGrid>
        <w:gridCol w:w="1384"/>
        <w:gridCol w:w="4896"/>
        <w:gridCol w:w="3908"/>
      </w:tblGrid>
      <w:tr w:rsidR="009042D2" w:rsidRPr="00880FEF" w:rsidTr="009042D2">
        <w:trPr>
          <w:jc w:val="center"/>
        </w:trPr>
        <w:tc>
          <w:tcPr>
            <w:tcW w:w="1384" w:type="dxa"/>
            <w:shd w:val="clear" w:color="auto" w:fill="D9EAF7"/>
            <w:vAlign w:val="center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b/>
                <w:sz w:val="24"/>
                <w:szCs w:val="24"/>
              </w:rPr>
              <w:t xml:space="preserve">Nr. </w:t>
            </w:r>
            <w:proofErr w:type="spellStart"/>
            <w:r w:rsidRPr="00880FEF">
              <w:rPr>
                <w:rFonts w:cs="Times New Roman"/>
                <w:b/>
                <w:sz w:val="24"/>
                <w:szCs w:val="24"/>
              </w:rPr>
              <w:t>crt</w:t>
            </w:r>
            <w:proofErr w:type="spellEnd"/>
            <w:r w:rsidRPr="00880FEF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896" w:type="dxa"/>
            <w:shd w:val="clear" w:color="auto" w:fill="D9EAF7"/>
            <w:vAlign w:val="center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b/>
                <w:sz w:val="24"/>
                <w:szCs w:val="24"/>
              </w:rPr>
              <w:t>Etapa</w:t>
            </w:r>
            <w:proofErr w:type="spellEnd"/>
          </w:p>
        </w:tc>
        <w:tc>
          <w:tcPr>
            <w:tcW w:w="3908" w:type="dxa"/>
            <w:shd w:val="clear" w:color="auto" w:fill="D9EAF7"/>
            <w:vAlign w:val="center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b/>
                <w:sz w:val="24"/>
                <w:szCs w:val="24"/>
              </w:rPr>
              <w:t>Data/</w:t>
            </w:r>
            <w:proofErr w:type="spellStart"/>
            <w:r w:rsidRPr="00880FEF">
              <w:rPr>
                <w:rFonts w:cs="Times New Roman"/>
                <w:b/>
                <w:sz w:val="24"/>
                <w:szCs w:val="24"/>
              </w:rPr>
              <w:t>termenul</w:t>
            </w:r>
            <w:proofErr w:type="spellEnd"/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Publicarea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9042D2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15.10.2026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Depunerea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15.10–28.10.2026,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 (10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zile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lucrătoare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Selecția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dosarelor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și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afișarea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rezultatelor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29.10.2026,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Contestații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selecție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dosare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30.10.2026,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Soluționarea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și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afișarea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02.11.2026,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PROBA SCRISĂ</w:t>
            </w:r>
          </w:p>
        </w:tc>
        <w:tc>
          <w:tcPr>
            <w:tcW w:w="3908" w:type="dxa"/>
          </w:tcPr>
          <w:p w:rsidR="009042D2" w:rsidRPr="00880FEF" w:rsidRDefault="009042D2" w:rsidP="009042D2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06.11.2026,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09:00,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sediul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școlii</w:t>
            </w:r>
            <w:proofErr w:type="spellEnd"/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Afișarea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rezultatelor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probei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9042D2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06.11.2026,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Contestații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probă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09.11.2026,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Soluționarea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contestațiilor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scris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10.11.2026,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INTERVIUL</w:t>
            </w:r>
          </w:p>
        </w:tc>
        <w:tc>
          <w:tcPr>
            <w:tcW w:w="3908" w:type="dxa"/>
          </w:tcPr>
          <w:p w:rsidR="009042D2" w:rsidRPr="00880FEF" w:rsidRDefault="009042D2" w:rsidP="009042D2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11.11.2026,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09:00,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sediul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școlii</w:t>
            </w:r>
            <w:proofErr w:type="spellEnd"/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Afișarea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rezultatelor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9042D2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11.11.2026,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Contestații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9042D2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12.11.2026,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Soluționarea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contestațiilor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908" w:type="dxa"/>
          </w:tcPr>
          <w:p w:rsidR="009042D2" w:rsidRPr="00880FEF" w:rsidRDefault="009042D2" w:rsidP="009042D2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13.11.2026,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  <w:tr w:rsidR="009042D2" w:rsidRPr="00880FEF" w:rsidTr="009042D2">
        <w:trPr>
          <w:jc w:val="center"/>
        </w:trPr>
        <w:tc>
          <w:tcPr>
            <w:tcW w:w="1384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896" w:type="dxa"/>
          </w:tcPr>
          <w:p w:rsidR="009042D2" w:rsidRPr="00880FEF" w:rsidRDefault="009042D2" w:rsidP="000D71B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80FEF">
              <w:rPr>
                <w:rFonts w:cs="Times New Roman"/>
                <w:sz w:val="24"/>
                <w:szCs w:val="24"/>
              </w:rPr>
              <w:t>Afișarea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rezultatelor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finale</w:t>
            </w:r>
          </w:p>
        </w:tc>
        <w:tc>
          <w:tcPr>
            <w:tcW w:w="3908" w:type="dxa"/>
          </w:tcPr>
          <w:p w:rsidR="009042D2" w:rsidRPr="00880FEF" w:rsidRDefault="009042D2" w:rsidP="009042D2">
            <w:pPr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 xml:space="preserve">16.11.2026,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până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ora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15:00</w:t>
            </w:r>
          </w:p>
        </w:tc>
      </w:tr>
    </w:tbl>
    <w:p w:rsidR="009042D2" w:rsidRPr="00880FEF" w:rsidRDefault="009042D2" w:rsidP="009042D2">
      <w:pPr>
        <w:rPr>
          <w:rFonts w:cs="Times New Roman"/>
          <w:b/>
          <w:sz w:val="24"/>
          <w:szCs w:val="24"/>
        </w:rPr>
      </w:pPr>
    </w:p>
    <w:p w:rsidR="009042D2" w:rsidRPr="00880FEF" w:rsidRDefault="009042D2" w:rsidP="009042D2">
      <w:pPr>
        <w:rPr>
          <w:rFonts w:cs="Times New Roman"/>
          <w:sz w:val="24"/>
          <w:szCs w:val="24"/>
        </w:rPr>
      </w:pPr>
      <w:proofErr w:type="spellStart"/>
      <w:r w:rsidRPr="00880FEF">
        <w:rPr>
          <w:rFonts w:cs="Times New Roman"/>
          <w:b/>
          <w:sz w:val="24"/>
          <w:szCs w:val="24"/>
        </w:rPr>
        <w:t>Notă</w:t>
      </w:r>
      <w:proofErr w:type="spellEnd"/>
      <w:r w:rsidRPr="00880FEF">
        <w:rPr>
          <w:rFonts w:cs="Times New Roman"/>
          <w:b/>
          <w:sz w:val="24"/>
          <w:szCs w:val="24"/>
        </w:rPr>
        <w:t xml:space="preserve">: </w:t>
      </w:r>
      <w:proofErr w:type="spellStart"/>
      <w:r w:rsidRPr="00880FEF">
        <w:rPr>
          <w:rFonts w:cs="Times New Roman"/>
          <w:sz w:val="24"/>
          <w:szCs w:val="24"/>
        </w:rPr>
        <w:t>Termenele</w:t>
      </w:r>
      <w:proofErr w:type="spellEnd"/>
      <w:r w:rsidRPr="00880FEF">
        <w:rPr>
          <w:rFonts w:cs="Times New Roman"/>
          <w:sz w:val="24"/>
          <w:szCs w:val="24"/>
        </w:rPr>
        <w:t xml:space="preserve"> de </w:t>
      </w:r>
      <w:proofErr w:type="spellStart"/>
      <w:r w:rsidRPr="00880FEF">
        <w:rPr>
          <w:rFonts w:cs="Times New Roman"/>
          <w:sz w:val="24"/>
          <w:szCs w:val="24"/>
        </w:rPr>
        <w:t>contestație</w:t>
      </w:r>
      <w:proofErr w:type="spellEnd"/>
      <w:r w:rsidRPr="00880FEF">
        <w:rPr>
          <w:rFonts w:cs="Times New Roman"/>
          <w:sz w:val="24"/>
          <w:szCs w:val="24"/>
        </w:rPr>
        <w:t xml:space="preserve"> se </w:t>
      </w:r>
      <w:proofErr w:type="spellStart"/>
      <w:r w:rsidRPr="00880FEF">
        <w:rPr>
          <w:rFonts w:cs="Times New Roman"/>
          <w:sz w:val="24"/>
          <w:szCs w:val="24"/>
        </w:rPr>
        <w:t>calculează</w:t>
      </w:r>
      <w:proofErr w:type="spellEnd"/>
      <w:r w:rsidRPr="00880FEF">
        <w:rPr>
          <w:rFonts w:cs="Times New Roman"/>
          <w:sz w:val="24"/>
          <w:szCs w:val="24"/>
        </w:rPr>
        <w:t xml:space="preserve"> de la data </w:t>
      </w:r>
      <w:proofErr w:type="spellStart"/>
      <w:r w:rsidRPr="00880FEF">
        <w:rPr>
          <w:rFonts w:cs="Times New Roman"/>
          <w:sz w:val="24"/>
          <w:szCs w:val="24"/>
        </w:rPr>
        <w:t>și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ora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afișării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rezultatului</w:t>
      </w:r>
      <w:proofErr w:type="spellEnd"/>
      <w:r w:rsidRPr="00880FEF">
        <w:rPr>
          <w:rFonts w:cs="Times New Roman"/>
          <w:sz w:val="24"/>
          <w:szCs w:val="24"/>
        </w:rPr>
        <w:t xml:space="preserve">. </w:t>
      </w:r>
      <w:proofErr w:type="spellStart"/>
      <w:proofErr w:type="gramStart"/>
      <w:r w:rsidRPr="00880FEF">
        <w:rPr>
          <w:rFonts w:cs="Times New Roman"/>
          <w:sz w:val="24"/>
          <w:szCs w:val="24"/>
        </w:rPr>
        <w:t>Chiar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în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situația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înscrierii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unui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singur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candidat</w:t>
      </w:r>
      <w:proofErr w:type="spellEnd"/>
      <w:r w:rsidRPr="00880FEF">
        <w:rPr>
          <w:rFonts w:cs="Times New Roman"/>
          <w:sz w:val="24"/>
          <w:szCs w:val="24"/>
        </w:rPr>
        <w:t xml:space="preserve">, </w:t>
      </w:r>
      <w:proofErr w:type="spellStart"/>
      <w:r w:rsidRPr="00880FEF">
        <w:rPr>
          <w:rFonts w:cs="Times New Roman"/>
          <w:sz w:val="24"/>
          <w:szCs w:val="24"/>
        </w:rPr>
        <w:t>termenele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legale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și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dreptul</w:t>
      </w:r>
      <w:proofErr w:type="spellEnd"/>
      <w:r w:rsidRPr="00880FEF">
        <w:rPr>
          <w:rFonts w:cs="Times New Roman"/>
          <w:sz w:val="24"/>
          <w:szCs w:val="24"/>
        </w:rPr>
        <w:t xml:space="preserve"> la </w:t>
      </w:r>
      <w:proofErr w:type="spellStart"/>
      <w:r w:rsidRPr="00880FEF">
        <w:rPr>
          <w:rFonts w:cs="Times New Roman"/>
          <w:sz w:val="24"/>
          <w:szCs w:val="24"/>
        </w:rPr>
        <w:t>contestație</w:t>
      </w:r>
      <w:proofErr w:type="spellEnd"/>
      <w:r w:rsidRPr="00880FEF">
        <w:rPr>
          <w:rFonts w:cs="Times New Roman"/>
          <w:sz w:val="24"/>
          <w:szCs w:val="24"/>
        </w:rPr>
        <w:t xml:space="preserve"> se </w:t>
      </w:r>
      <w:proofErr w:type="spellStart"/>
      <w:r w:rsidRPr="00880FEF">
        <w:rPr>
          <w:rFonts w:cs="Times New Roman"/>
          <w:sz w:val="24"/>
          <w:szCs w:val="24"/>
        </w:rPr>
        <w:t>mențin</w:t>
      </w:r>
      <w:proofErr w:type="spellEnd"/>
      <w:r w:rsidRPr="00880FEF">
        <w:rPr>
          <w:rFonts w:cs="Times New Roman"/>
          <w:sz w:val="24"/>
          <w:szCs w:val="24"/>
        </w:rPr>
        <w:t>.</w:t>
      </w:r>
      <w:proofErr w:type="gramEnd"/>
    </w:p>
    <w:p w:rsidR="009042D2" w:rsidRPr="00880FEF" w:rsidRDefault="009042D2" w:rsidP="009042D2">
      <w:pPr>
        <w:rPr>
          <w:rFonts w:cs="Times New Roman"/>
          <w:sz w:val="24"/>
          <w:szCs w:val="24"/>
        </w:rPr>
      </w:pPr>
      <w:proofErr w:type="spellStart"/>
      <w:r w:rsidRPr="00880FEF">
        <w:rPr>
          <w:rFonts w:cs="Times New Roman"/>
          <w:sz w:val="24"/>
          <w:szCs w:val="24"/>
        </w:rPr>
        <w:t>Dosarele</w:t>
      </w:r>
      <w:proofErr w:type="spellEnd"/>
      <w:r w:rsidRPr="00880FEF">
        <w:rPr>
          <w:rFonts w:cs="Times New Roman"/>
          <w:sz w:val="24"/>
          <w:szCs w:val="24"/>
        </w:rPr>
        <w:t xml:space="preserve"> se </w:t>
      </w:r>
      <w:proofErr w:type="spellStart"/>
      <w:r w:rsidRPr="00880FEF">
        <w:rPr>
          <w:rFonts w:cs="Times New Roman"/>
          <w:sz w:val="24"/>
          <w:szCs w:val="24"/>
        </w:rPr>
        <w:t>depun</w:t>
      </w:r>
      <w:proofErr w:type="spellEnd"/>
      <w:r w:rsidRPr="00880FEF">
        <w:rPr>
          <w:rFonts w:cs="Times New Roman"/>
          <w:sz w:val="24"/>
          <w:szCs w:val="24"/>
        </w:rPr>
        <w:t xml:space="preserve"> la </w:t>
      </w:r>
      <w:proofErr w:type="spellStart"/>
      <w:r w:rsidRPr="00880FEF">
        <w:rPr>
          <w:rFonts w:cs="Times New Roman"/>
          <w:sz w:val="24"/>
          <w:szCs w:val="24"/>
        </w:rPr>
        <w:t>secretariatul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Școlii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Gimnaziale</w:t>
      </w:r>
      <w:proofErr w:type="spellEnd"/>
      <w:r w:rsidRPr="00880FEF">
        <w:rPr>
          <w:rFonts w:cs="Times New Roman"/>
          <w:sz w:val="24"/>
          <w:szCs w:val="24"/>
        </w:rPr>
        <w:t xml:space="preserve"> „Sf. Sava” </w:t>
      </w:r>
      <w:proofErr w:type="spellStart"/>
      <w:r w:rsidRPr="00880FEF">
        <w:rPr>
          <w:rFonts w:cs="Times New Roman"/>
          <w:sz w:val="24"/>
          <w:szCs w:val="24"/>
        </w:rPr>
        <w:t>Socol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în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programul</w:t>
      </w:r>
      <w:proofErr w:type="spellEnd"/>
      <w:r w:rsidRPr="00880FEF">
        <w:rPr>
          <w:rFonts w:cs="Times New Roman"/>
          <w:sz w:val="24"/>
          <w:szCs w:val="24"/>
        </w:rPr>
        <w:t xml:space="preserve"> de </w:t>
      </w:r>
      <w:proofErr w:type="spellStart"/>
      <w:r w:rsidRPr="00880FEF">
        <w:rPr>
          <w:rFonts w:cs="Times New Roman"/>
          <w:sz w:val="24"/>
          <w:szCs w:val="24"/>
        </w:rPr>
        <w:t>lucru</w:t>
      </w:r>
      <w:proofErr w:type="spellEnd"/>
      <w:r w:rsidRPr="00880FEF">
        <w:rPr>
          <w:rFonts w:cs="Times New Roman"/>
          <w:sz w:val="24"/>
          <w:szCs w:val="24"/>
        </w:rPr>
        <w:t xml:space="preserve"> al </w:t>
      </w:r>
      <w:proofErr w:type="spellStart"/>
      <w:r w:rsidRPr="00880FEF">
        <w:rPr>
          <w:rFonts w:cs="Times New Roman"/>
          <w:sz w:val="24"/>
          <w:szCs w:val="24"/>
        </w:rPr>
        <w:t>secretariatului</w:t>
      </w:r>
      <w:proofErr w:type="spellEnd"/>
      <w:r w:rsidRPr="00880FEF">
        <w:rPr>
          <w:rFonts w:cs="Times New Roman"/>
          <w:sz w:val="24"/>
          <w:szCs w:val="24"/>
        </w:rPr>
        <w:t xml:space="preserve">, </w:t>
      </w:r>
      <w:proofErr w:type="spellStart"/>
      <w:r w:rsidRPr="00880FEF">
        <w:rPr>
          <w:rFonts w:cs="Times New Roman"/>
          <w:sz w:val="24"/>
          <w:szCs w:val="24"/>
        </w:rPr>
        <w:t>până</w:t>
      </w:r>
      <w:proofErr w:type="spellEnd"/>
      <w:r w:rsidRPr="00880FEF">
        <w:rPr>
          <w:rFonts w:cs="Times New Roman"/>
          <w:sz w:val="24"/>
          <w:szCs w:val="24"/>
        </w:rPr>
        <w:t xml:space="preserve"> la </w:t>
      </w:r>
      <w:proofErr w:type="spellStart"/>
      <w:r w:rsidRPr="00880FEF">
        <w:rPr>
          <w:rFonts w:cs="Times New Roman"/>
          <w:sz w:val="24"/>
          <w:szCs w:val="24"/>
        </w:rPr>
        <w:t>ora-limită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menționată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în</w:t>
      </w:r>
      <w:proofErr w:type="spellEnd"/>
      <w:r w:rsidRPr="00880FEF">
        <w:rPr>
          <w:rFonts w:cs="Times New Roman"/>
          <w:sz w:val="24"/>
          <w:szCs w:val="24"/>
        </w:rPr>
        <w:t xml:space="preserve"> calendar.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V. Desfășurarea concursului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proofErr w:type="gramStart"/>
      <w:r w:rsidRPr="00880FEF">
        <w:rPr>
          <w:rFonts w:cs="Times New Roman"/>
          <w:sz w:val="24"/>
          <w:szCs w:val="24"/>
        </w:rPr>
        <w:t>Concursul constă în probă scrisă și interviu.</w:t>
      </w:r>
      <w:proofErr w:type="gramEnd"/>
      <w:r w:rsidRPr="00880FEF">
        <w:rPr>
          <w:rFonts w:cs="Times New Roman"/>
          <w:sz w:val="24"/>
          <w:szCs w:val="24"/>
        </w:rPr>
        <w:t xml:space="preserve"> </w:t>
      </w:r>
      <w:proofErr w:type="gramStart"/>
      <w:r w:rsidRPr="00880FEF">
        <w:rPr>
          <w:rFonts w:cs="Times New Roman"/>
          <w:sz w:val="24"/>
          <w:szCs w:val="24"/>
        </w:rPr>
        <w:t>Fiecare probă se notează cu maximum 100 de puncte.</w:t>
      </w:r>
      <w:proofErr w:type="gramEnd"/>
      <w:r w:rsidRPr="00880FEF">
        <w:rPr>
          <w:rFonts w:cs="Times New Roman"/>
          <w:sz w:val="24"/>
          <w:szCs w:val="24"/>
        </w:rPr>
        <w:t xml:space="preserve"> Pentru promovarea fiecărei probe, candidatul trebuie </w:t>
      </w:r>
      <w:proofErr w:type="gramStart"/>
      <w:r w:rsidRPr="00880FEF">
        <w:rPr>
          <w:rFonts w:cs="Times New Roman"/>
          <w:sz w:val="24"/>
          <w:szCs w:val="24"/>
        </w:rPr>
        <w:t>să</w:t>
      </w:r>
      <w:proofErr w:type="gramEnd"/>
      <w:r w:rsidRPr="00880FEF">
        <w:rPr>
          <w:rFonts w:cs="Times New Roman"/>
          <w:sz w:val="24"/>
          <w:szCs w:val="24"/>
        </w:rPr>
        <w:t xml:space="preserve"> obțină minimum 50 de puncte. </w:t>
      </w:r>
      <w:proofErr w:type="gramStart"/>
      <w:r w:rsidRPr="00880FEF">
        <w:rPr>
          <w:rFonts w:cs="Times New Roman"/>
          <w:sz w:val="24"/>
          <w:szCs w:val="24"/>
        </w:rPr>
        <w:t xml:space="preserve">Punctajul final se calculează ca </w:t>
      </w:r>
      <w:proofErr w:type="spellStart"/>
      <w:r w:rsidRPr="00880FEF">
        <w:rPr>
          <w:rFonts w:cs="Times New Roman"/>
          <w:sz w:val="24"/>
          <w:szCs w:val="24"/>
        </w:rPr>
        <w:t>medie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aritmetică</w:t>
      </w:r>
      <w:proofErr w:type="spellEnd"/>
      <w:r w:rsidRPr="00880FEF">
        <w:rPr>
          <w:rFonts w:cs="Times New Roman"/>
          <w:sz w:val="24"/>
          <w:szCs w:val="24"/>
        </w:rPr>
        <w:t xml:space="preserve"> a </w:t>
      </w:r>
      <w:proofErr w:type="spellStart"/>
      <w:r w:rsidRPr="00880FEF">
        <w:rPr>
          <w:rFonts w:cs="Times New Roman"/>
          <w:sz w:val="24"/>
          <w:szCs w:val="24"/>
        </w:rPr>
        <w:t>punctajelor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obținute</w:t>
      </w:r>
      <w:proofErr w:type="spellEnd"/>
      <w:r w:rsidRPr="00880FEF">
        <w:rPr>
          <w:rFonts w:cs="Times New Roman"/>
          <w:sz w:val="24"/>
          <w:szCs w:val="24"/>
        </w:rPr>
        <w:t xml:space="preserve"> la </w:t>
      </w:r>
      <w:proofErr w:type="spellStart"/>
      <w:r w:rsidRPr="00880FEF">
        <w:rPr>
          <w:rFonts w:cs="Times New Roman"/>
          <w:sz w:val="24"/>
          <w:szCs w:val="24"/>
        </w:rPr>
        <w:t>proba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scrisă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și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interviu</w:t>
      </w:r>
      <w:proofErr w:type="spellEnd"/>
      <w:r w:rsidRPr="00880FEF">
        <w:rPr>
          <w:rFonts w:cs="Times New Roman"/>
          <w:sz w:val="24"/>
          <w:szCs w:val="24"/>
        </w:rPr>
        <w:t>.</w:t>
      </w:r>
      <w:proofErr w:type="gramEnd"/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VI. Bibliografie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1. OUG nr. 195/2002 privind circulația pe drumurile publice, republicată, cu modificările și completările ulterioare – dispozițiile relevante pentru conducătorii auto și transportul persoanelor;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2. HG nr. 1391/2006 pentru aprobarea Regulamentului de aplicare </w:t>
      </w:r>
      <w:proofErr w:type="gramStart"/>
      <w:r w:rsidRPr="00880FEF">
        <w:rPr>
          <w:rFonts w:cs="Times New Roman"/>
          <w:sz w:val="24"/>
          <w:szCs w:val="24"/>
        </w:rPr>
        <w:t>a</w:t>
      </w:r>
      <w:proofErr w:type="gramEnd"/>
      <w:r w:rsidRPr="00880FEF">
        <w:rPr>
          <w:rFonts w:cs="Times New Roman"/>
          <w:sz w:val="24"/>
          <w:szCs w:val="24"/>
        </w:rPr>
        <w:t xml:space="preserve"> OUG nr. 195/2002, cu modificările și completările ulterioare – dispozițiile relevante;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3. Legea nr. 319/2006 a securității și sănătății în muncă, cu modificările și completările ulterioare – obligațiile lucrătorilor;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4. Legea nr. 53/2003 – Codul muncii, republicată, cu modificările și completările ulterioare – drepturile și obligațiile salariatului;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5. Fișa postului de șofer microbuz școlar;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6. Regulamentul intern al Școlii Gimnaziale „Sf. Sava” Socol – prevederile aplicabile personalului administrativ.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VII. Tematica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1. Obligațiile conducătorului auto în circulația pe drumurile publice;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2. Reguli privind transportul persoanelor;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3. Conducerea preventivă și obligațiile conducătorului auto;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lastRenderedPageBreak/>
        <w:t>4. Reguli de circulație, prioritate, oprire și staționare;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5. Obligațiile conducătorului auto în cazul accidentelor și incidentelor rutiere;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6. Verificarea stării tehnice și exploatarea în condiții de siguranță </w:t>
      </w:r>
      <w:proofErr w:type="gramStart"/>
      <w:r w:rsidRPr="00880FEF">
        <w:rPr>
          <w:rFonts w:cs="Times New Roman"/>
          <w:sz w:val="24"/>
          <w:szCs w:val="24"/>
        </w:rPr>
        <w:t>a</w:t>
      </w:r>
      <w:proofErr w:type="gramEnd"/>
      <w:r w:rsidRPr="00880FEF">
        <w:rPr>
          <w:rFonts w:cs="Times New Roman"/>
          <w:sz w:val="24"/>
          <w:szCs w:val="24"/>
        </w:rPr>
        <w:t xml:space="preserve"> autovehiculului;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7. Măsuri privind siguranța elevilor la urcarea, transportul și coborârea din microbuz;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8. Obligațiile lucrătorului în domeniul securității și sănătății în muncă;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9. Drepturile și obligațiile salariatului;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10. Atribuțiile specifice prevăzute în fișa postului de șofer microbuz școlar;</w:t>
      </w:r>
    </w:p>
    <w:p w:rsidR="003823E5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>11. Conduita și responsabilitățile personalului care desfășoară activități în cadrul unității de învățământ.</w:t>
      </w:r>
    </w:p>
    <w:p w:rsidR="002F4BC2" w:rsidRPr="00880FEF" w:rsidRDefault="00F765C6">
      <w:pPr>
        <w:rPr>
          <w:rFonts w:cs="Times New Roman"/>
          <w:sz w:val="24"/>
          <w:szCs w:val="24"/>
        </w:rPr>
      </w:pPr>
      <w:r w:rsidRPr="00880FEF">
        <w:rPr>
          <w:rFonts w:cs="Times New Roman"/>
          <w:sz w:val="24"/>
          <w:szCs w:val="24"/>
        </w:rPr>
        <w:t xml:space="preserve">VIII. </w:t>
      </w:r>
      <w:proofErr w:type="spellStart"/>
      <w:r w:rsidRPr="00880FEF">
        <w:rPr>
          <w:rFonts w:cs="Times New Roman"/>
          <w:sz w:val="24"/>
          <w:szCs w:val="24"/>
        </w:rPr>
        <w:t>Depunerea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dosarelor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și</w:t>
      </w:r>
      <w:proofErr w:type="spellEnd"/>
      <w:r w:rsidRPr="00880FEF">
        <w:rPr>
          <w:rFonts w:cs="Times New Roman"/>
          <w:sz w:val="24"/>
          <w:szCs w:val="24"/>
        </w:rPr>
        <w:t xml:space="preserve"> </w:t>
      </w:r>
      <w:proofErr w:type="spellStart"/>
      <w:r w:rsidRPr="00880FEF">
        <w:rPr>
          <w:rFonts w:cs="Times New Roman"/>
          <w:sz w:val="24"/>
          <w:szCs w:val="24"/>
        </w:rPr>
        <w:t>informații</w:t>
      </w:r>
      <w:proofErr w:type="spellEnd"/>
      <w:r w:rsidR="002F4BC2" w:rsidRPr="00880FEF">
        <w:rPr>
          <w:rFonts w:cs="Times New Roman"/>
          <w:sz w:val="24"/>
          <w:szCs w:val="24"/>
        </w:rPr>
        <w:t xml:space="preserve">. </w:t>
      </w:r>
    </w:p>
    <w:p w:rsidR="003823E5" w:rsidRPr="00880FEF" w:rsidRDefault="002F4BC2">
      <w:pPr>
        <w:rPr>
          <w:rFonts w:cs="Times New Roman"/>
          <w:sz w:val="24"/>
          <w:szCs w:val="24"/>
        </w:rPr>
      </w:pPr>
      <w:proofErr w:type="spellStart"/>
      <w:r w:rsidRPr="00880FEF">
        <w:rPr>
          <w:rFonts w:cs="Times New Roman"/>
          <w:sz w:val="24"/>
          <w:szCs w:val="24"/>
        </w:rPr>
        <w:t>R</w:t>
      </w:r>
      <w:r w:rsidR="00F765C6" w:rsidRPr="00880FEF">
        <w:rPr>
          <w:rFonts w:cs="Times New Roman"/>
          <w:sz w:val="24"/>
          <w:szCs w:val="24"/>
        </w:rPr>
        <w:t>elații</w:t>
      </w:r>
      <w:proofErr w:type="spellEnd"/>
      <w:r w:rsidR="00F765C6" w:rsidRPr="00880FEF">
        <w:rPr>
          <w:rFonts w:cs="Times New Roman"/>
          <w:sz w:val="24"/>
          <w:szCs w:val="24"/>
        </w:rPr>
        <w:t xml:space="preserve"> </w:t>
      </w:r>
      <w:proofErr w:type="spellStart"/>
      <w:r w:rsidR="00F765C6" w:rsidRPr="00880FEF">
        <w:rPr>
          <w:rFonts w:cs="Times New Roman"/>
          <w:sz w:val="24"/>
          <w:szCs w:val="24"/>
        </w:rPr>
        <w:t>suplimentare</w:t>
      </w:r>
      <w:proofErr w:type="spellEnd"/>
      <w:r w:rsidR="00F765C6" w:rsidRPr="00880FEF">
        <w:rPr>
          <w:rFonts w:cs="Times New Roman"/>
          <w:sz w:val="24"/>
          <w:szCs w:val="24"/>
        </w:rPr>
        <w:t xml:space="preserve">: </w:t>
      </w:r>
      <w:proofErr w:type="spellStart"/>
      <w:r w:rsidR="00F765C6" w:rsidRPr="00880FEF">
        <w:rPr>
          <w:rFonts w:cs="Times New Roman"/>
          <w:sz w:val="24"/>
          <w:szCs w:val="24"/>
        </w:rPr>
        <w:t>telefon</w:t>
      </w:r>
      <w:proofErr w:type="spellEnd"/>
      <w:r w:rsidR="00F765C6" w:rsidRPr="00880FEF">
        <w:rPr>
          <w:rFonts w:cs="Times New Roman"/>
          <w:sz w:val="24"/>
          <w:szCs w:val="24"/>
        </w:rPr>
        <w:t xml:space="preserve"> </w:t>
      </w:r>
      <w:r w:rsidR="00A52FBE" w:rsidRPr="00880FEF">
        <w:rPr>
          <w:rFonts w:cs="Times New Roman"/>
          <w:sz w:val="24"/>
          <w:szCs w:val="24"/>
        </w:rPr>
        <w:t>0720013466</w:t>
      </w:r>
      <w:r w:rsidR="00F765C6" w:rsidRPr="00880FEF">
        <w:rPr>
          <w:rFonts w:cs="Times New Roman"/>
          <w:sz w:val="24"/>
          <w:szCs w:val="24"/>
        </w:rPr>
        <w:t xml:space="preserve">; e-mail </w:t>
      </w:r>
      <w:proofErr w:type="spellStart"/>
      <w:r w:rsidR="00A52FBE" w:rsidRPr="00880FEF">
        <w:rPr>
          <w:rFonts w:cs="Times New Roman"/>
          <w:sz w:val="24"/>
          <w:szCs w:val="24"/>
        </w:rPr>
        <w:t>școalasocol@isjcs.ro</w:t>
      </w:r>
      <w:proofErr w:type="spellEnd"/>
      <w:r w:rsidR="00F765C6" w:rsidRPr="00880FEF">
        <w:rPr>
          <w:rFonts w:cs="Times New Roman"/>
          <w:sz w:val="24"/>
          <w:szCs w:val="24"/>
        </w:rPr>
        <w:t>.</w:t>
      </w:r>
    </w:p>
    <w:p w:rsidR="003823E5" w:rsidRPr="00880FEF" w:rsidRDefault="003823E5">
      <w:pPr>
        <w:rPr>
          <w:rFonts w:cs="Times New Roman"/>
          <w:sz w:val="24"/>
          <w:szCs w:val="24"/>
        </w:rPr>
      </w:pPr>
    </w:p>
    <w:tbl>
      <w:tblPr>
        <w:tblW w:w="0" w:type="auto"/>
        <w:jc w:val="center"/>
        <w:tblLook w:val="04A0"/>
      </w:tblPr>
      <w:tblGrid>
        <w:gridCol w:w="4986"/>
      </w:tblGrid>
      <w:tr w:rsidR="00A52FBE" w:rsidRPr="00880FEF">
        <w:trPr>
          <w:jc w:val="center"/>
        </w:trPr>
        <w:tc>
          <w:tcPr>
            <w:tcW w:w="4986" w:type="dxa"/>
          </w:tcPr>
          <w:p w:rsidR="00A52FBE" w:rsidRPr="00880FEF" w:rsidRDefault="00A52FBE" w:rsidP="00A52FB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80FEF">
              <w:rPr>
                <w:rFonts w:cs="Times New Roman"/>
                <w:sz w:val="24"/>
                <w:szCs w:val="24"/>
              </w:rPr>
              <w:t>DIRECTOR,</w:t>
            </w:r>
            <w:r w:rsidRPr="00880FEF">
              <w:rPr>
                <w:rFonts w:cs="Times New Roman"/>
                <w:sz w:val="24"/>
                <w:szCs w:val="24"/>
              </w:rPr>
              <w:br/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prof.Drăgilă</w:t>
            </w:r>
            <w:proofErr w:type="spellEnd"/>
            <w:r w:rsidRPr="00880FEF">
              <w:rPr>
                <w:rFonts w:cs="Times New Roman"/>
                <w:sz w:val="24"/>
                <w:szCs w:val="24"/>
              </w:rPr>
              <w:t xml:space="preserve"> Maria </w:t>
            </w:r>
            <w:proofErr w:type="spellStart"/>
            <w:r w:rsidRPr="00880FEF">
              <w:rPr>
                <w:rFonts w:cs="Times New Roman"/>
                <w:sz w:val="24"/>
                <w:szCs w:val="24"/>
              </w:rPr>
              <w:t>Lucreția</w:t>
            </w:r>
            <w:bookmarkStart w:id="0" w:name="_GoBack"/>
            <w:bookmarkEnd w:id="0"/>
            <w:proofErr w:type="spellEnd"/>
          </w:p>
        </w:tc>
      </w:tr>
    </w:tbl>
    <w:p w:rsidR="00F765C6" w:rsidRPr="00880FEF" w:rsidRDefault="00F765C6">
      <w:pPr>
        <w:rPr>
          <w:rFonts w:cs="Times New Roman"/>
          <w:sz w:val="24"/>
          <w:szCs w:val="24"/>
        </w:rPr>
      </w:pPr>
    </w:p>
    <w:sectPr w:rsidR="00F765C6" w:rsidRPr="00880FEF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4D1" w:rsidRDefault="00A514D1">
      <w:pPr>
        <w:spacing w:after="0" w:line="240" w:lineRule="auto"/>
      </w:pPr>
      <w:r>
        <w:separator/>
      </w:r>
    </w:p>
  </w:endnote>
  <w:endnote w:type="continuationSeparator" w:id="0">
    <w:p w:rsidR="00A514D1" w:rsidRDefault="00A51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E5" w:rsidRDefault="00F765C6">
    <w:pPr>
      <w:pStyle w:val="Footer"/>
      <w:jc w:val="center"/>
    </w:pPr>
    <w:r>
      <w:rPr>
        <w:sz w:val="16"/>
      </w:rPr>
      <w:t>Școala Gimnazială „Sf. Sava” Socol – Concurs șofer microbuz școlar 2026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4D1" w:rsidRDefault="00A514D1">
      <w:pPr>
        <w:spacing w:after="0" w:line="240" w:lineRule="auto"/>
      </w:pPr>
      <w:r>
        <w:separator/>
      </w:r>
    </w:p>
  </w:footnote>
  <w:footnote w:type="continuationSeparator" w:id="0">
    <w:p w:rsidR="00A514D1" w:rsidRDefault="00A51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9639D"/>
    <w:rsid w:val="002F4BC2"/>
    <w:rsid w:val="00326F90"/>
    <w:rsid w:val="003747F4"/>
    <w:rsid w:val="003823E5"/>
    <w:rsid w:val="00605D6F"/>
    <w:rsid w:val="00880FEF"/>
    <w:rsid w:val="009042D2"/>
    <w:rsid w:val="00A514D1"/>
    <w:rsid w:val="00A52FBE"/>
    <w:rsid w:val="00AA1D8D"/>
    <w:rsid w:val="00AC0DFE"/>
    <w:rsid w:val="00B47730"/>
    <w:rsid w:val="00C375B5"/>
    <w:rsid w:val="00CB0664"/>
    <w:rsid w:val="00D60DE1"/>
    <w:rsid w:val="00DC771C"/>
    <w:rsid w:val="00EF0F6C"/>
    <w:rsid w:val="00F765C6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8C5FB2-7AF7-4DDB-9F9C-F2DCFE7AB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6805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Florin Radu</cp:lastModifiedBy>
  <cp:revision>12</cp:revision>
  <dcterms:created xsi:type="dcterms:W3CDTF">2013-12-23T23:15:00Z</dcterms:created>
  <dcterms:modified xsi:type="dcterms:W3CDTF">2026-10-14T06:56:00Z</dcterms:modified>
  <cp:category/>
</cp:coreProperties>
</file>