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9B311" w14:textId="77777777" w:rsidR="00CB1E92" w:rsidRPr="008242F7" w:rsidRDefault="00F718C3">
      <w:pPr>
        <w:rPr>
          <w:lang w:val="pt-BR"/>
        </w:rPr>
      </w:pPr>
      <w:r w:rsidRPr="008242F7">
        <w:rPr>
          <w:lang w:val="pt-BR"/>
        </w:rPr>
        <w:t>Nr. 3031 din 07.10.2026</w:t>
      </w:r>
    </w:p>
    <w:p w14:paraId="4E473857" w14:textId="03E35A00" w:rsidR="00CB1E92" w:rsidRPr="008242F7" w:rsidRDefault="00F718C3" w:rsidP="00030F11">
      <w:pPr>
        <w:pStyle w:val="Titlu"/>
        <w:jc w:val="center"/>
        <w:rPr>
          <w:lang w:val="pt-BR"/>
        </w:rPr>
      </w:pPr>
      <w:r w:rsidRPr="008242F7">
        <w:rPr>
          <w:lang w:val="pt-BR"/>
        </w:rPr>
        <w:t xml:space="preserve">Anunț de concurs pentru </w:t>
      </w:r>
      <w:r w:rsidR="009A21A8" w:rsidRPr="008242F7">
        <w:rPr>
          <w:lang w:val="pt-BR"/>
        </w:rPr>
        <w:t>4 (patru)</w:t>
      </w:r>
      <w:r w:rsidRPr="008242F7">
        <w:rPr>
          <w:lang w:val="pt-BR"/>
        </w:rPr>
        <w:t xml:space="preserve"> posturi de îngrijitor</w:t>
      </w:r>
    </w:p>
    <w:p w14:paraId="7B7426D4" w14:textId="77777777" w:rsidR="00030F11" w:rsidRPr="008242F7" w:rsidRDefault="00030F11" w:rsidP="00030F11">
      <w:pPr>
        <w:rPr>
          <w:lang w:val="pt-BR"/>
        </w:rPr>
      </w:pPr>
    </w:p>
    <w:p w14:paraId="1D493F0B" w14:textId="77777777" w:rsidR="00CB1E92" w:rsidRPr="008242F7" w:rsidRDefault="00F718C3" w:rsidP="002E1D96">
      <w:pPr>
        <w:ind w:firstLine="720"/>
        <w:jc w:val="both"/>
        <w:rPr>
          <w:sz w:val="24"/>
          <w:szCs w:val="24"/>
          <w:lang w:val="pt-BR"/>
        </w:rPr>
      </w:pPr>
      <w:r w:rsidRPr="008242F7">
        <w:rPr>
          <w:sz w:val="24"/>
          <w:szCs w:val="24"/>
          <w:lang w:val="pt-BR"/>
        </w:rPr>
        <w:t>Liceul de Arte Plastice Timișoara organizează concurs pentru ocuparea a patru posturi vacante de îngrijitor, funcții contractuale de execuție, cu normă întreagă, pe durată nedeterminată.</w:t>
      </w:r>
    </w:p>
    <w:p w14:paraId="1E044FE1" w14:textId="77777777" w:rsidR="00CB1E92" w:rsidRPr="008242F7" w:rsidRDefault="00F718C3">
      <w:pPr>
        <w:pStyle w:val="Titlu1"/>
        <w:rPr>
          <w:lang w:val="pt-BR"/>
        </w:rPr>
      </w:pPr>
      <w:r w:rsidRPr="008242F7">
        <w:rPr>
          <w:lang w:val="pt-BR"/>
        </w:rPr>
        <w:t>Identificarea posturilor</w:t>
      </w:r>
    </w:p>
    <w:p w14:paraId="26793E23" w14:textId="51E2F4E5" w:rsidR="00CB1E92" w:rsidRPr="008242F7" w:rsidRDefault="00F718C3" w:rsidP="00030F11">
      <w:pPr>
        <w:jc w:val="both"/>
        <w:rPr>
          <w:sz w:val="24"/>
          <w:szCs w:val="24"/>
          <w:lang w:val="pt-BR"/>
        </w:rPr>
      </w:pPr>
      <w:r w:rsidRPr="008242F7">
        <w:rPr>
          <w:b/>
          <w:bCs/>
          <w:sz w:val="24"/>
          <w:szCs w:val="24"/>
          <w:lang w:val="pt-BR"/>
        </w:rPr>
        <w:t xml:space="preserve">Compartimentul: </w:t>
      </w:r>
      <w:r w:rsidR="002E1D96" w:rsidRPr="008242F7">
        <w:rPr>
          <w:sz w:val="24"/>
          <w:szCs w:val="24"/>
          <w:lang w:val="pt-BR"/>
        </w:rPr>
        <w:t>administrativ</w:t>
      </w:r>
    </w:p>
    <w:p w14:paraId="14517E90" w14:textId="1D0D66CA" w:rsidR="00CB1E92" w:rsidRPr="008242F7" w:rsidRDefault="00F718C3" w:rsidP="00030F11">
      <w:pPr>
        <w:jc w:val="both"/>
        <w:rPr>
          <w:sz w:val="24"/>
          <w:szCs w:val="24"/>
          <w:lang w:val="pt-BR"/>
        </w:rPr>
      </w:pPr>
      <w:r w:rsidRPr="008242F7">
        <w:rPr>
          <w:b/>
          <w:bCs/>
          <w:sz w:val="24"/>
          <w:szCs w:val="24"/>
          <w:lang w:val="pt-BR"/>
        </w:rPr>
        <w:t>Gradul sau treapta profesională:</w:t>
      </w:r>
      <w:r w:rsidRPr="008242F7">
        <w:rPr>
          <w:sz w:val="24"/>
          <w:szCs w:val="24"/>
          <w:lang w:val="pt-BR"/>
        </w:rPr>
        <w:t xml:space="preserve"> </w:t>
      </w:r>
      <w:r w:rsidR="002E1D96" w:rsidRPr="008242F7">
        <w:rPr>
          <w:sz w:val="24"/>
          <w:szCs w:val="24"/>
          <w:lang w:val="pt-BR"/>
        </w:rPr>
        <w:t>grad professional I</w:t>
      </w:r>
    </w:p>
    <w:p w14:paraId="1571167C" w14:textId="77252164" w:rsidR="00CB1E92" w:rsidRPr="008242F7" w:rsidRDefault="00F718C3" w:rsidP="00030F11">
      <w:pPr>
        <w:jc w:val="both"/>
        <w:rPr>
          <w:sz w:val="24"/>
          <w:szCs w:val="24"/>
          <w:lang w:val="pt-BR"/>
        </w:rPr>
      </w:pPr>
      <w:r w:rsidRPr="008242F7">
        <w:rPr>
          <w:b/>
          <w:bCs/>
          <w:sz w:val="24"/>
          <w:szCs w:val="24"/>
          <w:lang w:val="pt-BR"/>
        </w:rPr>
        <w:t>Durata timpului de lucru pentru fiecare post:</w:t>
      </w:r>
      <w:r w:rsidRPr="008242F7">
        <w:rPr>
          <w:sz w:val="24"/>
          <w:szCs w:val="24"/>
          <w:lang w:val="pt-BR"/>
        </w:rPr>
        <w:t xml:space="preserve"> 8 ore pe zi și 40 de ore pe săptămână, potrivit programului aprobat</w:t>
      </w:r>
    </w:p>
    <w:p w14:paraId="2E78410E" w14:textId="77777777" w:rsidR="00CB1E92" w:rsidRPr="008242F7" w:rsidRDefault="00F718C3" w:rsidP="00030F11">
      <w:pPr>
        <w:jc w:val="both"/>
        <w:rPr>
          <w:sz w:val="24"/>
          <w:szCs w:val="24"/>
          <w:lang w:val="pt-BR"/>
        </w:rPr>
      </w:pPr>
      <w:r w:rsidRPr="008242F7">
        <w:rPr>
          <w:b/>
          <w:bCs/>
          <w:sz w:val="24"/>
          <w:szCs w:val="24"/>
          <w:lang w:val="pt-BR"/>
        </w:rPr>
        <w:t>Locul de muncă și de desfășurare a probelor:</w:t>
      </w:r>
      <w:r w:rsidRPr="008242F7">
        <w:rPr>
          <w:sz w:val="24"/>
          <w:szCs w:val="24"/>
          <w:lang w:val="pt-BR"/>
        </w:rPr>
        <w:t xml:space="preserve"> sediul Liceului de Arte Plastice Timișoara, str. Lorena nr. 35.</w:t>
      </w:r>
    </w:p>
    <w:p w14:paraId="56647DCB" w14:textId="77777777" w:rsidR="00CB1E92" w:rsidRPr="008242F7" w:rsidRDefault="00F718C3">
      <w:pPr>
        <w:pStyle w:val="Titlu1"/>
        <w:rPr>
          <w:lang w:val="pt-BR"/>
        </w:rPr>
      </w:pPr>
      <w:r w:rsidRPr="008242F7">
        <w:rPr>
          <w:lang w:val="pt-BR"/>
        </w:rPr>
        <w:t>Temeiurile organizării concursului</w:t>
      </w:r>
    </w:p>
    <w:p w14:paraId="683AA810" w14:textId="77777777" w:rsidR="00CB1E92" w:rsidRPr="008242F7" w:rsidRDefault="00F718C3" w:rsidP="00030F11">
      <w:pPr>
        <w:jc w:val="both"/>
        <w:rPr>
          <w:sz w:val="24"/>
          <w:szCs w:val="24"/>
          <w:lang w:val="pt-BR"/>
        </w:rPr>
      </w:pPr>
      <w:r w:rsidRPr="008242F7">
        <w:rPr>
          <w:sz w:val="24"/>
          <w:szCs w:val="24"/>
          <w:lang w:val="pt-BR"/>
        </w:rPr>
        <w:t>• HG nr. 1336/2022 pentru aprobarea Regulamentului-cadru privind organizarea și dezvoltarea carierei personalului contractual din sectorul bugetar plătit din fonduri publice, cu modificările și completările ulterioare;</w:t>
      </w:r>
    </w:p>
    <w:p w14:paraId="2D4E6D6B" w14:textId="77777777" w:rsidR="00CB1E92" w:rsidRPr="008242F7" w:rsidRDefault="00F718C3" w:rsidP="00030F11">
      <w:pPr>
        <w:jc w:val="both"/>
        <w:rPr>
          <w:sz w:val="24"/>
          <w:szCs w:val="24"/>
          <w:lang w:val="pt-BR"/>
        </w:rPr>
      </w:pPr>
      <w:r w:rsidRPr="008242F7">
        <w:rPr>
          <w:sz w:val="24"/>
          <w:szCs w:val="24"/>
          <w:lang w:val="pt-BR"/>
        </w:rPr>
        <w:t>• Art. XXII alin. (1¹) din Legea nr. 141/2025, introdus prin OUG nr. 28/2026, în forma modificată prin Legea nr. 133/2026, privind exceptarea posturilor personalului administrativ din învățământul preuniversitar de stat de la suspendarea ocupării posturilor;</w:t>
      </w:r>
    </w:p>
    <w:p w14:paraId="34C86229" w14:textId="099D84F3" w:rsidR="00CB1E92" w:rsidRPr="00683FC6" w:rsidRDefault="00F718C3" w:rsidP="00030F11">
      <w:pPr>
        <w:jc w:val="both"/>
        <w:rPr>
          <w:sz w:val="24"/>
          <w:szCs w:val="24"/>
          <w:lang w:val="ro-RO"/>
        </w:rPr>
      </w:pPr>
      <w:r w:rsidRPr="008242F7">
        <w:rPr>
          <w:sz w:val="24"/>
          <w:szCs w:val="24"/>
          <w:lang w:val="pt-BR"/>
        </w:rPr>
        <w:t xml:space="preserve">• Hotărârea Consiliului de </w:t>
      </w:r>
      <w:r w:rsidR="00117B12" w:rsidRPr="008242F7">
        <w:rPr>
          <w:sz w:val="24"/>
          <w:szCs w:val="24"/>
          <w:lang w:val="pt-BR"/>
        </w:rPr>
        <w:t>A</w:t>
      </w:r>
      <w:r w:rsidRPr="008242F7">
        <w:rPr>
          <w:sz w:val="24"/>
          <w:szCs w:val="24"/>
          <w:lang w:val="pt-BR"/>
        </w:rPr>
        <w:t>dministrație nr.</w:t>
      </w:r>
      <w:r w:rsidR="00117B12" w:rsidRPr="008242F7">
        <w:rPr>
          <w:sz w:val="24"/>
          <w:szCs w:val="24"/>
          <w:lang w:val="pt-BR"/>
        </w:rPr>
        <w:t xml:space="preserve"> </w:t>
      </w:r>
      <w:r w:rsidR="009A21A8" w:rsidRPr="008242F7">
        <w:rPr>
          <w:sz w:val="24"/>
          <w:szCs w:val="24"/>
          <w:lang w:val="pt-BR"/>
        </w:rPr>
        <w:t>5</w:t>
      </w:r>
      <w:r w:rsidR="00683FC6" w:rsidRPr="008242F7">
        <w:rPr>
          <w:sz w:val="24"/>
          <w:szCs w:val="24"/>
          <w:lang w:val="pt-BR"/>
        </w:rPr>
        <w:t>7</w:t>
      </w:r>
      <w:r w:rsidR="009A21A8" w:rsidRPr="008242F7">
        <w:rPr>
          <w:sz w:val="24"/>
          <w:szCs w:val="24"/>
          <w:lang w:val="pt-BR"/>
        </w:rPr>
        <w:t xml:space="preserve"> din 09.10.2026</w:t>
      </w:r>
      <w:r w:rsidR="00683FC6">
        <w:rPr>
          <w:sz w:val="24"/>
          <w:szCs w:val="24"/>
          <w:lang w:val="ro-RO"/>
        </w:rPr>
        <w:t>;</w:t>
      </w:r>
    </w:p>
    <w:p w14:paraId="066A92E5" w14:textId="3C6EB788" w:rsidR="00CB1E92" w:rsidRPr="0006561C" w:rsidRDefault="00F718C3" w:rsidP="00030F11">
      <w:pPr>
        <w:jc w:val="both"/>
        <w:rPr>
          <w:sz w:val="24"/>
          <w:szCs w:val="24"/>
          <w:lang w:val="ro-RO"/>
        </w:rPr>
      </w:pPr>
      <w:r w:rsidRPr="0006561C">
        <w:rPr>
          <w:b/>
          <w:bCs/>
          <w:sz w:val="24"/>
          <w:szCs w:val="24"/>
          <w:lang w:val="ro-RO"/>
        </w:rPr>
        <w:t>Publicarea anunțului:</w:t>
      </w:r>
      <w:r w:rsidRPr="0006561C">
        <w:rPr>
          <w:sz w:val="24"/>
          <w:szCs w:val="24"/>
          <w:lang w:val="ro-RO"/>
        </w:rPr>
        <w:t xml:space="preserve"> </w:t>
      </w:r>
      <w:r w:rsidRPr="0006561C">
        <w:rPr>
          <w:b/>
          <w:bCs/>
          <w:sz w:val="24"/>
          <w:szCs w:val="24"/>
          <w:lang w:val="ro-RO"/>
        </w:rPr>
        <w:t>1</w:t>
      </w:r>
      <w:r w:rsidR="009424A3" w:rsidRPr="0006561C">
        <w:rPr>
          <w:b/>
          <w:bCs/>
          <w:sz w:val="24"/>
          <w:szCs w:val="24"/>
          <w:lang w:val="ro-RO"/>
        </w:rPr>
        <w:t>4</w:t>
      </w:r>
      <w:r w:rsidRPr="0006561C">
        <w:rPr>
          <w:b/>
          <w:bCs/>
          <w:sz w:val="24"/>
          <w:szCs w:val="24"/>
          <w:lang w:val="ro-RO"/>
        </w:rPr>
        <w:t>.10.2026</w:t>
      </w:r>
      <w:r w:rsidRPr="0006561C">
        <w:rPr>
          <w:sz w:val="24"/>
          <w:szCs w:val="24"/>
          <w:lang w:val="ro-RO"/>
        </w:rPr>
        <w:t>.</w:t>
      </w:r>
    </w:p>
    <w:p w14:paraId="4192000E" w14:textId="17DF61CC" w:rsidR="00CB1E92" w:rsidRPr="0006561C" w:rsidRDefault="00F718C3" w:rsidP="00030F11">
      <w:pPr>
        <w:jc w:val="both"/>
        <w:rPr>
          <w:sz w:val="24"/>
          <w:szCs w:val="24"/>
          <w:lang w:val="ro-RO"/>
        </w:rPr>
      </w:pPr>
      <w:r w:rsidRPr="0006561C">
        <w:rPr>
          <w:sz w:val="24"/>
          <w:szCs w:val="24"/>
          <w:lang w:val="ro-RO"/>
        </w:rPr>
        <w:t>Dosarele se depun d</w:t>
      </w:r>
      <w:r w:rsidR="00987C0E" w:rsidRPr="0006561C">
        <w:rPr>
          <w:sz w:val="24"/>
          <w:szCs w:val="24"/>
          <w:lang w:val="ro-RO"/>
        </w:rPr>
        <w:t xml:space="preserve">in data de </w:t>
      </w:r>
      <w:r w:rsidR="00987C0E" w:rsidRPr="0006561C">
        <w:rPr>
          <w:b/>
          <w:bCs/>
          <w:sz w:val="24"/>
          <w:szCs w:val="24"/>
          <w:lang w:val="ro-RO"/>
        </w:rPr>
        <w:t xml:space="preserve">21.10.2026 </w:t>
      </w:r>
      <w:r w:rsidRPr="0006561C">
        <w:rPr>
          <w:b/>
          <w:bCs/>
          <w:sz w:val="24"/>
          <w:szCs w:val="24"/>
          <w:lang w:val="ro-RO"/>
        </w:rPr>
        <w:t xml:space="preserve">până la </w:t>
      </w:r>
      <w:r w:rsidR="00987C0E" w:rsidRPr="0006561C">
        <w:rPr>
          <w:b/>
          <w:bCs/>
          <w:sz w:val="24"/>
          <w:szCs w:val="24"/>
          <w:lang w:val="ro-RO"/>
        </w:rPr>
        <w:t>04.11.2026</w:t>
      </w:r>
      <w:r w:rsidRPr="0006561C">
        <w:rPr>
          <w:sz w:val="24"/>
          <w:szCs w:val="24"/>
          <w:lang w:val="ro-RO"/>
        </w:rPr>
        <w:t xml:space="preserve">, ora 14:00, la secretariatul liceului, str. Lorena nr. 35, în programul de primire </w:t>
      </w:r>
      <w:r w:rsidR="00334012" w:rsidRPr="0006561C">
        <w:rPr>
          <w:color w:val="auto"/>
          <w:sz w:val="24"/>
          <w:szCs w:val="24"/>
          <w:lang w:val="ro-RO"/>
        </w:rPr>
        <w:t>10</w:t>
      </w:r>
      <w:r w:rsidR="002E1D96" w:rsidRPr="0006561C">
        <w:rPr>
          <w:color w:val="auto"/>
          <w:sz w:val="24"/>
          <w:szCs w:val="24"/>
          <w:lang w:val="ro-RO"/>
        </w:rPr>
        <w:t>:00 – 1</w:t>
      </w:r>
      <w:r w:rsidR="00D85052" w:rsidRPr="0006561C">
        <w:rPr>
          <w:color w:val="auto"/>
          <w:sz w:val="24"/>
          <w:szCs w:val="24"/>
          <w:lang w:val="ro-RO"/>
        </w:rPr>
        <w:t>4</w:t>
      </w:r>
      <w:r w:rsidR="002E1D96" w:rsidRPr="0006561C">
        <w:rPr>
          <w:color w:val="auto"/>
          <w:sz w:val="24"/>
          <w:szCs w:val="24"/>
          <w:lang w:val="ro-RO"/>
        </w:rPr>
        <w:t>:00</w:t>
      </w:r>
      <w:r w:rsidRPr="0006561C">
        <w:rPr>
          <w:color w:val="auto"/>
          <w:sz w:val="24"/>
          <w:szCs w:val="24"/>
          <w:lang w:val="ro-RO"/>
        </w:rPr>
        <w:t>.</w:t>
      </w:r>
    </w:p>
    <w:p w14:paraId="19190104" w14:textId="7540CE0C" w:rsidR="00CB1E92" w:rsidRPr="0006561C" w:rsidRDefault="00F718C3" w:rsidP="00030F11">
      <w:pPr>
        <w:jc w:val="both"/>
        <w:rPr>
          <w:sz w:val="24"/>
          <w:szCs w:val="24"/>
          <w:lang w:val="ro-RO"/>
        </w:rPr>
      </w:pPr>
      <w:r w:rsidRPr="0006561C">
        <w:rPr>
          <w:sz w:val="24"/>
          <w:szCs w:val="24"/>
          <w:lang w:val="ro-RO"/>
        </w:rPr>
        <w:t>Etapele concursului se desfășoară conform calendarului de mai jos, până la afișarea rezultatelor finale din</w:t>
      </w:r>
      <w:r w:rsidRPr="0006561C">
        <w:rPr>
          <w:color w:val="auto"/>
          <w:sz w:val="24"/>
          <w:szCs w:val="24"/>
          <w:lang w:val="ro-RO"/>
        </w:rPr>
        <w:t xml:space="preserve"> 1</w:t>
      </w:r>
      <w:r w:rsidR="00D72A6F" w:rsidRPr="0006561C">
        <w:rPr>
          <w:color w:val="auto"/>
          <w:sz w:val="24"/>
          <w:szCs w:val="24"/>
          <w:lang w:val="ro-RO"/>
        </w:rPr>
        <w:t>8</w:t>
      </w:r>
      <w:r w:rsidRPr="0006561C">
        <w:rPr>
          <w:color w:val="auto"/>
          <w:sz w:val="24"/>
          <w:szCs w:val="24"/>
          <w:lang w:val="ro-RO"/>
        </w:rPr>
        <w:t>.11.2026.</w:t>
      </w:r>
    </w:p>
    <w:p w14:paraId="6F48A774" w14:textId="77777777" w:rsidR="00CB1E92" w:rsidRPr="0006561C" w:rsidRDefault="00F718C3">
      <w:pPr>
        <w:rPr>
          <w:lang w:val="ro-RO"/>
        </w:rPr>
      </w:pPr>
      <w:r w:rsidRPr="0006561C">
        <w:rPr>
          <w:lang w:val="ro-RO"/>
        </w:rPr>
        <w:br w:type="page"/>
      </w:r>
    </w:p>
    <w:p w14:paraId="514D0566" w14:textId="77777777" w:rsidR="00CB1E92" w:rsidRPr="0006561C" w:rsidRDefault="00F718C3" w:rsidP="002E1D96">
      <w:pPr>
        <w:pStyle w:val="Titlu1"/>
        <w:rPr>
          <w:u w:val="single"/>
          <w:lang w:val="ro-RO"/>
        </w:rPr>
      </w:pPr>
      <w:r w:rsidRPr="0006561C">
        <w:rPr>
          <w:u w:val="single"/>
          <w:lang w:val="ro-RO"/>
        </w:rPr>
        <w:lastRenderedPageBreak/>
        <w:t>Articolul 1 Condiții generale de participare</w:t>
      </w:r>
    </w:p>
    <w:p w14:paraId="12D5086D" w14:textId="77777777" w:rsidR="00CB1E92" w:rsidRPr="0006561C" w:rsidRDefault="00F718C3" w:rsidP="00030F11">
      <w:pPr>
        <w:jc w:val="both"/>
        <w:rPr>
          <w:sz w:val="24"/>
          <w:szCs w:val="24"/>
          <w:lang w:val="ro-RO"/>
        </w:rPr>
      </w:pPr>
      <w:r w:rsidRPr="0006561C">
        <w:rPr>
          <w:sz w:val="24"/>
          <w:szCs w:val="24"/>
          <w:lang w:val="ro-RO"/>
        </w:rPr>
        <w:t>Poate participa persoana care îndeplinește cumulativ condițiile generale prevăzute la art. 15 din HG nr. 1336/2022 și condițiile specifice postului:</w:t>
      </w:r>
    </w:p>
    <w:p w14:paraId="11B1066E" w14:textId="77777777" w:rsidR="00CB1E92" w:rsidRPr="0006561C" w:rsidRDefault="00F718C3" w:rsidP="00030F11">
      <w:pPr>
        <w:jc w:val="both"/>
        <w:rPr>
          <w:sz w:val="24"/>
          <w:szCs w:val="24"/>
          <w:lang w:val="ro-RO"/>
        </w:rPr>
      </w:pPr>
      <w:r w:rsidRPr="0006561C">
        <w:rPr>
          <w:b/>
          <w:bCs/>
          <w:sz w:val="24"/>
          <w:szCs w:val="24"/>
          <w:lang w:val="ro-RO"/>
        </w:rPr>
        <w:t>a)</w:t>
      </w:r>
      <w:r w:rsidRPr="0006561C">
        <w:rPr>
          <w:sz w:val="24"/>
          <w:szCs w:val="24"/>
          <w:lang w:val="ro-RO"/>
        </w:rPr>
        <w:t xml:space="preserve"> Are cetățenia română, cetățenia unui alt stat membru al Uniunii Europene, a unui stat parte la Acordul privind Spațiul Economic European sau cetățenia Confederației Elvețiene.</w:t>
      </w:r>
    </w:p>
    <w:p w14:paraId="4F5072B7" w14:textId="77777777" w:rsidR="00CB1E92" w:rsidRPr="0006561C" w:rsidRDefault="00F718C3" w:rsidP="00030F11">
      <w:pPr>
        <w:jc w:val="both"/>
        <w:rPr>
          <w:sz w:val="24"/>
          <w:szCs w:val="24"/>
          <w:lang w:val="ro-RO"/>
        </w:rPr>
      </w:pPr>
      <w:r w:rsidRPr="0006561C">
        <w:rPr>
          <w:b/>
          <w:bCs/>
          <w:sz w:val="24"/>
          <w:szCs w:val="24"/>
          <w:lang w:val="ro-RO"/>
        </w:rPr>
        <w:t>b)</w:t>
      </w:r>
      <w:r w:rsidRPr="0006561C">
        <w:rPr>
          <w:sz w:val="24"/>
          <w:szCs w:val="24"/>
          <w:lang w:val="ro-RO"/>
        </w:rPr>
        <w:t xml:space="preserve"> Cunoaște limba română, scris și vorbit.</w:t>
      </w:r>
    </w:p>
    <w:p w14:paraId="5C4DBEA1" w14:textId="77777777" w:rsidR="00CB1E92" w:rsidRPr="008242F7" w:rsidRDefault="00F718C3" w:rsidP="00030F11">
      <w:pPr>
        <w:jc w:val="both"/>
        <w:rPr>
          <w:sz w:val="24"/>
          <w:szCs w:val="24"/>
          <w:lang w:val="it-IT"/>
        </w:rPr>
      </w:pPr>
      <w:r w:rsidRPr="008242F7">
        <w:rPr>
          <w:b/>
          <w:bCs/>
          <w:sz w:val="24"/>
          <w:szCs w:val="24"/>
          <w:lang w:val="it-IT"/>
        </w:rPr>
        <w:t>c)</w:t>
      </w:r>
      <w:r w:rsidRPr="008242F7">
        <w:rPr>
          <w:sz w:val="24"/>
          <w:szCs w:val="24"/>
          <w:lang w:val="it-IT"/>
        </w:rPr>
        <w:t xml:space="preserve"> Are capacitate de muncă în conformitate cu Legea nr. 53/2003 – Codul muncii, republicată, cu modificările și completările ulterioare.</w:t>
      </w:r>
    </w:p>
    <w:p w14:paraId="2D9712C3" w14:textId="77777777" w:rsidR="00CB1E92" w:rsidRPr="008242F7" w:rsidRDefault="00F718C3" w:rsidP="00030F11">
      <w:pPr>
        <w:jc w:val="both"/>
        <w:rPr>
          <w:sz w:val="24"/>
          <w:szCs w:val="24"/>
          <w:lang w:val="it-IT"/>
        </w:rPr>
      </w:pPr>
      <w:r w:rsidRPr="008242F7">
        <w:rPr>
          <w:b/>
          <w:bCs/>
          <w:sz w:val="24"/>
          <w:szCs w:val="24"/>
          <w:lang w:val="it-IT"/>
        </w:rPr>
        <w:t>d)</w:t>
      </w:r>
      <w:r w:rsidRPr="008242F7">
        <w:rPr>
          <w:sz w:val="24"/>
          <w:szCs w:val="24"/>
          <w:lang w:val="it-IT"/>
        </w:rPr>
        <w:t xml:space="preserve"> Are o stare de sănătate corespunzătoare postului, atestată prin adeverință medicală eliberată de medicul de familie sau de unitățile sanitare abilitate.</w:t>
      </w:r>
    </w:p>
    <w:p w14:paraId="17B78860" w14:textId="77777777" w:rsidR="00CB1E92" w:rsidRPr="008242F7" w:rsidRDefault="00F718C3" w:rsidP="00030F11">
      <w:pPr>
        <w:jc w:val="both"/>
        <w:rPr>
          <w:sz w:val="24"/>
          <w:szCs w:val="24"/>
          <w:lang w:val="it-IT"/>
        </w:rPr>
      </w:pPr>
      <w:r w:rsidRPr="008242F7">
        <w:rPr>
          <w:b/>
          <w:bCs/>
          <w:sz w:val="24"/>
          <w:szCs w:val="24"/>
          <w:lang w:val="it-IT"/>
        </w:rPr>
        <w:t>e)</w:t>
      </w:r>
      <w:r w:rsidRPr="008242F7">
        <w:rPr>
          <w:sz w:val="24"/>
          <w:szCs w:val="24"/>
          <w:lang w:val="it-IT"/>
        </w:rPr>
        <w:t xml:space="preserve"> Îndeplinește condițiile de studii și celelalte condiții specifice prevăzute în fișa postului.</w:t>
      </w:r>
    </w:p>
    <w:p w14:paraId="76F793ED" w14:textId="77777777" w:rsidR="00CB1E92" w:rsidRPr="008242F7" w:rsidRDefault="00F718C3" w:rsidP="00030F11">
      <w:pPr>
        <w:jc w:val="both"/>
        <w:rPr>
          <w:sz w:val="24"/>
          <w:szCs w:val="24"/>
          <w:lang w:val="it-IT"/>
        </w:rPr>
      </w:pPr>
      <w:r w:rsidRPr="008242F7">
        <w:rPr>
          <w:b/>
          <w:bCs/>
          <w:sz w:val="24"/>
          <w:szCs w:val="24"/>
          <w:lang w:val="it-IT"/>
        </w:rPr>
        <w:t>f)</w:t>
      </w:r>
      <w:r w:rsidRPr="008242F7">
        <w:rPr>
          <w:sz w:val="24"/>
          <w:szCs w:val="24"/>
          <w:lang w:val="it-IT"/>
        </w:rPr>
        <w:t xml:space="preserve"> Nu a fost condamnată definitiv pentru infracțiuni contra securității naționale, contra autorității, contra umanității, infracțiuni de corupție sau de serviciu, de fals ori contra înfăptuirii justiției sau infracțiuni săvârșite cu intenție care ar face-o incompatibilă cu exercitarea funcției, cu excepția situației în care a intervenit reabilitarea.</w:t>
      </w:r>
    </w:p>
    <w:p w14:paraId="12F2EF20" w14:textId="77777777" w:rsidR="00CB1E92" w:rsidRPr="008242F7" w:rsidRDefault="00F718C3" w:rsidP="00030F11">
      <w:pPr>
        <w:jc w:val="both"/>
        <w:rPr>
          <w:sz w:val="24"/>
          <w:szCs w:val="24"/>
          <w:lang w:val="it-IT"/>
        </w:rPr>
      </w:pPr>
      <w:r w:rsidRPr="008242F7">
        <w:rPr>
          <w:b/>
          <w:bCs/>
          <w:sz w:val="24"/>
          <w:szCs w:val="24"/>
          <w:lang w:val="it-IT"/>
        </w:rPr>
        <w:t>g)</w:t>
      </w:r>
      <w:r w:rsidRPr="008242F7">
        <w:rPr>
          <w:sz w:val="24"/>
          <w:szCs w:val="24"/>
          <w:lang w:val="it-IT"/>
        </w:rPr>
        <w:t xml:space="preserve"> Nu execută o pedeapsă complementară de interzicere a ocupării funcției, exercitării profesiei ori meseriei sau desfășurării activității de care s-a folosit pentru săvârșirea infracțiunii și nu i s-a aplicat măsura de siguranță a interzicerii ocupării unei funcții ori exercitării unei profesii.</w:t>
      </w:r>
    </w:p>
    <w:p w14:paraId="0CCC5434" w14:textId="77777777" w:rsidR="00CB1E92" w:rsidRPr="008242F7" w:rsidRDefault="00F718C3" w:rsidP="00030F11">
      <w:pPr>
        <w:jc w:val="both"/>
        <w:rPr>
          <w:sz w:val="24"/>
          <w:szCs w:val="24"/>
          <w:lang w:val="it-IT"/>
        </w:rPr>
      </w:pPr>
      <w:r w:rsidRPr="008242F7">
        <w:rPr>
          <w:b/>
          <w:bCs/>
          <w:sz w:val="24"/>
          <w:szCs w:val="24"/>
          <w:lang w:val="it-IT"/>
        </w:rPr>
        <w:t>h)</w:t>
      </w:r>
      <w:r w:rsidRPr="008242F7">
        <w:rPr>
          <w:sz w:val="24"/>
          <w:szCs w:val="24"/>
          <w:lang w:val="it-IT"/>
        </w:rPr>
        <w:t xml:space="preserve"> Nu a comis infracțiunile prevăzute la art. 1 alin. (2) din Legea nr. 118/2019, cu modificările ulterioare, condiție aplicabilă posturilor din sistemul de învățământ potrivit art. 35 alin. (1) lit. h) din HG nr. 1336/2022.</w:t>
      </w:r>
    </w:p>
    <w:p w14:paraId="15C6FD80" w14:textId="77777777" w:rsidR="00CB1E92" w:rsidRPr="008242F7" w:rsidRDefault="00F718C3" w:rsidP="002E1D96">
      <w:pPr>
        <w:pStyle w:val="Titlu1"/>
        <w:rPr>
          <w:u w:val="single"/>
          <w:lang w:val="it-IT"/>
        </w:rPr>
      </w:pPr>
      <w:r w:rsidRPr="008242F7">
        <w:rPr>
          <w:u w:val="single"/>
          <w:lang w:val="it-IT"/>
        </w:rPr>
        <w:t>Articolul 2 Condiții specifice de participare</w:t>
      </w:r>
    </w:p>
    <w:p w14:paraId="0DF7CA3B" w14:textId="43C53E25" w:rsidR="00CB1E92" w:rsidRPr="008242F7" w:rsidRDefault="00F718C3" w:rsidP="00030F11">
      <w:pPr>
        <w:jc w:val="both"/>
        <w:rPr>
          <w:sz w:val="24"/>
          <w:szCs w:val="24"/>
          <w:lang w:val="it-IT"/>
        </w:rPr>
      </w:pPr>
      <w:r w:rsidRPr="008242F7">
        <w:rPr>
          <w:b/>
          <w:bCs/>
          <w:sz w:val="24"/>
          <w:szCs w:val="24"/>
          <w:lang w:val="it-IT"/>
        </w:rPr>
        <w:t>Studii:</w:t>
      </w:r>
      <w:r w:rsidRPr="008242F7">
        <w:rPr>
          <w:sz w:val="24"/>
          <w:szCs w:val="24"/>
          <w:lang w:val="it-IT"/>
        </w:rPr>
        <w:t xml:space="preserve"> generale sau medii, potrivit cerințelor fișei postului și statului de funcții aprobate.</w:t>
      </w:r>
    </w:p>
    <w:p w14:paraId="7615EBC8" w14:textId="77777777" w:rsidR="00CB1E92" w:rsidRPr="00030F11" w:rsidRDefault="00F718C3" w:rsidP="00030F11">
      <w:pPr>
        <w:jc w:val="both"/>
        <w:rPr>
          <w:sz w:val="24"/>
          <w:szCs w:val="24"/>
        </w:rPr>
      </w:pPr>
      <w:proofErr w:type="spellStart"/>
      <w:r w:rsidRPr="002E1D96">
        <w:rPr>
          <w:b/>
          <w:bCs/>
          <w:sz w:val="24"/>
          <w:szCs w:val="24"/>
        </w:rPr>
        <w:t>Vechime</w:t>
      </w:r>
      <w:proofErr w:type="spellEnd"/>
      <w:r w:rsidRPr="002E1D96">
        <w:rPr>
          <w:b/>
          <w:bCs/>
          <w:sz w:val="24"/>
          <w:szCs w:val="24"/>
        </w:rPr>
        <w:t>:</w:t>
      </w:r>
      <w:r w:rsidRPr="00030F11">
        <w:rPr>
          <w:sz w:val="24"/>
          <w:szCs w:val="24"/>
        </w:rPr>
        <w:t xml:space="preserve"> nu se </w:t>
      </w:r>
      <w:proofErr w:type="spellStart"/>
      <w:r w:rsidRPr="00030F11">
        <w:rPr>
          <w:sz w:val="24"/>
          <w:szCs w:val="24"/>
        </w:rPr>
        <w:t>solicită</w:t>
      </w:r>
      <w:proofErr w:type="spellEnd"/>
      <w:r w:rsidRPr="00030F11">
        <w:rPr>
          <w:sz w:val="24"/>
          <w:szCs w:val="24"/>
        </w:rPr>
        <w:t>.</w:t>
      </w:r>
    </w:p>
    <w:p w14:paraId="42035A42" w14:textId="77777777" w:rsidR="00CB1E92" w:rsidRDefault="00F718C3">
      <w:pPr>
        <w:pStyle w:val="Titlu1"/>
      </w:pPr>
      <w:proofErr w:type="spellStart"/>
      <w:r>
        <w:t>Competențele</w:t>
      </w:r>
      <w:proofErr w:type="spellEnd"/>
      <w:r>
        <w:t xml:space="preserve"> </w:t>
      </w:r>
      <w:proofErr w:type="spellStart"/>
      <w:r>
        <w:t>postului</w:t>
      </w:r>
      <w:proofErr w:type="spellEnd"/>
    </w:p>
    <w:p w14:paraId="7282EAC2" w14:textId="77777777" w:rsidR="002E1D96" w:rsidRDefault="00F718C3" w:rsidP="002E1D96">
      <w:pPr>
        <w:pStyle w:val="Listparagraf"/>
        <w:numPr>
          <w:ilvl w:val="0"/>
          <w:numId w:val="10"/>
        </w:numPr>
        <w:jc w:val="both"/>
        <w:rPr>
          <w:sz w:val="24"/>
          <w:szCs w:val="24"/>
        </w:rPr>
      </w:pPr>
      <w:proofErr w:type="spellStart"/>
      <w:r w:rsidRPr="002E1D96">
        <w:rPr>
          <w:sz w:val="24"/>
          <w:szCs w:val="24"/>
        </w:rPr>
        <w:t>Capacitatea</w:t>
      </w:r>
      <w:proofErr w:type="spellEnd"/>
      <w:r w:rsidRPr="002E1D96">
        <w:rPr>
          <w:sz w:val="24"/>
          <w:szCs w:val="24"/>
        </w:rPr>
        <w:t xml:space="preserve"> de a </w:t>
      </w:r>
      <w:proofErr w:type="spellStart"/>
      <w:r w:rsidRPr="002E1D96">
        <w:rPr>
          <w:sz w:val="24"/>
          <w:szCs w:val="24"/>
        </w:rPr>
        <w:t>efectua</w:t>
      </w:r>
      <w:proofErr w:type="spellEnd"/>
      <w:r w:rsidRPr="002E1D96">
        <w:rPr>
          <w:sz w:val="24"/>
          <w:szCs w:val="24"/>
        </w:rPr>
        <w:t xml:space="preserve"> </w:t>
      </w:r>
      <w:proofErr w:type="spellStart"/>
      <w:r w:rsidRPr="002E1D96">
        <w:rPr>
          <w:sz w:val="24"/>
          <w:szCs w:val="24"/>
        </w:rPr>
        <w:t>curățenia</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igienizarea</w:t>
      </w:r>
      <w:proofErr w:type="spellEnd"/>
      <w:r w:rsidRPr="002E1D96">
        <w:rPr>
          <w:sz w:val="24"/>
          <w:szCs w:val="24"/>
        </w:rPr>
        <w:t xml:space="preserve"> </w:t>
      </w:r>
      <w:proofErr w:type="spellStart"/>
      <w:r w:rsidRPr="002E1D96">
        <w:rPr>
          <w:sz w:val="24"/>
          <w:szCs w:val="24"/>
        </w:rPr>
        <w:t>spațiilor</w:t>
      </w:r>
      <w:proofErr w:type="spellEnd"/>
      <w:r w:rsidRPr="002E1D96">
        <w:rPr>
          <w:sz w:val="24"/>
          <w:szCs w:val="24"/>
        </w:rPr>
        <w:t xml:space="preserve"> </w:t>
      </w:r>
      <w:proofErr w:type="spellStart"/>
      <w:r w:rsidRPr="002E1D96">
        <w:rPr>
          <w:sz w:val="24"/>
          <w:szCs w:val="24"/>
        </w:rPr>
        <w:t>unității</w:t>
      </w:r>
      <w:proofErr w:type="spellEnd"/>
      <w:r w:rsidRPr="002E1D96">
        <w:rPr>
          <w:sz w:val="24"/>
          <w:szCs w:val="24"/>
        </w:rPr>
        <w:t xml:space="preserve"> (</w:t>
      </w:r>
      <w:proofErr w:type="spellStart"/>
      <w:r w:rsidRPr="002E1D96">
        <w:rPr>
          <w:sz w:val="24"/>
          <w:szCs w:val="24"/>
        </w:rPr>
        <w:t>săli</w:t>
      </w:r>
      <w:proofErr w:type="spellEnd"/>
      <w:r w:rsidRPr="002E1D96">
        <w:rPr>
          <w:sz w:val="24"/>
          <w:szCs w:val="24"/>
        </w:rPr>
        <w:t xml:space="preserve"> de </w:t>
      </w:r>
      <w:proofErr w:type="spellStart"/>
      <w:r w:rsidRPr="002E1D96">
        <w:rPr>
          <w:sz w:val="24"/>
          <w:szCs w:val="24"/>
        </w:rPr>
        <w:t>clasă</w:t>
      </w:r>
      <w:proofErr w:type="spellEnd"/>
      <w:r w:rsidRPr="002E1D96">
        <w:rPr>
          <w:sz w:val="24"/>
          <w:szCs w:val="24"/>
        </w:rPr>
        <w:t xml:space="preserve">, </w:t>
      </w:r>
      <w:proofErr w:type="spellStart"/>
      <w:r w:rsidRPr="002E1D96">
        <w:rPr>
          <w:sz w:val="24"/>
          <w:szCs w:val="24"/>
        </w:rPr>
        <w:t>ateliere</w:t>
      </w:r>
      <w:proofErr w:type="spellEnd"/>
      <w:r w:rsidRPr="002E1D96">
        <w:rPr>
          <w:sz w:val="24"/>
          <w:szCs w:val="24"/>
        </w:rPr>
        <w:t xml:space="preserve"> de </w:t>
      </w:r>
      <w:proofErr w:type="spellStart"/>
      <w:r w:rsidRPr="002E1D96">
        <w:rPr>
          <w:sz w:val="24"/>
          <w:szCs w:val="24"/>
        </w:rPr>
        <w:t>specialitate</w:t>
      </w:r>
      <w:proofErr w:type="spellEnd"/>
      <w:r w:rsidRPr="002E1D96">
        <w:rPr>
          <w:sz w:val="24"/>
          <w:szCs w:val="24"/>
        </w:rPr>
        <w:t xml:space="preserve">, </w:t>
      </w:r>
      <w:proofErr w:type="spellStart"/>
      <w:r w:rsidRPr="002E1D96">
        <w:rPr>
          <w:sz w:val="24"/>
          <w:szCs w:val="24"/>
        </w:rPr>
        <w:t>holuri</w:t>
      </w:r>
      <w:proofErr w:type="spellEnd"/>
      <w:r w:rsidRPr="002E1D96">
        <w:rPr>
          <w:sz w:val="24"/>
          <w:szCs w:val="24"/>
        </w:rPr>
        <w:t xml:space="preserve">, </w:t>
      </w:r>
      <w:proofErr w:type="spellStart"/>
      <w:r w:rsidRPr="002E1D96">
        <w:rPr>
          <w:sz w:val="24"/>
          <w:szCs w:val="24"/>
        </w:rPr>
        <w:t>grupuri</w:t>
      </w:r>
      <w:proofErr w:type="spellEnd"/>
      <w:r w:rsidRPr="002E1D96">
        <w:rPr>
          <w:sz w:val="24"/>
          <w:szCs w:val="24"/>
        </w:rPr>
        <w:t xml:space="preserve"> </w:t>
      </w:r>
      <w:proofErr w:type="spellStart"/>
      <w:r w:rsidRPr="002E1D96">
        <w:rPr>
          <w:sz w:val="24"/>
          <w:szCs w:val="24"/>
        </w:rPr>
        <w:t>sanitare</w:t>
      </w:r>
      <w:proofErr w:type="spellEnd"/>
      <w:r w:rsidRPr="002E1D96">
        <w:rPr>
          <w:sz w:val="24"/>
          <w:szCs w:val="24"/>
        </w:rPr>
        <w:t xml:space="preserve">, </w:t>
      </w:r>
      <w:proofErr w:type="spellStart"/>
      <w:r w:rsidRPr="002E1D96">
        <w:rPr>
          <w:sz w:val="24"/>
          <w:szCs w:val="24"/>
        </w:rPr>
        <w:t>birouri</w:t>
      </w:r>
      <w:proofErr w:type="spellEnd"/>
      <w:r w:rsidRPr="002E1D96">
        <w:rPr>
          <w:sz w:val="24"/>
          <w:szCs w:val="24"/>
        </w:rPr>
        <w:t xml:space="preserve">, </w:t>
      </w:r>
      <w:proofErr w:type="spellStart"/>
      <w:r w:rsidRPr="002E1D96">
        <w:rPr>
          <w:sz w:val="24"/>
          <w:szCs w:val="24"/>
        </w:rPr>
        <w:t>spații</w:t>
      </w:r>
      <w:proofErr w:type="spellEnd"/>
      <w:r w:rsidRPr="002E1D96">
        <w:rPr>
          <w:sz w:val="24"/>
          <w:szCs w:val="24"/>
        </w:rPr>
        <w:t xml:space="preserve"> </w:t>
      </w:r>
      <w:proofErr w:type="spellStart"/>
      <w:r w:rsidRPr="002E1D96">
        <w:rPr>
          <w:sz w:val="24"/>
          <w:szCs w:val="24"/>
        </w:rPr>
        <w:t>exterioare</w:t>
      </w:r>
      <w:proofErr w:type="spellEnd"/>
      <w:r w:rsidRPr="002E1D96">
        <w:rPr>
          <w:sz w:val="24"/>
          <w:szCs w:val="24"/>
        </w:rPr>
        <w:t xml:space="preserve">), conform </w:t>
      </w:r>
      <w:proofErr w:type="spellStart"/>
      <w:r w:rsidRPr="002E1D96">
        <w:rPr>
          <w:sz w:val="24"/>
          <w:szCs w:val="24"/>
        </w:rPr>
        <w:t>programului</w:t>
      </w:r>
      <w:proofErr w:type="spellEnd"/>
      <w:r w:rsidRPr="002E1D96">
        <w:rPr>
          <w:sz w:val="24"/>
          <w:szCs w:val="24"/>
        </w:rPr>
        <w:t xml:space="preserve"> </w:t>
      </w:r>
      <w:proofErr w:type="spellStart"/>
      <w:r w:rsidRPr="002E1D96">
        <w:rPr>
          <w:sz w:val="24"/>
          <w:szCs w:val="24"/>
        </w:rPr>
        <w:t>stabilit</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normelor</w:t>
      </w:r>
      <w:proofErr w:type="spellEnd"/>
      <w:r w:rsidRPr="002E1D96">
        <w:rPr>
          <w:sz w:val="24"/>
          <w:szCs w:val="24"/>
        </w:rPr>
        <w:t xml:space="preserve"> de </w:t>
      </w:r>
      <w:proofErr w:type="spellStart"/>
      <w:r w:rsidRPr="002E1D96">
        <w:rPr>
          <w:sz w:val="24"/>
          <w:szCs w:val="24"/>
        </w:rPr>
        <w:t>igienă</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vigoare</w:t>
      </w:r>
      <w:proofErr w:type="spellEnd"/>
      <w:r w:rsidRPr="002E1D96">
        <w:rPr>
          <w:sz w:val="24"/>
          <w:szCs w:val="24"/>
        </w:rPr>
        <w:t xml:space="preserve"> </w:t>
      </w:r>
      <w:proofErr w:type="spellStart"/>
      <w:r w:rsidRPr="002E1D96">
        <w:rPr>
          <w:sz w:val="24"/>
          <w:szCs w:val="24"/>
        </w:rPr>
        <w:t>pentru</w:t>
      </w:r>
      <w:proofErr w:type="spellEnd"/>
      <w:r w:rsidRPr="002E1D96">
        <w:rPr>
          <w:sz w:val="24"/>
          <w:szCs w:val="24"/>
        </w:rPr>
        <w:t xml:space="preserve"> </w:t>
      </w:r>
      <w:proofErr w:type="spellStart"/>
      <w:r w:rsidRPr="002E1D96">
        <w:rPr>
          <w:sz w:val="24"/>
          <w:szCs w:val="24"/>
        </w:rPr>
        <w:t>unitățile</w:t>
      </w:r>
      <w:proofErr w:type="spellEnd"/>
      <w:r w:rsidRPr="002E1D96">
        <w:rPr>
          <w:sz w:val="24"/>
          <w:szCs w:val="24"/>
        </w:rPr>
        <w:t xml:space="preserve"> de </w:t>
      </w:r>
      <w:proofErr w:type="spellStart"/>
      <w:r w:rsidRPr="002E1D96">
        <w:rPr>
          <w:sz w:val="24"/>
          <w:szCs w:val="24"/>
        </w:rPr>
        <w:t>învățământ</w:t>
      </w:r>
      <w:proofErr w:type="spellEnd"/>
      <w:r w:rsidRPr="002E1D96">
        <w:rPr>
          <w:sz w:val="24"/>
          <w:szCs w:val="24"/>
        </w:rPr>
        <w:t>.</w:t>
      </w:r>
    </w:p>
    <w:p w14:paraId="18E691D4" w14:textId="77777777" w:rsidR="002E1D96" w:rsidRDefault="00F718C3" w:rsidP="002E1D96">
      <w:pPr>
        <w:pStyle w:val="Listparagraf"/>
        <w:numPr>
          <w:ilvl w:val="0"/>
          <w:numId w:val="10"/>
        </w:numPr>
        <w:jc w:val="both"/>
        <w:rPr>
          <w:sz w:val="24"/>
          <w:szCs w:val="24"/>
        </w:rPr>
      </w:pPr>
      <w:proofErr w:type="spellStart"/>
      <w:r w:rsidRPr="002E1D96">
        <w:rPr>
          <w:sz w:val="24"/>
          <w:szCs w:val="24"/>
        </w:rPr>
        <w:t>Cunoașterea</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utilizarea</w:t>
      </w:r>
      <w:proofErr w:type="spellEnd"/>
      <w:r w:rsidRPr="002E1D96">
        <w:rPr>
          <w:sz w:val="24"/>
          <w:szCs w:val="24"/>
        </w:rPr>
        <w:t xml:space="preserve"> </w:t>
      </w:r>
      <w:proofErr w:type="spellStart"/>
      <w:r w:rsidRPr="002E1D96">
        <w:rPr>
          <w:sz w:val="24"/>
          <w:szCs w:val="24"/>
        </w:rPr>
        <w:t>corectă</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siguranță</w:t>
      </w:r>
      <w:proofErr w:type="spellEnd"/>
      <w:r w:rsidRPr="002E1D96">
        <w:rPr>
          <w:sz w:val="24"/>
          <w:szCs w:val="24"/>
        </w:rPr>
        <w:t xml:space="preserve"> a </w:t>
      </w:r>
      <w:proofErr w:type="spellStart"/>
      <w:r w:rsidRPr="002E1D96">
        <w:rPr>
          <w:sz w:val="24"/>
          <w:szCs w:val="24"/>
        </w:rPr>
        <w:t>produselor</w:t>
      </w:r>
      <w:proofErr w:type="spellEnd"/>
      <w:r w:rsidRPr="002E1D96">
        <w:rPr>
          <w:sz w:val="24"/>
          <w:szCs w:val="24"/>
        </w:rPr>
        <w:t xml:space="preserve"> de </w:t>
      </w:r>
      <w:proofErr w:type="spellStart"/>
      <w:r w:rsidRPr="002E1D96">
        <w:rPr>
          <w:sz w:val="24"/>
          <w:szCs w:val="24"/>
        </w:rPr>
        <w:t>curățenie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dezinfecție</w:t>
      </w:r>
      <w:proofErr w:type="spellEnd"/>
      <w:r w:rsidRPr="002E1D96">
        <w:rPr>
          <w:sz w:val="24"/>
          <w:szCs w:val="24"/>
        </w:rPr>
        <w:t xml:space="preserve">, cu </w:t>
      </w:r>
      <w:proofErr w:type="spellStart"/>
      <w:r w:rsidRPr="002E1D96">
        <w:rPr>
          <w:sz w:val="24"/>
          <w:szCs w:val="24"/>
        </w:rPr>
        <w:t>respectarea</w:t>
      </w:r>
      <w:proofErr w:type="spellEnd"/>
      <w:r w:rsidRPr="002E1D96">
        <w:rPr>
          <w:sz w:val="24"/>
          <w:szCs w:val="24"/>
        </w:rPr>
        <w:t xml:space="preserve"> </w:t>
      </w:r>
      <w:proofErr w:type="spellStart"/>
      <w:r w:rsidRPr="002E1D96">
        <w:rPr>
          <w:sz w:val="24"/>
          <w:szCs w:val="24"/>
        </w:rPr>
        <w:t>instrucțiunilor</w:t>
      </w:r>
      <w:proofErr w:type="spellEnd"/>
      <w:r w:rsidRPr="002E1D96">
        <w:rPr>
          <w:sz w:val="24"/>
          <w:szCs w:val="24"/>
        </w:rPr>
        <w:t xml:space="preserve"> de </w:t>
      </w:r>
      <w:proofErr w:type="spellStart"/>
      <w:r w:rsidRPr="002E1D96">
        <w:rPr>
          <w:sz w:val="24"/>
          <w:szCs w:val="24"/>
        </w:rPr>
        <w:t>utilizare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a </w:t>
      </w:r>
      <w:proofErr w:type="spellStart"/>
      <w:r w:rsidRPr="002E1D96">
        <w:rPr>
          <w:sz w:val="24"/>
          <w:szCs w:val="24"/>
        </w:rPr>
        <w:t>normelor</w:t>
      </w:r>
      <w:proofErr w:type="spellEnd"/>
      <w:r w:rsidRPr="002E1D96">
        <w:rPr>
          <w:sz w:val="24"/>
          <w:szCs w:val="24"/>
        </w:rPr>
        <w:t xml:space="preserve"> de </w:t>
      </w:r>
      <w:proofErr w:type="spellStart"/>
      <w:r w:rsidRPr="002E1D96">
        <w:rPr>
          <w:sz w:val="24"/>
          <w:szCs w:val="24"/>
        </w:rPr>
        <w:t>securitate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sănătate</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muncă</w:t>
      </w:r>
      <w:proofErr w:type="spellEnd"/>
      <w:r w:rsidRPr="002E1D96">
        <w:rPr>
          <w:sz w:val="24"/>
          <w:szCs w:val="24"/>
        </w:rPr>
        <w:t>.</w:t>
      </w:r>
    </w:p>
    <w:p w14:paraId="6FD18FED" w14:textId="77777777" w:rsidR="002E1D96" w:rsidRDefault="00F718C3" w:rsidP="00030F11">
      <w:pPr>
        <w:pStyle w:val="Listparagraf"/>
        <w:numPr>
          <w:ilvl w:val="0"/>
          <w:numId w:val="10"/>
        </w:numPr>
        <w:jc w:val="both"/>
        <w:rPr>
          <w:sz w:val="24"/>
          <w:szCs w:val="24"/>
        </w:rPr>
      </w:pPr>
      <w:proofErr w:type="spellStart"/>
      <w:r w:rsidRPr="002E1D96">
        <w:rPr>
          <w:sz w:val="24"/>
          <w:szCs w:val="24"/>
        </w:rPr>
        <w:t>Grijă</w:t>
      </w:r>
      <w:proofErr w:type="spellEnd"/>
      <w:r w:rsidRPr="002E1D96">
        <w:rPr>
          <w:sz w:val="24"/>
          <w:szCs w:val="24"/>
        </w:rPr>
        <w:t xml:space="preserve"> </w:t>
      </w:r>
      <w:proofErr w:type="spellStart"/>
      <w:r w:rsidRPr="002E1D96">
        <w:rPr>
          <w:sz w:val="24"/>
          <w:szCs w:val="24"/>
        </w:rPr>
        <w:t>față</w:t>
      </w:r>
      <w:proofErr w:type="spellEnd"/>
      <w:r w:rsidRPr="002E1D96">
        <w:rPr>
          <w:sz w:val="24"/>
          <w:szCs w:val="24"/>
        </w:rPr>
        <w:t xml:space="preserve"> de </w:t>
      </w:r>
      <w:proofErr w:type="spellStart"/>
      <w:r w:rsidRPr="002E1D96">
        <w:rPr>
          <w:sz w:val="24"/>
          <w:szCs w:val="24"/>
        </w:rPr>
        <w:t>bunurile</w:t>
      </w:r>
      <w:proofErr w:type="spellEnd"/>
      <w:r w:rsidRPr="002E1D96">
        <w:rPr>
          <w:sz w:val="24"/>
          <w:szCs w:val="24"/>
        </w:rPr>
        <w:t xml:space="preserve"> </w:t>
      </w:r>
      <w:proofErr w:type="spellStart"/>
      <w:r w:rsidRPr="002E1D96">
        <w:rPr>
          <w:sz w:val="24"/>
          <w:szCs w:val="24"/>
        </w:rPr>
        <w:t>unității</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protejarea</w:t>
      </w:r>
      <w:proofErr w:type="spellEnd"/>
      <w:r w:rsidRPr="002E1D96">
        <w:rPr>
          <w:sz w:val="24"/>
          <w:szCs w:val="24"/>
        </w:rPr>
        <w:t xml:space="preserve"> </w:t>
      </w:r>
      <w:proofErr w:type="spellStart"/>
      <w:r w:rsidRPr="002E1D96">
        <w:rPr>
          <w:sz w:val="24"/>
          <w:szCs w:val="24"/>
        </w:rPr>
        <w:t>lucrărilor</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materialelor</w:t>
      </w:r>
      <w:proofErr w:type="spellEnd"/>
      <w:r w:rsidRPr="002E1D96">
        <w:rPr>
          <w:sz w:val="24"/>
          <w:szCs w:val="24"/>
        </w:rPr>
        <w:t xml:space="preserve"> </w:t>
      </w:r>
      <w:proofErr w:type="spellStart"/>
      <w:r w:rsidRPr="002E1D96">
        <w:rPr>
          <w:sz w:val="24"/>
          <w:szCs w:val="24"/>
        </w:rPr>
        <w:t>elevilor</w:t>
      </w:r>
      <w:proofErr w:type="spellEnd"/>
      <w:r w:rsidRPr="002E1D96">
        <w:rPr>
          <w:sz w:val="24"/>
          <w:szCs w:val="24"/>
        </w:rPr>
        <w:t xml:space="preserve"> din </w:t>
      </w:r>
      <w:proofErr w:type="spellStart"/>
      <w:r w:rsidRPr="002E1D96">
        <w:rPr>
          <w:sz w:val="24"/>
          <w:szCs w:val="24"/>
        </w:rPr>
        <w:t>atelierele</w:t>
      </w:r>
      <w:proofErr w:type="spellEnd"/>
      <w:r w:rsidRPr="002E1D96">
        <w:rPr>
          <w:sz w:val="24"/>
          <w:szCs w:val="24"/>
        </w:rPr>
        <w:t xml:space="preserve"> de </w:t>
      </w:r>
      <w:proofErr w:type="spellStart"/>
      <w:r w:rsidRPr="002E1D96">
        <w:rPr>
          <w:sz w:val="24"/>
          <w:szCs w:val="24"/>
        </w:rPr>
        <w:t>specialitate</w:t>
      </w:r>
      <w:proofErr w:type="spellEnd"/>
      <w:r w:rsidRPr="002E1D96">
        <w:rPr>
          <w:sz w:val="24"/>
          <w:szCs w:val="24"/>
        </w:rPr>
        <w:t xml:space="preserve">. </w:t>
      </w:r>
      <w:proofErr w:type="spellStart"/>
      <w:r w:rsidRPr="002E1D96">
        <w:rPr>
          <w:sz w:val="24"/>
          <w:szCs w:val="24"/>
        </w:rPr>
        <w:t>Lucrările</w:t>
      </w:r>
      <w:proofErr w:type="spellEnd"/>
      <w:r w:rsidRPr="002E1D96">
        <w:rPr>
          <w:sz w:val="24"/>
          <w:szCs w:val="24"/>
        </w:rPr>
        <w:t xml:space="preserve"> de </w:t>
      </w:r>
      <w:proofErr w:type="spellStart"/>
      <w:r w:rsidRPr="002E1D96">
        <w:rPr>
          <w:sz w:val="24"/>
          <w:szCs w:val="24"/>
        </w:rPr>
        <w:t>artă</w:t>
      </w:r>
      <w:proofErr w:type="spellEnd"/>
      <w:r w:rsidRPr="002E1D96">
        <w:rPr>
          <w:sz w:val="24"/>
          <w:szCs w:val="24"/>
        </w:rPr>
        <w:t xml:space="preserve">, </w:t>
      </w:r>
      <w:proofErr w:type="spellStart"/>
      <w:r w:rsidRPr="002E1D96">
        <w:rPr>
          <w:sz w:val="24"/>
          <w:szCs w:val="24"/>
        </w:rPr>
        <w:t>modelele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materialele</w:t>
      </w:r>
      <w:proofErr w:type="spellEnd"/>
      <w:r w:rsidRPr="002E1D96">
        <w:rPr>
          <w:sz w:val="24"/>
          <w:szCs w:val="24"/>
        </w:rPr>
        <w:t xml:space="preserve"> de </w:t>
      </w:r>
      <w:proofErr w:type="spellStart"/>
      <w:r w:rsidRPr="002E1D96">
        <w:rPr>
          <w:sz w:val="24"/>
          <w:szCs w:val="24"/>
        </w:rPr>
        <w:t>lucru</w:t>
      </w:r>
      <w:proofErr w:type="spellEnd"/>
      <w:r w:rsidRPr="002E1D96">
        <w:rPr>
          <w:sz w:val="24"/>
          <w:szCs w:val="24"/>
        </w:rPr>
        <w:t xml:space="preserve"> nu se </w:t>
      </w:r>
      <w:proofErr w:type="spellStart"/>
      <w:r w:rsidRPr="002E1D96">
        <w:rPr>
          <w:sz w:val="24"/>
          <w:szCs w:val="24"/>
        </w:rPr>
        <w:t>mută</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nu se </w:t>
      </w:r>
      <w:proofErr w:type="spellStart"/>
      <w:r w:rsidRPr="002E1D96">
        <w:rPr>
          <w:sz w:val="24"/>
          <w:szCs w:val="24"/>
        </w:rPr>
        <w:t>elimină</w:t>
      </w:r>
      <w:proofErr w:type="spellEnd"/>
      <w:r w:rsidRPr="002E1D96">
        <w:rPr>
          <w:sz w:val="24"/>
          <w:szCs w:val="24"/>
        </w:rPr>
        <w:t xml:space="preserve"> </w:t>
      </w:r>
      <w:proofErr w:type="spellStart"/>
      <w:r w:rsidRPr="002E1D96">
        <w:rPr>
          <w:sz w:val="24"/>
          <w:szCs w:val="24"/>
        </w:rPr>
        <w:t>fără</w:t>
      </w:r>
      <w:proofErr w:type="spellEnd"/>
      <w:r w:rsidRPr="002E1D96">
        <w:rPr>
          <w:sz w:val="24"/>
          <w:szCs w:val="24"/>
        </w:rPr>
        <w:t xml:space="preserve"> </w:t>
      </w:r>
      <w:proofErr w:type="spellStart"/>
      <w:r w:rsidRPr="002E1D96">
        <w:rPr>
          <w:sz w:val="24"/>
          <w:szCs w:val="24"/>
        </w:rPr>
        <w:t>acordul</w:t>
      </w:r>
      <w:proofErr w:type="spellEnd"/>
      <w:r w:rsidRPr="002E1D96">
        <w:rPr>
          <w:sz w:val="24"/>
          <w:szCs w:val="24"/>
        </w:rPr>
        <w:t xml:space="preserve"> </w:t>
      </w:r>
      <w:proofErr w:type="spellStart"/>
      <w:r w:rsidRPr="002E1D96">
        <w:rPr>
          <w:sz w:val="24"/>
          <w:szCs w:val="24"/>
        </w:rPr>
        <w:t>cadrului</w:t>
      </w:r>
      <w:proofErr w:type="spellEnd"/>
      <w:r w:rsidRPr="002E1D96">
        <w:rPr>
          <w:sz w:val="24"/>
          <w:szCs w:val="24"/>
        </w:rPr>
        <w:t xml:space="preserve"> didactic </w:t>
      </w:r>
      <w:proofErr w:type="spellStart"/>
      <w:r w:rsidRPr="002E1D96">
        <w:rPr>
          <w:sz w:val="24"/>
          <w:szCs w:val="24"/>
        </w:rPr>
        <w:t>responsabil</w:t>
      </w:r>
      <w:proofErr w:type="spellEnd"/>
      <w:r w:rsidRPr="002E1D96">
        <w:rPr>
          <w:sz w:val="24"/>
          <w:szCs w:val="24"/>
        </w:rPr>
        <w:t xml:space="preserve">; se </w:t>
      </w:r>
      <w:proofErr w:type="spellStart"/>
      <w:r w:rsidRPr="002E1D96">
        <w:rPr>
          <w:sz w:val="24"/>
          <w:szCs w:val="24"/>
        </w:rPr>
        <w:t>protejează</w:t>
      </w:r>
      <w:proofErr w:type="spellEnd"/>
      <w:r w:rsidRPr="002E1D96">
        <w:rPr>
          <w:sz w:val="24"/>
          <w:szCs w:val="24"/>
        </w:rPr>
        <w:t xml:space="preserve"> </w:t>
      </w:r>
      <w:proofErr w:type="spellStart"/>
      <w:r w:rsidRPr="002E1D96">
        <w:rPr>
          <w:sz w:val="24"/>
          <w:szCs w:val="24"/>
        </w:rPr>
        <w:t>împotriva</w:t>
      </w:r>
      <w:proofErr w:type="spellEnd"/>
      <w:r w:rsidRPr="002E1D96">
        <w:rPr>
          <w:sz w:val="24"/>
          <w:szCs w:val="24"/>
        </w:rPr>
        <w:t xml:space="preserve"> </w:t>
      </w:r>
      <w:proofErr w:type="spellStart"/>
      <w:r w:rsidRPr="002E1D96">
        <w:rPr>
          <w:sz w:val="24"/>
          <w:szCs w:val="24"/>
        </w:rPr>
        <w:t>deteriorării</w:t>
      </w:r>
      <w:proofErr w:type="spellEnd"/>
      <w:r w:rsidRPr="002E1D96">
        <w:rPr>
          <w:sz w:val="24"/>
          <w:szCs w:val="24"/>
        </w:rPr>
        <w:t>.</w:t>
      </w:r>
    </w:p>
    <w:p w14:paraId="77024E40" w14:textId="77777777" w:rsidR="002E1D96" w:rsidRPr="008242F7" w:rsidRDefault="00F718C3" w:rsidP="00030F11">
      <w:pPr>
        <w:pStyle w:val="Listparagraf"/>
        <w:numPr>
          <w:ilvl w:val="0"/>
          <w:numId w:val="10"/>
        </w:numPr>
        <w:jc w:val="both"/>
        <w:rPr>
          <w:sz w:val="24"/>
          <w:szCs w:val="24"/>
          <w:lang w:val="pt-BR"/>
        </w:rPr>
      </w:pPr>
      <w:r w:rsidRPr="008242F7">
        <w:rPr>
          <w:sz w:val="24"/>
          <w:szCs w:val="24"/>
          <w:lang w:val="pt-BR"/>
        </w:rPr>
        <w:t>Cunoașterea și respectarea normelor de apărare împotriva incendiilor și a regulilor de evacuare aplicabile postului.</w:t>
      </w:r>
    </w:p>
    <w:p w14:paraId="3CC565F1" w14:textId="77777777" w:rsidR="002E1D96" w:rsidRPr="008242F7" w:rsidRDefault="00F718C3" w:rsidP="00030F11">
      <w:pPr>
        <w:pStyle w:val="Listparagraf"/>
        <w:numPr>
          <w:ilvl w:val="0"/>
          <w:numId w:val="10"/>
        </w:numPr>
        <w:jc w:val="both"/>
        <w:rPr>
          <w:sz w:val="24"/>
          <w:szCs w:val="24"/>
          <w:lang w:val="it-IT"/>
        </w:rPr>
      </w:pPr>
      <w:r w:rsidRPr="008242F7">
        <w:rPr>
          <w:sz w:val="24"/>
          <w:szCs w:val="24"/>
          <w:lang w:val="it-IT"/>
        </w:rPr>
        <w:t>Abilități de comunicare și relaționare civilizată cu elevii, personalul unității și vizitatorii.</w:t>
      </w:r>
    </w:p>
    <w:p w14:paraId="0985BEA2" w14:textId="77777777" w:rsidR="002E1D96" w:rsidRDefault="00F718C3" w:rsidP="00030F11">
      <w:pPr>
        <w:pStyle w:val="Listparagraf"/>
        <w:numPr>
          <w:ilvl w:val="0"/>
          <w:numId w:val="10"/>
        </w:numPr>
        <w:jc w:val="both"/>
        <w:rPr>
          <w:sz w:val="24"/>
          <w:szCs w:val="24"/>
        </w:rPr>
      </w:pPr>
      <w:proofErr w:type="spellStart"/>
      <w:r w:rsidRPr="002E1D96">
        <w:rPr>
          <w:sz w:val="24"/>
          <w:szCs w:val="24"/>
        </w:rPr>
        <w:t>Capacitatea</w:t>
      </w:r>
      <w:proofErr w:type="spellEnd"/>
      <w:r w:rsidRPr="002E1D96">
        <w:rPr>
          <w:sz w:val="24"/>
          <w:szCs w:val="24"/>
        </w:rPr>
        <w:t xml:space="preserve"> de a </w:t>
      </w:r>
      <w:proofErr w:type="spellStart"/>
      <w:r w:rsidRPr="002E1D96">
        <w:rPr>
          <w:sz w:val="24"/>
          <w:szCs w:val="24"/>
        </w:rPr>
        <w:t>lucra</w:t>
      </w:r>
      <w:proofErr w:type="spellEnd"/>
      <w:r w:rsidRPr="002E1D96">
        <w:rPr>
          <w:sz w:val="24"/>
          <w:szCs w:val="24"/>
        </w:rPr>
        <w:t xml:space="preserve"> individual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echipă</w:t>
      </w:r>
      <w:proofErr w:type="spellEnd"/>
      <w:r w:rsidRPr="002E1D96">
        <w:rPr>
          <w:sz w:val="24"/>
          <w:szCs w:val="24"/>
        </w:rPr>
        <w:t xml:space="preserve">; </w:t>
      </w:r>
      <w:proofErr w:type="spellStart"/>
      <w:r w:rsidRPr="002E1D96">
        <w:rPr>
          <w:sz w:val="24"/>
          <w:szCs w:val="24"/>
        </w:rPr>
        <w:t>rezistență</w:t>
      </w:r>
      <w:proofErr w:type="spellEnd"/>
      <w:r w:rsidRPr="002E1D96">
        <w:rPr>
          <w:sz w:val="24"/>
          <w:szCs w:val="24"/>
        </w:rPr>
        <w:t xml:space="preserve"> </w:t>
      </w:r>
      <w:proofErr w:type="spellStart"/>
      <w:r w:rsidRPr="002E1D96">
        <w:rPr>
          <w:sz w:val="24"/>
          <w:szCs w:val="24"/>
        </w:rPr>
        <w:t>fizică</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psihică</w:t>
      </w:r>
      <w:proofErr w:type="spellEnd"/>
      <w:r w:rsidRPr="002E1D96">
        <w:rPr>
          <w:sz w:val="24"/>
          <w:szCs w:val="24"/>
        </w:rPr>
        <w:t>.</w:t>
      </w:r>
    </w:p>
    <w:p w14:paraId="4A6F0C50" w14:textId="70FBDE22" w:rsidR="00CB1E92" w:rsidRDefault="00F718C3" w:rsidP="00030F11">
      <w:pPr>
        <w:pStyle w:val="Listparagraf"/>
        <w:numPr>
          <w:ilvl w:val="0"/>
          <w:numId w:val="10"/>
        </w:numPr>
        <w:jc w:val="both"/>
        <w:rPr>
          <w:sz w:val="24"/>
          <w:szCs w:val="24"/>
        </w:rPr>
      </w:pPr>
      <w:proofErr w:type="spellStart"/>
      <w:r w:rsidRPr="002E1D96">
        <w:rPr>
          <w:sz w:val="24"/>
          <w:szCs w:val="24"/>
        </w:rPr>
        <w:t>Onestitate</w:t>
      </w:r>
      <w:proofErr w:type="spellEnd"/>
      <w:r w:rsidRPr="002E1D96">
        <w:rPr>
          <w:sz w:val="24"/>
          <w:szCs w:val="24"/>
        </w:rPr>
        <w:t xml:space="preserve">, spirit de </w:t>
      </w:r>
      <w:proofErr w:type="spellStart"/>
      <w:r w:rsidRPr="002E1D96">
        <w:rPr>
          <w:sz w:val="24"/>
          <w:szCs w:val="24"/>
        </w:rPr>
        <w:t>ordine</w:t>
      </w:r>
      <w:proofErr w:type="spellEnd"/>
      <w:r w:rsidRPr="002E1D96">
        <w:rPr>
          <w:sz w:val="24"/>
          <w:szCs w:val="24"/>
        </w:rPr>
        <w:t xml:space="preserve">, </w:t>
      </w:r>
      <w:proofErr w:type="spellStart"/>
      <w:r w:rsidRPr="002E1D96">
        <w:rPr>
          <w:sz w:val="24"/>
          <w:szCs w:val="24"/>
        </w:rPr>
        <w:t>păstrarea</w:t>
      </w:r>
      <w:proofErr w:type="spellEnd"/>
      <w:r w:rsidRPr="002E1D96">
        <w:rPr>
          <w:sz w:val="24"/>
          <w:szCs w:val="24"/>
        </w:rPr>
        <w:t xml:space="preserve"> </w:t>
      </w:r>
      <w:proofErr w:type="spellStart"/>
      <w:r w:rsidRPr="002E1D96">
        <w:rPr>
          <w:sz w:val="24"/>
          <w:szCs w:val="24"/>
        </w:rPr>
        <w:t>confidențialității</w:t>
      </w:r>
      <w:proofErr w:type="spellEnd"/>
      <w:r w:rsidRPr="002E1D96">
        <w:rPr>
          <w:sz w:val="24"/>
          <w:szCs w:val="24"/>
        </w:rPr>
        <w:t xml:space="preserve">, </w:t>
      </w:r>
      <w:proofErr w:type="spellStart"/>
      <w:r w:rsidRPr="002E1D96">
        <w:rPr>
          <w:sz w:val="24"/>
          <w:szCs w:val="24"/>
        </w:rPr>
        <w:t>respectarea</w:t>
      </w:r>
      <w:proofErr w:type="spellEnd"/>
      <w:r w:rsidRPr="002E1D96">
        <w:rPr>
          <w:sz w:val="24"/>
          <w:szCs w:val="24"/>
        </w:rPr>
        <w:t xml:space="preserve"> </w:t>
      </w:r>
      <w:proofErr w:type="spellStart"/>
      <w:r w:rsidRPr="002E1D96">
        <w:rPr>
          <w:sz w:val="24"/>
          <w:szCs w:val="24"/>
        </w:rPr>
        <w:t>legii</w:t>
      </w:r>
      <w:proofErr w:type="spellEnd"/>
      <w:r w:rsidRPr="002E1D96">
        <w:rPr>
          <w:sz w:val="24"/>
          <w:szCs w:val="24"/>
        </w:rPr>
        <w:t xml:space="preserve">, </w:t>
      </w:r>
      <w:proofErr w:type="spellStart"/>
      <w:r w:rsidRPr="002E1D96">
        <w:rPr>
          <w:sz w:val="24"/>
          <w:szCs w:val="24"/>
        </w:rPr>
        <w:t>corectitudine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loialitate</w:t>
      </w:r>
      <w:proofErr w:type="spellEnd"/>
      <w:r w:rsidRPr="002E1D96">
        <w:rPr>
          <w:sz w:val="24"/>
          <w:szCs w:val="24"/>
        </w:rPr>
        <w:t xml:space="preserve"> </w:t>
      </w:r>
      <w:proofErr w:type="spellStart"/>
      <w:r w:rsidRPr="002E1D96">
        <w:rPr>
          <w:sz w:val="24"/>
          <w:szCs w:val="24"/>
        </w:rPr>
        <w:t>față</w:t>
      </w:r>
      <w:proofErr w:type="spellEnd"/>
      <w:r w:rsidRPr="002E1D96">
        <w:rPr>
          <w:sz w:val="24"/>
          <w:szCs w:val="24"/>
        </w:rPr>
        <w:t xml:space="preserve"> de </w:t>
      </w:r>
      <w:proofErr w:type="spellStart"/>
      <w:r w:rsidRPr="002E1D96">
        <w:rPr>
          <w:sz w:val="24"/>
          <w:szCs w:val="24"/>
        </w:rPr>
        <w:t>interesele</w:t>
      </w:r>
      <w:proofErr w:type="spellEnd"/>
      <w:r w:rsidRPr="002E1D96">
        <w:rPr>
          <w:sz w:val="24"/>
          <w:szCs w:val="24"/>
        </w:rPr>
        <w:t xml:space="preserve"> </w:t>
      </w:r>
      <w:proofErr w:type="spellStart"/>
      <w:r w:rsidRPr="002E1D96">
        <w:rPr>
          <w:sz w:val="24"/>
          <w:szCs w:val="24"/>
        </w:rPr>
        <w:t>instituției</w:t>
      </w:r>
      <w:proofErr w:type="spellEnd"/>
      <w:r w:rsidRPr="002E1D96">
        <w:rPr>
          <w:sz w:val="24"/>
          <w:szCs w:val="24"/>
        </w:rPr>
        <w:t xml:space="preserve">, </w:t>
      </w:r>
      <w:proofErr w:type="spellStart"/>
      <w:r w:rsidRPr="002E1D96">
        <w:rPr>
          <w:sz w:val="24"/>
          <w:szCs w:val="24"/>
        </w:rPr>
        <w:t>conduită</w:t>
      </w:r>
      <w:proofErr w:type="spellEnd"/>
      <w:r w:rsidRPr="002E1D96">
        <w:rPr>
          <w:sz w:val="24"/>
          <w:szCs w:val="24"/>
        </w:rPr>
        <w:t xml:space="preserve"> </w:t>
      </w:r>
      <w:proofErr w:type="spellStart"/>
      <w:r w:rsidRPr="002E1D96">
        <w:rPr>
          <w:sz w:val="24"/>
          <w:szCs w:val="24"/>
        </w:rPr>
        <w:t>adecvată</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timpul</w:t>
      </w:r>
      <w:proofErr w:type="spellEnd"/>
      <w:r w:rsidRPr="002E1D96">
        <w:rPr>
          <w:sz w:val="24"/>
          <w:szCs w:val="24"/>
        </w:rPr>
        <w:t xml:space="preserve"> </w:t>
      </w:r>
      <w:proofErr w:type="spellStart"/>
      <w:r w:rsidRPr="002E1D96">
        <w:rPr>
          <w:sz w:val="24"/>
          <w:szCs w:val="24"/>
        </w:rPr>
        <w:t>serviciului</w:t>
      </w:r>
      <w:proofErr w:type="spellEnd"/>
      <w:r w:rsidRPr="002E1D96">
        <w:rPr>
          <w:sz w:val="24"/>
          <w:szCs w:val="24"/>
        </w:rPr>
        <w:t>.</w:t>
      </w:r>
    </w:p>
    <w:p w14:paraId="2F11523D" w14:textId="449012B6" w:rsidR="00BD7C0A" w:rsidRPr="008242F7" w:rsidRDefault="00BD7C0A" w:rsidP="00030F11">
      <w:pPr>
        <w:pStyle w:val="Listparagraf"/>
        <w:numPr>
          <w:ilvl w:val="0"/>
          <w:numId w:val="10"/>
        </w:numPr>
        <w:jc w:val="both"/>
        <w:rPr>
          <w:sz w:val="24"/>
          <w:szCs w:val="24"/>
          <w:lang w:val="pt-BR"/>
        </w:rPr>
      </w:pPr>
      <w:r w:rsidRPr="008242F7">
        <w:rPr>
          <w:sz w:val="24"/>
          <w:szCs w:val="24"/>
          <w:lang w:val="pt-BR"/>
        </w:rPr>
        <w:lastRenderedPageBreak/>
        <w:t>Atestat/Certificat privind cursul de noțiuni fundamentale de igienă;</w:t>
      </w:r>
    </w:p>
    <w:p w14:paraId="67B7FA6F" w14:textId="0C6159E3" w:rsidR="00BD7C0A" w:rsidRPr="008242F7" w:rsidRDefault="00BD7C0A" w:rsidP="00030F11">
      <w:pPr>
        <w:pStyle w:val="Listparagraf"/>
        <w:numPr>
          <w:ilvl w:val="0"/>
          <w:numId w:val="10"/>
        </w:numPr>
        <w:jc w:val="both"/>
        <w:rPr>
          <w:sz w:val="24"/>
          <w:szCs w:val="24"/>
          <w:lang w:val="pt-BR"/>
        </w:rPr>
      </w:pPr>
      <w:r w:rsidRPr="008242F7">
        <w:rPr>
          <w:sz w:val="24"/>
          <w:szCs w:val="24"/>
          <w:lang w:val="pt-BR"/>
        </w:rPr>
        <w:t>În cazul candidaților necalificați, candidatul se obligă ca într-o perioadă de 90 de zile să aducă în unitate dovada calificării profesionale care să îndeplinească condițiile, în caz contrar se poate desface contractual de muncă.</w:t>
      </w:r>
    </w:p>
    <w:p w14:paraId="21382FFB" w14:textId="77777777" w:rsidR="00CB1E92" w:rsidRPr="008242F7" w:rsidRDefault="00F718C3">
      <w:pPr>
        <w:pStyle w:val="Titlu1"/>
        <w:rPr>
          <w:u w:val="single"/>
          <w:lang w:val="pt-BR"/>
        </w:rPr>
      </w:pPr>
      <w:r w:rsidRPr="008242F7">
        <w:rPr>
          <w:u w:val="single"/>
          <w:lang w:val="pt-BR"/>
        </w:rPr>
        <w:t>Articolul 3 Documentele dosarului de concurs</w:t>
      </w:r>
    </w:p>
    <w:p w14:paraId="03957EA3" w14:textId="77777777" w:rsidR="00CB1E92" w:rsidRPr="008242F7" w:rsidRDefault="00F718C3" w:rsidP="00030F11">
      <w:pPr>
        <w:jc w:val="both"/>
        <w:rPr>
          <w:sz w:val="24"/>
          <w:szCs w:val="24"/>
          <w:lang w:val="pt-BR"/>
        </w:rPr>
      </w:pPr>
      <w:r w:rsidRPr="008242F7">
        <w:rPr>
          <w:b/>
          <w:bCs/>
          <w:sz w:val="24"/>
          <w:szCs w:val="24"/>
          <w:lang w:val="pt-BR"/>
        </w:rPr>
        <w:t>a)</w:t>
      </w:r>
      <w:r w:rsidRPr="008242F7">
        <w:rPr>
          <w:sz w:val="24"/>
          <w:szCs w:val="24"/>
          <w:lang w:val="pt-BR"/>
        </w:rPr>
        <w:t xml:space="preserve"> Formular de înscriere, conform anexei nr. 2 la HG nr. 1336/2022.</w:t>
      </w:r>
    </w:p>
    <w:p w14:paraId="1927ED83" w14:textId="77777777" w:rsidR="00CB1E92" w:rsidRPr="008242F7" w:rsidRDefault="00F718C3" w:rsidP="00030F11">
      <w:pPr>
        <w:jc w:val="both"/>
        <w:rPr>
          <w:sz w:val="24"/>
          <w:szCs w:val="24"/>
          <w:lang w:val="pt-BR"/>
        </w:rPr>
      </w:pPr>
      <w:r w:rsidRPr="008242F7">
        <w:rPr>
          <w:b/>
          <w:bCs/>
          <w:sz w:val="24"/>
          <w:szCs w:val="24"/>
          <w:lang w:val="pt-BR"/>
        </w:rPr>
        <w:t>b)</w:t>
      </w:r>
      <w:r w:rsidRPr="008242F7">
        <w:rPr>
          <w:sz w:val="24"/>
          <w:szCs w:val="24"/>
          <w:lang w:val="pt-BR"/>
        </w:rPr>
        <w:t xml:space="preserve"> Copia actului de identitate sau a altui document care atestă identitatea, potrivit legii, aflat în termen de valabilitate.</w:t>
      </w:r>
    </w:p>
    <w:p w14:paraId="2BCF7A35" w14:textId="77777777" w:rsidR="00CB1E92" w:rsidRPr="008242F7" w:rsidRDefault="00F718C3" w:rsidP="00030F11">
      <w:pPr>
        <w:jc w:val="both"/>
        <w:rPr>
          <w:sz w:val="24"/>
          <w:szCs w:val="24"/>
          <w:lang w:val="pt-BR"/>
        </w:rPr>
      </w:pPr>
      <w:r w:rsidRPr="008242F7">
        <w:rPr>
          <w:b/>
          <w:bCs/>
          <w:sz w:val="24"/>
          <w:szCs w:val="24"/>
          <w:lang w:val="pt-BR"/>
        </w:rPr>
        <w:t>c)</w:t>
      </w:r>
      <w:r w:rsidRPr="008242F7">
        <w:rPr>
          <w:sz w:val="24"/>
          <w:szCs w:val="24"/>
          <w:lang w:val="pt-BR"/>
        </w:rPr>
        <w:t xml:space="preserve"> Copia certificatului de căsătorie sau a altui document prin care s-a realizat schimbarea numelui, după caz.</w:t>
      </w:r>
    </w:p>
    <w:p w14:paraId="518FFEE5" w14:textId="77777777" w:rsidR="00CB1E92" w:rsidRPr="008242F7" w:rsidRDefault="00F718C3" w:rsidP="00030F11">
      <w:pPr>
        <w:jc w:val="both"/>
        <w:rPr>
          <w:sz w:val="24"/>
          <w:szCs w:val="24"/>
          <w:lang w:val="pt-BR"/>
        </w:rPr>
      </w:pPr>
      <w:r w:rsidRPr="008242F7">
        <w:rPr>
          <w:b/>
          <w:bCs/>
          <w:sz w:val="24"/>
          <w:szCs w:val="24"/>
          <w:lang w:val="pt-BR"/>
        </w:rPr>
        <w:t>d)</w:t>
      </w:r>
      <w:r w:rsidRPr="008242F7">
        <w:rPr>
          <w:sz w:val="24"/>
          <w:szCs w:val="24"/>
          <w:lang w:val="pt-BR"/>
        </w:rPr>
        <w:t xml:space="preserve"> Copiile documentelor care atestă nivelul studiilor, specializările și îndeplinirea condițiilor specifice.</w:t>
      </w:r>
    </w:p>
    <w:p w14:paraId="1C328783" w14:textId="77777777" w:rsidR="00CB1E92" w:rsidRPr="008242F7" w:rsidRDefault="00F718C3" w:rsidP="00030F11">
      <w:pPr>
        <w:jc w:val="both"/>
        <w:rPr>
          <w:sz w:val="24"/>
          <w:szCs w:val="24"/>
          <w:lang w:val="pt-BR"/>
        </w:rPr>
      </w:pPr>
      <w:r w:rsidRPr="008242F7">
        <w:rPr>
          <w:b/>
          <w:bCs/>
          <w:sz w:val="24"/>
          <w:szCs w:val="24"/>
          <w:lang w:val="pt-BR"/>
        </w:rPr>
        <w:t>e)</w:t>
      </w:r>
      <w:r w:rsidRPr="008242F7">
        <w:rPr>
          <w:sz w:val="24"/>
          <w:szCs w:val="24"/>
          <w:lang w:val="pt-BR"/>
        </w:rPr>
        <w:t xml:space="preserve"> Copia carnetului de muncă și/sau adeverința eliberată de angajator pentru perioada lucrată, după caz. </w:t>
      </w:r>
      <w:r w:rsidRPr="008242F7">
        <w:rPr>
          <w:sz w:val="24"/>
          <w:szCs w:val="24"/>
          <w:lang w:val="it-IT"/>
        </w:rPr>
        <w:t xml:space="preserve">Modelul orientativ al adeverinței este cel din anexa nr. 3 la HG nr. 1336/2022. </w:t>
      </w:r>
      <w:r w:rsidRPr="008242F7">
        <w:rPr>
          <w:sz w:val="24"/>
          <w:szCs w:val="24"/>
          <w:lang w:val="pt-BR"/>
        </w:rPr>
        <w:t>Întrucât nu se solicită vechime, lipsa unui istoric de muncă nu constituie motiv de respingere.</w:t>
      </w:r>
    </w:p>
    <w:p w14:paraId="59856AC7" w14:textId="77777777" w:rsidR="00CB1E92" w:rsidRPr="008242F7" w:rsidRDefault="00F718C3" w:rsidP="00030F11">
      <w:pPr>
        <w:jc w:val="both"/>
        <w:rPr>
          <w:sz w:val="24"/>
          <w:szCs w:val="24"/>
          <w:lang w:val="pt-BR"/>
        </w:rPr>
      </w:pPr>
      <w:r w:rsidRPr="008242F7">
        <w:rPr>
          <w:b/>
          <w:bCs/>
          <w:sz w:val="24"/>
          <w:szCs w:val="24"/>
          <w:lang w:val="pt-BR"/>
        </w:rPr>
        <w:t>f)</w:t>
      </w:r>
      <w:r w:rsidRPr="008242F7">
        <w:rPr>
          <w:sz w:val="24"/>
          <w:szCs w:val="24"/>
          <w:lang w:val="pt-BR"/>
        </w:rPr>
        <w:t xml:space="preserve"> Certificat de cazier judiciar sau, după caz, extras de pe cazierul judiciar.</w:t>
      </w:r>
    </w:p>
    <w:p w14:paraId="6E5E4B5A" w14:textId="77777777" w:rsidR="00CB1E92" w:rsidRPr="008242F7" w:rsidRDefault="00F718C3" w:rsidP="00030F11">
      <w:pPr>
        <w:jc w:val="both"/>
        <w:rPr>
          <w:sz w:val="24"/>
          <w:szCs w:val="24"/>
          <w:lang w:val="pt-BR"/>
        </w:rPr>
      </w:pPr>
      <w:r w:rsidRPr="008242F7">
        <w:rPr>
          <w:b/>
          <w:bCs/>
          <w:sz w:val="24"/>
          <w:szCs w:val="24"/>
          <w:lang w:val="pt-BR"/>
        </w:rPr>
        <w:t>g)</w:t>
      </w:r>
      <w:r w:rsidRPr="008242F7">
        <w:rPr>
          <w:sz w:val="24"/>
          <w:szCs w:val="24"/>
          <w:lang w:val="pt-BR"/>
        </w:rPr>
        <w:t xml:space="preserve"> Adeverință medicală care atestă starea de sănătate corespunzătoare postului, eliberată de medicul de familie sau de unitățile sanitare abilitate cu cel mult șase luni anterior derulării concursului.</w:t>
      </w:r>
    </w:p>
    <w:p w14:paraId="327DAD96" w14:textId="77777777" w:rsidR="00CB1E92" w:rsidRPr="008242F7" w:rsidRDefault="00F718C3" w:rsidP="00030F11">
      <w:pPr>
        <w:jc w:val="both"/>
        <w:rPr>
          <w:sz w:val="24"/>
          <w:szCs w:val="24"/>
          <w:lang w:val="pt-BR"/>
        </w:rPr>
      </w:pPr>
      <w:r w:rsidRPr="008242F7">
        <w:rPr>
          <w:b/>
          <w:bCs/>
          <w:sz w:val="24"/>
          <w:szCs w:val="24"/>
          <w:lang w:val="pt-BR"/>
        </w:rPr>
        <w:t>h)</w:t>
      </w:r>
      <w:r w:rsidRPr="008242F7">
        <w:rPr>
          <w:sz w:val="24"/>
          <w:szCs w:val="24"/>
          <w:lang w:val="pt-BR"/>
        </w:rPr>
        <w:t xml:space="preserve"> Certificat de integritate comportamentală din care să rezulte că nu s-au comis infracțiunile prevăzute la art. 1 alin. (2) din Legea nr. 118/2019, cu modificările ulterioare.</w:t>
      </w:r>
    </w:p>
    <w:p w14:paraId="1A7930EE" w14:textId="77777777" w:rsidR="00CB1E92" w:rsidRPr="008242F7" w:rsidRDefault="00F718C3" w:rsidP="00030F11">
      <w:pPr>
        <w:jc w:val="both"/>
        <w:rPr>
          <w:sz w:val="24"/>
          <w:szCs w:val="24"/>
          <w:lang w:val="it-IT"/>
        </w:rPr>
      </w:pPr>
      <w:r w:rsidRPr="008242F7">
        <w:rPr>
          <w:b/>
          <w:bCs/>
          <w:sz w:val="24"/>
          <w:szCs w:val="24"/>
          <w:lang w:val="it-IT"/>
        </w:rPr>
        <w:t>i)</w:t>
      </w:r>
      <w:r w:rsidRPr="008242F7">
        <w:rPr>
          <w:sz w:val="24"/>
          <w:szCs w:val="24"/>
          <w:lang w:val="it-IT"/>
        </w:rPr>
        <w:t xml:space="preserve"> Curriculum vitae, model comun european.</w:t>
      </w:r>
    </w:p>
    <w:p w14:paraId="3656E158" w14:textId="77777777" w:rsidR="00CB1E92" w:rsidRPr="008242F7" w:rsidRDefault="00F718C3" w:rsidP="002E1D96">
      <w:pPr>
        <w:ind w:firstLine="720"/>
        <w:jc w:val="both"/>
        <w:rPr>
          <w:sz w:val="24"/>
          <w:szCs w:val="24"/>
          <w:lang w:val="it-IT"/>
        </w:rPr>
      </w:pPr>
      <w:r w:rsidRPr="008242F7">
        <w:rPr>
          <w:sz w:val="24"/>
          <w:szCs w:val="24"/>
          <w:lang w:val="it-IT"/>
        </w:rPr>
        <w:t>Copiile documentelor de la lit. b)–e) se prezintă însoțite de originale pentru certificarea conformității de către secretarul comisiei. Pentru candidații cu dizabilități care solicită adaptare rezonabilă, adeverința medicală se însoțește de copia certificatului de încadrare într-un grad de handicap, prezentată împreună cu originalul.</w:t>
      </w:r>
    </w:p>
    <w:p w14:paraId="3E0FC05D" w14:textId="77777777" w:rsidR="00CB1E92" w:rsidRPr="008242F7" w:rsidRDefault="00F718C3" w:rsidP="002E1D96">
      <w:pPr>
        <w:ind w:firstLine="720"/>
        <w:jc w:val="both"/>
        <w:rPr>
          <w:sz w:val="24"/>
          <w:szCs w:val="24"/>
          <w:lang w:val="it-IT"/>
        </w:rPr>
      </w:pPr>
      <w:r w:rsidRPr="008242F7">
        <w:rPr>
          <w:sz w:val="24"/>
          <w:szCs w:val="24"/>
          <w:lang w:val="it-IT"/>
        </w:rPr>
        <w:t>Cazierul poate fi înlocuit la înscriere printr-o declarație pe propria răspundere privind antecedentele penale. Candidatul admis la selecția dosarelor completează dosarul cu originalul cazierului anterior datei probei practice, dacă nu a solicitat expres preluarea informațiilor direct de la autoritatea competentă. În cazul solicitării exprese, liceul solicită extrasul potrivit legii.</w:t>
      </w:r>
    </w:p>
    <w:p w14:paraId="7D538FFD" w14:textId="77777777" w:rsidR="00CB1E92" w:rsidRPr="008242F7" w:rsidRDefault="00F718C3" w:rsidP="002E1D96">
      <w:pPr>
        <w:ind w:firstLine="720"/>
        <w:jc w:val="both"/>
        <w:rPr>
          <w:sz w:val="24"/>
          <w:szCs w:val="24"/>
          <w:lang w:val="it-IT"/>
        </w:rPr>
      </w:pPr>
      <w:r w:rsidRPr="008242F7">
        <w:rPr>
          <w:sz w:val="24"/>
          <w:szCs w:val="24"/>
          <w:lang w:val="it-IT"/>
        </w:rPr>
        <w:t>Certificatul de integritate comportamentală poate fi solicitat și de liceu, cu acordul persoanei verificate, potrivit legii. Candidații cu dizabilități pot propune, în termenul de înscriere, instrumentele necesare pentru accesibilitatea probelor.</w:t>
      </w:r>
    </w:p>
    <w:p w14:paraId="09C7E5CF" w14:textId="77777777" w:rsidR="00CB1E92" w:rsidRPr="008242F7" w:rsidRDefault="00F718C3">
      <w:pPr>
        <w:rPr>
          <w:lang w:val="it-IT"/>
        </w:rPr>
      </w:pPr>
      <w:r w:rsidRPr="008242F7">
        <w:rPr>
          <w:lang w:val="it-IT"/>
        </w:rPr>
        <w:br w:type="page"/>
      </w:r>
    </w:p>
    <w:p w14:paraId="54C7E447" w14:textId="77777777" w:rsidR="00CB1E92" w:rsidRPr="008242F7" w:rsidRDefault="00F718C3">
      <w:pPr>
        <w:pStyle w:val="Titlu1"/>
        <w:rPr>
          <w:u w:val="single"/>
          <w:lang w:val="pt-BR"/>
        </w:rPr>
      </w:pPr>
      <w:r w:rsidRPr="008242F7">
        <w:rPr>
          <w:u w:val="single"/>
          <w:lang w:val="pt-BR"/>
        </w:rPr>
        <w:lastRenderedPageBreak/>
        <w:t>Articolul 4 Etapele și calendarul concursului</w:t>
      </w:r>
    </w:p>
    <w:p w14:paraId="138D6CD6" w14:textId="77777777" w:rsidR="00CB1E92" w:rsidRPr="00030F11" w:rsidRDefault="00F718C3" w:rsidP="002E1D96">
      <w:pPr>
        <w:ind w:firstLine="720"/>
        <w:jc w:val="both"/>
        <w:rPr>
          <w:sz w:val="24"/>
          <w:szCs w:val="24"/>
        </w:rPr>
      </w:pPr>
      <w:r w:rsidRPr="008242F7">
        <w:rPr>
          <w:sz w:val="24"/>
          <w:szCs w:val="24"/>
          <w:lang w:val="pt-BR"/>
        </w:rPr>
        <w:t xml:space="preserve">Concursul cuprinde selecția dosarelor, proba practică și interviul. </w:t>
      </w:r>
      <w:r w:rsidRPr="002E1D96">
        <w:rPr>
          <w:sz w:val="24"/>
          <w:szCs w:val="24"/>
        </w:rPr>
        <w:t xml:space="preserve">La </w:t>
      </w:r>
      <w:proofErr w:type="spellStart"/>
      <w:r w:rsidRPr="002E1D96">
        <w:rPr>
          <w:sz w:val="24"/>
          <w:szCs w:val="24"/>
        </w:rPr>
        <w:t>etapa</w:t>
      </w:r>
      <w:proofErr w:type="spellEnd"/>
      <w:r w:rsidRPr="002E1D96">
        <w:rPr>
          <w:sz w:val="24"/>
          <w:szCs w:val="24"/>
        </w:rPr>
        <w:t xml:space="preserve"> </w:t>
      </w:r>
      <w:proofErr w:type="spellStart"/>
      <w:r w:rsidRPr="002E1D96">
        <w:rPr>
          <w:sz w:val="24"/>
          <w:szCs w:val="24"/>
        </w:rPr>
        <w:t>următoare</w:t>
      </w:r>
      <w:proofErr w:type="spellEnd"/>
      <w:r w:rsidRPr="002E1D96">
        <w:rPr>
          <w:sz w:val="24"/>
          <w:szCs w:val="24"/>
        </w:rPr>
        <w:t xml:space="preserve"> </w:t>
      </w:r>
      <w:proofErr w:type="spellStart"/>
      <w:r w:rsidRPr="002E1D96">
        <w:rPr>
          <w:sz w:val="24"/>
          <w:szCs w:val="24"/>
        </w:rPr>
        <w:t>participă</w:t>
      </w:r>
      <w:proofErr w:type="spellEnd"/>
      <w:r w:rsidRPr="002E1D96">
        <w:rPr>
          <w:sz w:val="24"/>
          <w:szCs w:val="24"/>
        </w:rPr>
        <w:t xml:space="preserve"> </w:t>
      </w:r>
      <w:proofErr w:type="spellStart"/>
      <w:r w:rsidRPr="002E1D96">
        <w:rPr>
          <w:sz w:val="24"/>
          <w:szCs w:val="24"/>
        </w:rPr>
        <w:t>numai</w:t>
      </w:r>
      <w:proofErr w:type="spellEnd"/>
      <w:r w:rsidRPr="002E1D96">
        <w:rPr>
          <w:sz w:val="24"/>
          <w:szCs w:val="24"/>
        </w:rPr>
        <w:t xml:space="preserve"> </w:t>
      </w:r>
      <w:proofErr w:type="spellStart"/>
      <w:r w:rsidRPr="002E1D96">
        <w:rPr>
          <w:sz w:val="24"/>
          <w:szCs w:val="24"/>
        </w:rPr>
        <w:t>candidații</w:t>
      </w:r>
      <w:proofErr w:type="spellEnd"/>
      <w:r w:rsidRPr="002E1D96">
        <w:rPr>
          <w:sz w:val="24"/>
          <w:szCs w:val="24"/>
        </w:rPr>
        <w:t xml:space="preserve"> </w:t>
      </w:r>
      <w:proofErr w:type="spellStart"/>
      <w:r w:rsidRPr="002E1D96">
        <w:rPr>
          <w:sz w:val="24"/>
          <w:szCs w:val="24"/>
        </w:rPr>
        <w:t>declarați</w:t>
      </w:r>
      <w:proofErr w:type="spellEnd"/>
      <w:r w:rsidRPr="002E1D96">
        <w:rPr>
          <w:sz w:val="24"/>
          <w:szCs w:val="24"/>
        </w:rPr>
        <w:t xml:space="preserve"> </w:t>
      </w:r>
      <w:proofErr w:type="spellStart"/>
      <w:r w:rsidRPr="002E1D96">
        <w:rPr>
          <w:sz w:val="24"/>
          <w:szCs w:val="24"/>
        </w:rPr>
        <w:t>admiși</w:t>
      </w:r>
      <w:proofErr w:type="spellEnd"/>
      <w:r w:rsidRPr="002E1D96">
        <w:rPr>
          <w:sz w:val="24"/>
          <w:szCs w:val="24"/>
        </w:rPr>
        <w:t xml:space="preserve"> la </w:t>
      </w:r>
      <w:proofErr w:type="spellStart"/>
      <w:r w:rsidRPr="002E1D96">
        <w:rPr>
          <w:sz w:val="24"/>
          <w:szCs w:val="24"/>
        </w:rPr>
        <w:t>etapa</w:t>
      </w:r>
      <w:proofErr w:type="spellEnd"/>
      <w:r w:rsidRPr="002E1D96">
        <w:rPr>
          <w:sz w:val="24"/>
          <w:szCs w:val="24"/>
        </w:rPr>
        <w:t xml:space="preserve"> </w:t>
      </w:r>
      <w:proofErr w:type="spellStart"/>
      <w:r w:rsidRPr="002E1D96">
        <w:rPr>
          <w:sz w:val="24"/>
          <w:szCs w:val="24"/>
        </w:rPr>
        <w:t>precedentă</w:t>
      </w:r>
      <w:proofErr w:type="spellEnd"/>
      <w:r w:rsidRPr="002E1D96">
        <w:rPr>
          <w:sz w:val="24"/>
          <w:szCs w:val="24"/>
        </w:rPr>
        <w:t>.</w:t>
      </w:r>
    </w:p>
    <w:tbl>
      <w:tblPr>
        <w:tblW w:w="0" w:type="auto"/>
        <w:tblLayout w:type="fixed"/>
        <w:tblLook w:val="04A0" w:firstRow="1" w:lastRow="0" w:firstColumn="1" w:lastColumn="0" w:noHBand="0" w:noVBand="1"/>
      </w:tblPr>
      <w:tblGrid>
        <w:gridCol w:w="5669"/>
        <w:gridCol w:w="4329"/>
      </w:tblGrid>
      <w:tr w:rsidR="00CB1E92" w14:paraId="2D721D5F" w14:textId="77777777" w:rsidTr="00030F11">
        <w:trPr>
          <w:cantSplit/>
          <w:tblHeader/>
        </w:trPr>
        <w:tc>
          <w:tcPr>
            <w:tcW w:w="5669" w:type="dxa"/>
            <w:tcBorders>
              <w:top w:val="single" w:sz="4" w:space="0" w:color="D9D9D9"/>
              <w:left w:val="single" w:sz="4" w:space="0" w:color="D9D9D9"/>
              <w:bottom w:val="single" w:sz="4" w:space="0" w:color="D9D9D9"/>
              <w:right w:val="single" w:sz="4" w:space="0" w:color="D9D9D9"/>
            </w:tcBorders>
            <w:shd w:val="clear" w:color="auto" w:fill="E7E6E6"/>
            <w:tcMar>
              <w:top w:w="75" w:type="dxa"/>
              <w:left w:w="75" w:type="dxa"/>
              <w:bottom w:w="75" w:type="dxa"/>
              <w:right w:w="75" w:type="dxa"/>
            </w:tcMar>
          </w:tcPr>
          <w:p w14:paraId="3394F694" w14:textId="77777777" w:rsidR="00CB1E92" w:rsidRDefault="00F718C3" w:rsidP="002E1D96">
            <w:pPr>
              <w:spacing w:after="0" w:line="240" w:lineRule="auto"/>
              <w:jc w:val="center"/>
            </w:pPr>
            <w:r>
              <w:rPr>
                <w:b/>
              </w:rPr>
              <w:t>Etapa</w:t>
            </w:r>
          </w:p>
        </w:tc>
        <w:tc>
          <w:tcPr>
            <w:tcW w:w="4329" w:type="dxa"/>
            <w:tcBorders>
              <w:top w:val="single" w:sz="4" w:space="0" w:color="D9D9D9"/>
              <w:left w:val="single" w:sz="4" w:space="0" w:color="D9D9D9"/>
              <w:bottom w:val="single" w:sz="4" w:space="0" w:color="D9D9D9"/>
              <w:right w:val="single" w:sz="4" w:space="0" w:color="D9D9D9"/>
            </w:tcBorders>
            <w:shd w:val="clear" w:color="auto" w:fill="E7E6E6"/>
            <w:tcMar>
              <w:top w:w="75" w:type="dxa"/>
              <w:left w:w="75" w:type="dxa"/>
              <w:bottom w:w="75" w:type="dxa"/>
              <w:right w:w="75" w:type="dxa"/>
            </w:tcMar>
          </w:tcPr>
          <w:p w14:paraId="74C46561" w14:textId="77777777" w:rsidR="00CB1E92" w:rsidRDefault="00F718C3" w:rsidP="002E1D96">
            <w:pPr>
              <w:spacing w:after="0" w:line="240" w:lineRule="auto"/>
              <w:jc w:val="center"/>
            </w:pPr>
            <w:r>
              <w:rPr>
                <w:b/>
              </w:rPr>
              <w:t xml:space="preserve">Data </w:t>
            </w:r>
            <w:proofErr w:type="spellStart"/>
            <w:r>
              <w:rPr>
                <w:b/>
              </w:rPr>
              <w:t>și</w:t>
            </w:r>
            <w:proofErr w:type="spellEnd"/>
            <w:r>
              <w:rPr>
                <w:b/>
              </w:rPr>
              <w:t xml:space="preserve"> ora</w:t>
            </w:r>
          </w:p>
        </w:tc>
      </w:tr>
      <w:tr w:rsidR="00CB1E92" w:rsidRPr="00030F11" w14:paraId="5CD08306"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DDD84FB" w14:textId="77777777" w:rsidR="00CB1E92" w:rsidRPr="00030F11" w:rsidRDefault="00F718C3" w:rsidP="002E1D96">
            <w:pPr>
              <w:spacing w:after="0" w:line="240" w:lineRule="auto"/>
              <w:jc w:val="center"/>
              <w:rPr>
                <w:sz w:val="24"/>
                <w:szCs w:val="24"/>
              </w:rPr>
            </w:pPr>
            <w:proofErr w:type="spellStart"/>
            <w:r w:rsidRPr="00030F11">
              <w:rPr>
                <w:sz w:val="24"/>
                <w:szCs w:val="24"/>
              </w:rPr>
              <w:t>Publicarea</w:t>
            </w:r>
            <w:proofErr w:type="spellEnd"/>
            <w:r w:rsidRPr="00030F11">
              <w:rPr>
                <w:sz w:val="24"/>
                <w:szCs w:val="24"/>
              </w:rPr>
              <w:t xml:space="preserve"> </w:t>
            </w:r>
            <w:proofErr w:type="spellStart"/>
            <w:r w:rsidRPr="00030F11">
              <w:rPr>
                <w:sz w:val="24"/>
                <w:szCs w:val="24"/>
              </w:rPr>
              <w:t>anunțului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6433EE5" w14:textId="35A1E31B" w:rsidR="00CB1E92" w:rsidRPr="00030F11" w:rsidRDefault="00F718C3" w:rsidP="002E1D96">
            <w:pPr>
              <w:spacing w:after="0" w:line="240" w:lineRule="auto"/>
              <w:jc w:val="center"/>
              <w:rPr>
                <w:sz w:val="24"/>
                <w:szCs w:val="24"/>
              </w:rPr>
            </w:pPr>
            <w:r w:rsidRPr="00030F11">
              <w:rPr>
                <w:sz w:val="24"/>
                <w:szCs w:val="24"/>
              </w:rPr>
              <w:t>1</w:t>
            </w:r>
            <w:r w:rsidR="007F2DA5">
              <w:rPr>
                <w:sz w:val="24"/>
                <w:szCs w:val="24"/>
              </w:rPr>
              <w:t>4</w:t>
            </w:r>
            <w:r w:rsidRPr="00030F11">
              <w:rPr>
                <w:sz w:val="24"/>
                <w:szCs w:val="24"/>
              </w:rPr>
              <w:t>.10.2026</w:t>
            </w:r>
          </w:p>
        </w:tc>
      </w:tr>
      <w:tr w:rsidR="00CB1E92" w:rsidRPr="00030F11" w14:paraId="111E9443"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63F60FC" w14:textId="77777777" w:rsidR="00CB1E92" w:rsidRPr="002E1D96" w:rsidRDefault="00F718C3" w:rsidP="002E1D96">
            <w:pPr>
              <w:spacing w:after="0" w:line="240" w:lineRule="auto"/>
              <w:jc w:val="center"/>
              <w:rPr>
                <w:sz w:val="24"/>
                <w:szCs w:val="24"/>
              </w:rPr>
            </w:pPr>
            <w:r w:rsidRPr="002E1D96">
              <w:rPr>
                <w:sz w:val="24"/>
                <w:szCs w:val="24"/>
              </w:rPr>
              <w:t xml:space="preserve">Termen </w:t>
            </w:r>
            <w:proofErr w:type="spellStart"/>
            <w:r w:rsidRPr="002E1D96">
              <w:rPr>
                <w:sz w:val="24"/>
                <w:szCs w:val="24"/>
              </w:rPr>
              <w:t>pentru</w:t>
            </w:r>
            <w:proofErr w:type="spellEnd"/>
            <w:r w:rsidRPr="002E1D96">
              <w:rPr>
                <w:sz w:val="24"/>
                <w:szCs w:val="24"/>
              </w:rPr>
              <w:t xml:space="preserve"> </w:t>
            </w:r>
            <w:proofErr w:type="spellStart"/>
            <w:r w:rsidRPr="002E1D96">
              <w:rPr>
                <w:sz w:val="24"/>
                <w:szCs w:val="24"/>
              </w:rPr>
              <w:t>depunerea</w:t>
            </w:r>
            <w:proofErr w:type="spellEnd"/>
            <w:r w:rsidRPr="002E1D96">
              <w:rPr>
                <w:sz w:val="24"/>
                <w:szCs w:val="24"/>
              </w:rPr>
              <w:t xml:space="preserve"> </w:t>
            </w:r>
            <w:proofErr w:type="spellStart"/>
            <w:r w:rsidRPr="002E1D96">
              <w:rPr>
                <w:sz w:val="24"/>
                <w:szCs w:val="24"/>
              </w:rPr>
              <w:t>dosarelor</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8787B4B" w14:textId="76AE5B70" w:rsidR="00CB1E92" w:rsidRPr="002E1D96" w:rsidRDefault="004C7BD5" w:rsidP="002E1D96">
            <w:pPr>
              <w:spacing w:after="0" w:line="240" w:lineRule="auto"/>
              <w:jc w:val="center"/>
              <w:rPr>
                <w:sz w:val="24"/>
                <w:szCs w:val="24"/>
              </w:rPr>
            </w:pPr>
            <w:r>
              <w:rPr>
                <w:sz w:val="24"/>
                <w:szCs w:val="24"/>
              </w:rPr>
              <w:t>04</w:t>
            </w:r>
            <w:r w:rsidR="00F718C3" w:rsidRPr="002E1D96">
              <w:rPr>
                <w:sz w:val="24"/>
                <w:szCs w:val="24"/>
              </w:rPr>
              <w:t>.1</w:t>
            </w:r>
            <w:r>
              <w:rPr>
                <w:sz w:val="24"/>
                <w:szCs w:val="24"/>
              </w:rPr>
              <w:t>1</w:t>
            </w:r>
            <w:r w:rsidR="00F718C3" w:rsidRPr="002E1D96">
              <w:rPr>
                <w:sz w:val="24"/>
                <w:szCs w:val="24"/>
              </w:rPr>
              <w:t>.2026, ora 14:00</w:t>
            </w:r>
          </w:p>
        </w:tc>
      </w:tr>
      <w:tr w:rsidR="00CB1E92" w:rsidRPr="00030F11" w14:paraId="716DF330"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D2A81AA" w14:textId="77777777" w:rsidR="00CB1E92" w:rsidRPr="002E1D96" w:rsidRDefault="00F718C3" w:rsidP="002E1D96">
            <w:pPr>
              <w:spacing w:after="0" w:line="240" w:lineRule="auto"/>
              <w:jc w:val="center"/>
              <w:rPr>
                <w:sz w:val="24"/>
                <w:szCs w:val="24"/>
              </w:rPr>
            </w:pPr>
            <w:proofErr w:type="spellStart"/>
            <w:r w:rsidRPr="002E1D96">
              <w:rPr>
                <w:sz w:val="24"/>
                <w:szCs w:val="24"/>
              </w:rPr>
              <w:t>Selecția</w:t>
            </w:r>
            <w:proofErr w:type="spellEnd"/>
            <w:r w:rsidRPr="002E1D96">
              <w:rPr>
                <w:sz w:val="24"/>
                <w:szCs w:val="24"/>
              </w:rPr>
              <w:t xml:space="preserve"> </w:t>
            </w:r>
            <w:proofErr w:type="spellStart"/>
            <w:r w:rsidRPr="002E1D96">
              <w:rPr>
                <w:sz w:val="24"/>
                <w:szCs w:val="24"/>
              </w:rPr>
              <w:t>dosarelor</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2BD40DB" w14:textId="1180F516" w:rsidR="00CB1E92" w:rsidRPr="002E1D96" w:rsidRDefault="00AD5FA0" w:rsidP="002E1D96">
            <w:pPr>
              <w:spacing w:after="0" w:line="240" w:lineRule="auto"/>
              <w:jc w:val="center"/>
              <w:rPr>
                <w:sz w:val="24"/>
                <w:szCs w:val="24"/>
              </w:rPr>
            </w:pPr>
            <w:r>
              <w:rPr>
                <w:sz w:val="24"/>
                <w:szCs w:val="24"/>
              </w:rPr>
              <w:t>05.11.2026</w:t>
            </w:r>
            <w:r w:rsidR="00F718C3" w:rsidRPr="002E1D96">
              <w:rPr>
                <w:sz w:val="24"/>
                <w:szCs w:val="24"/>
              </w:rPr>
              <w:t xml:space="preserve">, </w:t>
            </w:r>
            <w:proofErr w:type="spellStart"/>
            <w:r w:rsidR="00F718C3" w:rsidRPr="002E1D96">
              <w:rPr>
                <w:sz w:val="24"/>
                <w:szCs w:val="24"/>
              </w:rPr>
              <w:t>orele</w:t>
            </w:r>
            <w:proofErr w:type="spellEnd"/>
            <w:r w:rsidR="00F718C3" w:rsidRPr="002E1D96">
              <w:rPr>
                <w:sz w:val="24"/>
                <w:szCs w:val="24"/>
              </w:rPr>
              <w:t xml:space="preserve"> 10:00–12:00</w:t>
            </w:r>
          </w:p>
        </w:tc>
      </w:tr>
      <w:tr w:rsidR="00CB1E92" w:rsidRPr="00030F11" w14:paraId="1152D96D"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2176C47" w14:textId="77777777" w:rsidR="00CB1E92" w:rsidRPr="002E1D96" w:rsidRDefault="00F718C3" w:rsidP="002E1D96">
            <w:pPr>
              <w:spacing w:after="0" w:line="240" w:lineRule="auto"/>
              <w:jc w:val="center"/>
              <w:rPr>
                <w:sz w:val="24"/>
                <w:szCs w:val="24"/>
              </w:rPr>
            </w:pPr>
            <w:proofErr w:type="spellStart"/>
            <w:r w:rsidRPr="002E1D96">
              <w:rPr>
                <w:sz w:val="24"/>
                <w:szCs w:val="24"/>
              </w:rPr>
              <w:t>Afișarea</w:t>
            </w:r>
            <w:proofErr w:type="spellEnd"/>
            <w:r w:rsidRPr="002E1D96">
              <w:rPr>
                <w:sz w:val="24"/>
                <w:szCs w:val="24"/>
              </w:rPr>
              <w:t xml:space="preserve"> </w:t>
            </w:r>
            <w:proofErr w:type="spellStart"/>
            <w:r w:rsidRPr="002E1D96">
              <w:rPr>
                <w:sz w:val="24"/>
                <w:szCs w:val="24"/>
              </w:rPr>
              <w:t>rezultatului</w:t>
            </w:r>
            <w:proofErr w:type="spellEnd"/>
            <w:r w:rsidRPr="002E1D96">
              <w:rPr>
                <w:sz w:val="24"/>
                <w:szCs w:val="24"/>
              </w:rPr>
              <w:t xml:space="preserve"> </w:t>
            </w:r>
            <w:proofErr w:type="spellStart"/>
            <w:r w:rsidRPr="002E1D96">
              <w:rPr>
                <w:sz w:val="24"/>
                <w:szCs w:val="24"/>
              </w:rPr>
              <w:t>selecției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77A1B2BC" w14:textId="708B0D59" w:rsidR="00CB1E92" w:rsidRPr="002E1D96" w:rsidRDefault="00AD5FA0" w:rsidP="002E1D96">
            <w:pPr>
              <w:spacing w:after="0" w:line="240" w:lineRule="auto"/>
              <w:jc w:val="center"/>
              <w:rPr>
                <w:sz w:val="24"/>
                <w:szCs w:val="24"/>
              </w:rPr>
            </w:pPr>
            <w:r>
              <w:rPr>
                <w:sz w:val="24"/>
                <w:szCs w:val="24"/>
              </w:rPr>
              <w:t>05.11.2026</w:t>
            </w:r>
            <w:r w:rsidR="00F718C3" w:rsidRPr="002E1D96">
              <w:rPr>
                <w:sz w:val="24"/>
                <w:szCs w:val="24"/>
              </w:rPr>
              <w:t>, ora 13:00</w:t>
            </w:r>
          </w:p>
        </w:tc>
      </w:tr>
      <w:tr w:rsidR="00CB1E92" w:rsidRPr="00030F11" w14:paraId="0D0C77CB"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26BD947" w14:textId="77777777" w:rsidR="00CB1E92" w:rsidRPr="008242F7" w:rsidRDefault="00F718C3" w:rsidP="002E1D96">
            <w:pPr>
              <w:spacing w:after="0" w:line="240" w:lineRule="auto"/>
              <w:jc w:val="center"/>
              <w:rPr>
                <w:sz w:val="24"/>
                <w:szCs w:val="24"/>
                <w:lang w:val="it-IT"/>
              </w:rPr>
            </w:pPr>
            <w:r w:rsidRPr="008242F7">
              <w:rPr>
                <w:sz w:val="24"/>
                <w:szCs w:val="24"/>
                <w:lang w:val="it-IT"/>
              </w:rPr>
              <w:t>Termen pentru contestații la selecție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6E7B58D9" w14:textId="21EBB0E4" w:rsidR="00CB1E92" w:rsidRPr="002E1D96" w:rsidRDefault="00AD5FA0" w:rsidP="002E1D96">
            <w:pPr>
              <w:spacing w:after="0" w:line="240" w:lineRule="auto"/>
              <w:jc w:val="center"/>
              <w:rPr>
                <w:sz w:val="24"/>
                <w:szCs w:val="24"/>
              </w:rPr>
            </w:pPr>
            <w:r>
              <w:rPr>
                <w:sz w:val="24"/>
                <w:szCs w:val="24"/>
              </w:rPr>
              <w:t>06.11.2026</w:t>
            </w:r>
            <w:r w:rsidR="00F718C3" w:rsidRPr="002E1D96">
              <w:rPr>
                <w:sz w:val="24"/>
                <w:szCs w:val="24"/>
              </w:rPr>
              <w:t>, ora 13:00</w:t>
            </w:r>
          </w:p>
        </w:tc>
      </w:tr>
      <w:tr w:rsidR="00CB1E92" w:rsidRPr="00030F11" w14:paraId="5AEE3079"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25C5D12" w14:textId="77777777" w:rsidR="00CB1E92" w:rsidRPr="008242F7" w:rsidRDefault="00F718C3" w:rsidP="002E1D96">
            <w:pPr>
              <w:spacing w:after="0" w:line="240" w:lineRule="auto"/>
              <w:jc w:val="center"/>
              <w:rPr>
                <w:sz w:val="24"/>
                <w:szCs w:val="24"/>
                <w:lang w:val="it-IT"/>
              </w:rPr>
            </w:pPr>
            <w:r w:rsidRPr="008242F7">
              <w:rPr>
                <w:sz w:val="24"/>
                <w:szCs w:val="24"/>
                <w:lang w:val="it-IT"/>
              </w:rPr>
              <w:t>Afișarea soluționării contestațiilor la selecție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1C6B4978" w14:textId="0D3F5F05" w:rsidR="00CB1E92" w:rsidRPr="002E1D96" w:rsidRDefault="00AD5FA0" w:rsidP="002E1D96">
            <w:pPr>
              <w:spacing w:after="0" w:line="240" w:lineRule="auto"/>
              <w:jc w:val="center"/>
              <w:rPr>
                <w:sz w:val="24"/>
                <w:szCs w:val="24"/>
              </w:rPr>
            </w:pPr>
            <w:r>
              <w:rPr>
                <w:sz w:val="24"/>
                <w:szCs w:val="24"/>
              </w:rPr>
              <w:t>09.11.2026</w:t>
            </w:r>
            <w:r w:rsidR="00F718C3" w:rsidRPr="002E1D96">
              <w:rPr>
                <w:sz w:val="24"/>
                <w:szCs w:val="24"/>
              </w:rPr>
              <w:t>, ora 13:00</w:t>
            </w:r>
          </w:p>
        </w:tc>
      </w:tr>
      <w:tr w:rsidR="00CB1E92" w:rsidRPr="00030F11" w14:paraId="5A09464B"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7EC66E6A" w14:textId="77777777" w:rsidR="00CB1E92" w:rsidRPr="002E1D96" w:rsidRDefault="00F718C3" w:rsidP="002E1D96">
            <w:pPr>
              <w:spacing w:after="0" w:line="240" w:lineRule="auto"/>
              <w:jc w:val="center"/>
              <w:rPr>
                <w:sz w:val="24"/>
                <w:szCs w:val="24"/>
              </w:rPr>
            </w:pPr>
            <w:r w:rsidRPr="002E1D96">
              <w:rPr>
                <w:sz w:val="24"/>
                <w:szCs w:val="24"/>
              </w:rPr>
              <w:t xml:space="preserve">Proba </w:t>
            </w:r>
            <w:proofErr w:type="spellStart"/>
            <w:r w:rsidRPr="002E1D96">
              <w:rPr>
                <w:sz w:val="24"/>
                <w:szCs w:val="24"/>
              </w:rPr>
              <w:t>practică</w:t>
            </w:r>
            <w:proofErr w:type="spellEnd"/>
            <w:r w:rsidRPr="002E1D96">
              <w:rPr>
                <w:sz w:val="24"/>
                <w:szCs w:val="24"/>
              </w:rPr>
              <w:t xml:space="preserve"> la </w:t>
            </w:r>
            <w:proofErr w:type="spellStart"/>
            <w:r w:rsidRPr="002E1D96">
              <w:rPr>
                <w:sz w:val="24"/>
                <w:szCs w:val="24"/>
              </w:rPr>
              <w:t>sediul</w:t>
            </w:r>
            <w:proofErr w:type="spellEnd"/>
            <w:r w:rsidRPr="002E1D96">
              <w:rPr>
                <w:sz w:val="24"/>
                <w:szCs w:val="24"/>
              </w:rPr>
              <w:t xml:space="preserve"> </w:t>
            </w:r>
            <w:proofErr w:type="spellStart"/>
            <w:r w:rsidRPr="002E1D96">
              <w:rPr>
                <w:sz w:val="24"/>
                <w:szCs w:val="24"/>
              </w:rPr>
              <w:t>liceului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1D86DE42" w14:textId="5DDD4350" w:rsidR="00CB1E92" w:rsidRPr="002E1D96" w:rsidRDefault="00AD5FA0" w:rsidP="002E1D96">
            <w:pPr>
              <w:spacing w:after="0" w:line="240" w:lineRule="auto"/>
              <w:jc w:val="center"/>
              <w:rPr>
                <w:sz w:val="24"/>
                <w:szCs w:val="24"/>
              </w:rPr>
            </w:pPr>
            <w:r>
              <w:rPr>
                <w:sz w:val="24"/>
                <w:szCs w:val="24"/>
              </w:rPr>
              <w:t>10.11.2026</w:t>
            </w:r>
            <w:r w:rsidR="00F718C3" w:rsidRPr="002E1D96">
              <w:rPr>
                <w:sz w:val="24"/>
                <w:szCs w:val="24"/>
              </w:rPr>
              <w:t xml:space="preserve">, </w:t>
            </w:r>
            <w:proofErr w:type="spellStart"/>
            <w:r w:rsidR="00F718C3" w:rsidRPr="002E1D96">
              <w:rPr>
                <w:sz w:val="24"/>
                <w:szCs w:val="24"/>
              </w:rPr>
              <w:t>începând</w:t>
            </w:r>
            <w:proofErr w:type="spellEnd"/>
            <w:r w:rsidR="00F718C3" w:rsidRPr="002E1D96">
              <w:rPr>
                <w:sz w:val="24"/>
                <w:szCs w:val="24"/>
              </w:rPr>
              <w:t xml:space="preserve"> cu ora 09:00</w:t>
            </w:r>
          </w:p>
        </w:tc>
      </w:tr>
      <w:tr w:rsidR="00CB1E92" w:rsidRPr="00030F11" w14:paraId="6C2706CA"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0DA8D8E" w14:textId="77777777" w:rsidR="00CB1E92" w:rsidRPr="002E1D96" w:rsidRDefault="00F718C3" w:rsidP="002E1D96">
            <w:pPr>
              <w:spacing w:after="0" w:line="240" w:lineRule="auto"/>
              <w:jc w:val="center"/>
              <w:rPr>
                <w:sz w:val="24"/>
                <w:szCs w:val="24"/>
              </w:rPr>
            </w:pPr>
            <w:proofErr w:type="spellStart"/>
            <w:r w:rsidRPr="002E1D96">
              <w:rPr>
                <w:sz w:val="24"/>
                <w:szCs w:val="24"/>
              </w:rPr>
              <w:t>Afișarea</w:t>
            </w:r>
            <w:proofErr w:type="spellEnd"/>
            <w:r w:rsidRPr="002E1D96">
              <w:rPr>
                <w:sz w:val="24"/>
                <w:szCs w:val="24"/>
              </w:rPr>
              <w:t xml:space="preserve"> </w:t>
            </w:r>
            <w:proofErr w:type="spellStart"/>
            <w:r w:rsidRPr="002E1D96">
              <w:rPr>
                <w:sz w:val="24"/>
                <w:szCs w:val="24"/>
              </w:rPr>
              <w:t>rezultatului</w:t>
            </w:r>
            <w:proofErr w:type="spellEnd"/>
            <w:r w:rsidRPr="002E1D96">
              <w:rPr>
                <w:sz w:val="24"/>
                <w:szCs w:val="24"/>
              </w:rPr>
              <w:t xml:space="preserve"> </w:t>
            </w:r>
            <w:proofErr w:type="spellStart"/>
            <w:r w:rsidRPr="002E1D96">
              <w:rPr>
                <w:sz w:val="24"/>
                <w:szCs w:val="24"/>
              </w:rPr>
              <w:t>probei</w:t>
            </w:r>
            <w:proofErr w:type="spellEnd"/>
            <w:r w:rsidRPr="002E1D96">
              <w:rPr>
                <w:sz w:val="24"/>
                <w:szCs w:val="24"/>
              </w:rPr>
              <w:t xml:space="preserve"> practice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B75400D" w14:textId="778E0D8F" w:rsidR="00CB1E92" w:rsidRPr="002E1D96" w:rsidRDefault="00AD5FA0" w:rsidP="002E1D96">
            <w:pPr>
              <w:spacing w:after="0" w:line="240" w:lineRule="auto"/>
              <w:jc w:val="center"/>
              <w:rPr>
                <w:sz w:val="24"/>
                <w:szCs w:val="24"/>
              </w:rPr>
            </w:pPr>
            <w:r>
              <w:rPr>
                <w:sz w:val="24"/>
                <w:szCs w:val="24"/>
              </w:rPr>
              <w:t>10.11.2026</w:t>
            </w:r>
            <w:r w:rsidR="00F718C3" w:rsidRPr="002E1D96">
              <w:rPr>
                <w:sz w:val="24"/>
                <w:szCs w:val="24"/>
              </w:rPr>
              <w:t>, ora 16:30</w:t>
            </w:r>
          </w:p>
        </w:tc>
      </w:tr>
      <w:tr w:rsidR="00CB1E92" w:rsidRPr="00030F11" w14:paraId="117FBAAC"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03C6BF2" w14:textId="77777777" w:rsidR="00CB1E92" w:rsidRPr="002E1D96" w:rsidRDefault="00F718C3" w:rsidP="002E1D96">
            <w:pPr>
              <w:spacing w:after="0" w:line="240" w:lineRule="auto"/>
              <w:jc w:val="center"/>
              <w:rPr>
                <w:sz w:val="24"/>
                <w:szCs w:val="24"/>
              </w:rPr>
            </w:pPr>
            <w:r w:rsidRPr="002E1D96">
              <w:rPr>
                <w:sz w:val="24"/>
                <w:szCs w:val="24"/>
              </w:rPr>
              <w:t xml:space="preserve">Termen </w:t>
            </w:r>
            <w:proofErr w:type="spellStart"/>
            <w:r w:rsidRPr="002E1D96">
              <w:rPr>
                <w:sz w:val="24"/>
                <w:szCs w:val="24"/>
              </w:rPr>
              <w:t>pentru</w:t>
            </w:r>
            <w:proofErr w:type="spellEnd"/>
            <w:r w:rsidRPr="002E1D96">
              <w:rPr>
                <w:sz w:val="24"/>
                <w:szCs w:val="24"/>
              </w:rPr>
              <w:t xml:space="preserve"> </w:t>
            </w:r>
            <w:proofErr w:type="spellStart"/>
            <w:r w:rsidRPr="002E1D96">
              <w:rPr>
                <w:sz w:val="24"/>
                <w:szCs w:val="24"/>
              </w:rPr>
              <w:t>contestații</w:t>
            </w:r>
            <w:proofErr w:type="spellEnd"/>
            <w:r w:rsidRPr="002E1D96">
              <w:rPr>
                <w:sz w:val="24"/>
                <w:szCs w:val="24"/>
              </w:rPr>
              <w:t xml:space="preserve"> la </w:t>
            </w:r>
            <w:proofErr w:type="spellStart"/>
            <w:r w:rsidRPr="002E1D96">
              <w:rPr>
                <w:sz w:val="24"/>
                <w:szCs w:val="24"/>
              </w:rPr>
              <w:t>proba</w:t>
            </w:r>
            <w:proofErr w:type="spellEnd"/>
            <w:r w:rsidRPr="002E1D96">
              <w:rPr>
                <w:sz w:val="24"/>
                <w:szCs w:val="24"/>
              </w:rPr>
              <w:t xml:space="preserve"> </w:t>
            </w:r>
            <w:proofErr w:type="spellStart"/>
            <w:r w:rsidRPr="002E1D96">
              <w:rPr>
                <w:sz w:val="24"/>
                <w:szCs w:val="24"/>
              </w:rPr>
              <w:t>practică</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1905E06F" w14:textId="4CDC8F1E" w:rsidR="00CB1E92" w:rsidRPr="002E1D96" w:rsidRDefault="00AD5FA0" w:rsidP="002E1D96">
            <w:pPr>
              <w:spacing w:after="0" w:line="240" w:lineRule="auto"/>
              <w:jc w:val="center"/>
              <w:rPr>
                <w:sz w:val="24"/>
                <w:szCs w:val="24"/>
              </w:rPr>
            </w:pPr>
            <w:r>
              <w:rPr>
                <w:sz w:val="24"/>
                <w:szCs w:val="24"/>
              </w:rPr>
              <w:t>11.11.2026</w:t>
            </w:r>
            <w:r w:rsidR="00F718C3" w:rsidRPr="002E1D96">
              <w:rPr>
                <w:sz w:val="24"/>
                <w:szCs w:val="24"/>
              </w:rPr>
              <w:t>, ora 16:30</w:t>
            </w:r>
          </w:p>
        </w:tc>
      </w:tr>
      <w:tr w:rsidR="00CB1E92" w:rsidRPr="00030F11" w14:paraId="3E0B4DEF"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6C2922BC" w14:textId="77777777" w:rsidR="00CB1E92" w:rsidRPr="002E1D96" w:rsidRDefault="00F718C3" w:rsidP="002E1D96">
            <w:pPr>
              <w:spacing w:after="0" w:line="240" w:lineRule="auto"/>
              <w:jc w:val="center"/>
              <w:rPr>
                <w:sz w:val="24"/>
                <w:szCs w:val="24"/>
              </w:rPr>
            </w:pPr>
            <w:proofErr w:type="spellStart"/>
            <w:r w:rsidRPr="002E1D96">
              <w:rPr>
                <w:sz w:val="24"/>
                <w:szCs w:val="24"/>
              </w:rPr>
              <w:t>Afișarea</w:t>
            </w:r>
            <w:proofErr w:type="spellEnd"/>
            <w:r w:rsidRPr="002E1D96">
              <w:rPr>
                <w:sz w:val="24"/>
                <w:szCs w:val="24"/>
              </w:rPr>
              <w:t xml:space="preserve"> </w:t>
            </w:r>
            <w:proofErr w:type="spellStart"/>
            <w:r w:rsidRPr="002E1D96">
              <w:rPr>
                <w:sz w:val="24"/>
                <w:szCs w:val="24"/>
              </w:rPr>
              <w:t>soluționării</w:t>
            </w:r>
            <w:proofErr w:type="spellEnd"/>
            <w:r w:rsidRPr="002E1D96">
              <w:rPr>
                <w:sz w:val="24"/>
                <w:szCs w:val="24"/>
              </w:rPr>
              <w:t xml:space="preserve"> </w:t>
            </w:r>
            <w:proofErr w:type="spellStart"/>
            <w:r w:rsidRPr="002E1D96">
              <w:rPr>
                <w:sz w:val="24"/>
                <w:szCs w:val="24"/>
              </w:rPr>
              <w:t>contestațiilor</w:t>
            </w:r>
            <w:proofErr w:type="spellEnd"/>
            <w:r w:rsidRPr="002E1D96">
              <w:rPr>
                <w:sz w:val="24"/>
                <w:szCs w:val="24"/>
              </w:rPr>
              <w:t xml:space="preserve"> la </w:t>
            </w:r>
            <w:proofErr w:type="spellStart"/>
            <w:r w:rsidRPr="002E1D96">
              <w:rPr>
                <w:sz w:val="24"/>
                <w:szCs w:val="24"/>
              </w:rPr>
              <w:t>proba</w:t>
            </w:r>
            <w:proofErr w:type="spellEnd"/>
            <w:r w:rsidRPr="002E1D96">
              <w:rPr>
                <w:sz w:val="24"/>
                <w:szCs w:val="24"/>
              </w:rPr>
              <w:t xml:space="preserve"> </w:t>
            </w:r>
            <w:proofErr w:type="spellStart"/>
            <w:r w:rsidRPr="002E1D96">
              <w:rPr>
                <w:sz w:val="24"/>
                <w:szCs w:val="24"/>
              </w:rPr>
              <w:t>practică</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12686BA" w14:textId="1577F95F" w:rsidR="00CB1E92" w:rsidRPr="002E1D96" w:rsidRDefault="00AD5FA0" w:rsidP="002E1D96">
            <w:pPr>
              <w:spacing w:after="0" w:line="240" w:lineRule="auto"/>
              <w:jc w:val="center"/>
              <w:rPr>
                <w:sz w:val="24"/>
                <w:szCs w:val="24"/>
              </w:rPr>
            </w:pPr>
            <w:r>
              <w:rPr>
                <w:sz w:val="24"/>
                <w:szCs w:val="24"/>
              </w:rPr>
              <w:t>12.11.2026</w:t>
            </w:r>
            <w:r w:rsidR="00F718C3" w:rsidRPr="002E1D96">
              <w:rPr>
                <w:sz w:val="24"/>
                <w:szCs w:val="24"/>
              </w:rPr>
              <w:t>, ora 16:30</w:t>
            </w:r>
          </w:p>
        </w:tc>
      </w:tr>
      <w:tr w:rsidR="00CB1E92" w:rsidRPr="00030F11" w14:paraId="3D188FED"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2B9A4CA" w14:textId="77777777" w:rsidR="00CB1E92" w:rsidRPr="002E1D96" w:rsidRDefault="00F718C3" w:rsidP="002E1D96">
            <w:pPr>
              <w:spacing w:after="0" w:line="240" w:lineRule="auto"/>
              <w:jc w:val="center"/>
              <w:rPr>
                <w:sz w:val="24"/>
                <w:szCs w:val="24"/>
              </w:rPr>
            </w:pPr>
            <w:proofErr w:type="spellStart"/>
            <w:r w:rsidRPr="002E1D96">
              <w:rPr>
                <w:sz w:val="24"/>
                <w:szCs w:val="24"/>
              </w:rPr>
              <w:t>Interviul</w:t>
            </w:r>
            <w:proofErr w:type="spellEnd"/>
            <w:r w:rsidRPr="002E1D96">
              <w:rPr>
                <w:sz w:val="24"/>
                <w:szCs w:val="24"/>
              </w:rPr>
              <w:t xml:space="preserve"> la </w:t>
            </w:r>
            <w:proofErr w:type="spellStart"/>
            <w:r w:rsidRPr="002E1D96">
              <w:rPr>
                <w:sz w:val="24"/>
                <w:szCs w:val="24"/>
              </w:rPr>
              <w:t>sediul</w:t>
            </w:r>
            <w:proofErr w:type="spellEnd"/>
            <w:r w:rsidRPr="002E1D96">
              <w:rPr>
                <w:sz w:val="24"/>
                <w:szCs w:val="24"/>
              </w:rPr>
              <w:t xml:space="preserve"> </w:t>
            </w:r>
            <w:proofErr w:type="spellStart"/>
            <w:r w:rsidRPr="002E1D96">
              <w:rPr>
                <w:sz w:val="24"/>
                <w:szCs w:val="24"/>
              </w:rPr>
              <w:t>liceului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6F3ABF4" w14:textId="23964E05" w:rsidR="00CB1E92" w:rsidRPr="002E1D96" w:rsidRDefault="00AD5FA0" w:rsidP="002E1D96">
            <w:pPr>
              <w:spacing w:after="0" w:line="240" w:lineRule="auto"/>
              <w:jc w:val="center"/>
              <w:rPr>
                <w:sz w:val="24"/>
                <w:szCs w:val="24"/>
              </w:rPr>
            </w:pPr>
            <w:r>
              <w:rPr>
                <w:sz w:val="24"/>
                <w:szCs w:val="24"/>
              </w:rPr>
              <w:t>13.11.2026</w:t>
            </w:r>
            <w:r w:rsidR="00F718C3" w:rsidRPr="002E1D96">
              <w:rPr>
                <w:sz w:val="24"/>
                <w:szCs w:val="24"/>
              </w:rPr>
              <w:t xml:space="preserve">, </w:t>
            </w:r>
            <w:proofErr w:type="spellStart"/>
            <w:r w:rsidR="00F718C3" w:rsidRPr="002E1D96">
              <w:rPr>
                <w:sz w:val="24"/>
                <w:szCs w:val="24"/>
              </w:rPr>
              <w:t>începând</w:t>
            </w:r>
            <w:proofErr w:type="spellEnd"/>
            <w:r w:rsidR="00F718C3" w:rsidRPr="002E1D96">
              <w:rPr>
                <w:sz w:val="24"/>
                <w:szCs w:val="24"/>
              </w:rPr>
              <w:t xml:space="preserve"> cu ora 09:00</w:t>
            </w:r>
          </w:p>
        </w:tc>
      </w:tr>
      <w:tr w:rsidR="00CB1E92" w:rsidRPr="00030F11" w14:paraId="6313F483"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72563A3B" w14:textId="77777777" w:rsidR="00CB1E92" w:rsidRPr="002E1D96" w:rsidRDefault="00F718C3" w:rsidP="002E1D96">
            <w:pPr>
              <w:spacing w:after="0" w:line="240" w:lineRule="auto"/>
              <w:jc w:val="center"/>
              <w:rPr>
                <w:sz w:val="24"/>
                <w:szCs w:val="24"/>
              </w:rPr>
            </w:pPr>
            <w:proofErr w:type="spellStart"/>
            <w:r w:rsidRPr="002E1D96">
              <w:rPr>
                <w:sz w:val="24"/>
                <w:szCs w:val="24"/>
              </w:rPr>
              <w:t>Afișarea</w:t>
            </w:r>
            <w:proofErr w:type="spellEnd"/>
            <w:r w:rsidRPr="002E1D96">
              <w:rPr>
                <w:sz w:val="24"/>
                <w:szCs w:val="24"/>
              </w:rPr>
              <w:t xml:space="preserve"> </w:t>
            </w:r>
            <w:proofErr w:type="spellStart"/>
            <w:r w:rsidRPr="002E1D96">
              <w:rPr>
                <w:sz w:val="24"/>
                <w:szCs w:val="24"/>
              </w:rPr>
              <w:t>rezultatului</w:t>
            </w:r>
            <w:proofErr w:type="spellEnd"/>
            <w:r w:rsidRPr="002E1D96">
              <w:rPr>
                <w:sz w:val="24"/>
                <w:szCs w:val="24"/>
              </w:rPr>
              <w:t xml:space="preserve"> </w:t>
            </w:r>
            <w:proofErr w:type="spellStart"/>
            <w:r w:rsidRPr="002E1D96">
              <w:rPr>
                <w:sz w:val="24"/>
                <w:szCs w:val="24"/>
              </w:rPr>
              <w:t>interviului</w:t>
            </w:r>
            <w:proofErr w:type="spellEnd"/>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7104E00B" w14:textId="77D46D84" w:rsidR="00CB1E92" w:rsidRPr="002E1D96" w:rsidRDefault="00E976DE" w:rsidP="002E1D96">
            <w:pPr>
              <w:spacing w:after="0" w:line="240" w:lineRule="auto"/>
              <w:jc w:val="center"/>
              <w:rPr>
                <w:sz w:val="24"/>
                <w:szCs w:val="24"/>
              </w:rPr>
            </w:pPr>
            <w:r>
              <w:rPr>
                <w:sz w:val="24"/>
                <w:szCs w:val="24"/>
              </w:rPr>
              <w:t>13.11.2026</w:t>
            </w:r>
            <w:r w:rsidR="00F718C3" w:rsidRPr="002E1D96">
              <w:rPr>
                <w:sz w:val="24"/>
                <w:szCs w:val="24"/>
              </w:rPr>
              <w:t>, ora 13:00</w:t>
            </w:r>
          </w:p>
        </w:tc>
      </w:tr>
      <w:tr w:rsidR="00CB1E92" w:rsidRPr="00030F11" w14:paraId="4E5EACA2"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0F9842CC" w14:textId="77777777" w:rsidR="00CB1E92" w:rsidRPr="008242F7" w:rsidRDefault="00F718C3" w:rsidP="002E1D96">
            <w:pPr>
              <w:spacing w:after="0" w:line="240" w:lineRule="auto"/>
              <w:jc w:val="center"/>
              <w:rPr>
                <w:sz w:val="24"/>
                <w:szCs w:val="24"/>
                <w:lang w:val="it-IT"/>
              </w:rPr>
            </w:pPr>
            <w:r w:rsidRPr="008242F7">
              <w:rPr>
                <w:sz w:val="24"/>
                <w:szCs w:val="24"/>
                <w:lang w:val="it-IT"/>
              </w:rPr>
              <w:t>Termen pentru contestații la interviu</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5F475397" w14:textId="27E2B0EC" w:rsidR="00CB1E92" w:rsidRPr="002E1D96" w:rsidRDefault="00E976DE" w:rsidP="002E1D96">
            <w:pPr>
              <w:spacing w:after="0" w:line="240" w:lineRule="auto"/>
              <w:jc w:val="center"/>
              <w:rPr>
                <w:sz w:val="24"/>
                <w:szCs w:val="24"/>
              </w:rPr>
            </w:pPr>
            <w:r>
              <w:rPr>
                <w:sz w:val="24"/>
                <w:szCs w:val="24"/>
              </w:rPr>
              <w:t>1</w:t>
            </w:r>
            <w:r w:rsidR="00DC5485">
              <w:rPr>
                <w:sz w:val="24"/>
                <w:szCs w:val="24"/>
              </w:rPr>
              <w:t>6</w:t>
            </w:r>
            <w:r>
              <w:rPr>
                <w:sz w:val="24"/>
                <w:szCs w:val="24"/>
              </w:rPr>
              <w:t>.11.2026</w:t>
            </w:r>
            <w:r w:rsidR="00F718C3" w:rsidRPr="002E1D96">
              <w:rPr>
                <w:sz w:val="24"/>
                <w:szCs w:val="24"/>
              </w:rPr>
              <w:t>, ora 13:00</w:t>
            </w:r>
          </w:p>
        </w:tc>
      </w:tr>
      <w:tr w:rsidR="00CB1E92" w:rsidRPr="00030F11" w14:paraId="4B9531AE"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2111A875" w14:textId="77777777" w:rsidR="00CB1E92" w:rsidRPr="008242F7" w:rsidRDefault="00F718C3" w:rsidP="002E1D96">
            <w:pPr>
              <w:spacing w:after="0" w:line="240" w:lineRule="auto"/>
              <w:jc w:val="center"/>
              <w:rPr>
                <w:sz w:val="24"/>
                <w:szCs w:val="24"/>
                <w:lang w:val="it-IT"/>
              </w:rPr>
            </w:pPr>
            <w:r w:rsidRPr="008242F7">
              <w:rPr>
                <w:sz w:val="24"/>
                <w:szCs w:val="24"/>
                <w:lang w:val="it-IT"/>
              </w:rPr>
              <w:t>Afișarea soluționării contestațiilor la interviu</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D784FAB" w14:textId="1DFFA3A2" w:rsidR="00CB1E92" w:rsidRPr="002E1D96" w:rsidRDefault="00E976DE" w:rsidP="002E1D96">
            <w:pPr>
              <w:spacing w:after="0" w:line="240" w:lineRule="auto"/>
              <w:jc w:val="center"/>
              <w:rPr>
                <w:sz w:val="24"/>
                <w:szCs w:val="24"/>
              </w:rPr>
            </w:pPr>
            <w:r>
              <w:rPr>
                <w:sz w:val="24"/>
                <w:szCs w:val="24"/>
              </w:rPr>
              <w:t>1</w:t>
            </w:r>
            <w:r w:rsidR="00DC5485">
              <w:rPr>
                <w:sz w:val="24"/>
                <w:szCs w:val="24"/>
              </w:rPr>
              <w:t>7</w:t>
            </w:r>
            <w:r>
              <w:rPr>
                <w:sz w:val="24"/>
                <w:szCs w:val="24"/>
              </w:rPr>
              <w:t>.11.2026</w:t>
            </w:r>
            <w:r w:rsidR="00F718C3" w:rsidRPr="002E1D96">
              <w:rPr>
                <w:sz w:val="24"/>
                <w:szCs w:val="24"/>
              </w:rPr>
              <w:t>, ora 13:00</w:t>
            </w:r>
          </w:p>
        </w:tc>
      </w:tr>
      <w:tr w:rsidR="00CB1E92" w:rsidRPr="00030F11" w14:paraId="41C1092E" w14:textId="77777777" w:rsidTr="00030F11">
        <w:trPr>
          <w:cantSplit/>
        </w:trPr>
        <w:tc>
          <w:tcPr>
            <w:tcW w:w="566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359FC2E4" w14:textId="77777777" w:rsidR="00CB1E92" w:rsidRPr="002E1D96" w:rsidRDefault="00F718C3" w:rsidP="002E1D96">
            <w:pPr>
              <w:spacing w:after="0" w:line="240" w:lineRule="auto"/>
              <w:jc w:val="center"/>
              <w:rPr>
                <w:sz w:val="24"/>
                <w:szCs w:val="24"/>
              </w:rPr>
            </w:pPr>
            <w:proofErr w:type="spellStart"/>
            <w:r w:rsidRPr="002E1D96">
              <w:rPr>
                <w:sz w:val="24"/>
                <w:szCs w:val="24"/>
              </w:rPr>
              <w:t>Afișarea</w:t>
            </w:r>
            <w:proofErr w:type="spellEnd"/>
            <w:r w:rsidRPr="002E1D96">
              <w:rPr>
                <w:sz w:val="24"/>
                <w:szCs w:val="24"/>
              </w:rPr>
              <w:t xml:space="preserve"> </w:t>
            </w:r>
            <w:proofErr w:type="spellStart"/>
            <w:r w:rsidRPr="002E1D96">
              <w:rPr>
                <w:sz w:val="24"/>
                <w:szCs w:val="24"/>
              </w:rPr>
              <w:t>rezultatelor</w:t>
            </w:r>
            <w:proofErr w:type="spellEnd"/>
            <w:r w:rsidRPr="002E1D96">
              <w:rPr>
                <w:sz w:val="24"/>
                <w:szCs w:val="24"/>
              </w:rPr>
              <w:t xml:space="preserve"> finale</w:t>
            </w:r>
          </w:p>
        </w:tc>
        <w:tc>
          <w:tcPr>
            <w:tcW w:w="43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tcPr>
          <w:p w14:paraId="4D048722" w14:textId="44636B9A" w:rsidR="00CB1E92" w:rsidRPr="002E1D96" w:rsidRDefault="00DC5485" w:rsidP="002E1D96">
            <w:pPr>
              <w:spacing w:after="0" w:line="240" w:lineRule="auto"/>
              <w:jc w:val="center"/>
              <w:rPr>
                <w:sz w:val="24"/>
                <w:szCs w:val="24"/>
              </w:rPr>
            </w:pPr>
            <w:r>
              <w:rPr>
                <w:sz w:val="24"/>
                <w:szCs w:val="24"/>
              </w:rPr>
              <w:t>18.11.2026</w:t>
            </w:r>
            <w:r w:rsidR="00F718C3" w:rsidRPr="002E1D96">
              <w:rPr>
                <w:sz w:val="24"/>
                <w:szCs w:val="24"/>
              </w:rPr>
              <w:t>, ora 13:00</w:t>
            </w:r>
          </w:p>
        </w:tc>
      </w:tr>
    </w:tbl>
    <w:p w14:paraId="2B265511" w14:textId="77777777" w:rsidR="002E1D96" w:rsidRDefault="002E1D96" w:rsidP="002E1D96">
      <w:pPr>
        <w:spacing w:before="140"/>
        <w:ind w:firstLine="720"/>
        <w:jc w:val="both"/>
        <w:rPr>
          <w:sz w:val="24"/>
          <w:szCs w:val="24"/>
          <w:highlight w:val="yellow"/>
        </w:rPr>
      </w:pPr>
    </w:p>
    <w:p w14:paraId="2589FDC8" w14:textId="287E27C2" w:rsidR="00CB1E92" w:rsidRPr="00030F11" w:rsidRDefault="00F718C3" w:rsidP="002E1D96">
      <w:pPr>
        <w:spacing w:before="140"/>
        <w:ind w:firstLine="720"/>
        <w:jc w:val="both"/>
        <w:rPr>
          <w:sz w:val="24"/>
          <w:szCs w:val="24"/>
        </w:rPr>
      </w:pPr>
      <w:proofErr w:type="spellStart"/>
      <w:r w:rsidRPr="002E1D96">
        <w:rPr>
          <w:sz w:val="24"/>
          <w:szCs w:val="24"/>
        </w:rPr>
        <w:t>Rezultatele</w:t>
      </w:r>
      <w:proofErr w:type="spellEnd"/>
      <w:r w:rsidRPr="002E1D96">
        <w:rPr>
          <w:sz w:val="24"/>
          <w:szCs w:val="24"/>
        </w:rPr>
        <w:t xml:space="preserve"> se </w:t>
      </w:r>
      <w:proofErr w:type="spellStart"/>
      <w:r w:rsidRPr="002E1D96">
        <w:rPr>
          <w:sz w:val="24"/>
          <w:szCs w:val="24"/>
        </w:rPr>
        <w:t>afișează</w:t>
      </w:r>
      <w:proofErr w:type="spellEnd"/>
      <w:r w:rsidRPr="002E1D96">
        <w:rPr>
          <w:sz w:val="24"/>
          <w:szCs w:val="24"/>
        </w:rPr>
        <w:t xml:space="preserve"> la </w:t>
      </w:r>
      <w:proofErr w:type="spellStart"/>
      <w:r w:rsidRPr="002E1D96">
        <w:rPr>
          <w:sz w:val="24"/>
          <w:szCs w:val="24"/>
        </w:rPr>
        <w:t>sediu</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pe </w:t>
      </w:r>
      <w:proofErr w:type="spellStart"/>
      <w:r w:rsidRPr="002E1D96">
        <w:rPr>
          <w:sz w:val="24"/>
          <w:szCs w:val="24"/>
        </w:rPr>
        <w:t>pagina</w:t>
      </w:r>
      <w:proofErr w:type="spellEnd"/>
      <w:r w:rsidRPr="002E1D96">
        <w:rPr>
          <w:sz w:val="24"/>
          <w:szCs w:val="24"/>
        </w:rPr>
        <w:t xml:space="preserve"> de internet a </w:t>
      </w:r>
      <w:proofErr w:type="spellStart"/>
      <w:r w:rsidRPr="002E1D96">
        <w:rPr>
          <w:sz w:val="24"/>
          <w:szCs w:val="24"/>
        </w:rPr>
        <w:t>liceului</w:t>
      </w:r>
      <w:proofErr w:type="spellEnd"/>
      <w:r w:rsidRPr="002E1D96">
        <w:rPr>
          <w:sz w:val="24"/>
          <w:szCs w:val="24"/>
        </w:rPr>
        <w:t xml:space="preserve">, </w:t>
      </w:r>
      <w:proofErr w:type="spellStart"/>
      <w:r w:rsidRPr="002E1D96">
        <w:rPr>
          <w:sz w:val="24"/>
          <w:szCs w:val="24"/>
        </w:rPr>
        <w:t>folosind</w:t>
      </w:r>
      <w:proofErr w:type="spellEnd"/>
      <w:r w:rsidRPr="002E1D96">
        <w:rPr>
          <w:sz w:val="24"/>
          <w:szCs w:val="24"/>
        </w:rPr>
        <w:t xml:space="preserve"> </w:t>
      </w:r>
      <w:proofErr w:type="spellStart"/>
      <w:r w:rsidRPr="002E1D96">
        <w:rPr>
          <w:sz w:val="24"/>
          <w:szCs w:val="24"/>
        </w:rPr>
        <w:t>codurile</w:t>
      </w:r>
      <w:proofErr w:type="spellEnd"/>
      <w:r w:rsidRPr="002E1D96">
        <w:rPr>
          <w:sz w:val="24"/>
          <w:szCs w:val="24"/>
        </w:rPr>
        <w:t xml:space="preserve"> de </w:t>
      </w:r>
      <w:proofErr w:type="spellStart"/>
      <w:r w:rsidRPr="002E1D96">
        <w:rPr>
          <w:sz w:val="24"/>
          <w:szCs w:val="24"/>
        </w:rPr>
        <w:t>identificare</w:t>
      </w:r>
      <w:proofErr w:type="spellEnd"/>
      <w:r w:rsidRPr="002E1D96">
        <w:rPr>
          <w:sz w:val="24"/>
          <w:szCs w:val="24"/>
        </w:rPr>
        <w:t xml:space="preserve"> ale </w:t>
      </w:r>
      <w:proofErr w:type="spellStart"/>
      <w:r w:rsidRPr="002E1D96">
        <w:rPr>
          <w:sz w:val="24"/>
          <w:szCs w:val="24"/>
        </w:rPr>
        <w:t>candidaților</w:t>
      </w:r>
      <w:proofErr w:type="spellEnd"/>
      <w:r w:rsidRPr="002E1D96">
        <w:rPr>
          <w:sz w:val="24"/>
          <w:szCs w:val="24"/>
        </w:rPr>
        <w:t xml:space="preserve">. </w:t>
      </w:r>
      <w:proofErr w:type="spellStart"/>
      <w:r w:rsidRPr="002E1D96">
        <w:rPr>
          <w:sz w:val="24"/>
          <w:szCs w:val="24"/>
        </w:rPr>
        <w:t>Contestațiile</w:t>
      </w:r>
      <w:proofErr w:type="spellEnd"/>
      <w:r w:rsidRPr="002E1D96">
        <w:rPr>
          <w:sz w:val="24"/>
          <w:szCs w:val="24"/>
        </w:rPr>
        <w:t xml:space="preserve"> se </w:t>
      </w:r>
      <w:proofErr w:type="spellStart"/>
      <w:r w:rsidRPr="002E1D96">
        <w:rPr>
          <w:sz w:val="24"/>
          <w:szCs w:val="24"/>
        </w:rPr>
        <w:t>depun</w:t>
      </w:r>
      <w:proofErr w:type="spellEnd"/>
      <w:r w:rsidRPr="002E1D96">
        <w:rPr>
          <w:sz w:val="24"/>
          <w:szCs w:val="24"/>
        </w:rPr>
        <w:t xml:space="preserve"> la secretariat de la </w:t>
      </w:r>
      <w:proofErr w:type="spellStart"/>
      <w:r w:rsidRPr="002E1D96">
        <w:rPr>
          <w:sz w:val="24"/>
          <w:szCs w:val="24"/>
        </w:rPr>
        <w:t>afișarea</w:t>
      </w:r>
      <w:proofErr w:type="spellEnd"/>
      <w:r w:rsidRPr="002E1D96">
        <w:rPr>
          <w:sz w:val="24"/>
          <w:szCs w:val="24"/>
        </w:rPr>
        <w:t xml:space="preserve"> </w:t>
      </w:r>
      <w:proofErr w:type="spellStart"/>
      <w:r w:rsidRPr="002E1D96">
        <w:rPr>
          <w:sz w:val="24"/>
          <w:szCs w:val="24"/>
        </w:rPr>
        <w:t>rezultatului</w:t>
      </w:r>
      <w:proofErr w:type="spellEnd"/>
      <w:r w:rsidRPr="002E1D96">
        <w:rPr>
          <w:sz w:val="24"/>
          <w:szCs w:val="24"/>
        </w:rPr>
        <w:t xml:space="preserve"> </w:t>
      </w:r>
      <w:proofErr w:type="spellStart"/>
      <w:r w:rsidRPr="002E1D96">
        <w:rPr>
          <w:sz w:val="24"/>
          <w:szCs w:val="24"/>
        </w:rPr>
        <w:t>până</w:t>
      </w:r>
      <w:proofErr w:type="spellEnd"/>
      <w:r w:rsidRPr="002E1D96">
        <w:rPr>
          <w:sz w:val="24"/>
          <w:szCs w:val="24"/>
        </w:rPr>
        <w:t xml:space="preserve"> la </w:t>
      </w:r>
      <w:proofErr w:type="spellStart"/>
      <w:r w:rsidRPr="002E1D96">
        <w:rPr>
          <w:sz w:val="24"/>
          <w:szCs w:val="24"/>
        </w:rPr>
        <w:t>termenul</w:t>
      </w:r>
      <w:proofErr w:type="spellEnd"/>
      <w:r w:rsidRPr="002E1D96">
        <w:rPr>
          <w:sz w:val="24"/>
          <w:szCs w:val="24"/>
        </w:rPr>
        <w:t xml:space="preserve"> </w:t>
      </w:r>
      <w:proofErr w:type="spellStart"/>
      <w:r w:rsidRPr="002E1D96">
        <w:rPr>
          <w:sz w:val="24"/>
          <w:szCs w:val="24"/>
        </w:rPr>
        <w:t>indicat</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calendar,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programul</w:t>
      </w:r>
      <w:proofErr w:type="spellEnd"/>
      <w:r w:rsidRPr="002E1D96">
        <w:rPr>
          <w:sz w:val="24"/>
          <w:szCs w:val="24"/>
        </w:rPr>
        <w:t xml:space="preserve"> de </w:t>
      </w:r>
      <w:proofErr w:type="spellStart"/>
      <w:r w:rsidRPr="002E1D96">
        <w:rPr>
          <w:color w:val="auto"/>
          <w:sz w:val="24"/>
          <w:szCs w:val="24"/>
        </w:rPr>
        <w:t>primire</w:t>
      </w:r>
      <w:proofErr w:type="spellEnd"/>
      <w:r w:rsidRPr="002E1D96">
        <w:rPr>
          <w:color w:val="auto"/>
          <w:sz w:val="24"/>
          <w:szCs w:val="24"/>
        </w:rPr>
        <w:t xml:space="preserve"> </w:t>
      </w:r>
      <w:r w:rsidR="002E1D96" w:rsidRPr="002E1D96">
        <w:rPr>
          <w:color w:val="auto"/>
          <w:sz w:val="24"/>
          <w:szCs w:val="24"/>
        </w:rPr>
        <w:t>09:00 – 15:00</w:t>
      </w:r>
      <w:r w:rsidRPr="002E1D96">
        <w:rPr>
          <w:color w:val="auto"/>
          <w:sz w:val="24"/>
          <w:szCs w:val="24"/>
        </w:rPr>
        <w:t>.</w:t>
      </w:r>
    </w:p>
    <w:p w14:paraId="39D9B3DA" w14:textId="77777777" w:rsidR="00CB1E92" w:rsidRDefault="00F718C3">
      <w:r>
        <w:br w:type="page"/>
      </w:r>
    </w:p>
    <w:p w14:paraId="6FD595FF" w14:textId="77777777" w:rsidR="00CB1E92" w:rsidRPr="002E1D96" w:rsidRDefault="00F718C3">
      <w:pPr>
        <w:pStyle w:val="Titlu1"/>
        <w:rPr>
          <w:u w:val="single"/>
        </w:rPr>
      </w:pPr>
      <w:proofErr w:type="spellStart"/>
      <w:r w:rsidRPr="002E1D96">
        <w:rPr>
          <w:u w:val="single"/>
        </w:rPr>
        <w:lastRenderedPageBreak/>
        <w:t>Desfășurarea</w:t>
      </w:r>
      <w:proofErr w:type="spellEnd"/>
      <w:r w:rsidRPr="002E1D96">
        <w:rPr>
          <w:u w:val="single"/>
        </w:rPr>
        <w:t xml:space="preserve"> </w:t>
      </w:r>
      <w:proofErr w:type="spellStart"/>
      <w:r w:rsidRPr="002E1D96">
        <w:rPr>
          <w:u w:val="single"/>
        </w:rPr>
        <w:t>probelor</w:t>
      </w:r>
      <w:proofErr w:type="spellEnd"/>
      <w:r w:rsidRPr="002E1D96">
        <w:rPr>
          <w:u w:val="single"/>
        </w:rPr>
        <w:t xml:space="preserve"> </w:t>
      </w:r>
      <w:proofErr w:type="spellStart"/>
      <w:r w:rsidRPr="002E1D96">
        <w:rPr>
          <w:u w:val="single"/>
        </w:rPr>
        <w:t>și</w:t>
      </w:r>
      <w:proofErr w:type="spellEnd"/>
      <w:r w:rsidRPr="002E1D96">
        <w:rPr>
          <w:u w:val="single"/>
        </w:rPr>
        <w:t xml:space="preserve"> </w:t>
      </w:r>
      <w:proofErr w:type="spellStart"/>
      <w:r w:rsidRPr="002E1D96">
        <w:rPr>
          <w:u w:val="single"/>
        </w:rPr>
        <w:t>stabilirea</w:t>
      </w:r>
      <w:proofErr w:type="spellEnd"/>
      <w:r w:rsidRPr="002E1D96">
        <w:rPr>
          <w:u w:val="single"/>
        </w:rPr>
        <w:t xml:space="preserve"> </w:t>
      </w:r>
      <w:proofErr w:type="spellStart"/>
      <w:r w:rsidRPr="002E1D96">
        <w:rPr>
          <w:u w:val="single"/>
        </w:rPr>
        <w:t>rezultatelor</w:t>
      </w:r>
      <w:proofErr w:type="spellEnd"/>
    </w:p>
    <w:p w14:paraId="6FE855BD" w14:textId="77777777" w:rsidR="00CB1E92" w:rsidRPr="008242F7" w:rsidRDefault="00F718C3" w:rsidP="002E1D96">
      <w:pPr>
        <w:ind w:firstLine="720"/>
        <w:jc w:val="both"/>
        <w:rPr>
          <w:sz w:val="24"/>
          <w:szCs w:val="24"/>
          <w:lang w:val="it-IT"/>
        </w:rPr>
      </w:pPr>
      <w:r w:rsidRPr="002E1D96">
        <w:rPr>
          <w:sz w:val="24"/>
          <w:szCs w:val="24"/>
        </w:rPr>
        <w:t xml:space="preserve">Proba </w:t>
      </w:r>
      <w:proofErr w:type="spellStart"/>
      <w:r w:rsidRPr="002E1D96">
        <w:rPr>
          <w:sz w:val="24"/>
          <w:szCs w:val="24"/>
        </w:rPr>
        <w:t>practică</w:t>
      </w:r>
      <w:proofErr w:type="spellEnd"/>
      <w:r w:rsidRPr="002E1D96">
        <w:rPr>
          <w:sz w:val="24"/>
          <w:szCs w:val="24"/>
        </w:rPr>
        <w:t xml:space="preserve"> </w:t>
      </w:r>
      <w:proofErr w:type="spellStart"/>
      <w:r w:rsidRPr="002E1D96">
        <w:rPr>
          <w:sz w:val="24"/>
          <w:szCs w:val="24"/>
        </w:rPr>
        <w:t>constă</w:t>
      </w:r>
      <w:proofErr w:type="spellEnd"/>
      <w:r w:rsidRPr="002E1D96">
        <w:rPr>
          <w:sz w:val="24"/>
          <w:szCs w:val="24"/>
        </w:rPr>
        <w:t xml:space="preserve"> </w:t>
      </w:r>
      <w:proofErr w:type="spellStart"/>
      <w:r w:rsidRPr="002E1D96">
        <w:rPr>
          <w:sz w:val="24"/>
          <w:szCs w:val="24"/>
        </w:rPr>
        <w:t>în</w:t>
      </w:r>
      <w:proofErr w:type="spellEnd"/>
      <w:r w:rsidRPr="002E1D96">
        <w:rPr>
          <w:sz w:val="24"/>
          <w:szCs w:val="24"/>
        </w:rPr>
        <w:t xml:space="preserve"> </w:t>
      </w:r>
      <w:proofErr w:type="spellStart"/>
      <w:r w:rsidRPr="002E1D96">
        <w:rPr>
          <w:sz w:val="24"/>
          <w:szCs w:val="24"/>
        </w:rPr>
        <w:t>efectuarea</w:t>
      </w:r>
      <w:proofErr w:type="spellEnd"/>
      <w:r w:rsidRPr="002E1D96">
        <w:rPr>
          <w:sz w:val="24"/>
          <w:szCs w:val="24"/>
        </w:rPr>
        <w:t xml:space="preserve">, la </w:t>
      </w:r>
      <w:proofErr w:type="spellStart"/>
      <w:r w:rsidRPr="002E1D96">
        <w:rPr>
          <w:sz w:val="24"/>
          <w:szCs w:val="24"/>
        </w:rPr>
        <w:t>sediul</w:t>
      </w:r>
      <w:proofErr w:type="spellEnd"/>
      <w:r w:rsidRPr="002E1D96">
        <w:rPr>
          <w:sz w:val="24"/>
          <w:szCs w:val="24"/>
        </w:rPr>
        <w:t xml:space="preserve"> </w:t>
      </w:r>
      <w:proofErr w:type="spellStart"/>
      <w:r w:rsidRPr="002E1D96">
        <w:rPr>
          <w:sz w:val="24"/>
          <w:szCs w:val="24"/>
        </w:rPr>
        <w:t>liceului</w:t>
      </w:r>
      <w:proofErr w:type="spellEnd"/>
      <w:r w:rsidRPr="002E1D96">
        <w:rPr>
          <w:sz w:val="24"/>
          <w:szCs w:val="24"/>
        </w:rPr>
        <w:t xml:space="preserve">, a </w:t>
      </w:r>
      <w:proofErr w:type="spellStart"/>
      <w:r w:rsidRPr="002E1D96">
        <w:rPr>
          <w:sz w:val="24"/>
          <w:szCs w:val="24"/>
        </w:rPr>
        <w:t>unor</w:t>
      </w:r>
      <w:proofErr w:type="spellEnd"/>
      <w:r w:rsidRPr="002E1D96">
        <w:rPr>
          <w:sz w:val="24"/>
          <w:szCs w:val="24"/>
        </w:rPr>
        <w:t xml:space="preserve"> </w:t>
      </w:r>
      <w:proofErr w:type="spellStart"/>
      <w:r w:rsidRPr="002E1D96">
        <w:rPr>
          <w:sz w:val="24"/>
          <w:szCs w:val="24"/>
        </w:rPr>
        <w:t>activități</w:t>
      </w:r>
      <w:proofErr w:type="spellEnd"/>
      <w:r w:rsidRPr="002E1D96">
        <w:rPr>
          <w:sz w:val="24"/>
          <w:szCs w:val="24"/>
        </w:rPr>
        <w:t xml:space="preserve"> </w:t>
      </w:r>
      <w:proofErr w:type="spellStart"/>
      <w:r w:rsidRPr="002E1D96">
        <w:rPr>
          <w:sz w:val="24"/>
          <w:szCs w:val="24"/>
        </w:rPr>
        <w:t>specifice</w:t>
      </w:r>
      <w:proofErr w:type="spellEnd"/>
      <w:r w:rsidRPr="002E1D96">
        <w:rPr>
          <w:sz w:val="24"/>
          <w:szCs w:val="24"/>
        </w:rPr>
        <w:t xml:space="preserve"> </w:t>
      </w:r>
      <w:proofErr w:type="spellStart"/>
      <w:r w:rsidRPr="002E1D96">
        <w:rPr>
          <w:sz w:val="24"/>
          <w:szCs w:val="24"/>
        </w:rPr>
        <w:t>postului</w:t>
      </w:r>
      <w:proofErr w:type="spellEnd"/>
      <w:r w:rsidRPr="002E1D96">
        <w:rPr>
          <w:sz w:val="24"/>
          <w:szCs w:val="24"/>
        </w:rPr>
        <w:t xml:space="preserve">: </w:t>
      </w:r>
      <w:proofErr w:type="spellStart"/>
      <w:r w:rsidRPr="002E1D96">
        <w:rPr>
          <w:sz w:val="24"/>
          <w:szCs w:val="24"/>
        </w:rPr>
        <w:t>curățenia</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igienizarea</w:t>
      </w:r>
      <w:proofErr w:type="spellEnd"/>
      <w:r w:rsidRPr="002E1D96">
        <w:rPr>
          <w:sz w:val="24"/>
          <w:szCs w:val="24"/>
        </w:rPr>
        <w:t xml:space="preserve"> </w:t>
      </w:r>
      <w:proofErr w:type="spellStart"/>
      <w:r w:rsidRPr="002E1D96">
        <w:rPr>
          <w:sz w:val="24"/>
          <w:szCs w:val="24"/>
        </w:rPr>
        <w:t>unei</w:t>
      </w:r>
      <w:proofErr w:type="spellEnd"/>
      <w:r w:rsidRPr="002E1D96">
        <w:rPr>
          <w:sz w:val="24"/>
          <w:szCs w:val="24"/>
        </w:rPr>
        <w:t xml:space="preserve"> </w:t>
      </w:r>
      <w:proofErr w:type="spellStart"/>
      <w:r w:rsidRPr="002E1D96">
        <w:rPr>
          <w:sz w:val="24"/>
          <w:szCs w:val="24"/>
        </w:rPr>
        <w:t>săli</w:t>
      </w:r>
      <w:proofErr w:type="spellEnd"/>
      <w:r w:rsidRPr="002E1D96">
        <w:rPr>
          <w:sz w:val="24"/>
          <w:szCs w:val="24"/>
        </w:rPr>
        <w:t xml:space="preserve"> de </w:t>
      </w:r>
      <w:proofErr w:type="spellStart"/>
      <w:r w:rsidRPr="002E1D96">
        <w:rPr>
          <w:sz w:val="24"/>
          <w:szCs w:val="24"/>
        </w:rPr>
        <w:t>clasă</w:t>
      </w:r>
      <w:proofErr w:type="spellEnd"/>
      <w:r w:rsidRPr="002E1D96">
        <w:rPr>
          <w:sz w:val="24"/>
          <w:szCs w:val="24"/>
        </w:rPr>
        <w:t xml:space="preserve"> </w:t>
      </w:r>
      <w:proofErr w:type="spellStart"/>
      <w:r w:rsidRPr="002E1D96">
        <w:rPr>
          <w:sz w:val="24"/>
          <w:szCs w:val="24"/>
        </w:rPr>
        <w:t>sau</w:t>
      </w:r>
      <w:proofErr w:type="spellEnd"/>
      <w:r w:rsidRPr="002E1D96">
        <w:rPr>
          <w:sz w:val="24"/>
          <w:szCs w:val="24"/>
        </w:rPr>
        <w:t xml:space="preserve"> a </w:t>
      </w:r>
      <w:proofErr w:type="spellStart"/>
      <w:r w:rsidRPr="002E1D96">
        <w:rPr>
          <w:sz w:val="24"/>
          <w:szCs w:val="24"/>
        </w:rPr>
        <w:t>unui</w:t>
      </w:r>
      <w:proofErr w:type="spellEnd"/>
      <w:r w:rsidRPr="002E1D96">
        <w:rPr>
          <w:sz w:val="24"/>
          <w:szCs w:val="24"/>
        </w:rPr>
        <w:t xml:space="preserve"> atelier de </w:t>
      </w:r>
      <w:proofErr w:type="spellStart"/>
      <w:r w:rsidRPr="002E1D96">
        <w:rPr>
          <w:sz w:val="24"/>
          <w:szCs w:val="24"/>
        </w:rPr>
        <w:t>specialitate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a </w:t>
      </w:r>
      <w:proofErr w:type="spellStart"/>
      <w:r w:rsidRPr="002E1D96">
        <w:rPr>
          <w:sz w:val="24"/>
          <w:szCs w:val="24"/>
        </w:rPr>
        <w:t>unui</w:t>
      </w:r>
      <w:proofErr w:type="spellEnd"/>
      <w:r w:rsidRPr="002E1D96">
        <w:rPr>
          <w:sz w:val="24"/>
          <w:szCs w:val="24"/>
        </w:rPr>
        <w:t xml:space="preserve"> </w:t>
      </w:r>
      <w:proofErr w:type="spellStart"/>
      <w:r w:rsidRPr="002E1D96">
        <w:rPr>
          <w:sz w:val="24"/>
          <w:szCs w:val="24"/>
        </w:rPr>
        <w:t>grup</w:t>
      </w:r>
      <w:proofErr w:type="spellEnd"/>
      <w:r w:rsidRPr="002E1D96">
        <w:rPr>
          <w:sz w:val="24"/>
          <w:szCs w:val="24"/>
        </w:rPr>
        <w:t xml:space="preserve"> </w:t>
      </w:r>
      <w:proofErr w:type="spellStart"/>
      <w:r w:rsidRPr="002E1D96">
        <w:rPr>
          <w:sz w:val="24"/>
          <w:szCs w:val="24"/>
        </w:rPr>
        <w:t>sanitar</w:t>
      </w:r>
      <w:proofErr w:type="spellEnd"/>
      <w:r w:rsidRPr="002E1D96">
        <w:rPr>
          <w:sz w:val="24"/>
          <w:szCs w:val="24"/>
        </w:rPr>
        <w:t xml:space="preserve">, cu </w:t>
      </w:r>
      <w:proofErr w:type="spellStart"/>
      <w:r w:rsidRPr="002E1D96">
        <w:rPr>
          <w:sz w:val="24"/>
          <w:szCs w:val="24"/>
        </w:rPr>
        <w:t>utilizarea</w:t>
      </w:r>
      <w:proofErr w:type="spellEnd"/>
      <w:r w:rsidRPr="002E1D96">
        <w:rPr>
          <w:sz w:val="24"/>
          <w:szCs w:val="24"/>
        </w:rPr>
        <w:t xml:space="preserve"> </w:t>
      </w:r>
      <w:proofErr w:type="spellStart"/>
      <w:r w:rsidRPr="002E1D96">
        <w:rPr>
          <w:sz w:val="24"/>
          <w:szCs w:val="24"/>
        </w:rPr>
        <w:t>corectă</w:t>
      </w:r>
      <w:proofErr w:type="spellEnd"/>
      <w:r w:rsidRPr="002E1D96">
        <w:rPr>
          <w:sz w:val="24"/>
          <w:szCs w:val="24"/>
        </w:rPr>
        <w:t xml:space="preserve"> a </w:t>
      </w:r>
      <w:proofErr w:type="spellStart"/>
      <w:r w:rsidRPr="002E1D96">
        <w:rPr>
          <w:sz w:val="24"/>
          <w:szCs w:val="24"/>
        </w:rPr>
        <w:t>materialelor</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produselor</w:t>
      </w:r>
      <w:proofErr w:type="spellEnd"/>
      <w:r w:rsidRPr="002E1D96">
        <w:rPr>
          <w:sz w:val="24"/>
          <w:szCs w:val="24"/>
        </w:rPr>
        <w:t xml:space="preserve"> de </w:t>
      </w:r>
      <w:proofErr w:type="spellStart"/>
      <w:r w:rsidRPr="002E1D96">
        <w:rPr>
          <w:sz w:val="24"/>
          <w:szCs w:val="24"/>
        </w:rPr>
        <w:t>curățenie</w:t>
      </w:r>
      <w:proofErr w:type="spellEnd"/>
      <w:r w:rsidRPr="002E1D96">
        <w:rPr>
          <w:sz w:val="24"/>
          <w:szCs w:val="24"/>
        </w:rPr>
        <w:t xml:space="preserve"> </w:t>
      </w:r>
      <w:proofErr w:type="spellStart"/>
      <w:r w:rsidRPr="002E1D96">
        <w:rPr>
          <w:sz w:val="24"/>
          <w:szCs w:val="24"/>
        </w:rPr>
        <w:t>și</w:t>
      </w:r>
      <w:proofErr w:type="spellEnd"/>
      <w:r w:rsidRPr="002E1D96">
        <w:rPr>
          <w:sz w:val="24"/>
          <w:szCs w:val="24"/>
        </w:rPr>
        <w:t xml:space="preserve"> </w:t>
      </w:r>
      <w:proofErr w:type="spellStart"/>
      <w:r w:rsidRPr="002E1D96">
        <w:rPr>
          <w:sz w:val="24"/>
          <w:szCs w:val="24"/>
        </w:rPr>
        <w:t>dezinfecție</w:t>
      </w:r>
      <w:proofErr w:type="spellEnd"/>
      <w:r w:rsidRPr="002E1D96">
        <w:rPr>
          <w:sz w:val="24"/>
          <w:szCs w:val="24"/>
        </w:rPr>
        <w:t xml:space="preserve">. </w:t>
      </w:r>
      <w:r w:rsidRPr="008242F7">
        <w:rPr>
          <w:sz w:val="24"/>
          <w:szCs w:val="24"/>
          <w:lang w:val="it-IT"/>
        </w:rPr>
        <w:t>Comisia stabilește planul probei, criteriile, sarcinile și punctajele potrivit art. 40 din HG nr. 1336/2022. Programarea candidaților și durata individuală a probei se comunică înaintea desfășurării acesteia.</w:t>
      </w:r>
    </w:p>
    <w:p w14:paraId="3F2E2879" w14:textId="77777777" w:rsidR="00CB1E92" w:rsidRPr="008242F7" w:rsidRDefault="00F718C3" w:rsidP="002E1D96">
      <w:pPr>
        <w:ind w:firstLine="720"/>
        <w:jc w:val="both"/>
        <w:rPr>
          <w:sz w:val="24"/>
          <w:szCs w:val="24"/>
          <w:lang w:val="it-IT"/>
        </w:rPr>
      </w:pPr>
      <w:r w:rsidRPr="008242F7">
        <w:rPr>
          <w:sz w:val="24"/>
          <w:szCs w:val="24"/>
          <w:lang w:val="it-IT"/>
        </w:rPr>
        <w:t>Interviul verifică abilitățile, aptitudinile și motivația candidaților, potrivit planului comisiei și art. 41 din HG nr. 1336/2022. Data și ora interviului se afișează și odată cu rezultatele probei practice.</w:t>
      </w:r>
    </w:p>
    <w:p w14:paraId="68D38AB0" w14:textId="77777777" w:rsidR="00CB1E92" w:rsidRPr="008242F7" w:rsidRDefault="00F718C3" w:rsidP="002E1D96">
      <w:pPr>
        <w:ind w:firstLine="720"/>
        <w:jc w:val="both"/>
        <w:rPr>
          <w:sz w:val="24"/>
          <w:szCs w:val="24"/>
          <w:lang w:val="pt-BR"/>
        </w:rPr>
      </w:pPr>
      <w:r w:rsidRPr="008242F7">
        <w:rPr>
          <w:sz w:val="24"/>
          <w:szCs w:val="24"/>
          <w:lang w:val="pt-BR"/>
        </w:rPr>
        <w:t>Fiecare probă se notează cu maximum 100 de puncte. Pentru promovarea fiecărei probe sunt necesare minimum 50 de puncte. Punctajul final este media aritmetică a punctajelor probei practice și interviului. Ocuparea celor patru posturi se face în ordinea descrescătoare a punctajelor finale ale candidaților care au promovat ambele probe. Departajarea se realizează potrivit art. 47 din HG nr. 1336/2022.</w:t>
      </w:r>
    </w:p>
    <w:p w14:paraId="167C6EE3" w14:textId="77777777" w:rsidR="00CB1E92" w:rsidRPr="008242F7" w:rsidRDefault="00F718C3">
      <w:pPr>
        <w:pStyle w:val="Titlu1"/>
        <w:rPr>
          <w:u w:val="single"/>
          <w:lang w:val="it-IT"/>
        </w:rPr>
      </w:pPr>
      <w:r w:rsidRPr="008242F7">
        <w:rPr>
          <w:u w:val="single"/>
          <w:lang w:val="it-IT"/>
        </w:rPr>
        <w:t>Articolul 5 Tematica și bibliografia</w:t>
      </w:r>
    </w:p>
    <w:p w14:paraId="3EB6B1FD" w14:textId="77777777" w:rsidR="00CB1E92" w:rsidRPr="008242F7" w:rsidRDefault="00F718C3" w:rsidP="002E1D96">
      <w:pPr>
        <w:pStyle w:val="Titlu2"/>
        <w:jc w:val="center"/>
        <w:rPr>
          <w:u w:val="single"/>
          <w:lang w:val="it-IT"/>
        </w:rPr>
      </w:pPr>
      <w:r w:rsidRPr="008242F7">
        <w:rPr>
          <w:u w:val="single"/>
          <w:lang w:val="it-IT"/>
        </w:rPr>
        <w:t>Tematica</w:t>
      </w:r>
    </w:p>
    <w:p w14:paraId="01D7013E" w14:textId="77777777" w:rsidR="00CB1E92" w:rsidRPr="008242F7" w:rsidRDefault="00F718C3" w:rsidP="00030F11">
      <w:pPr>
        <w:jc w:val="both"/>
        <w:rPr>
          <w:sz w:val="24"/>
          <w:szCs w:val="24"/>
          <w:lang w:val="it-IT"/>
        </w:rPr>
      </w:pPr>
      <w:r w:rsidRPr="008242F7">
        <w:rPr>
          <w:sz w:val="24"/>
          <w:szCs w:val="24"/>
          <w:lang w:val="it-IT"/>
        </w:rPr>
        <w:t>• Atribuțiile, drepturile și obligațiile îngrijitorului.</w:t>
      </w:r>
    </w:p>
    <w:p w14:paraId="30576232" w14:textId="77777777" w:rsidR="00CB1E92" w:rsidRPr="008242F7" w:rsidRDefault="00F718C3" w:rsidP="00030F11">
      <w:pPr>
        <w:jc w:val="both"/>
        <w:rPr>
          <w:sz w:val="24"/>
          <w:szCs w:val="24"/>
          <w:lang w:val="it-IT"/>
        </w:rPr>
      </w:pPr>
      <w:r w:rsidRPr="008242F7">
        <w:rPr>
          <w:sz w:val="24"/>
          <w:szCs w:val="24"/>
          <w:lang w:val="it-IT"/>
        </w:rPr>
        <w:t>• Reguli de curățenie, igienizare și dezinfecție în unitățile de învățământ.</w:t>
      </w:r>
    </w:p>
    <w:p w14:paraId="235ED443" w14:textId="77777777" w:rsidR="00CB1E92" w:rsidRPr="008242F7" w:rsidRDefault="00F718C3" w:rsidP="00030F11">
      <w:pPr>
        <w:jc w:val="both"/>
        <w:rPr>
          <w:sz w:val="24"/>
          <w:szCs w:val="24"/>
          <w:lang w:val="pt-BR"/>
        </w:rPr>
      </w:pPr>
      <w:r w:rsidRPr="008242F7">
        <w:rPr>
          <w:sz w:val="24"/>
          <w:szCs w:val="24"/>
          <w:lang w:val="pt-BR"/>
        </w:rPr>
        <w:t>• Utilizarea în siguranță a produselor de curățenie și dezinfecție.</w:t>
      </w:r>
    </w:p>
    <w:p w14:paraId="0801CC62" w14:textId="77777777" w:rsidR="00CB1E92" w:rsidRPr="008242F7" w:rsidRDefault="00F718C3" w:rsidP="00030F11">
      <w:pPr>
        <w:jc w:val="both"/>
        <w:rPr>
          <w:sz w:val="24"/>
          <w:szCs w:val="24"/>
          <w:lang w:val="pt-BR"/>
        </w:rPr>
      </w:pPr>
      <w:r w:rsidRPr="008242F7">
        <w:rPr>
          <w:sz w:val="24"/>
          <w:szCs w:val="24"/>
          <w:lang w:val="pt-BR"/>
        </w:rPr>
        <w:t>• Obligațiile salariaților privind securitatea și sănătatea în muncă și apărarea împotriva incendiilor.</w:t>
      </w:r>
    </w:p>
    <w:p w14:paraId="480A8E5D" w14:textId="77777777" w:rsidR="00CB1E92" w:rsidRPr="008242F7" w:rsidRDefault="00F718C3" w:rsidP="002E1D96">
      <w:pPr>
        <w:pStyle w:val="Titlu2"/>
        <w:jc w:val="center"/>
        <w:rPr>
          <w:u w:val="single"/>
          <w:lang w:val="pt-BR"/>
        </w:rPr>
      </w:pPr>
      <w:r w:rsidRPr="008242F7">
        <w:rPr>
          <w:u w:val="single"/>
          <w:lang w:val="pt-BR"/>
        </w:rPr>
        <w:t>Bibliografia</w:t>
      </w:r>
    </w:p>
    <w:p w14:paraId="5804598E" w14:textId="77777777" w:rsidR="00CB1E92" w:rsidRPr="008242F7" w:rsidRDefault="00F718C3" w:rsidP="00030F11">
      <w:pPr>
        <w:jc w:val="both"/>
        <w:rPr>
          <w:sz w:val="24"/>
          <w:szCs w:val="24"/>
          <w:lang w:val="pt-BR"/>
        </w:rPr>
      </w:pPr>
      <w:r w:rsidRPr="008242F7">
        <w:rPr>
          <w:sz w:val="24"/>
          <w:szCs w:val="24"/>
          <w:lang w:val="pt-BR"/>
        </w:rPr>
        <w:t>1. Ordinul ministrului sănătății nr. 1456/2020 pentru aprobarea Normelor de igienă din unitățile pentru ocrotirea, educarea, instruirea, odihna și recreerea copiilor și tinerilor, cu modificările și completările ulterioare: prevederile din anexă referitoare la curățenie, dezinfecție, întreținerea spațiilor și grupurilor sanitare din unitățile de învățământ.</w:t>
      </w:r>
    </w:p>
    <w:p w14:paraId="39EC7946" w14:textId="77777777" w:rsidR="00CB1E92" w:rsidRPr="008242F7" w:rsidRDefault="00F718C3" w:rsidP="00030F11">
      <w:pPr>
        <w:jc w:val="both"/>
        <w:rPr>
          <w:sz w:val="24"/>
          <w:szCs w:val="24"/>
          <w:lang w:val="pt-BR"/>
        </w:rPr>
      </w:pPr>
      <w:r w:rsidRPr="008242F7">
        <w:rPr>
          <w:sz w:val="24"/>
          <w:szCs w:val="24"/>
          <w:lang w:val="pt-BR"/>
        </w:rPr>
        <w:t>2. Legea nr. 319/2006 a securității și sănătății în muncă, cu modificările și completările ulterioare: art. 22 și 23 privind obligațiile lucrătorilor.</w:t>
      </w:r>
    </w:p>
    <w:p w14:paraId="3FF5405B" w14:textId="77777777" w:rsidR="00CB1E92" w:rsidRPr="008242F7" w:rsidRDefault="00F718C3" w:rsidP="00030F11">
      <w:pPr>
        <w:jc w:val="both"/>
        <w:rPr>
          <w:sz w:val="24"/>
          <w:szCs w:val="24"/>
          <w:lang w:val="pt-BR"/>
        </w:rPr>
      </w:pPr>
      <w:r w:rsidRPr="008242F7">
        <w:rPr>
          <w:sz w:val="24"/>
          <w:szCs w:val="24"/>
          <w:lang w:val="pt-BR"/>
        </w:rPr>
        <w:t>3. Legea nr. 307/2006 privind apărarea împotriva incendiilor, republicată, cu modificările și completările ulterioare: art. 22 privind obligațiile salariaților.</w:t>
      </w:r>
    </w:p>
    <w:p w14:paraId="3EB2B94D" w14:textId="77777777" w:rsidR="00CB1E92" w:rsidRPr="008242F7" w:rsidRDefault="00F718C3" w:rsidP="00030F11">
      <w:pPr>
        <w:jc w:val="both"/>
        <w:rPr>
          <w:sz w:val="24"/>
          <w:szCs w:val="24"/>
          <w:lang w:val="pt-BR"/>
        </w:rPr>
      </w:pPr>
      <w:r w:rsidRPr="008242F7">
        <w:rPr>
          <w:sz w:val="24"/>
          <w:szCs w:val="24"/>
          <w:lang w:val="pt-BR"/>
        </w:rPr>
        <w:t>4. Fișa postului de îngrijitor, publicată împreună cu anunțul și disponibilă la secretariat.</w:t>
      </w:r>
    </w:p>
    <w:p w14:paraId="697B9B6F" w14:textId="17380B1A" w:rsidR="00CB1E92" w:rsidRPr="008242F7" w:rsidRDefault="00F718C3" w:rsidP="00030F11">
      <w:pPr>
        <w:jc w:val="both"/>
        <w:rPr>
          <w:sz w:val="24"/>
          <w:szCs w:val="24"/>
          <w:lang w:val="pt-BR"/>
        </w:rPr>
      </w:pPr>
      <w:r w:rsidRPr="008242F7">
        <w:rPr>
          <w:sz w:val="24"/>
          <w:szCs w:val="24"/>
          <w:lang w:val="pt-BR"/>
        </w:rPr>
        <w:t>Se studiază forma actelor normative în vigoare la data publicării anunțului, 1</w:t>
      </w:r>
      <w:r w:rsidR="005B677A">
        <w:rPr>
          <w:sz w:val="24"/>
          <w:szCs w:val="24"/>
          <w:lang w:val="pt-BR"/>
        </w:rPr>
        <w:t>4</w:t>
      </w:r>
      <w:r w:rsidRPr="008242F7">
        <w:rPr>
          <w:sz w:val="24"/>
          <w:szCs w:val="24"/>
          <w:lang w:val="pt-BR"/>
        </w:rPr>
        <w:t>.10.2026.</w:t>
      </w:r>
    </w:p>
    <w:p w14:paraId="4606D0B5" w14:textId="185CAFC3" w:rsidR="00CB1E92" w:rsidRPr="008242F7" w:rsidRDefault="00F718C3" w:rsidP="00030F11">
      <w:pPr>
        <w:jc w:val="both"/>
        <w:rPr>
          <w:sz w:val="24"/>
          <w:szCs w:val="24"/>
          <w:lang w:val="pt-BR"/>
        </w:rPr>
      </w:pPr>
      <w:r w:rsidRPr="008242F7">
        <w:rPr>
          <w:sz w:val="24"/>
          <w:szCs w:val="24"/>
          <w:lang w:val="pt-BR"/>
        </w:rPr>
        <w:t>Informații suplimentare: secretariatul liceului, str. Lorena nr. 35; telefon 0256 493 822; e-mail secretariat@arteplasticetm.ro. Persoană de contact: ec. Ana-Maria Calescu, secretar.</w:t>
      </w:r>
    </w:p>
    <w:p w14:paraId="0E81925D" w14:textId="250587FD" w:rsidR="00CB1E92" w:rsidRPr="00030F11" w:rsidRDefault="00F718C3" w:rsidP="00030F11">
      <w:pPr>
        <w:jc w:val="center"/>
        <w:rPr>
          <w:sz w:val="24"/>
          <w:szCs w:val="24"/>
        </w:rPr>
      </w:pPr>
      <w:r w:rsidRPr="00FA141E">
        <w:rPr>
          <w:b/>
          <w:bCs/>
          <w:sz w:val="24"/>
          <w:szCs w:val="24"/>
        </w:rPr>
        <w:t>DIRECTOR</w:t>
      </w:r>
      <w:r w:rsidR="002E1D96" w:rsidRPr="00FA141E">
        <w:rPr>
          <w:b/>
          <w:bCs/>
          <w:sz w:val="24"/>
          <w:szCs w:val="24"/>
        </w:rPr>
        <w:t>,</w:t>
      </w:r>
      <w:r w:rsidRPr="00030F11">
        <w:rPr>
          <w:sz w:val="24"/>
          <w:szCs w:val="24"/>
        </w:rPr>
        <w:br/>
      </w:r>
      <w:r w:rsidRPr="00FA141E">
        <w:rPr>
          <w:b/>
          <w:bCs/>
          <w:sz w:val="24"/>
          <w:szCs w:val="24"/>
        </w:rPr>
        <w:t xml:space="preserve">Prof. Amalia-Camelia </w:t>
      </w:r>
      <w:proofErr w:type="spellStart"/>
      <w:r w:rsidRPr="00FA141E">
        <w:rPr>
          <w:b/>
          <w:bCs/>
          <w:sz w:val="24"/>
          <w:szCs w:val="24"/>
        </w:rPr>
        <w:t>Blezniuc</w:t>
      </w:r>
      <w:proofErr w:type="spellEnd"/>
      <w:r w:rsidRPr="00FA141E">
        <w:rPr>
          <w:b/>
          <w:bCs/>
          <w:sz w:val="24"/>
          <w:szCs w:val="24"/>
        </w:rPr>
        <w:t>-Gyurkovits</w:t>
      </w:r>
    </w:p>
    <w:p w14:paraId="1B7D1677" w14:textId="4D564419" w:rsidR="00CB1E92" w:rsidRDefault="00CB1E92"/>
    <w:sectPr w:rsidR="00CB1E92" w:rsidSect="009A21A8">
      <w:headerReference w:type="default" r:id="rId8"/>
      <w:footerReference w:type="default" r:id="rId9"/>
      <w:pgSz w:w="12240" w:h="15840"/>
      <w:pgMar w:top="1020" w:right="1134" w:bottom="1020" w:left="1134"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BD0A" w14:textId="77777777" w:rsidR="00FD0786" w:rsidRDefault="00FD0786">
      <w:pPr>
        <w:spacing w:after="0" w:line="240" w:lineRule="auto"/>
      </w:pPr>
      <w:r>
        <w:separator/>
      </w:r>
    </w:p>
  </w:endnote>
  <w:endnote w:type="continuationSeparator" w:id="0">
    <w:p w14:paraId="4C75B618" w14:textId="77777777" w:rsidR="00FD0786" w:rsidRDefault="00FD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9C30" w14:textId="77777777" w:rsidR="00CB1E92" w:rsidRDefault="00F718C3">
    <w:pPr>
      <w:pStyle w:val="Subsol"/>
      <w:jc w:val="center"/>
    </w:pPr>
    <w:r>
      <w:fldChar w:fldCharType="begin"/>
    </w:r>
    <w:r>
      <w:instrText>PAGE</w:instrText>
    </w:r>
    <w:r>
      <w:fldChar w:fldCharType="separate"/>
    </w:r>
    <w:r w:rsidR="00690777">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A004" w14:textId="77777777" w:rsidR="00FD0786" w:rsidRDefault="00FD0786">
      <w:pPr>
        <w:spacing w:after="0" w:line="240" w:lineRule="auto"/>
      </w:pPr>
      <w:r>
        <w:separator/>
      </w:r>
    </w:p>
  </w:footnote>
  <w:footnote w:type="continuationSeparator" w:id="0">
    <w:p w14:paraId="48513194" w14:textId="77777777" w:rsidR="00FD0786" w:rsidRDefault="00FD0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956B" w14:textId="77777777" w:rsidR="009A21A8" w:rsidRPr="008242F7" w:rsidRDefault="009A21A8" w:rsidP="009A21A8">
    <w:pPr>
      <w:pBdr>
        <w:top w:val="nil"/>
        <w:left w:val="nil"/>
        <w:bottom w:val="nil"/>
        <w:right w:val="nil"/>
        <w:between w:val="nil"/>
      </w:pBdr>
      <w:spacing w:after="0" w:line="240" w:lineRule="auto"/>
      <w:ind w:left="1407" w:firstLine="10"/>
      <w:rPr>
        <w:b/>
        <w:bCs/>
        <w:sz w:val="16"/>
        <w:szCs w:val="16"/>
        <w:lang w:val="pt-BR"/>
      </w:rPr>
    </w:pPr>
    <w:bookmarkStart w:id="0" w:name="_Hlk242363666"/>
    <w:bookmarkStart w:id="1" w:name="_Hlk242363667"/>
    <w:bookmarkStart w:id="2" w:name="_Hlk242363669"/>
    <w:bookmarkStart w:id="3" w:name="_Hlk242363670"/>
    <w:bookmarkStart w:id="4" w:name="_Hlk242363671"/>
    <w:bookmarkStart w:id="5" w:name="_Hlk242363672"/>
    <w:bookmarkStart w:id="6" w:name="_Hlk242363673"/>
    <w:bookmarkStart w:id="7" w:name="_Hlk242363674"/>
    <w:bookmarkStart w:id="8" w:name="_Hlk242363675"/>
    <w:bookmarkStart w:id="9" w:name="_Hlk242363676"/>
    <w:bookmarkStart w:id="10" w:name="_Hlk242363677"/>
    <w:bookmarkStart w:id="11" w:name="_Hlk242363678"/>
    <w:bookmarkStart w:id="12" w:name="_Hlk242363679"/>
    <w:bookmarkStart w:id="13" w:name="_Hlk242363680"/>
    <w:bookmarkStart w:id="14" w:name="_Hlk242363681"/>
    <w:bookmarkStart w:id="15" w:name="_Hlk242363682"/>
    <w:bookmarkStart w:id="16" w:name="_Hlk242363683"/>
    <w:bookmarkStart w:id="17" w:name="_Hlk242363684"/>
    <w:bookmarkStart w:id="18" w:name="_Hlk242363712"/>
    <w:bookmarkStart w:id="19" w:name="_Hlk242363713"/>
    <w:bookmarkStart w:id="20" w:name="_Hlk242363714"/>
    <w:bookmarkStart w:id="21" w:name="_Hlk242363715"/>
    <w:bookmarkStart w:id="22" w:name="_Hlk242363716"/>
    <w:bookmarkStart w:id="23" w:name="_Hlk242363717"/>
    <w:bookmarkStart w:id="24" w:name="_Hlk242365429"/>
    <w:bookmarkStart w:id="25" w:name="_Hlk242365430"/>
    <w:bookmarkStart w:id="26" w:name="_Hlk242365431"/>
    <w:bookmarkStart w:id="27" w:name="_Hlk242365432"/>
    <w:bookmarkStart w:id="28" w:name="_Hlk242365433"/>
    <w:bookmarkStart w:id="29" w:name="_Hlk242365434"/>
    <w:bookmarkStart w:id="30" w:name="_Hlk242365435"/>
    <w:bookmarkStart w:id="31" w:name="_Hlk242365436"/>
    <w:r w:rsidRPr="008242F7">
      <w:rPr>
        <w:b/>
        <w:bCs/>
        <w:sz w:val="16"/>
        <w:szCs w:val="16"/>
        <w:lang w:val="pt-BR"/>
      </w:rPr>
      <w:t>LICEUL DE ARTE PLASTICE TIMIŞOARA</w:t>
    </w:r>
    <w:r w:rsidRPr="00D72423">
      <w:rPr>
        <w:noProof/>
        <w:sz w:val="20"/>
        <w:szCs w:val="20"/>
      </w:rPr>
      <w:drawing>
        <wp:anchor distT="0" distB="0" distL="114300" distR="114300" simplePos="0" relativeHeight="251659264" behindDoc="0" locked="0" layoutInCell="1" hidden="0" allowOverlap="1" wp14:anchorId="3C377780" wp14:editId="36F03866">
          <wp:simplePos x="0" y="0"/>
          <wp:positionH relativeFrom="column">
            <wp:posOffset>215900</wp:posOffset>
          </wp:positionH>
          <wp:positionV relativeFrom="paragraph">
            <wp:posOffset>19050</wp:posOffset>
          </wp:positionV>
          <wp:extent cx="572770" cy="755015"/>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2770" cy="755015"/>
                  </a:xfrm>
                  <a:prstGeom prst="rect">
                    <a:avLst/>
                  </a:prstGeom>
                  <a:ln/>
                </pic:spPr>
              </pic:pic>
            </a:graphicData>
          </a:graphic>
        </wp:anchor>
      </w:drawing>
    </w:r>
  </w:p>
  <w:p w14:paraId="75D4F240" w14:textId="77777777" w:rsidR="009A21A8" w:rsidRPr="00D72423" w:rsidRDefault="009A21A8" w:rsidP="009A21A8">
    <w:pPr>
      <w:pBdr>
        <w:top w:val="nil"/>
        <w:left w:val="nil"/>
        <w:bottom w:val="nil"/>
        <w:right w:val="nil"/>
        <w:between w:val="nil"/>
      </w:pBdr>
      <w:spacing w:after="0" w:line="240" w:lineRule="auto"/>
      <w:ind w:left="1418"/>
      <w:rPr>
        <w:sz w:val="16"/>
        <w:szCs w:val="16"/>
        <w:lang w:val="en"/>
      </w:rPr>
    </w:pPr>
    <w:r w:rsidRPr="00D72423">
      <w:rPr>
        <w:b/>
        <w:bCs/>
        <w:sz w:val="16"/>
        <w:szCs w:val="16"/>
        <w:lang w:val="en"/>
      </w:rPr>
      <w:t>Str. Lorena, nr.35</w:t>
    </w:r>
  </w:p>
  <w:p w14:paraId="055E6CED" w14:textId="77777777" w:rsidR="009A21A8" w:rsidRPr="00D72423" w:rsidRDefault="009A21A8" w:rsidP="009A21A8">
    <w:pPr>
      <w:pBdr>
        <w:top w:val="nil"/>
        <w:left w:val="nil"/>
        <w:bottom w:val="nil"/>
        <w:right w:val="nil"/>
        <w:between w:val="nil"/>
      </w:pBdr>
      <w:spacing w:after="0" w:line="240" w:lineRule="auto"/>
      <w:ind w:left="1418" w:firstLine="10"/>
      <w:rPr>
        <w:sz w:val="16"/>
        <w:szCs w:val="16"/>
        <w:lang w:val="en"/>
      </w:rPr>
    </w:pPr>
    <w:r w:rsidRPr="00D72423">
      <w:rPr>
        <w:b/>
        <w:bCs/>
        <w:sz w:val="16"/>
        <w:szCs w:val="16"/>
        <w:lang w:val="en"/>
      </w:rPr>
      <w:t xml:space="preserve">300181 </w:t>
    </w:r>
    <w:proofErr w:type="spellStart"/>
    <w:r w:rsidRPr="00D72423">
      <w:rPr>
        <w:b/>
        <w:bCs/>
        <w:sz w:val="16"/>
        <w:szCs w:val="16"/>
        <w:lang w:val="en"/>
      </w:rPr>
      <w:t>Timişoar</w:t>
    </w:r>
    <w:proofErr w:type="spellEnd"/>
  </w:p>
  <w:p w14:paraId="12857453" w14:textId="77777777" w:rsidR="009A21A8" w:rsidRPr="00D72423" w:rsidRDefault="009A21A8" w:rsidP="009A21A8">
    <w:pPr>
      <w:pBdr>
        <w:top w:val="nil"/>
        <w:left w:val="nil"/>
        <w:bottom w:val="nil"/>
        <w:right w:val="nil"/>
        <w:between w:val="nil"/>
      </w:pBdr>
      <w:spacing w:after="0" w:line="240" w:lineRule="auto"/>
      <w:ind w:left="1418" w:firstLine="10"/>
      <w:rPr>
        <w:sz w:val="16"/>
        <w:szCs w:val="16"/>
        <w:lang w:val="en"/>
      </w:rPr>
    </w:pPr>
    <w:r w:rsidRPr="00D72423">
      <w:rPr>
        <w:b/>
        <w:bCs/>
        <w:sz w:val="16"/>
        <w:szCs w:val="16"/>
        <w:lang w:val="en"/>
      </w:rPr>
      <w:t>Tel: 0256/493822 ; Fax: 0256/294094</w:t>
    </w:r>
  </w:p>
  <w:p w14:paraId="24CC5EC8" w14:textId="77777777" w:rsidR="009A21A8" w:rsidRPr="00D72423" w:rsidRDefault="009A21A8" w:rsidP="009A21A8">
    <w:pPr>
      <w:pBdr>
        <w:top w:val="nil"/>
        <w:left w:val="nil"/>
        <w:bottom w:val="nil"/>
        <w:right w:val="nil"/>
        <w:between w:val="nil"/>
      </w:pBdr>
      <w:spacing w:after="0" w:line="240" w:lineRule="auto"/>
      <w:ind w:left="1440"/>
      <w:rPr>
        <w:b/>
        <w:bCs/>
        <w:sz w:val="16"/>
        <w:szCs w:val="16"/>
        <w:lang w:val="en"/>
      </w:rPr>
    </w:pPr>
    <w:r w:rsidRPr="00D72423">
      <w:rPr>
        <w:sz w:val="20"/>
        <w:szCs w:val="20"/>
        <w:lang w:val="en"/>
      </w:rPr>
      <w:t xml:space="preserve"> </w:t>
    </w:r>
    <w:r w:rsidRPr="00D72423">
      <w:rPr>
        <w:b/>
        <w:bCs/>
        <w:sz w:val="16"/>
        <w:szCs w:val="16"/>
        <w:lang w:val="en"/>
      </w:rPr>
      <w:t xml:space="preserve">e-mail: secretariat@arteplasticetm.ro </w:t>
    </w:r>
  </w:p>
  <w:p w14:paraId="14C43490" w14:textId="7F6A081C" w:rsidR="00030F11" w:rsidRPr="009A21A8" w:rsidRDefault="009A21A8" w:rsidP="009A21A8">
    <w:pPr>
      <w:pBdr>
        <w:top w:val="nil"/>
        <w:left w:val="nil"/>
        <w:bottom w:val="nil"/>
        <w:right w:val="nil"/>
        <w:between w:val="nil"/>
      </w:pBdr>
      <w:spacing w:after="0" w:line="240" w:lineRule="auto"/>
      <w:ind w:left="1440"/>
      <w:rPr>
        <w:sz w:val="20"/>
        <w:szCs w:val="20"/>
        <w:lang w:val="en"/>
      </w:rPr>
    </w:pPr>
    <w:r w:rsidRPr="00D72423">
      <w:rPr>
        <w:b/>
        <w:bCs/>
        <w:sz w:val="16"/>
        <w:szCs w:val="16"/>
        <w:lang w:val="en"/>
      </w:rPr>
      <w:t xml:space="preserve"> www.arteplasticetm.ro</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7CBD3697"/>
    <w:multiLevelType w:val="hybridMultilevel"/>
    <w:tmpl w:val="FFAADA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47886032">
    <w:abstractNumId w:val="8"/>
  </w:num>
  <w:num w:numId="2" w16cid:durableId="177625139">
    <w:abstractNumId w:val="6"/>
  </w:num>
  <w:num w:numId="3" w16cid:durableId="2034451703">
    <w:abstractNumId w:val="5"/>
  </w:num>
  <w:num w:numId="4" w16cid:durableId="167252692">
    <w:abstractNumId w:val="4"/>
  </w:num>
  <w:num w:numId="5" w16cid:durableId="1626764948">
    <w:abstractNumId w:val="7"/>
  </w:num>
  <w:num w:numId="6" w16cid:durableId="735208679">
    <w:abstractNumId w:val="3"/>
  </w:num>
  <w:num w:numId="7" w16cid:durableId="1311133057">
    <w:abstractNumId w:val="2"/>
  </w:num>
  <w:num w:numId="8" w16cid:durableId="1580675761">
    <w:abstractNumId w:val="1"/>
  </w:num>
  <w:num w:numId="9" w16cid:durableId="621301438">
    <w:abstractNumId w:val="0"/>
  </w:num>
  <w:num w:numId="10" w16cid:durableId="5534661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0F11"/>
    <w:rsid w:val="00034616"/>
    <w:rsid w:val="0006063C"/>
    <w:rsid w:val="0006561C"/>
    <w:rsid w:val="00117B12"/>
    <w:rsid w:val="0015074B"/>
    <w:rsid w:val="001F0C38"/>
    <w:rsid w:val="00207BEA"/>
    <w:rsid w:val="0029639D"/>
    <w:rsid w:val="002E1D96"/>
    <w:rsid w:val="00326F90"/>
    <w:rsid w:val="00334012"/>
    <w:rsid w:val="004C7BD5"/>
    <w:rsid w:val="005412A6"/>
    <w:rsid w:val="005B677A"/>
    <w:rsid w:val="00683FC6"/>
    <w:rsid w:val="00690777"/>
    <w:rsid w:val="007F2DA5"/>
    <w:rsid w:val="008242F7"/>
    <w:rsid w:val="00913085"/>
    <w:rsid w:val="009424A3"/>
    <w:rsid w:val="00943401"/>
    <w:rsid w:val="00947047"/>
    <w:rsid w:val="00987C0E"/>
    <w:rsid w:val="009A21A8"/>
    <w:rsid w:val="00AA1D8D"/>
    <w:rsid w:val="00AD5FA0"/>
    <w:rsid w:val="00B47730"/>
    <w:rsid w:val="00BD7C0A"/>
    <w:rsid w:val="00BF3825"/>
    <w:rsid w:val="00C108FE"/>
    <w:rsid w:val="00C62493"/>
    <w:rsid w:val="00CB0664"/>
    <w:rsid w:val="00CB1E92"/>
    <w:rsid w:val="00D72A6F"/>
    <w:rsid w:val="00D85052"/>
    <w:rsid w:val="00DC5485"/>
    <w:rsid w:val="00E976DE"/>
    <w:rsid w:val="00EA44F2"/>
    <w:rsid w:val="00F718C3"/>
    <w:rsid w:val="00FA141E"/>
    <w:rsid w:val="00FC693F"/>
    <w:rsid w:val="00FD0786"/>
    <w:rsid w:val="00FE099D"/>
    <w:rsid w:val="00FF07B7"/>
    <w:rsid w:val="00FF48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6C3F02"/>
  <w14:defaultImageDpi w14:val="300"/>
  <w15:docId w15:val="{03C7CE7A-FB58-45D5-8231-D2DA55E3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Times New Roman" w:eastAsia="Times New Roman" w:hAnsi="Times New Roman" w:cs="Times New Roman"/>
      <w:color w:val="000000"/>
    </w:rPr>
  </w:style>
  <w:style w:type="paragraph" w:styleId="Titlu1">
    <w:name w:val="heading 1"/>
    <w:basedOn w:val="Normal"/>
    <w:next w:val="Normal"/>
    <w:link w:val="Titlu1Caracter"/>
    <w:uiPriority w:val="9"/>
    <w:qFormat/>
    <w:rsid w:val="00FC693F"/>
    <w:pPr>
      <w:keepNext/>
      <w:keepLines/>
      <w:spacing w:before="180" w:after="120"/>
      <w:outlineLvl w:val="0"/>
    </w:pPr>
    <w:rPr>
      <w:b/>
      <w:bCs/>
      <w:sz w:val="26"/>
      <w:szCs w:val="28"/>
    </w:rPr>
  </w:style>
  <w:style w:type="paragraph" w:styleId="Titlu2">
    <w:name w:val="heading 2"/>
    <w:basedOn w:val="Normal"/>
    <w:next w:val="Normal"/>
    <w:link w:val="Titlu2Caracter"/>
    <w:uiPriority w:val="9"/>
    <w:unhideWhenUsed/>
    <w:qFormat/>
    <w:rsid w:val="00FC693F"/>
    <w:pPr>
      <w:keepNext/>
      <w:keepLines/>
      <w:spacing w:before="180" w:after="120"/>
      <w:outlineLvl w:val="1"/>
    </w:pPr>
    <w:rPr>
      <w:b/>
      <w:bCs/>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spacing w:before="180" w:after="120" w:line="240" w:lineRule="auto"/>
      <w:contextualSpacing/>
    </w:pPr>
    <w:rPr>
      <w:b/>
      <w:spacing w:val="5"/>
      <w:kern w:val="28"/>
      <w:sz w:val="3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0CD08-5555-45B1-8186-C656C479E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1627</Words>
  <Characters>9437</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Anunț de concurs pentru patru posturi de îngrijitor cu modificări și explicații</vt:lpstr>
      <vt:lpstr>Anunț de concurs pentru patru posturi de îngrijitor cu modificări și explicații</vt:lpstr>
    </vt:vector>
  </TitlesOfParts>
  <Manager/>
  <Company/>
  <LinksUpToDate>false</LinksUpToDate>
  <CharactersWithSpaces>11042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pentru patru posturi de îngrijitor cu modificări și explicații</dc:title>
  <dc:subject/>
  <dc:creator>User</dc:creator>
  <cp:keywords/>
  <dc:description>generated by python-docx</dc:description>
  <cp:lastModifiedBy>Ana-Maria Pîrvan</cp:lastModifiedBy>
  <cp:revision>29</cp:revision>
  <dcterms:created xsi:type="dcterms:W3CDTF">2026-10-09T09:47:00Z</dcterms:created>
  <dcterms:modified xsi:type="dcterms:W3CDTF">2026-10-13T08:36:00Z</dcterms:modified>
  <cp:category/>
</cp:coreProperties>
</file>