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DFE5D" w14:textId="77777777" w:rsidR="00C048B0" w:rsidRDefault="00000000">
      <w:pPr>
        <w:jc w:val="center"/>
      </w:pPr>
      <w:r>
        <w:rPr>
          <w:b/>
          <w:sz w:val="26"/>
        </w:rPr>
        <w:t>ȘCOALA GIMNAZIALĂ NR. 1 ARDEOANI</w:t>
      </w:r>
    </w:p>
    <w:p w14:paraId="4433FA0B" w14:textId="77777777" w:rsidR="00C048B0" w:rsidRDefault="00000000">
      <w:pPr>
        <w:jc w:val="center"/>
      </w:pPr>
      <w:r>
        <w:t xml:space="preserve">Str. </w:t>
      </w:r>
      <w:proofErr w:type="spellStart"/>
      <w:r>
        <w:t>Principală</w:t>
      </w:r>
      <w:proofErr w:type="spellEnd"/>
      <w:r>
        <w:t xml:space="preserve"> nr. 241, </w:t>
      </w:r>
      <w:proofErr w:type="spellStart"/>
      <w:r>
        <w:t>comuna</w:t>
      </w:r>
      <w:proofErr w:type="spellEnd"/>
      <w:r>
        <w:t xml:space="preserve"> </w:t>
      </w:r>
      <w:proofErr w:type="spellStart"/>
      <w:r>
        <w:t>Ardeoani</w:t>
      </w:r>
      <w:proofErr w:type="spellEnd"/>
      <w:r>
        <w:t xml:space="preserve">, </w:t>
      </w:r>
      <w:proofErr w:type="spellStart"/>
      <w:r>
        <w:t>județul</w:t>
      </w:r>
      <w:proofErr w:type="spellEnd"/>
      <w:r>
        <w:t xml:space="preserve"> Bacău, cod </w:t>
      </w:r>
      <w:proofErr w:type="spellStart"/>
      <w:r>
        <w:t>poștal</w:t>
      </w:r>
      <w:proofErr w:type="spellEnd"/>
      <w:r>
        <w:t xml:space="preserve"> 607015</w:t>
      </w:r>
    </w:p>
    <w:p w14:paraId="190C640C" w14:textId="77777777" w:rsidR="00C048B0" w:rsidRDefault="00000000">
      <w:pPr>
        <w:jc w:val="center"/>
      </w:pPr>
      <w:r>
        <w:t>Tel. 0234 354 016 | E-mail: ardeoaniscoala@yahoo.com</w:t>
      </w:r>
    </w:p>
    <w:p w14:paraId="0B66D0FE" w14:textId="18451C00" w:rsidR="00C048B0" w:rsidRPr="00E542D7" w:rsidRDefault="00000000">
      <w:pPr>
        <w:jc w:val="right"/>
        <w:rPr>
          <w:b/>
          <w:bCs/>
        </w:rPr>
      </w:pPr>
      <w:r w:rsidRPr="00E542D7">
        <w:rPr>
          <w:b/>
          <w:bCs/>
        </w:rPr>
        <w:t xml:space="preserve">Nr. </w:t>
      </w:r>
      <w:r w:rsidR="00E542D7" w:rsidRPr="00E542D7">
        <w:rPr>
          <w:b/>
          <w:bCs/>
        </w:rPr>
        <w:t>1232/7.10.</w:t>
      </w:r>
      <w:r w:rsidRPr="00E542D7">
        <w:rPr>
          <w:b/>
          <w:bCs/>
        </w:rPr>
        <w:t>2026</w:t>
      </w:r>
    </w:p>
    <w:p w14:paraId="026C4F55" w14:textId="77777777" w:rsidR="00C048B0" w:rsidRDefault="00000000">
      <w:pPr>
        <w:jc w:val="center"/>
      </w:pPr>
      <w:r>
        <w:rPr>
          <w:b/>
          <w:sz w:val="30"/>
        </w:rPr>
        <w:t>ANUNȚ</w:t>
      </w:r>
    </w:p>
    <w:p w14:paraId="102C260E" w14:textId="05B13184" w:rsidR="00C048B0" w:rsidRDefault="00000000">
      <w:pPr>
        <w:jc w:val="center"/>
      </w:pPr>
      <w:proofErr w:type="spellStart"/>
      <w:r>
        <w:rPr>
          <w:b/>
          <w:sz w:val="24"/>
        </w:rPr>
        <w:t>privind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organizarea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concursului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pentru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ocuparea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unui</w:t>
      </w:r>
      <w:proofErr w:type="spellEnd"/>
      <w:r>
        <w:rPr>
          <w:b/>
          <w:sz w:val="24"/>
        </w:rPr>
        <w:t xml:space="preserve"> post contractual vacant de </w:t>
      </w:r>
      <w:proofErr w:type="spellStart"/>
      <w:r>
        <w:rPr>
          <w:b/>
          <w:sz w:val="24"/>
        </w:rPr>
        <w:t>execuție</w:t>
      </w:r>
      <w:proofErr w:type="spellEnd"/>
      <w:r>
        <w:rPr>
          <w:b/>
          <w:sz w:val="24"/>
        </w:rPr>
        <w:t xml:space="preserve"> – </w:t>
      </w:r>
      <w:proofErr w:type="gramStart"/>
      <w:r>
        <w:rPr>
          <w:b/>
          <w:sz w:val="24"/>
        </w:rPr>
        <w:t xml:space="preserve">MUNCITOR </w:t>
      </w:r>
      <w:r w:rsidR="00B07634">
        <w:rPr>
          <w:b/>
          <w:sz w:val="24"/>
        </w:rPr>
        <w:t xml:space="preserve"> </w:t>
      </w:r>
      <w:r w:rsidR="00347555">
        <w:rPr>
          <w:b/>
          <w:sz w:val="24"/>
        </w:rPr>
        <w:t>III</w:t>
      </w:r>
      <w:proofErr w:type="gramEnd"/>
      <w:r w:rsidR="00347555">
        <w:rPr>
          <w:b/>
          <w:sz w:val="24"/>
        </w:rPr>
        <w:t xml:space="preserve"> M</w:t>
      </w:r>
      <w:r>
        <w:rPr>
          <w:b/>
          <w:sz w:val="24"/>
        </w:rPr>
        <w:t>– FOCHIST</w:t>
      </w:r>
    </w:p>
    <w:p w14:paraId="08BCA715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proofErr w:type="spellStart"/>
      <w:r w:rsidRPr="00036193">
        <w:rPr>
          <w:rFonts w:cs="Times New Roman"/>
          <w:sz w:val="24"/>
          <w:szCs w:val="24"/>
        </w:rPr>
        <w:t>Școala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Gimnazială</w:t>
      </w:r>
      <w:proofErr w:type="spellEnd"/>
      <w:r w:rsidRPr="00036193">
        <w:rPr>
          <w:rFonts w:cs="Times New Roman"/>
          <w:sz w:val="24"/>
          <w:szCs w:val="24"/>
        </w:rPr>
        <w:t xml:space="preserve"> Nr. 1 </w:t>
      </w:r>
      <w:proofErr w:type="spellStart"/>
      <w:r w:rsidRPr="00036193">
        <w:rPr>
          <w:rFonts w:cs="Times New Roman"/>
          <w:sz w:val="24"/>
          <w:szCs w:val="24"/>
        </w:rPr>
        <w:t>Ardeoani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organizează</w:t>
      </w:r>
      <w:proofErr w:type="spellEnd"/>
      <w:r w:rsidRPr="00036193">
        <w:rPr>
          <w:rFonts w:cs="Times New Roman"/>
          <w:sz w:val="24"/>
          <w:szCs w:val="24"/>
        </w:rPr>
        <w:t xml:space="preserve">,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conformitate</w:t>
      </w:r>
      <w:proofErr w:type="spellEnd"/>
      <w:r w:rsidRPr="00036193">
        <w:rPr>
          <w:rFonts w:cs="Times New Roman"/>
          <w:sz w:val="24"/>
          <w:szCs w:val="24"/>
        </w:rPr>
        <w:t xml:space="preserve"> cu H.G. nr. 1336/2022, cu </w:t>
      </w:r>
      <w:proofErr w:type="spellStart"/>
      <w:r w:rsidRPr="00036193">
        <w:rPr>
          <w:rFonts w:cs="Times New Roman"/>
          <w:sz w:val="24"/>
          <w:szCs w:val="24"/>
        </w:rPr>
        <w:t>modificările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completările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ulterioare</w:t>
      </w:r>
      <w:proofErr w:type="spellEnd"/>
      <w:r w:rsidRPr="00036193">
        <w:rPr>
          <w:rFonts w:cs="Times New Roman"/>
          <w:sz w:val="24"/>
          <w:szCs w:val="24"/>
        </w:rPr>
        <w:t xml:space="preserve">, concurs </w:t>
      </w:r>
      <w:proofErr w:type="spellStart"/>
      <w:r w:rsidRPr="00036193">
        <w:rPr>
          <w:rFonts w:cs="Times New Roman"/>
          <w:sz w:val="24"/>
          <w:szCs w:val="24"/>
        </w:rPr>
        <w:t>pentru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ocuparea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unui</w:t>
      </w:r>
      <w:proofErr w:type="spellEnd"/>
      <w:r w:rsidRPr="00036193">
        <w:rPr>
          <w:rFonts w:cs="Times New Roman"/>
          <w:sz w:val="24"/>
          <w:szCs w:val="24"/>
        </w:rPr>
        <w:t xml:space="preserve"> post contractual vacant de </w:t>
      </w:r>
      <w:proofErr w:type="spellStart"/>
      <w:r w:rsidRPr="00036193">
        <w:rPr>
          <w:rFonts w:cs="Times New Roman"/>
          <w:sz w:val="24"/>
          <w:szCs w:val="24"/>
        </w:rPr>
        <w:t>execuție</w:t>
      </w:r>
      <w:proofErr w:type="spellEnd"/>
      <w:r w:rsidRPr="00036193">
        <w:rPr>
          <w:rFonts w:cs="Times New Roman"/>
          <w:sz w:val="24"/>
          <w:szCs w:val="24"/>
        </w:rPr>
        <w:t xml:space="preserve"> – </w:t>
      </w:r>
      <w:proofErr w:type="spellStart"/>
      <w:r w:rsidRPr="00036193">
        <w:rPr>
          <w:rFonts w:cs="Times New Roman"/>
          <w:sz w:val="24"/>
          <w:szCs w:val="24"/>
        </w:rPr>
        <w:t>Muncitor</w:t>
      </w:r>
      <w:proofErr w:type="spellEnd"/>
      <w:r w:rsidRPr="00036193">
        <w:rPr>
          <w:rFonts w:cs="Times New Roman"/>
          <w:sz w:val="24"/>
          <w:szCs w:val="24"/>
        </w:rPr>
        <w:t xml:space="preserve"> III M – </w:t>
      </w:r>
      <w:proofErr w:type="spellStart"/>
      <w:r w:rsidRPr="00036193">
        <w:rPr>
          <w:rFonts w:cs="Times New Roman"/>
          <w:sz w:val="24"/>
          <w:szCs w:val="24"/>
        </w:rPr>
        <w:t>Fochist</w:t>
      </w:r>
      <w:proofErr w:type="spellEnd"/>
      <w:r w:rsidRPr="00036193">
        <w:rPr>
          <w:rFonts w:cs="Times New Roman"/>
          <w:sz w:val="24"/>
          <w:szCs w:val="24"/>
        </w:rPr>
        <w:t>.</w:t>
      </w:r>
    </w:p>
    <w:p w14:paraId="48627964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b/>
          <w:sz w:val="24"/>
          <w:szCs w:val="24"/>
        </w:rPr>
        <w:t>1. POSTUL SCOS LA CONCURS</w:t>
      </w:r>
    </w:p>
    <w:p w14:paraId="04D7C3FA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Denumirea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postului</w:t>
      </w:r>
      <w:proofErr w:type="spellEnd"/>
      <w:r w:rsidRPr="00036193">
        <w:rPr>
          <w:rFonts w:cs="Times New Roman"/>
          <w:sz w:val="24"/>
          <w:szCs w:val="24"/>
        </w:rPr>
        <w:t xml:space="preserve">: </w:t>
      </w:r>
      <w:proofErr w:type="spellStart"/>
      <w:r w:rsidRPr="00036193">
        <w:rPr>
          <w:rFonts w:cs="Times New Roman"/>
          <w:sz w:val="24"/>
          <w:szCs w:val="24"/>
        </w:rPr>
        <w:t>Muncitor</w:t>
      </w:r>
      <w:proofErr w:type="spellEnd"/>
      <w:r w:rsidRPr="00036193">
        <w:rPr>
          <w:rFonts w:cs="Times New Roman"/>
          <w:sz w:val="24"/>
          <w:szCs w:val="24"/>
        </w:rPr>
        <w:t xml:space="preserve">– </w:t>
      </w:r>
      <w:proofErr w:type="spellStart"/>
      <w:r w:rsidRPr="00036193">
        <w:rPr>
          <w:rFonts w:cs="Times New Roman"/>
          <w:sz w:val="24"/>
          <w:szCs w:val="24"/>
        </w:rPr>
        <w:t>Fochist</w:t>
      </w:r>
      <w:proofErr w:type="spellEnd"/>
      <w:r w:rsidRPr="00036193">
        <w:rPr>
          <w:rFonts w:cs="Times New Roman"/>
          <w:sz w:val="24"/>
          <w:szCs w:val="24"/>
        </w:rPr>
        <w:t xml:space="preserve">; </w:t>
      </w:r>
      <w:proofErr w:type="spellStart"/>
      <w:r w:rsidRPr="00036193">
        <w:rPr>
          <w:rFonts w:cs="Times New Roman"/>
          <w:sz w:val="24"/>
          <w:szCs w:val="24"/>
        </w:rPr>
        <w:t>Număr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posturi</w:t>
      </w:r>
      <w:proofErr w:type="spellEnd"/>
      <w:r w:rsidRPr="00036193">
        <w:rPr>
          <w:rFonts w:cs="Times New Roman"/>
          <w:sz w:val="24"/>
          <w:szCs w:val="24"/>
        </w:rPr>
        <w:t>: 1;</w:t>
      </w:r>
    </w:p>
    <w:p w14:paraId="64860EB5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Nivelul</w:t>
      </w:r>
      <w:proofErr w:type="spellEnd"/>
      <w:r w:rsidRPr="00036193">
        <w:rPr>
          <w:rFonts w:cs="Times New Roman"/>
          <w:sz w:val="24"/>
          <w:szCs w:val="24"/>
        </w:rPr>
        <w:t xml:space="preserve">: </w:t>
      </w:r>
      <w:proofErr w:type="spellStart"/>
      <w:r w:rsidRPr="00036193">
        <w:rPr>
          <w:rFonts w:cs="Times New Roman"/>
          <w:sz w:val="24"/>
          <w:szCs w:val="24"/>
        </w:rPr>
        <w:t>funcție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contractuală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execuție</w:t>
      </w:r>
      <w:proofErr w:type="spellEnd"/>
      <w:r w:rsidRPr="00036193">
        <w:rPr>
          <w:rFonts w:cs="Times New Roman"/>
          <w:sz w:val="24"/>
          <w:szCs w:val="24"/>
        </w:rPr>
        <w:t xml:space="preserve">; </w:t>
      </w:r>
      <w:proofErr w:type="spellStart"/>
      <w:r w:rsidRPr="00036193">
        <w:rPr>
          <w:rFonts w:cs="Times New Roman"/>
          <w:sz w:val="24"/>
          <w:szCs w:val="24"/>
        </w:rPr>
        <w:t>Compartiment</w:t>
      </w:r>
      <w:proofErr w:type="spellEnd"/>
      <w:r w:rsidRPr="00036193">
        <w:rPr>
          <w:rFonts w:cs="Times New Roman"/>
          <w:sz w:val="24"/>
          <w:szCs w:val="24"/>
        </w:rPr>
        <w:t xml:space="preserve">: </w:t>
      </w:r>
      <w:proofErr w:type="spellStart"/>
      <w:r w:rsidRPr="00036193">
        <w:rPr>
          <w:rFonts w:cs="Times New Roman"/>
          <w:sz w:val="24"/>
          <w:szCs w:val="24"/>
        </w:rPr>
        <w:t>administrativ</w:t>
      </w:r>
      <w:proofErr w:type="spellEnd"/>
      <w:r w:rsidRPr="00036193">
        <w:rPr>
          <w:rFonts w:cs="Times New Roman"/>
          <w:sz w:val="24"/>
          <w:szCs w:val="24"/>
        </w:rPr>
        <w:t>/</w:t>
      </w:r>
      <w:proofErr w:type="spellStart"/>
      <w:r w:rsidRPr="00036193">
        <w:rPr>
          <w:rFonts w:cs="Times New Roman"/>
          <w:sz w:val="24"/>
          <w:szCs w:val="24"/>
        </w:rPr>
        <w:t>întreținere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05EF1B23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Durata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timpului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lucru</w:t>
      </w:r>
      <w:proofErr w:type="spellEnd"/>
      <w:r w:rsidRPr="00036193">
        <w:rPr>
          <w:rFonts w:cs="Times New Roman"/>
          <w:sz w:val="24"/>
          <w:szCs w:val="24"/>
        </w:rPr>
        <w:t>: 8 ore/zi, 40 ore/</w:t>
      </w:r>
      <w:proofErr w:type="spellStart"/>
      <w:r w:rsidRPr="00036193">
        <w:rPr>
          <w:rFonts w:cs="Times New Roman"/>
          <w:sz w:val="24"/>
          <w:szCs w:val="24"/>
        </w:rPr>
        <w:t>săptămână</w:t>
      </w:r>
      <w:proofErr w:type="spellEnd"/>
      <w:r w:rsidRPr="00036193">
        <w:rPr>
          <w:rFonts w:cs="Times New Roman"/>
          <w:sz w:val="24"/>
          <w:szCs w:val="24"/>
        </w:rPr>
        <w:t xml:space="preserve">, cu </w:t>
      </w:r>
      <w:proofErr w:type="spellStart"/>
      <w:r w:rsidRPr="00036193">
        <w:rPr>
          <w:rFonts w:cs="Times New Roman"/>
          <w:sz w:val="24"/>
          <w:szCs w:val="24"/>
        </w:rPr>
        <w:t>posibilitatea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organizării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programului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schimburi</w:t>
      </w:r>
      <w:proofErr w:type="spellEnd"/>
      <w:r w:rsidRPr="00036193">
        <w:rPr>
          <w:rFonts w:cs="Times New Roman"/>
          <w:sz w:val="24"/>
          <w:szCs w:val="24"/>
        </w:rPr>
        <w:t xml:space="preserve">, </w:t>
      </w:r>
      <w:proofErr w:type="spellStart"/>
      <w:r w:rsidRPr="00036193">
        <w:rPr>
          <w:rFonts w:cs="Times New Roman"/>
          <w:sz w:val="24"/>
          <w:szCs w:val="24"/>
        </w:rPr>
        <w:t>inclusiv</w:t>
      </w:r>
      <w:proofErr w:type="spellEnd"/>
      <w:r w:rsidRPr="00036193">
        <w:rPr>
          <w:rFonts w:cs="Times New Roman"/>
          <w:sz w:val="24"/>
          <w:szCs w:val="24"/>
        </w:rPr>
        <w:t xml:space="preserve"> pe </w:t>
      </w:r>
      <w:proofErr w:type="spellStart"/>
      <w:r w:rsidRPr="00036193">
        <w:rPr>
          <w:rFonts w:cs="Times New Roman"/>
          <w:sz w:val="24"/>
          <w:szCs w:val="24"/>
        </w:rPr>
        <w:t>timp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noapte</w:t>
      </w:r>
      <w:proofErr w:type="spellEnd"/>
      <w:r w:rsidRPr="00036193">
        <w:rPr>
          <w:rFonts w:cs="Times New Roman"/>
          <w:sz w:val="24"/>
          <w:szCs w:val="24"/>
        </w:rPr>
        <w:t xml:space="preserve">,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funcție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necesitățile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centralei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40F0B7FA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Durata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contractului</w:t>
      </w:r>
      <w:proofErr w:type="spellEnd"/>
      <w:r w:rsidRPr="00036193">
        <w:rPr>
          <w:rFonts w:cs="Times New Roman"/>
          <w:sz w:val="24"/>
          <w:szCs w:val="24"/>
        </w:rPr>
        <w:t xml:space="preserve">: </w:t>
      </w:r>
      <w:proofErr w:type="spellStart"/>
      <w:r w:rsidRPr="00036193">
        <w:rPr>
          <w:rFonts w:cs="Times New Roman"/>
          <w:sz w:val="24"/>
          <w:szCs w:val="24"/>
        </w:rPr>
        <w:t>nedeterminată</w:t>
      </w:r>
      <w:proofErr w:type="spellEnd"/>
      <w:r w:rsidRPr="00036193">
        <w:rPr>
          <w:rFonts w:cs="Times New Roman"/>
          <w:sz w:val="24"/>
          <w:szCs w:val="24"/>
        </w:rPr>
        <w:t xml:space="preserve">; </w:t>
      </w:r>
      <w:proofErr w:type="spellStart"/>
      <w:r w:rsidRPr="00036193">
        <w:rPr>
          <w:rFonts w:cs="Times New Roman"/>
          <w:sz w:val="24"/>
          <w:szCs w:val="24"/>
        </w:rPr>
        <w:t>Locul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muncă</w:t>
      </w:r>
      <w:proofErr w:type="spellEnd"/>
      <w:r w:rsidRPr="00036193">
        <w:rPr>
          <w:rFonts w:cs="Times New Roman"/>
          <w:sz w:val="24"/>
          <w:szCs w:val="24"/>
        </w:rPr>
        <w:t xml:space="preserve">: </w:t>
      </w:r>
      <w:proofErr w:type="spellStart"/>
      <w:r w:rsidRPr="00036193">
        <w:rPr>
          <w:rFonts w:cs="Times New Roman"/>
          <w:sz w:val="24"/>
          <w:szCs w:val="24"/>
        </w:rPr>
        <w:t>centrala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termică</w:t>
      </w:r>
      <w:proofErr w:type="spellEnd"/>
      <w:r w:rsidRPr="00036193">
        <w:rPr>
          <w:rFonts w:cs="Times New Roman"/>
          <w:sz w:val="24"/>
          <w:szCs w:val="24"/>
        </w:rPr>
        <w:t xml:space="preserve"> a </w:t>
      </w:r>
      <w:proofErr w:type="spellStart"/>
      <w:r w:rsidRPr="00036193">
        <w:rPr>
          <w:rFonts w:cs="Times New Roman"/>
          <w:sz w:val="24"/>
          <w:szCs w:val="24"/>
        </w:rPr>
        <w:t>unității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învățământ</w:t>
      </w:r>
      <w:proofErr w:type="spellEnd"/>
      <w:r w:rsidRPr="00036193">
        <w:rPr>
          <w:rFonts w:cs="Times New Roman"/>
          <w:sz w:val="24"/>
          <w:szCs w:val="24"/>
        </w:rPr>
        <w:t>.</w:t>
      </w:r>
    </w:p>
    <w:p w14:paraId="6DCEB661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b/>
          <w:sz w:val="24"/>
          <w:szCs w:val="24"/>
        </w:rPr>
        <w:t>2. DATE PRIVIND CENTRALA TERMICĂ</w:t>
      </w:r>
    </w:p>
    <w:p w14:paraId="2E3788CC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proofErr w:type="spellStart"/>
      <w:r w:rsidRPr="00036193">
        <w:rPr>
          <w:rFonts w:cs="Times New Roman"/>
          <w:sz w:val="24"/>
          <w:szCs w:val="24"/>
        </w:rPr>
        <w:t>Postul</w:t>
      </w:r>
      <w:proofErr w:type="spellEnd"/>
      <w:r w:rsidRPr="00036193">
        <w:rPr>
          <w:rFonts w:cs="Times New Roman"/>
          <w:sz w:val="24"/>
          <w:szCs w:val="24"/>
        </w:rPr>
        <w:t xml:space="preserve"> are ca </w:t>
      </w:r>
      <w:proofErr w:type="spellStart"/>
      <w:r w:rsidRPr="00036193">
        <w:rPr>
          <w:rFonts w:cs="Times New Roman"/>
          <w:sz w:val="24"/>
          <w:szCs w:val="24"/>
        </w:rPr>
        <w:t>obiect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exploatarea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supravegherea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unui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cazan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apă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caldă</w:t>
      </w:r>
      <w:proofErr w:type="spellEnd"/>
      <w:r w:rsidRPr="00036193">
        <w:rPr>
          <w:rFonts w:cs="Times New Roman"/>
          <w:sz w:val="24"/>
          <w:szCs w:val="24"/>
        </w:rPr>
        <w:t xml:space="preserve"> pe </w:t>
      </w:r>
      <w:proofErr w:type="spellStart"/>
      <w:r w:rsidRPr="00036193">
        <w:rPr>
          <w:rFonts w:cs="Times New Roman"/>
          <w:sz w:val="24"/>
          <w:szCs w:val="24"/>
        </w:rPr>
        <w:t>combustibil</w:t>
      </w:r>
      <w:proofErr w:type="spellEnd"/>
      <w:r w:rsidRPr="00036193">
        <w:rPr>
          <w:rFonts w:cs="Times New Roman"/>
          <w:sz w:val="24"/>
          <w:szCs w:val="24"/>
        </w:rPr>
        <w:t xml:space="preserve"> solid (</w:t>
      </w:r>
      <w:proofErr w:type="spellStart"/>
      <w:r w:rsidRPr="00036193">
        <w:rPr>
          <w:rFonts w:cs="Times New Roman"/>
          <w:sz w:val="24"/>
          <w:szCs w:val="24"/>
        </w:rPr>
        <w:t>lemn</w:t>
      </w:r>
      <w:proofErr w:type="spellEnd"/>
      <w:r w:rsidRPr="00036193">
        <w:rPr>
          <w:rFonts w:cs="Times New Roman"/>
          <w:sz w:val="24"/>
          <w:szCs w:val="24"/>
        </w:rPr>
        <w:t xml:space="preserve">), </w:t>
      </w:r>
      <w:proofErr w:type="spellStart"/>
      <w:r w:rsidRPr="00036193">
        <w:rPr>
          <w:rFonts w:cs="Times New Roman"/>
          <w:sz w:val="24"/>
          <w:szCs w:val="24"/>
        </w:rPr>
        <w:t>producător</w:t>
      </w:r>
      <w:proofErr w:type="spellEnd"/>
      <w:r w:rsidRPr="00036193">
        <w:rPr>
          <w:rFonts w:cs="Times New Roman"/>
          <w:sz w:val="24"/>
          <w:szCs w:val="24"/>
        </w:rPr>
        <w:t xml:space="preserve"> ERENSAN, cu </w:t>
      </w:r>
      <w:proofErr w:type="spellStart"/>
      <w:r w:rsidRPr="00036193">
        <w:rPr>
          <w:rFonts w:cs="Times New Roman"/>
          <w:sz w:val="24"/>
          <w:szCs w:val="24"/>
        </w:rPr>
        <w:t>puterea</w:t>
      </w:r>
      <w:proofErr w:type="spellEnd"/>
      <w:r w:rsidRPr="00036193">
        <w:rPr>
          <w:rFonts w:cs="Times New Roman"/>
          <w:sz w:val="24"/>
          <w:szCs w:val="24"/>
        </w:rPr>
        <w:t xml:space="preserve"> de 416 kW, </w:t>
      </w:r>
      <w:proofErr w:type="spellStart"/>
      <w:r w:rsidRPr="00036193">
        <w:rPr>
          <w:rFonts w:cs="Times New Roman"/>
          <w:sz w:val="24"/>
          <w:szCs w:val="24"/>
        </w:rPr>
        <w:t>presiunea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maximă</w:t>
      </w:r>
      <w:proofErr w:type="spellEnd"/>
      <w:r w:rsidRPr="00036193">
        <w:rPr>
          <w:rFonts w:cs="Times New Roman"/>
          <w:sz w:val="24"/>
          <w:szCs w:val="24"/>
        </w:rPr>
        <w:t xml:space="preserve"> de 3 bar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temperatura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maximă</w:t>
      </w:r>
      <w:proofErr w:type="spellEnd"/>
      <w:r w:rsidRPr="00036193">
        <w:rPr>
          <w:rFonts w:cs="Times New Roman"/>
          <w:sz w:val="24"/>
          <w:szCs w:val="24"/>
        </w:rPr>
        <w:t xml:space="preserve"> de 90°C.</w:t>
      </w:r>
    </w:p>
    <w:p w14:paraId="2387C0C5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b/>
          <w:sz w:val="24"/>
          <w:szCs w:val="24"/>
        </w:rPr>
        <w:t>3. CONDIȚII GENERALE</w:t>
      </w:r>
    </w:p>
    <w:p w14:paraId="29FB040F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îndeplinește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condițiile</w:t>
      </w:r>
      <w:proofErr w:type="spellEnd"/>
      <w:r w:rsidRPr="00036193">
        <w:rPr>
          <w:rFonts w:cs="Times New Roman"/>
          <w:sz w:val="24"/>
          <w:szCs w:val="24"/>
        </w:rPr>
        <w:t xml:space="preserve"> generale </w:t>
      </w:r>
      <w:proofErr w:type="spellStart"/>
      <w:r w:rsidRPr="00036193">
        <w:rPr>
          <w:rFonts w:cs="Times New Roman"/>
          <w:sz w:val="24"/>
          <w:szCs w:val="24"/>
        </w:rPr>
        <w:t>prevăzute</w:t>
      </w:r>
      <w:proofErr w:type="spellEnd"/>
      <w:r w:rsidRPr="00036193">
        <w:rPr>
          <w:rFonts w:cs="Times New Roman"/>
          <w:sz w:val="24"/>
          <w:szCs w:val="24"/>
        </w:rPr>
        <w:t xml:space="preserve"> de art. 15 din H.G. nr. 1336/2022, cu </w:t>
      </w:r>
      <w:proofErr w:type="spellStart"/>
      <w:r w:rsidRPr="00036193">
        <w:rPr>
          <w:rFonts w:cs="Times New Roman"/>
          <w:sz w:val="24"/>
          <w:szCs w:val="24"/>
        </w:rPr>
        <w:t>modificările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completările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ulterioare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1DD779A9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are capacitate de </w:t>
      </w:r>
      <w:proofErr w:type="spellStart"/>
      <w:r w:rsidRPr="00036193">
        <w:rPr>
          <w:rFonts w:cs="Times New Roman"/>
          <w:sz w:val="24"/>
          <w:szCs w:val="24"/>
        </w:rPr>
        <w:t>muncă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stare de </w:t>
      </w:r>
      <w:proofErr w:type="spellStart"/>
      <w:r w:rsidRPr="00036193">
        <w:rPr>
          <w:rFonts w:cs="Times New Roman"/>
          <w:sz w:val="24"/>
          <w:szCs w:val="24"/>
        </w:rPr>
        <w:t>sănătate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corespunzătoare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postului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6E63036F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îndeplinește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condițiile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studii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celelalte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condiții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specifice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stabilite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pentru</w:t>
      </w:r>
      <w:proofErr w:type="spellEnd"/>
      <w:r w:rsidRPr="00036193">
        <w:rPr>
          <w:rFonts w:cs="Times New Roman"/>
          <w:sz w:val="24"/>
          <w:szCs w:val="24"/>
        </w:rPr>
        <w:t xml:space="preserve"> post;</w:t>
      </w:r>
    </w:p>
    <w:p w14:paraId="6787BE9F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nu se </w:t>
      </w:r>
      <w:proofErr w:type="spellStart"/>
      <w:r w:rsidRPr="00036193">
        <w:rPr>
          <w:rFonts w:cs="Times New Roman"/>
          <w:sz w:val="24"/>
          <w:szCs w:val="24"/>
        </w:rPr>
        <w:t>află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situațiile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incompatibilitate</w:t>
      </w:r>
      <w:proofErr w:type="spellEnd"/>
      <w:r w:rsidRPr="00036193">
        <w:rPr>
          <w:rFonts w:cs="Times New Roman"/>
          <w:sz w:val="24"/>
          <w:szCs w:val="24"/>
        </w:rPr>
        <w:t>/</w:t>
      </w:r>
      <w:proofErr w:type="spellStart"/>
      <w:r w:rsidRPr="00036193">
        <w:rPr>
          <w:rFonts w:cs="Times New Roman"/>
          <w:sz w:val="24"/>
          <w:szCs w:val="24"/>
        </w:rPr>
        <w:t>interdicție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prevăzute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legislația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aplicabilă</w:t>
      </w:r>
      <w:proofErr w:type="spellEnd"/>
      <w:r w:rsidRPr="00036193">
        <w:rPr>
          <w:rFonts w:cs="Times New Roman"/>
          <w:sz w:val="24"/>
          <w:szCs w:val="24"/>
        </w:rPr>
        <w:t>.</w:t>
      </w:r>
    </w:p>
    <w:p w14:paraId="5DA8B8FE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b/>
          <w:sz w:val="24"/>
          <w:szCs w:val="24"/>
        </w:rPr>
        <w:t>4. CONDIȚII SPECIFICE</w:t>
      </w:r>
    </w:p>
    <w:p w14:paraId="2CCDE34F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studii</w:t>
      </w:r>
      <w:proofErr w:type="spellEnd"/>
      <w:r w:rsidRPr="00036193">
        <w:rPr>
          <w:rFonts w:cs="Times New Roman"/>
          <w:sz w:val="24"/>
          <w:szCs w:val="24"/>
        </w:rPr>
        <w:t xml:space="preserve">: minimum </w:t>
      </w:r>
      <w:proofErr w:type="spellStart"/>
      <w:r w:rsidRPr="00036193">
        <w:rPr>
          <w:rFonts w:cs="Times New Roman"/>
          <w:sz w:val="24"/>
          <w:szCs w:val="24"/>
        </w:rPr>
        <w:t>școală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profesională</w:t>
      </w:r>
      <w:proofErr w:type="spellEnd"/>
      <w:r w:rsidRPr="00036193">
        <w:rPr>
          <w:rFonts w:cs="Times New Roman"/>
          <w:sz w:val="24"/>
          <w:szCs w:val="24"/>
        </w:rPr>
        <w:t>/</w:t>
      </w:r>
      <w:proofErr w:type="spellStart"/>
      <w:r w:rsidRPr="00036193">
        <w:rPr>
          <w:rFonts w:cs="Times New Roman"/>
          <w:sz w:val="24"/>
          <w:szCs w:val="24"/>
        </w:rPr>
        <w:t>învățământ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profesional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tehnic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71960AEA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calificare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profesională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meseria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fochist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242D9C36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lastRenderedPageBreak/>
        <w:t xml:space="preserve">• apt medical </w:t>
      </w:r>
      <w:proofErr w:type="spellStart"/>
      <w:r w:rsidRPr="00036193">
        <w:rPr>
          <w:rFonts w:cs="Times New Roman"/>
          <w:sz w:val="24"/>
          <w:szCs w:val="24"/>
        </w:rPr>
        <w:t>pentru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exercitarea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atribuțiilor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postului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04CE77FF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disponibilitate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pentru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lucrul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schimburi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pe </w:t>
      </w:r>
      <w:proofErr w:type="spellStart"/>
      <w:r w:rsidRPr="00036193">
        <w:rPr>
          <w:rFonts w:cs="Times New Roman"/>
          <w:sz w:val="24"/>
          <w:szCs w:val="24"/>
        </w:rPr>
        <w:t>timp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noapte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7FDE23D6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cunoștințe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privind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exploatarea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supravegherea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cazanelor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apă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caldă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gramStart"/>
      <w:r w:rsidRPr="00036193">
        <w:rPr>
          <w:rFonts w:cs="Times New Roman"/>
          <w:sz w:val="24"/>
          <w:szCs w:val="24"/>
        </w:rPr>
        <w:t>a</w:t>
      </w:r>
      <w:proofErr w:type="gram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instalațiilor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termice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0811BD69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cunoștințe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privind</w:t>
      </w:r>
      <w:proofErr w:type="spellEnd"/>
      <w:r w:rsidRPr="00036193">
        <w:rPr>
          <w:rFonts w:cs="Times New Roman"/>
          <w:sz w:val="24"/>
          <w:szCs w:val="24"/>
        </w:rPr>
        <w:t xml:space="preserve"> SSM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apărarea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împotriva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incendiilor</w:t>
      </w:r>
      <w:proofErr w:type="spellEnd"/>
      <w:r w:rsidRPr="00036193">
        <w:rPr>
          <w:rFonts w:cs="Times New Roman"/>
          <w:sz w:val="24"/>
          <w:szCs w:val="24"/>
        </w:rPr>
        <w:t>.</w:t>
      </w:r>
    </w:p>
    <w:p w14:paraId="2B9C1194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proofErr w:type="spellStart"/>
      <w:r w:rsidRPr="00036193">
        <w:rPr>
          <w:rFonts w:cs="Times New Roman"/>
          <w:sz w:val="24"/>
          <w:szCs w:val="24"/>
        </w:rPr>
        <w:t>Constituie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avantaj</w:t>
      </w:r>
      <w:proofErr w:type="spellEnd"/>
      <w:r w:rsidRPr="00036193">
        <w:rPr>
          <w:rFonts w:cs="Times New Roman"/>
          <w:sz w:val="24"/>
          <w:szCs w:val="24"/>
        </w:rPr>
        <w:t xml:space="preserve">: </w:t>
      </w:r>
      <w:proofErr w:type="spellStart"/>
      <w:r w:rsidRPr="00036193">
        <w:rPr>
          <w:rFonts w:cs="Times New Roman"/>
          <w:sz w:val="24"/>
          <w:szCs w:val="24"/>
        </w:rPr>
        <w:t>cunoștințele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construcții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instalații</w:t>
      </w:r>
      <w:proofErr w:type="spellEnd"/>
      <w:r w:rsidRPr="00036193">
        <w:rPr>
          <w:rFonts w:cs="Times New Roman"/>
          <w:sz w:val="24"/>
          <w:szCs w:val="24"/>
        </w:rPr>
        <w:t xml:space="preserve">; </w:t>
      </w:r>
      <w:proofErr w:type="spellStart"/>
      <w:r w:rsidRPr="00036193">
        <w:rPr>
          <w:rFonts w:cs="Times New Roman"/>
          <w:sz w:val="24"/>
          <w:szCs w:val="24"/>
        </w:rPr>
        <w:t>experiența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exploatarea</w:t>
      </w:r>
      <w:proofErr w:type="spellEnd"/>
      <w:r w:rsidRPr="00036193">
        <w:rPr>
          <w:rFonts w:cs="Times New Roman"/>
          <w:sz w:val="24"/>
          <w:szCs w:val="24"/>
        </w:rPr>
        <w:t>/</w:t>
      </w:r>
      <w:proofErr w:type="spellStart"/>
      <w:r w:rsidRPr="00036193">
        <w:rPr>
          <w:rFonts w:cs="Times New Roman"/>
          <w:sz w:val="24"/>
          <w:szCs w:val="24"/>
        </w:rPr>
        <w:t>întreținerea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instalațiilor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termice</w:t>
      </w:r>
      <w:proofErr w:type="spellEnd"/>
      <w:r w:rsidRPr="00036193">
        <w:rPr>
          <w:rFonts w:cs="Times New Roman"/>
          <w:sz w:val="24"/>
          <w:szCs w:val="24"/>
        </w:rPr>
        <w:t xml:space="preserve">; </w:t>
      </w:r>
      <w:proofErr w:type="spellStart"/>
      <w:r w:rsidRPr="00036193">
        <w:rPr>
          <w:rFonts w:cs="Times New Roman"/>
          <w:sz w:val="24"/>
          <w:szCs w:val="24"/>
        </w:rPr>
        <w:t>experiența</w:t>
      </w:r>
      <w:proofErr w:type="spellEnd"/>
      <w:r w:rsidRPr="00036193">
        <w:rPr>
          <w:rFonts w:cs="Times New Roman"/>
          <w:sz w:val="24"/>
          <w:szCs w:val="24"/>
        </w:rPr>
        <w:t xml:space="preserve"> ca </w:t>
      </w:r>
      <w:proofErr w:type="spellStart"/>
      <w:r w:rsidRPr="00036193">
        <w:rPr>
          <w:rFonts w:cs="Times New Roman"/>
          <w:sz w:val="24"/>
          <w:szCs w:val="24"/>
        </w:rPr>
        <w:t>fochist</w:t>
      </w:r>
      <w:proofErr w:type="spellEnd"/>
      <w:r w:rsidRPr="00036193">
        <w:rPr>
          <w:rFonts w:cs="Times New Roman"/>
          <w:sz w:val="24"/>
          <w:szCs w:val="24"/>
        </w:rPr>
        <w:t>.</w:t>
      </w:r>
    </w:p>
    <w:p w14:paraId="1D5B2998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b/>
          <w:sz w:val="24"/>
          <w:szCs w:val="24"/>
        </w:rPr>
        <w:t>5. ATRIBUȚII PRINCIPALE</w:t>
      </w:r>
    </w:p>
    <w:p w14:paraId="4D5762FE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exploatarea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supravegherea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cazanului</w:t>
      </w:r>
      <w:proofErr w:type="spellEnd"/>
      <w:r w:rsidRPr="00036193">
        <w:rPr>
          <w:rFonts w:cs="Times New Roman"/>
          <w:sz w:val="24"/>
          <w:szCs w:val="24"/>
        </w:rPr>
        <w:t xml:space="preserve"> pe </w:t>
      </w:r>
      <w:proofErr w:type="spellStart"/>
      <w:r w:rsidRPr="00036193">
        <w:rPr>
          <w:rFonts w:cs="Times New Roman"/>
          <w:sz w:val="24"/>
          <w:szCs w:val="24"/>
        </w:rPr>
        <w:t>combustibil</w:t>
      </w:r>
      <w:proofErr w:type="spellEnd"/>
      <w:r w:rsidRPr="00036193">
        <w:rPr>
          <w:rFonts w:cs="Times New Roman"/>
          <w:sz w:val="24"/>
          <w:szCs w:val="24"/>
        </w:rPr>
        <w:t xml:space="preserve"> solid;</w:t>
      </w:r>
    </w:p>
    <w:p w14:paraId="2C7D7BA6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supravegherea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cazanului</w:t>
      </w:r>
      <w:proofErr w:type="spellEnd"/>
      <w:r w:rsidRPr="00036193">
        <w:rPr>
          <w:rFonts w:cs="Times New Roman"/>
          <w:sz w:val="24"/>
          <w:szCs w:val="24"/>
        </w:rPr>
        <w:t xml:space="preserve"> pe </w:t>
      </w:r>
      <w:proofErr w:type="spellStart"/>
      <w:r w:rsidRPr="00036193">
        <w:rPr>
          <w:rFonts w:cs="Times New Roman"/>
          <w:sz w:val="24"/>
          <w:szCs w:val="24"/>
        </w:rPr>
        <w:t>toată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perioada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care </w:t>
      </w:r>
      <w:proofErr w:type="spellStart"/>
      <w:r w:rsidRPr="00036193">
        <w:rPr>
          <w:rFonts w:cs="Times New Roman"/>
          <w:sz w:val="24"/>
          <w:szCs w:val="24"/>
        </w:rPr>
        <w:t>acesta</w:t>
      </w:r>
      <w:proofErr w:type="spellEnd"/>
      <w:r w:rsidRPr="00036193">
        <w:rPr>
          <w:rFonts w:cs="Times New Roman"/>
          <w:sz w:val="24"/>
          <w:szCs w:val="24"/>
        </w:rPr>
        <w:t xml:space="preserve"> se </w:t>
      </w:r>
      <w:proofErr w:type="spellStart"/>
      <w:r w:rsidRPr="00036193">
        <w:rPr>
          <w:rFonts w:cs="Times New Roman"/>
          <w:sz w:val="24"/>
          <w:szCs w:val="24"/>
        </w:rPr>
        <w:t>află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funcțiune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64FD4CD2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pornirea</w:t>
      </w:r>
      <w:proofErr w:type="spellEnd"/>
      <w:r w:rsidRPr="00036193">
        <w:rPr>
          <w:rFonts w:cs="Times New Roman"/>
          <w:sz w:val="24"/>
          <w:szCs w:val="24"/>
        </w:rPr>
        <w:t xml:space="preserve">, </w:t>
      </w:r>
      <w:proofErr w:type="spellStart"/>
      <w:r w:rsidRPr="00036193">
        <w:rPr>
          <w:rFonts w:cs="Times New Roman"/>
          <w:sz w:val="24"/>
          <w:szCs w:val="24"/>
        </w:rPr>
        <w:t>alimentarea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oprirea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cazanului</w:t>
      </w:r>
      <w:proofErr w:type="spellEnd"/>
      <w:r w:rsidRPr="00036193">
        <w:rPr>
          <w:rFonts w:cs="Times New Roman"/>
          <w:sz w:val="24"/>
          <w:szCs w:val="24"/>
        </w:rPr>
        <w:t xml:space="preserve"> conform </w:t>
      </w:r>
      <w:proofErr w:type="spellStart"/>
      <w:r w:rsidRPr="00036193">
        <w:rPr>
          <w:rFonts w:cs="Times New Roman"/>
          <w:sz w:val="24"/>
          <w:szCs w:val="24"/>
        </w:rPr>
        <w:t>instrucțiunilor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6478F2FF" w14:textId="77777777" w:rsidR="00C048B0" w:rsidRPr="00036193" w:rsidRDefault="00000000" w:rsidP="00036193">
      <w:pPr>
        <w:rPr>
          <w:rFonts w:cs="Times New Roman"/>
          <w:sz w:val="24"/>
          <w:szCs w:val="24"/>
          <w:lang w:val="da-DK"/>
        </w:rPr>
      </w:pPr>
      <w:r w:rsidRPr="00036193">
        <w:rPr>
          <w:rFonts w:cs="Times New Roman"/>
          <w:sz w:val="24"/>
          <w:szCs w:val="24"/>
          <w:lang w:val="da-DK"/>
        </w:rPr>
        <w:t>• urmărirea temperaturii, presiunii și celorlalți parametri de funcționare;</w:t>
      </w:r>
    </w:p>
    <w:p w14:paraId="0F0F1142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verificarea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aparatelor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măsură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control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a </w:t>
      </w:r>
      <w:proofErr w:type="spellStart"/>
      <w:r w:rsidRPr="00036193">
        <w:rPr>
          <w:rFonts w:cs="Times New Roman"/>
          <w:sz w:val="24"/>
          <w:szCs w:val="24"/>
        </w:rPr>
        <w:t>dispozitivelor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siguranță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5015C4AD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identificarea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raportarea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defecțiunilor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situațiilor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anormale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6E27076C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respectarea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prescripțiilor</w:t>
      </w:r>
      <w:proofErr w:type="spellEnd"/>
      <w:r w:rsidRPr="00036193">
        <w:rPr>
          <w:rFonts w:cs="Times New Roman"/>
          <w:sz w:val="24"/>
          <w:szCs w:val="24"/>
        </w:rPr>
        <w:t xml:space="preserve"> ISCIR, </w:t>
      </w:r>
      <w:proofErr w:type="spellStart"/>
      <w:r w:rsidRPr="00036193">
        <w:rPr>
          <w:rFonts w:cs="Times New Roman"/>
          <w:sz w:val="24"/>
          <w:szCs w:val="24"/>
        </w:rPr>
        <w:t>instrucțiunilor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producătorului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procedurilor</w:t>
      </w:r>
      <w:proofErr w:type="spellEnd"/>
      <w:r w:rsidRPr="00036193">
        <w:rPr>
          <w:rFonts w:cs="Times New Roman"/>
          <w:sz w:val="24"/>
          <w:szCs w:val="24"/>
        </w:rPr>
        <w:t xml:space="preserve"> interne;</w:t>
      </w:r>
    </w:p>
    <w:p w14:paraId="6A54AD9F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consemnarea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operațiunilor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documentele</w:t>
      </w:r>
      <w:proofErr w:type="spellEnd"/>
      <w:r w:rsidRPr="00036193">
        <w:rPr>
          <w:rFonts w:cs="Times New Roman"/>
          <w:sz w:val="24"/>
          <w:szCs w:val="24"/>
        </w:rPr>
        <w:t>/</w:t>
      </w:r>
      <w:proofErr w:type="spellStart"/>
      <w:r w:rsidRPr="00036193">
        <w:rPr>
          <w:rFonts w:cs="Times New Roman"/>
          <w:sz w:val="24"/>
          <w:szCs w:val="24"/>
        </w:rPr>
        <w:t>registrul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centralei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4D95A279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respectarea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normelor</w:t>
      </w:r>
      <w:proofErr w:type="spellEnd"/>
      <w:r w:rsidRPr="00036193">
        <w:rPr>
          <w:rFonts w:cs="Times New Roman"/>
          <w:sz w:val="24"/>
          <w:szCs w:val="24"/>
        </w:rPr>
        <w:t xml:space="preserve"> SSM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PSI.</w:t>
      </w:r>
    </w:p>
    <w:p w14:paraId="0086E383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b/>
          <w:sz w:val="24"/>
          <w:szCs w:val="24"/>
        </w:rPr>
        <w:t>6. PROBELE CONCURSULUI</w:t>
      </w:r>
    </w:p>
    <w:p w14:paraId="51D2CD1D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Selecția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dosarelor</w:t>
      </w:r>
      <w:proofErr w:type="spellEnd"/>
      <w:r w:rsidRPr="00036193">
        <w:rPr>
          <w:rFonts w:cs="Times New Roman"/>
          <w:sz w:val="24"/>
          <w:szCs w:val="24"/>
        </w:rPr>
        <w:t xml:space="preserve">; • Proba </w:t>
      </w:r>
      <w:proofErr w:type="spellStart"/>
      <w:r w:rsidRPr="00036193">
        <w:rPr>
          <w:rFonts w:cs="Times New Roman"/>
          <w:sz w:val="24"/>
          <w:szCs w:val="24"/>
        </w:rPr>
        <w:t>scrisă</w:t>
      </w:r>
      <w:proofErr w:type="spellEnd"/>
      <w:r w:rsidRPr="00036193">
        <w:rPr>
          <w:rFonts w:cs="Times New Roman"/>
          <w:sz w:val="24"/>
          <w:szCs w:val="24"/>
        </w:rPr>
        <w:t xml:space="preserve">; • Proba </w:t>
      </w:r>
      <w:proofErr w:type="spellStart"/>
      <w:r w:rsidRPr="00036193">
        <w:rPr>
          <w:rFonts w:cs="Times New Roman"/>
          <w:sz w:val="24"/>
          <w:szCs w:val="24"/>
        </w:rPr>
        <w:t>practică</w:t>
      </w:r>
      <w:proofErr w:type="spellEnd"/>
      <w:r w:rsidRPr="00036193">
        <w:rPr>
          <w:rFonts w:cs="Times New Roman"/>
          <w:sz w:val="24"/>
          <w:szCs w:val="24"/>
        </w:rPr>
        <w:t>.</w:t>
      </w:r>
    </w:p>
    <w:p w14:paraId="1F13B80A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proofErr w:type="spellStart"/>
      <w:r w:rsidRPr="00036193">
        <w:rPr>
          <w:rFonts w:cs="Times New Roman"/>
          <w:sz w:val="24"/>
          <w:szCs w:val="24"/>
        </w:rPr>
        <w:t>Fiecare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probă</w:t>
      </w:r>
      <w:proofErr w:type="spellEnd"/>
      <w:r w:rsidRPr="00036193">
        <w:rPr>
          <w:rFonts w:cs="Times New Roman"/>
          <w:sz w:val="24"/>
          <w:szCs w:val="24"/>
        </w:rPr>
        <w:t xml:space="preserve"> se </w:t>
      </w:r>
      <w:proofErr w:type="spellStart"/>
      <w:r w:rsidRPr="00036193">
        <w:rPr>
          <w:rFonts w:cs="Times New Roman"/>
          <w:sz w:val="24"/>
          <w:szCs w:val="24"/>
        </w:rPr>
        <w:t>evaluează</w:t>
      </w:r>
      <w:proofErr w:type="spellEnd"/>
      <w:r w:rsidRPr="00036193">
        <w:rPr>
          <w:rFonts w:cs="Times New Roman"/>
          <w:sz w:val="24"/>
          <w:szCs w:val="24"/>
        </w:rPr>
        <w:t xml:space="preserve"> cu maximum 100 de </w:t>
      </w:r>
      <w:proofErr w:type="spellStart"/>
      <w:r w:rsidRPr="00036193">
        <w:rPr>
          <w:rFonts w:cs="Times New Roman"/>
          <w:sz w:val="24"/>
          <w:szCs w:val="24"/>
        </w:rPr>
        <w:t>puncte</w:t>
      </w:r>
      <w:proofErr w:type="spellEnd"/>
      <w:r w:rsidRPr="00036193">
        <w:rPr>
          <w:rFonts w:cs="Times New Roman"/>
          <w:sz w:val="24"/>
          <w:szCs w:val="24"/>
        </w:rPr>
        <w:t xml:space="preserve">. </w:t>
      </w:r>
      <w:proofErr w:type="spellStart"/>
      <w:r w:rsidRPr="00036193">
        <w:rPr>
          <w:rFonts w:cs="Times New Roman"/>
          <w:sz w:val="24"/>
          <w:szCs w:val="24"/>
        </w:rPr>
        <w:t>Promovarea</w:t>
      </w:r>
      <w:proofErr w:type="spellEnd"/>
      <w:r w:rsidRPr="00036193">
        <w:rPr>
          <w:rFonts w:cs="Times New Roman"/>
          <w:sz w:val="24"/>
          <w:szCs w:val="24"/>
        </w:rPr>
        <w:t xml:space="preserve"> se face cu minimum 50 de </w:t>
      </w:r>
      <w:proofErr w:type="spellStart"/>
      <w:r w:rsidRPr="00036193">
        <w:rPr>
          <w:rFonts w:cs="Times New Roman"/>
          <w:sz w:val="24"/>
          <w:szCs w:val="24"/>
        </w:rPr>
        <w:t>puncte</w:t>
      </w:r>
      <w:proofErr w:type="spellEnd"/>
      <w:r w:rsidRPr="00036193">
        <w:rPr>
          <w:rFonts w:cs="Times New Roman"/>
          <w:sz w:val="24"/>
          <w:szCs w:val="24"/>
        </w:rPr>
        <w:t>/</w:t>
      </w:r>
      <w:proofErr w:type="spellStart"/>
      <w:r w:rsidRPr="00036193">
        <w:rPr>
          <w:rFonts w:cs="Times New Roman"/>
          <w:sz w:val="24"/>
          <w:szCs w:val="24"/>
        </w:rPr>
        <w:t>probă</w:t>
      </w:r>
      <w:proofErr w:type="spellEnd"/>
      <w:r w:rsidRPr="00036193">
        <w:rPr>
          <w:rFonts w:cs="Times New Roman"/>
          <w:sz w:val="24"/>
          <w:szCs w:val="24"/>
        </w:rPr>
        <w:t xml:space="preserve">, cu </w:t>
      </w:r>
      <w:proofErr w:type="spellStart"/>
      <w:r w:rsidRPr="00036193">
        <w:rPr>
          <w:rFonts w:cs="Times New Roman"/>
          <w:sz w:val="24"/>
          <w:szCs w:val="24"/>
        </w:rPr>
        <w:t>respectarea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etapelor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prevăzute</w:t>
      </w:r>
      <w:proofErr w:type="spellEnd"/>
      <w:r w:rsidRPr="00036193">
        <w:rPr>
          <w:rFonts w:cs="Times New Roman"/>
          <w:sz w:val="24"/>
          <w:szCs w:val="24"/>
        </w:rPr>
        <w:t xml:space="preserve"> de H.G. nr. 1336/2022.</w:t>
      </w:r>
    </w:p>
    <w:p w14:paraId="52882927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b/>
          <w:sz w:val="24"/>
          <w:szCs w:val="24"/>
        </w:rPr>
        <w:t>7. BIBLIOGRAFIE</w:t>
      </w:r>
    </w:p>
    <w:p w14:paraId="4C9FAEFC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H.G. nr. 1336/2022, cu </w:t>
      </w:r>
      <w:proofErr w:type="spellStart"/>
      <w:r w:rsidRPr="00036193">
        <w:rPr>
          <w:rFonts w:cs="Times New Roman"/>
          <w:sz w:val="24"/>
          <w:szCs w:val="24"/>
        </w:rPr>
        <w:t>modificările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completările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ulterioare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2508D004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Legea</w:t>
      </w:r>
      <w:proofErr w:type="spellEnd"/>
      <w:r w:rsidRPr="00036193">
        <w:rPr>
          <w:rFonts w:cs="Times New Roman"/>
          <w:sz w:val="24"/>
          <w:szCs w:val="24"/>
        </w:rPr>
        <w:t xml:space="preserve"> nr. 53/2003 – </w:t>
      </w:r>
      <w:proofErr w:type="spellStart"/>
      <w:r w:rsidRPr="00036193">
        <w:rPr>
          <w:rFonts w:cs="Times New Roman"/>
          <w:sz w:val="24"/>
          <w:szCs w:val="24"/>
        </w:rPr>
        <w:t>Codul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muncii</w:t>
      </w:r>
      <w:proofErr w:type="spellEnd"/>
      <w:r w:rsidRPr="00036193">
        <w:rPr>
          <w:rFonts w:cs="Times New Roman"/>
          <w:sz w:val="24"/>
          <w:szCs w:val="24"/>
        </w:rPr>
        <w:t xml:space="preserve">, </w:t>
      </w:r>
      <w:proofErr w:type="spellStart"/>
      <w:r w:rsidRPr="00036193">
        <w:rPr>
          <w:rFonts w:cs="Times New Roman"/>
          <w:sz w:val="24"/>
          <w:szCs w:val="24"/>
        </w:rPr>
        <w:t>republicată</w:t>
      </w:r>
      <w:proofErr w:type="spellEnd"/>
      <w:r w:rsidRPr="00036193">
        <w:rPr>
          <w:rFonts w:cs="Times New Roman"/>
          <w:sz w:val="24"/>
          <w:szCs w:val="24"/>
        </w:rPr>
        <w:t xml:space="preserve">, cu </w:t>
      </w:r>
      <w:proofErr w:type="spellStart"/>
      <w:r w:rsidRPr="00036193">
        <w:rPr>
          <w:rFonts w:cs="Times New Roman"/>
          <w:sz w:val="24"/>
          <w:szCs w:val="24"/>
        </w:rPr>
        <w:t>modificările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completările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ulterioare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5E20F474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Legea</w:t>
      </w:r>
      <w:proofErr w:type="spellEnd"/>
      <w:r w:rsidRPr="00036193">
        <w:rPr>
          <w:rFonts w:cs="Times New Roman"/>
          <w:sz w:val="24"/>
          <w:szCs w:val="24"/>
        </w:rPr>
        <w:t xml:space="preserve"> nr. 319/2006 a </w:t>
      </w:r>
      <w:proofErr w:type="spellStart"/>
      <w:r w:rsidRPr="00036193">
        <w:rPr>
          <w:rFonts w:cs="Times New Roman"/>
          <w:sz w:val="24"/>
          <w:szCs w:val="24"/>
        </w:rPr>
        <w:t>securității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sănătății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muncă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314EFF87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H.G. nr. 1425/2006, cu </w:t>
      </w:r>
      <w:proofErr w:type="spellStart"/>
      <w:r w:rsidRPr="00036193">
        <w:rPr>
          <w:rFonts w:cs="Times New Roman"/>
          <w:sz w:val="24"/>
          <w:szCs w:val="24"/>
        </w:rPr>
        <w:t>modificările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completările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ulterioare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3EAD9B69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Legea</w:t>
      </w:r>
      <w:proofErr w:type="spellEnd"/>
      <w:r w:rsidRPr="00036193">
        <w:rPr>
          <w:rFonts w:cs="Times New Roman"/>
          <w:sz w:val="24"/>
          <w:szCs w:val="24"/>
        </w:rPr>
        <w:t xml:space="preserve"> nr. 307/2006 </w:t>
      </w:r>
      <w:proofErr w:type="spellStart"/>
      <w:r w:rsidRPr="00036193">
        <w:rPr>
          <w:rFonts w:cs="Times New Roman"/>
          <w:sz w:val="24"/>
          <w:szCs w:val="24"/>
        </w:rPr>
        <w:t>privind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apărarea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împotriva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incendiilor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252FDBEB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Ordinul</w:t>
      </w:r>
      <w:proofErr w:type="spellEnd"/>
      <w:r w:rsidRPr="00036193">
        <w:rPr>
          <w:rFonts w:cs="Times New Roman"/>
          <w:sz w:val="24"/>
          <w:szCs w:val="24"/>
        </w:rPr>
        <w:t xml:space="preserve"> MAI nr. 163/2007 </w:t>
      </w:r>
      <w:proofErr w:type="spellStart"/>
      <w:r w:rsidRPr="00036193">
        <w:rPr>
          <w:rFonts w:cs="Times New Roman"/>
          <w:sz w:val="24"/>
          <w:szCs w:val="24"/>
        </w:rPr>
        <w:t>pentru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aprobarea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Normelor</w:t>
      </w:r>
      <w:proofErr w:type="spellEnd"/>
      <w:r w:rsidRPr="00036193">
        <w:rPr>
          <w:rFonts w:cs="Times New Roman"/>
          <w:sz w:val="24"/>
          <w:szCs w:val="24"/>
        </w:rPr>
        <w:t xml:space="preserve"> generale de </w:t>
      </w:r>
      <w:proofErr w:type="spellStart"/>
      <w:r w:rsidRPr="00036193">
        <w:rPr>
          <w:rFonts w:cs="Times New Roman"/>
          <w:sz w:val="24"/>
          <w:szCs w:val="24"/>
        </w:rPr>
        <w:t>apărare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împotriva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incendiilor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381498DE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lastRenderedPageBreak/>
        <w:t xml:space="preserve">• PT C9-2010 – </w:t>
      </w:r>
      <w:proofErr w:type="spellStart"/>
      <w:r w:rsidRPr="00036193">
        <w:rPr>
          <w:rFonts w:cs="Times New Roman"/>
          <w:sz w:val="24"/>
          <w:szCs w:val="24"/>
        </w:rPr>
        <w:t>Cazane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apă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caldă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cazane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abur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joasă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presiune</w:t>
      </w:r>
      <w:proofErr w:type="spellEnd"/>
      <w:r w:rsidRPr="00036193">
        <w:rPr>
          <w:rFonts w:cs="Times New Roman"/>
          <w:sz w:val="24"/>
          <w:szCs w:val="24"/>
        </w:rPr>
        <w:t xml:space="preserve">, </w:t>
      </w:r>
      <w:proofErr w:type="spellStart"/>
      <w:r w:rsidRPr="00036193">
        <w:rPr>
          <w:rFonts w:cs="Times New Roman"/>
          <w:sz w:val="24"/>
          <w:szCs w:val="24"/>
        </w:rPr>
        <w:t>aprobată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prin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Ordinul</w:t>
      </w:r>
      <w:proofErr w:type="spellEnd"/>
      <w:r w:rsidRPr="00036193">
        <w:rPr>
          <w:rFonts w:cs="Times New Roman"/>
          <w:sz w:val="24"/>
          <w:szCs w:val="24"/>
        </w:rPr>
        <w:t xml:space="preserve"> nr. 663/2010;</w:t>
      </w:r>
    </w:p>
    <w:p w14:paraId="093955F7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instrucțiunile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exploatare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funcționare</w:t>
      </w:r>
      <w:proofErr w:type="spellEnd"/>
      <w:r w:rsidRPr="00036193">
        <w:rPr>
          <w:rFonts w:cs="Times New Roman"/>
          <w:sz w:val="24"/>
          <w:szCs w:val="24"/>
        </w:rPr>
        <w:t xml:space="preserve"> ale </w:t>
      </w:r>
      <w:proofErr w:type="spellStart"/>
      <w:r w:rsidRPr="00036193">
        <w:rPr>
          <w:rFonts w:cs="Times New Roman"/>
          <w:sz w:val="24"/>
          <w:szCs w:val="24"/>
        </w:rPr>
        <w:t>cazanului</w:t>
      </w:r>
      <w:proofErr w:type="spellEnd"/>
      <w:r w:rsidRPr="00036193">
        <w:rPr>
          <w:rFonts w:cs="Times New Roman"/>
          <w:sz w:val="24"/>
          <w:szCs w:val="24"/>
        </w:rPr>
        <w:t xml:space="preserve"> ERENSAN;</w:t>
      </w:r>
    </w:p>
    <w:p w14:paraId="77A3ABFC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instrucțiunile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proprii</w:t>
      </w:r>
      <w:proofErr w:type="spellEnd"/>
      <w:r w:rsidRPr="00036193">
        <w:rPr>
          <w:rFonts w:cs="Times New Roman"/>
          <w:sz w:val="24"/>
          <w:szCs w:val="24"/>
        </w:rPr>
        <w:t xml:space="preserve"> SSM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PSI ale </w:t>
      </w:r>
      <w:proofErr w:type="spellStart"/>
      <w:r w:rsidRPr="00036193">
        <w:rPr>
          <w:rFonts w:cs="Times New Roman"/>
          <w:sz w:val="24"/>
          <w:szCs w:val="24"/>
        </w:rPr>
        <w:t>unității</w:t>
      </w:r>
      <w:proofErr w:type="spellEnd"/>
      <w:r w:rsidRPr="00036193">
        <w:rPr>
          <w:rFonts w:cs="Times New Roman"/>
          <w:sz w:val="24"/>
          <w:szCs w:val="24"/>
        </w:rPr>
        <w:t>.</w:t>
      </w:r>
    </w:p>
    <w:p w14:paraId="5D09D8C8" w14:textId="77777777" w:rsidR="00B07634" w:rsidRPr="00036193" w:rsidRDefault="00B07634" w:rsidP="00036193">
      <w:pPr>
        <w:rPr>
          <w:rFonts w:cs="Times New Roman"/>
          <w:b/>
          <w:sz w:val="24"/>
          <w:szCs w:val="24"/>
        </w:rPr>
      </w:pPr>
    </w:p>
    <w:p w14:paraId="5DCE62C5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b/>
          <w:sz w:val="24"/>
          <w:szCs w:val="24"/>
        </w:rPr>
        <w:t>8. TEMATICA</w:t>
      </w:r>
    </w:p>
    <w:p w14:paraId="51B011E8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exploatarea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cazanelor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apă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caldă</w:t>
      </w:r>
      <w:proofErr w:type="spellEnd"/>
      <w:r w:rsidRPr="00036193">
        <w:rPr>
          <w:rFonts w:cs="Times New Roman"/>
          <w:sz w:val="24"/>
          <w:szCs w:val="24"/>
        </w:rPr>
        <w:t xml:space="preserve"> pe </w:t>
      </w:r>
      <w:proofErr w:type="spellStart"/>
      <w:r w:rsidRPr="00036193">
        <w:rPr>
          <w:rFonts w:cs="Times New Roman"/>
          <w:sz w:val="24"/>
          <w:szCs w:val="24"/>
        </w:rPr>
        <w:t>combustibil</w:t>
      </w:r>
      <w:proofErr w:type="spellEnd"/>
      <w:r w:rsidRPr="00036193">
        <w:rPr>
          <w:rFonts w:cs="Times New Roman"/>
          <w:sz w:val="24"/>
          <w:szCs w:val="24"/>
        </w:rPr>
        <w:t xml:space="preserve"> solid;</w:t>
      </w:r>
    </w:p>
    <w:p w14:paraId="6AABD229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pornirea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oprirea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cazanului</w:t>
      </w:r>
      <w:proofErr w:type="spellEnd"/>
      <w:r w:rsidRPr="00036193">
        <w:rPr>
          <w:rFonts w:cs="Times New Roman"/>
          <w:sz w:val="24"/>
          <w:szCs w:val="24"/>
        </w:rPr>
        <w:t xml:space="preserve">; </w:t>
      </w:r>
      <w:proofErr w:type="spellStart"/>
      <w:r w:rsidRPr="00036193">
        <w:rPr>
          <w:rFonts w:cs="Times New Roman"/>
          <w:sz w:val="24"/>
          <w:szCs w:val="24"/>
        </w:rPr>
        <w:t>alimentarea</w:t>
      </w:r>
      <w:proofErr w:type="spellEnd"/>
      <w:r w:rsidRPr="00036193">
        <w:rPr>
          <w:rFonts w:cs="Times New Roman"/>
          <w:sz w:val="24"/>
          <w:szCs w:val="24"/>
        </w:rPr>
        <w:t xml:space="preserve"> cu </w:t>
      </w:r>
      <w:proofErr w:type="spellStart"/>
      <w:r w:rsidRPr="00036193">
        <w:rPr>
          <w:rFonts w:cs="Times New Roman"/>
          <w:sz w:val="24"/>
          <w:szCs w:val="24"/>
        </w:rPr>
        <w:t>lemne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supravegherea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arderii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5CAA69C7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urmărirea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temperaturii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presiunii</w:t>
      </w:r>
      <w:proofErr w:type="spellEnd"/>
      <w:r w:rsidRPr="00036193">
        <w:rPr>
          <w:rFonts w:cs="Times New Roman"/>
          <w:sz w:val="24"/>
          <w:szCs w:val="24"/>
        </w:rPr>
        <w:t xml:space="preserve">; </w:t>
      </w:r>
      <w:proofErr w:type="spellStart"/>
      <w:r w:rsidRPr="00036193">
        <w:rPr>
          <w:rFonts w:cs="Times New Roman"/>
          <w:sz w:val="24"/>
          <w:szCs w:val="24"/>
        </w:rPr>
        <w:t>verificarea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aparatelor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măsură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a </w:t>
      </w:r>
      <w:proofErr w:type="spellStart"/>
      <w:r w:rsidRPr="00036193">
        <w:rPr>
          <w:rFonts w:cs="Times New Roman"/>
          <w:sz w:val="24"/>
          <w:szCs w:val="24"/>
        </w:rPr>
        <w:t>dispozitivelor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siguranță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10A8CCF0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supravegherea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cazanului</w:t>
      </w:r>
      <w:proofErr w:type="spellEnd"/>
      <w:r w:rsidRPr="00036193">
        <w:rPr>
          <w:rFonts w:cs="Times New Roman"/>
          <w:sz w:val="24"/>
          <w:szCs w:val="24"/>
        </w:rPr>
        <w:t xml:space="preserve"> pe </w:t>
      </w:r>
      <w:proofErr w:type="spellStart"/>
      <w:r w:rsidRPr="00036193">
        <w:rPr>
          <w:rFonts w:cs="Times New Roman"/>
          <w:sz w:val="24"/>
          <w:szCs w:val="24"/>
        </w:rPr>
        <w:t>perioada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funcționării</w:t>
      </w:r>
      <w:proofErr w:type="spellEnd"/>
      <w:r w:rsidRPr="00036193">
        <w:rPr>
          <w:rFonts w:cs="Times New Roman"/>
          <w:sz w:val="24"/>
          <w:szCs w:val="24"/>
        </w:rPr>
        <w:t xml:space="preserve">, </w:t>
      </w:r>
      <w:proofErr w:type="spellStart"/>
      <w:r w:rsidRPr="00036193">
        <w:rPr>
          <w:rFonts w:cs="Times New Roman"/>
          <w:sz w:val="24"/>
          <w:szCs w:val="24"/>
        </w:rPr>
        <w:t>inclusiv</w:t>
      </w:r>
      <w:proofErr w:type="spellEnd"/>
      <w:r w:rsidRPr="00036193">
        <w:rPr>
          <w:rFonts w:cs="Times New Roman"/>
          <w:sz w:val="24"/>
          <w:szCs w:val="24"/>
        </w:rPr>
        <w:t xml:space="preserve"> pe </w:t>
      </w:r>
      <w:proofErr w:type="spellStart"/>
      <w:r w:rsidRPr="00036193">
        <w:rPr>
          <w:rFonts w:cs="Times New Roman"/>
          <w:sz w:val="24"/>
          <w:szCs w:val="24"/>
        </w:rPr>
        <w:t>timp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noapte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36CADE44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măsuri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cazul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defecțiunilor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situațiilor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periculoase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1FBDB0B2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SSM, PSI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exploatarea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instalațiilor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termice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4B3055E9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obligațiile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fochistului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consemnarea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operațiunilor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registrul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centralei</w:t>
      </w:r>
      <w:proofErr w:type="spellEnd"/>
      <w:r w:rsidRPr="00036193">
        <w:rPr>
          <w:rFonts w:cs="Times New Roman"/>
          <w:sz w:val="24"/>
          <w:szCs w:val="24"/>
        </w:rPr>
        <w:t>.</w:t>
      </w:r>
    </w:p>
    <w:p w14:paraId="185C9CCB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b/>
          <w:sz w:val="24"/>
          <w:szCs w:val="24"/>
        </w:rPr>
        <w:t>9. DOSARUL DE CONCURS</w:t>
      </w:r>
    </w:p>
    <w:p w14:paraId="33F7E6B9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formular de </w:t>
      </w:r>
      <w:proofErr w:type="spellStart"/>
      <w:r w:rsidRPr="00036193">
        <w:rPr>
          <w:rFonts w:cs="Times New Roman"/>
          <w:sz w:val="24"/>
          <w:szCs w:val="24"/>
        </w:rPr>
        <w:t>înscriere</w:t>
      </w:r>
      <w:proofErr w:type="spellEnd"/>
      <w:r w:rsidRPr="00036193">
        <w:rPr>
          <w:rFonts w:cs="Times New Roman"/>
          <w:sz w:val="24"/>
          <w:szCs w:val="24"/>
        </w:rPr>
        <w:t xml:space="preserve"> la concurs;</w:t>
      </w:r>
    </w:p>
    <w:p w14:paraId="485B0BEB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copia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actului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identitate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67E4FF80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copiile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documentelor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studii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specializări</w:t>
      </w:r>
      <w:proofErr w:type="spellEnd"/>
      <w:r w:rsidRPr="00036193">
        <w:rPr>
          <w:rFonts w:cs="Times New Roman"/>
          <w:sz w:val="24"/>
          <w:szCs w:val="24"/>
        </w:rPr>
        <w:t>/</w:t>
      </w:r>
      <w:proofErr w:type="spellStart"/>
      <w:r w:rsidRPr="00036193">
        <w:rPr>
          <w:rFonts w:cs="Times New Roman"/>
          <w:sz w:val="24"/>
          <w:szCs w:val="24"/>
        </w:rPr>
        <w:t>calificări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1C99E7A8" w14:textId="0B4C1EA0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copia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certificatului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calificare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pentru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meseria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fochist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5758DF70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documente</w:t>
      </w:r>
      <w:proofErr w:type="spellEnd"/>
      <w:r w:rsidRPr="00036193">
        <w:rPr>
          <w:rFonts w:cs="Times New Roman"/>
          <w:sz w:val="24"/>
          <w:szCs w:val="24"/>
        </w:rPr>
        <w:t xml:space="preserve"> care </w:t>
      </w:r>
      <w:proofErr w:type="spellStart"/>
      <w:r w:rsidRPr="00036193">
        <w:rPr>
          <w:rFonts w:cs="Times New Roman"/>
          <w:sz w:val="24"/>
          <w:szCs w:val="24"/>
        </w:rPr>
        <w:t>atestă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vechimea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muncă</w:t>
      </w:r>
      <w:proofErr w:type="spellEnd"/>
      <w:r w:rsidRPr="00036193">
        <w:rPr>
          <w:rFonts w:cs="Times New Roman"/>
          <w:sz w:val="24"/>
          <w:szCs w:val="24"/>
        </w:rPr>
        <w:t xml:space="preserve">, </w:t>
      </w:r>
      <w:proofErr w:type="spellStart"/>
      <w:r w:rsidRPr="00036193">
        <w:rPr>
          <w:rFonts w:cs="Times New Roman"/>
          <w:sz w:val="24"/>
          <w:szCs w:val="24"/>
        </w:rPr>
        <w:t>după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caz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0780A980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certificat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cazier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judiciar</w:t>
      </w:r>
      <w:proofErr w:type="spellEnd"/>
      <w:r w:rsidRPr="00036193">
        <w:rPr>
          <w:rFonts w:cs="Times New Roman"/>
          <w:sz w:val="24"/>
          <w:szCs w:val="24"/>
        </w:rPr>
        <w:t xml:space="preserve">/extras de </w:t>
      </w:r>
      <w:proofErr w:type="spellStart"/>
      <w:r w:rsidRPr="00036193">
        <w:rPr>
          <w:rFonts w:cs="Times New Roman"/>
          <w:sz w:val="24"/>
          <w:szCs w:val="24"/>
        </w:rPr>
        <w:t>cazier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6DF356DC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adeverință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medicală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2B581B14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curriculum vitae – model </w:t>
      </w:r>
      <w:proofErr w:type="spellStart"/>
      <w:r w:rsidRPr="00036193">
        <w:rPr>
          <w:rFonts w:cs="Times New Roman"/>
          <w:sz w:val="24"/>
          <w:szCs w:val="24"/>
        </w:rPr>
        <w:t>comun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european</w:t>
      </w:r>
      <w:proofErr w:type="spellEnd"/>
      <w:r w:rsidRPr="00036193">
        <w:rPr>
          <w:rFonts w:cs="Times New Roman"/>
          <w:sz w:val="24"/>
          <w:szCs w:val="24"/>
        </w:rPr>
        <w:t>;</w:t>
      </w:r>
    </w:p>
    <w:p w14:paraId="6E138A21" w14:textId="77777777" w:rsidR="00C048B0" w:rsidRPr="00036193" w:rsidRDefault="00000000" w:rsidP="00036193">
      <w:pPr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 xml:space="preserve">• </w:t>
      </w:r>
      <w:proofErr w:type="spellStart"/>
      <w:r w:rsidRPr="00036193">
        <w:rPr>
          <w:rFonts w:cs="Times New Roman"/>
          <w:sz w:val="24"/>
          <w:szCs w:val="24"/>
        </w:rPr>
        <w:t>alte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documente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prevăzute</w:t>
      </w:r>
      <w:proofErr w:type="spellEnd"/>
      <w:r w:rsidRPr="00036193">
        <w:rPr>
          <w:rFonts w:cs="Times New Roman"/>
          <w:sz w:val="24"/>
          <w:szCs w:val="24"/>
        </w:rPr>
        <w:t xml:space="preserve"> de </w:t>
      </w:r>
      <w:proofErr w:type="spellStart"/>
      <w:r w:rsidRPr="00036193">
        <w:rPr>
          <w:rFonts w:cs="Times New Roman"/>
          <w:sz w:val="24"/>
          <w:szCs w:val="24"/>
        </w:rPr>
        <w:t>legislația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în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vigoare</w:t>
      </w:r>
      <w:proofErr w:type="spellEnd"/>
      <w:r w:rsidRPr="00036193">
        <w:rPr>
          <w:rFonts w:cs="Times New Roman"/>
          <w:sz w:val="24"/>
          <w:szCs w:val="24"/>
        </w:rPr>
        <w:t>.</w:t>
      </w:r>
    </w:p>
    <w:p w14:paraId="7EA71935" w14:textId="77777777" w:rsidR="00C048B0" w:rsidRPr="00036193" w:rsidRDefault="00000000" w:rsidP="00036193">
      <w:pPr>
        <w:rPr>
          <w:rFonts w:cs="Times New Roman"/>
          <w:b/>
          <w:sz w:val="24"/>
          <w:szCs w:val="24"/>
        </w:rPr>
      </w:pPr>
      <w:r w:rsidRPr="00036193">
        <w:rPr>
          <w:rFonts w:cs="Times New Roman"/>
          <w:b/>
          <w:sz w:val="24"/>
          <w:szCs w:val="24"/>
        </w:rPr>
        <w:t>10. CALENDARUL CONCURSULUI – PROPUNERE</w:t>
      </w:r>
    </w:p>
    <w:p w14:paraId="1D309226" w14:textId="2C6916F6" w:rsidR="00744446" w:rsidRPr="00036193" w:rsidRDefault="00744446" w:rsidP="00036193">
      <w:pPr>
        <w:spacing w:after="0"/>
        <w:jc w:val="both"/>
        <w:rPr>
          <w:rFonts w:eastAsia="Times New Roman" w:cs="Times New Roman"/>
          <w:sz w:val="24"/>
          <w:szCs w:val="24"/>
          <w:lang w:val="ro-RO"/>
        </w:rPr>
      </w:pPr>
      <w:r w:rsidRPr="00036193">
        <w:rPr>
          <w:rFonts w:eastAsia="Times New Roman" w:cs="Times New Roman"/>
          <w:sz w:val="24"/>
          <w:szCs w:val="24"/>
          <w:lang w:val="ro-RO"/>
        </w:rPr>
        <w:t>Concursul se organizează la sediul  Școlii Gimnaziale Nr.1 Ardeoani. jud Bacău, conform calendarului următor:</w:t>
      </w:r>
    </w:p>
    <w:p w14:paraId="7393CA92" w14:textId="77777777" w:rsidR="00E542D7" w:rsidRDefault="00E542D7" w:rsidP="00E542D7">
      <w:pPr>
        <w:rPr>
          <w:b/>
        </w:rPr>
      </w:pPr>
    </w:p>
    <w:p w14:paraId="07CF47AA" w14:textId="3AAF97A7" w:rsidR="00E542D7" w:rsidRDefault="00E542D7" w:rsidP="00E542D7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E542D7" w14:paraId="5CFF4B8E" w14:textId="77777777" w:rsidTr="003C6CBA">
        <w:trPr>
          <w:jc w:val="center"/>
        </w:trPr>
        <w:tc>
          <w:tcPr>
            <w:tcW w:w="4986" w:type="dxa"/>
          </w:tcPr>
          <w:p w14:paraId="35FD0BB7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b/>
                <w:sz w:val="24"/>
                <w:szCs w:val="24"/>
              </w:rPr>
              <w:lastRenderedPageBreak/>
              <w:t xml:space="preserve">Etapa </w:t>
            </w:r>
            <w:proofErr w:type="spellStart"/>
            <w:r w:rsidRPr="00E542D7">
              <w:rPr>
                <w:b/>
                <w:sz w:val="24"/>
                <w:szCs w:val="24"/>
              </w:rPr>
              <w:t>concursului</w:t>
            </w:r>
            <w:proofErr w:type="spellEnd"/>
          </w:p>
        </w:tc>
        <w:tc>
          <w:tcPr>
            <w:tcW w:w="4986" w:type="dxa"/>
          </w:tcPr>
          <w:p w14:paraId="47B745D8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b/>
                <w:sz w:val="24"/>
                <w:szCs w:val="24"/>
              </w:rPr>
              <w:t xml:space="preserve">Data / </w:t>
            </w:r>
            <w:proofErr w:type="spellStart"/>
            <w:r w:rsidRPr="00E542D7">
              <w:rPr>
                <w:b/>
                <w:sz w:val="24"/>
                <w:szCs w:val="24"/>
              </w:rPr>
              <w:t>perioada</w:t>
            </w:r>
            <w:proofErr w:type="spellEnd"/>
          </w:p>
        </w:tc>
      </w:tr>
      <w:tr w:rsidR="00E542D7" w14:paraId="1B7DC83B" w14:textId="77777777" w:rsidTr="003C6CBA">
        <w:trPr>
          <w:jc w:val="center"/>
        </w:trPr>
        <w:tc>
          <w:tcPr>
            <w:tcW w:w="4986" w:type="dxa"/>
            <w:vAlign w:val="center"/>
          </w:tcPr>
          <w:p w14:paraId="4902697E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proofErr w:type="spellStart"/>
            <w:r w:rsidRPr="00E542D7">
              <w:rPr>
                <w:sz w:val="24"/>
                <w:szCs w:val="24"/>
              </w:rPr>
              <w:t>Publicarea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anunțului</w:t>
            </w:r>
            <w:proofErr w:type="spellEnd"/>
            <w:r w:rsidRPr="00E542D7">
              <w:rPr>
                <w:sz w:val="24"/>
                <w:szCs w:val="24"/>
              </w:rPr>
              <w:t xml:space="preserve"> de concurs</w:t>
            </w:r>
          </w:p>
        </w:tc>
        <w:tc>
          <w:tcPr>
            <w:tcW w:w="4986" w:type="dxa"/>
            <w:vAlign w:val="center"/>
          </w:tcPr>
          <w:p w14:paraId="7C95D79E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>08.10.2026</w:t>
            </w:r>
          </w:p>
        </w:tc>
      </w:tr>
      <w:tr w:rsidR="00E542D7" w14:paraId="7F57B95F" w14:textId="77777777" w:rsidTr="003C6CBA">
        <w:trPr>
          <w:jc w:val="center"/>
        </w:trPr>
        <w:tc>
          <w:tcPr>
            <w:tcW w:w="4986" w:type="dxa"/>
            <w:vAlign w:val="center"/>
          </w:tcPr>
          <w:p w14:paraId="43772E6A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proofErr w:type="spellStart"/>
            <w:r w:rsidRPr="00E542D7">
              <w:rPr>
                <w:sz w:val="24"/>
                <w:szCs w:val="24"/>
              </w:rPr>
              <w:t>Depunerea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dosarelor</w:t>
            </w:r>
            <w:proofErr w:type="spellEnd"/>
            <w:r w:rsidRPr="00E542D7">
              <w:rPr>
                <w:sz w:val="24"/>
                <w:szCs w:val="24"/>
              </w:rPr>
              <w:t xml:space="preserve"> de concurs</w:t>
            </w:r>
          </w:p>
        </w:tc>
        <w:tc>
          <w:tcPr>
            <w:tcW w:w="4986" w:type="dxa"/>
            <w:vAlign w:val="center"/>
          </w:tcPr>
          <w:p w14:paraId="4E3C6E13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 xml:space="preserve">08.10.2026 – 21.10.2026, </w:t>
            </w:r>
            <w:proofErr w:type="spellStart"/>
            <w:r w:rsidRPr="00E542D7">
              <w:rPr>
                <w:sz w:val="24"/>
                <w:szCs w:val="24"/>
              </w:rPr>
              <w:t>ora</w:t>
            </w:r>
            <w:proofErr w:type="spellEnd"/>
            <w:r w:rsidRPr="00E542D7">
              <w:rPr>
                <w:sz w:val="24"/>
                <w:szCs w:val="24"/>
              </w:rPr>
              <w:t xml:space="preserve"> 16:00</w:t>
            </w:r>
          </w:p>
        </w:tc>
      </w:tr>
      <w:tr w:rsidR="00E542D7" w14:paraId="277F8454" w14:textId="77777777" w:rsidTr="003C6CBA">
        <w:trPr>
          <w:jc w:val="center"/>
        </w:trPr>
        <w:tc>
          <w:tcPr>
            <w:tcW w:w="4986" w:type="dxa"/>
            <w:vAlign w:val="center"/>
          </w:tcPr>
          <w:p w14:paraId="636F75FC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proofErr w:type="spellStart"/>
            <w:r w:rsidRPr="00E542D7">
              <w:rPr>
                <w:sz w:val="24"/>
                <w:szCs w:val="24"/>
              </w:rPr>
              <w:t>Selecția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4986" w:type="dxa"/>
            <w:vAlign w:val="center"/>
          </w:tcPr>
          <w:p w14:paraId="460E23C8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>22.10.2026</w:t>
            </w:r>
          </w:p>
        </w:tc>
      </w:tr>
      <w:tr w:rsidR="00E542D7" w14:paraId="23318518" w14:textId="77777777" w:rsidTr="003C6CBA">
        <w:trPr>
          <w:jc w:val="center"/>
        </w:trPr>
        <w:tc>
          <w:tcPr>
            <w:tcW w:w="4986" w:type="dxa"/>
            <w:vAlign w:val="center"/>
          </w:tcPr>
          <w:p w14:paraId="620447BB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proofErr w:type="spellStart"/>
            <w:r w:rsidRPr="00E542D7">
              <w:rPr>
                <w:sz w:val="24"/>
                <w:szCs w:val="24"/>
              </w:rPr>
              <w:t>Afișarea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rezultatului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selecției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4986" w:type="dxa"/>
            <w:vAlign w:val="center"/>
          </w:tcPr>
          <w:p w14:paraId="5940BA22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>22.10.2026</w:t>
            </w:r>
          </w:p>
        </w:tc>
      </w:tr>
      <w:tr w:rsidR="00E542D7" w14:paraId="1D61DAFE" w14:textId="77777777" w:rsidTr="003C6CBA">
        <w:trPr>
          <w:jc w:val="center"/>
        </w:trPr>
        <w:tc>
          <w:tcPr>
            <w:tcW w:w="4986" w:type="dxa"/>
            <w:vAlign w:val="center"/>
          </w:tcPr>
          <w:p w14:paraId="3DCB9BEC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proofErr w:type="spellStart"/>
            <w:r w:rsidRPr="00E542D7">
              <w:rPr>
                <w:sz w:val="24"/>
                <w:szCs w:val="24"/>
              </w:rPr>
              <w:t>Depunerea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contestațiilor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privind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selecția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4986" w:type="dxa"/>
            <w:vAlign w:val="center"/>
          </w:tcPr>
          <w:p w14:paraId="47297B09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 xml:space="preserve">23.10.2026, </w:t>
            </w:r>
            <w:proofErr w:type="spellStart"/>
            <w:r w:rsidRPr="00E542D7">
              <w:rPr>
                <w:sz w:val="24"/>
                <w:szCs w:val="24"/>
              </w:rPr>
              <w:t>până</w:t>
            </w:r>
            <w:proofErr w:type="spellEnd"/>
            <w:r w:rsidRPr="00E542D7">
              <w:rPr>
                <w:sz w:val="24"/>
                <w:szCs w:val="24"/>
              </w:rPr>
              <w:t xml:space="preserve"> la </w:t>
            </w:r>
            <w:proofErr w:type="spellStart"/>
            <w:r w:rsidRPr="00E542D7">
              <w:rPr>
                <w:sz w:val="24"/>
                <w:szCs w:val="24"/>
              </w:rPr>
              <w:t>ora</w:t>
            </w:r>
            <w:proofErr w:type="spellEnd"/>
            <w:r w:rsidRPr="00E542D7">
              <w:rPr>
                <w:sz w:val="24"/>
                <w:szCs w:val="24"/>
              </w:rPr>
              <w:t xml:space="preserve"> 16:00</w:t>
            </w:r>
          </w:p>
        </w:tc>
      </w:tr>
      <w:tr w:rsidR="00E542D7" w14:paraId="557EC2E2" w14:textId="77777777" w:rsidTr="003C6CBA">
        <w:trPr>
          <w:jc w:val="center"/>
        </w:trPr>
        <w:tc>
          <w:tcPr>
            <w:tcW w:w="4986" w:type="dxa"/>
            <w:vAlign w:val="center"/>
          </w:tcPr>
          <w:p w14:paraId="4E1B0A21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proofErr w:type="spellStart"/>
            <w:r w:rsidRPr="00E542D7">
              <w:rPr>
                <w:sz w:val="24"/>
                <w:szCs w:val="24"/>
              </w:rPr>
              <w:t>Soluționarea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contestațiilor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și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afișarea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rezultatelor</w:t>
            </w:r>
            <w:proofErr w:type="spellEnd"/>
          </w:p>
        </w:tc>
        <w:tc>
          <w:tcPr>
            <w:tcW w:w="4986" w:type="dxa"/>
            <w:vAlign w:val="center"/>
          </w:tcPr>
          <w:p w14:paraId="7E60753E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>26.10.2026</w:t>
            </w:r>
          </w:p>
        </w:tc>
      </w:tr>
      <w:tr w:rsidR="00E542D7" w14:paraId="1C37F833" w14:textId="77777777" w:rsidTr="003C6CBA">
        <w:trPr>
          <w:jc w:val="center"/>
        </w:trPr>
        <w:tc>
          <w:tcPr>
            <w:tcW w:w="4986" w:type="dxa"/>
            <w:vAlign w:val="center"/>
          </w:tcPr>
          <w:p w14:paraId="7B073F93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 xml:space="preserve">Proba </w:t>
            </w:r>
            <w:proofErr w:type="spellStart"/>
            <w:r w:rsidRPr="00E542D7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4986" w:type="dxa"/>
            <w:vAlign w:val="center"/>
          </w:tcPr>
          <w:p w14:paraId="601EE4AF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 xml:space="preserve">28.10.2026, </w:t>
            </w:r>
            <w:proofErr w:type="spellStart"/>
            <w:r w:rsidRPr="00E542D7">
              <w:rPr>
                <w:sz w:val="24"/>
                <w:szCs w:val="24"/>
              </w:rPr>
              <w:t>ora</w:t>
            </w:r>
            <w:proofErr w:type="spellEnd"/>
            <w:r w:rsidRPr="00E542D7">
              <w:rPr>
                <w:sz w:val="24"/>
                <w:szCs w:val="24"/>
              </w:rPr>
              <w:t xml:space="preserve"> 10:00</w:t>
            </w:r>
          </w:p>
        </w:tc>
      </w:tr>
      <w:tr w:rsidR="00E542D7" w14:paraId="2733BE18" w14:textId="77777777" w:rsidTr="003C6CBA">
        <w:trPr>
          <w:jc w:val="center"/>
        </w:trPr>
        <w:tc>
          <w:tcPr>
            <w:tcW w:w="4986" w:type="dxa"/>
            <w:vAlign w:val="center"/>
          </w:tcPr>
          <w:p w14:paraId="2A398236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proofErr w:type="spellStart"/>
            <w:r w:rsidRPr="00E542D7">
              <w:rPr>
                <w:sz w:val="24"/>
                <w:szCs w:val="24"/>
              </w:rPr>
              <w:t>Afișarea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rezultatului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probei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4986" w:type="dxa"/>
            <w:vAlign w:val="center"/>
          </w:tcPr>
          <w:p w14:paraId="7B45289B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>28.10.2026</w:t>
            </w:r>
          </w:p>
        </w:tc>
      </w:tr>
      <w:tr w:rsidR="00E542D7" w14:paraId="3D88E432" w14:textId="77777777" w:rsidTr="003C6CBA">
        <w:trPr>
          <w:jc w:val="center"/>
        </w:trPr>
        <w:tc>
          <w:tcPr>
            <w:tcW w:w="4986" w:type="dxa"/>
            <w:vAlign w:val="center"/>
          </w:tcPr>
          <w:p w14:paraId="071054E5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proofErr w:type="spellStart"/>
            <w:r w:rsidRPr="00E542D7">
              <w:rPr>
                <w:sz w:val="24"/>
                <w:szCs w:val="24"/>
              </w:rPr>
              <w:t>Depunerea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contestațiilor</w:t>
            </w:r>
            <w:proofErr w:type="spellEnd"/>
            <w:r w:rsidRPr="00E542D7">
              <w:rPr>
                <w:sz w:val="24"/>
                <w:szCs w:val="24"/>
              </w:rPr>
              <w:t xml:space="preserve"> la </w:t>
            </w:r>
            <w:proofErr w:type="spellStart"/>
            <w:r w:rsidRPr="00E542D7">
              <w:rPr>
                <w:sz w:val="24"/>
                <w:szCs w:val="24"/>
              </w:rPr>
              <w:t>proba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4986" w:type="dxa"/>
            <w:vAlign w:val="center"/>
          </w:tcPr>
          <w:p w14:paraId="1895952F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 xml:space="preserve">29.10.2026, </w:t>
            </w:r>
            <w:proofErr w:type="spellStart"/>
            <w:r w:rsidRPr="00E542D7">
              <w:rPr>
                <w:sz w:val="24"/>
                <w:szCs w:val="24"/>
              </w:rPr>
              <w:t>până</w:t>
            </w:r>
            <w:proofErr w:type="spellEnd"/>
            <w:r w:rsidRPr="00E542D7">
              <w:rPr>
                <w:sz w:val="24"/>
                <w:szCs w:val="24"/>
              </w:rPr>
              <w:t xml:space="preserve"> la </w:t>
            </w:r>
            <w:proofErr w:type="spellStart"/>
            <w:r w:rsidRPr="00E542D7">
              <w:rPr>
                <w:sz w:val="24"/>
                <w:szCs w:val="24"/>
              </w:rPr>
              <w:t>ora</w:t>
            </w:r>
            <w:proofErr w:type="spellEnd"/>
            <w:r w:rsidRPr="00E542D7">
              <w:rPr>
                <w:sz w:val="24"/>
                <w:szCs w:val="24"/>
              </w:rPr>
              <w:t xml:space="preserve"> 16:00</w:t>
            </w:r>
          </w:p>
        </w:tc>
      </w:tr>
      <w:tr w:rsidR="00E542D7" w14:paraId="22322DED" w14:textId="77777777" w:rsidTr="003C6CBA">
        <w:trPr>
          <w:jc w:val="center"/>
        </w:trPr>
        <w:tc>
          <w:tcPr>
            <w:tcW w:w="4986" w:type="dxa"/>
            <w:vAlign w:val="center"/>
          </w:tcPr>
          <w:p w14:paraId="47A72DE0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proofErr w:type="spellStart"/>
            <w:r w:rsidRPr="00E542D7">
              <w:rPr>
                <w:sz w:val="24"/>
                <w:szCs w:val="24"/>
              </w:rPr>
              <w:t>Soluționarea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contestațiilor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și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afișarea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rezultatelor</w:t>
            </w:r>
            <w:proofErr w:type="spellEnd"/>
          </w:p>
        </w:tc>
        <w:tc>
          <w:tcPr>
            <w:tcW w:w="4986" w:type="dxa"/>
            <w:vAlign w:val="center"/>
          </w:tcPr>
          <w:p w14:paraId="7397D0CD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>30.10.2026</w:t>
            </w:r>
          </w:p>
        </w:tc>
      </w:tr>
      <w:tr w:rsidR="00E542D7" w14:paraId="0FA7CA87" w14:textId="77777777" w:rsidTr="003C6CBA">
        <w:trPr>
          <w:jc w:val="center"/>
        </w:trPr>
        <w:tc>
          <w:tcPr>
            <w:tcW w:w="4986" w:type="dxa"/>
            <w:vAlign w:val="center"/>
          </w:tcPr>
          <w:p w14:paraId="7A18B4D6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 xml:space="preserve">Proba </w:t>
            </w:r>
            <w:proofErr w:type="spellStart"/>
            <w:r w:rsidRPr="00E542D7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4986" w:type="dxa"/>
            <w:vAlign w:val="center"/>
          </w:tcPr>
          <w:p w14:paraId="20DE6A7C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 xml:space="preserve">02.11.2026, </w:t>
            </w:r>
            <w:proofErr w:type="spellStart"/>
            <w:r w:rsidRPr="00E542D7">
              <w:rPr>
                <w:sz w:val="24"/>
                <w:szCs w:val="24"/>
              </w:rPr>
              <w:t>ora</w:t>
            </w:r>
            <w:proofErr w:type="spellEnd"/>
            <w:r w:rsidRPr="00E542D7">
              <w:rPr>
                <w:sz w:val="24"/>
                <w:szCs w:val="24"/>
              </w:rPr>
              <w:t xml:space="preserve"> 10:00</w:t>
            </w:r>
          </w:p>
        </w:tc>
      </w:tr>
      <w:tr w:rsidR="00E542D7" w14:paraId="6F1EE037" w14:textId="77777777" w:rsidTr="003C6CBA">
        <w:trPr>
          <w:jc w:val="center"/>
        </w:trPr>
        <w:tc>
          <w:tcPr>
            <w:tcW w:w="4986" w:type="dxa"/>
            <w:vAlign w:val="center"/>
          </w:tcPr>
          <w:p w14:paraId="3311485A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proofErr w:type="spellStart"/>
            <w:r w:rsidRPr="00E542D7">
              <w:rPr>
                <w:sz w:val="24"/>
                <w:szCs w:val="24"/>
              </w:rPr>
              <w:t>Afișarea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rezultatului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probei</w:t>
            </w:r>
            <w:proofErr w:type="spellEnd"/>
            <w:r w:rsidRPr="00E542D7">
              <w:rPr>
                <w:sz w:val="24"/>
                <w:szCs w:val="24"/>
              </w:rPr>
              <w:t xml:space="preserve"> practice</w:t>
            </w:r>
          </w:p>
        </w:tc>
        <w:tc>
          <w:tcPr>
            <w:tcW w:w="4986" w:type="dxa"/>
            <w:vAlign w:val="center"/>
          </w:tcPr>
          <w:p w14:paraId="39117E16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>02.11.2026</w:t>
            </w:r>
          </w:p>
        </w:tc>
      </w:tr>
      <w:tr w:rsidR="00E542D7" w14:paraId="07638F35" w14:textId="77777777" w:rsidTr="003C6CBA">
        <w:trPr>
          <w:jc w:val="center"/>
        </w:trPr>
        <w:tc>
          <w:tcPr>
            <w:tcW w:w="4986" w:type="dxa"/>
            <w:vAlign w:val="center"/>
          </w:tcPr>
          <w:p w14:paraId="0E8C9019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proofErr w:type="spellStart"/>
            <w:r w:rsidRPr="00E542D7">
              <w:rPr>
                <w:sz w:val="24"/>
                <w:szCs w:val="24"/>
              </w:rPr>
              <w:t>Depunerea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contestațiilor</w:t>
            </w:r>
            <w:proofErr w:type="spellEnd"/>
            <w:r w:rsidRPr="00E542D7">
              <w:rPr>
                <w:sz w:val="24"/>
                <w:szCs w:val="24"/>
              </w:rPr>
              <w:t xml:space="preserve"> la </w:t>
            </w:r>
            <w:proofErr w:type="spellStart"/>
            <w:r w:rsidRPr="00E542D7">
              <w:rPr>
                <w:sz w:val="24"/>
                <w:szCs w:val="24"/>
              </w:rPr>
              <w:t>proba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4986" w:type="dxa"/>
            <w:vAlign w:val="center"/>
          </w:tcPr>
          <w:p w14:paraId="4180DB22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 xml:space="preserve">03.11.2026, </w:t>
            </w:r>
            <w:proofErr w:type="spellStart"/>
            <w:r w:rsidRPr="00E542D7">
              <w:rPr>
                <w:sz w:val="24"/>
                <w:szCs w:val="24"/>
              </w:rPr>
              <w:t>până</w:t>
            </w:r>
            <w:proofErr w:type="spellEnd"/>
            <w:r w:rsidRPr="00E542D7">
              <w:rPr>
                <w:sz w:val="24"/>
                <w:szCs w:val="24"/>
              </w:rPr>
              <w:t xml:space="preserve"> la </w:t>
            </w:r>
            <w:proofErr w:type="spellStart"/>
            <w:r w:rsidRPr="00E542D7">
              <w:rPr>
                <w:sz w:val="24"/>
                <w:szCs w:val="24"/>
              </w:rPr>
              <w:t>ora</w:t>
            </w:r>
            <w:proofErr w:type="spellEnd"/>
            <w:r w:rsidRPr="00E542D7">
              <w:rPr>
                <w:sz w:val="24"/>
                <w:szCs w:val="24"/>
              </w:rPr>
              <w:t xml:space="preserve"> 16:00</w:t>
            </w:r>
          </w:p>
        </w:tc>
      </w:tr>
      <w:tr w:rsidR="00E542D7" w14:paraId="682E9F79" w14:textId="77777777" w:rsidTr="003C6CBA">
        <w:trPr>
          <w:jc w:val="center"/>
        </w:trPr>
        <w:tc>
          <w:tcPr>
            <w:tcW w:w="4986" w:type="dxa"/>
            <w:vAlign w:val="center"/>
          </w:tcPr>
          <w:p w14:paraId="11798E4B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proofErr w:type="spellStart"/>
            <w:r w:rsidRPr="00E542D7">
              <w:rPr>
                <w:sz w:val="24"/>
                <w:szCs w:val="24"/>
              </w:rPr>
              <w:t>Soluționarea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contestațiilor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și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afișarea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rezultatelor</w:t>
            </w:r>
            <w:proofErr w:type="spellEnd"/>
          </w:p>
        </w:tc>
        <w:tc>
          <w:tcPr>
            <w:tcW w:w="4986" w:type="dxa"/>
            <w:vAlign w:val="center"/>
          </w:tcPr>
          <w:p w14:paraId="7F5482E6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>04.11.2026</w:t>
            </w:r>
          </w:p>
        </w:tc>
      </w:tr>
      <w:tr w:rsidR="00E542D7" w14:paraId="3E663CCE" w14:textId="77777777" w:rsidTr="003C6CBA">
        <w:trPr>
          <w:jc w:val="center"/>
        </w:trPr>
        <w:tc>
          <w:tcPr>
            <w:tcW w:w="4986" w:type="dxa"/>
            <w:vAlign w:val="center"/>
          </w:tcPr>
          <w:p w14:paraId="5FA8D0C7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proofErr w:type="spellStart"/>
            <w:r w:rsidRPr="00E542D7">
              <w:rPr>
                <w:sz w:val="24"/>
                <w:szCs w:val="24"/>
              </w:rPr>
              <w:t>Afișarea</w:t>
            </w:r>
            <w:proofErr w:type="spellEnd"/>
            <w:r w:rsidRPr="00E542D7">
              <w:rPr>
                <w:sz w:val="24"/>
                <w:szCs w:val="24"/>
              </w:rPr>
              <w:t xml:space="preserve"> </w:t>
            </w:r>
            <w:proofErr w:type="spellStart"/>
            <w:r w:rsidRPr="00E542D7">
              <w:rPr>
                <w:sz w:val="24"/>
                <w:szCs w:val="24"/>
              </w:rPr>
              <w:t>rezultatului</w:t>
            </w:r>
            <w:proofErr w:type="spellEnd"/>
            <w:r w:rsidRPr="00E542D7">
              <w:rPr>
                <w:sz w:val="24"/>
                <w:szCs w:val="24"/>
              </w:rPr>
              <w:t xml:space="preserve"> final al </w:t>
            </w:r>
            <w:proofErr w:type="spellStart"/>
            <w:r w:rsidRPr="00E542D7">
              <w:rPr>
                <w:sz w:val="24"/>
                <w:szCs w:val="24"/>
              </w:rPr>
              <w:t>concursului</w:t>
            </w:r>
            <w:proofErr w:type="spellEnd"/>
          </w:p>
        </w:tc>
        <w:tc>
          <w:tcPr>
            <w:tcW w:w="4986" w:type="dxa"/>
            <w:vAlign w:val="center"/>
          </w:tcPr>
          <w:p w14:paraId="6A5E4ABE" w14:textId="77777777" w:rsidR="00E542D7" w:rsidRPr="00E542D7" w:rsidRDefault="00E542D7" w:rsidP="003C6CBA">
            <w:pPr>
              <w:rPr>
                <w:sz w:val="24"/>
                <w:szCs w:val="24"/>
              </w:rPr>
            </w:pPr>
            <w:r w:rsidRPr="00E542D7">
              <w:rPr>
                <w:sz w:val="24"/>
                <w:szCs w:val="24"/>
              </w:rPr>
              <w:t>04.11.2026</w:t>
            </w:r>
          </w:p>
        </w:tc>
      </w:tr>
    </w:tbl>
    <w:p w14:paraId="73A11CBF" w14:textId="77777777" w:rsidR="00E542D7" w:rsidRDefault="00E542D7" w:rsidP="00036193">
      <w:pPr>
        <w:rPr>
          <w:rFonts w:cs="Times New Roman"/>
          <w:sz w:val="24"/>
          <w:szCs w:val="24"/>
        </w:rPr>
      </w:pPr>
    </w:p>
    <w:p w14:paraId="46018052" w14:textId="7D59A879" w:rsidR="00C048B0" w:rsidRPr="00036193" w:rsidRDefault="00000000" w:rsidP="00036193">
      <w:pPr>
        <w:rPr>
          <w:rFonts w:cs="Times New Roman"/>
          <w:sz w:val="24"/>
          <w:szCs w:val="24"/>
        </w:rPr>
      </w:pPr>
      <w:proofErr w:type="spellStart"/>
      <w:r w:rsidRPr="00036193">
        <w:rPr>
          <w:rFonts w:cs="Times New Roman"/>
          <w:sz w:val="24"/>
          <w:szCs w:val="24"/>
        </w:rPr>
        <w:t>Dosarele</w:t>
      </w:r>
      <w:proofErr w:type="spellEnd"/>
      <w:r w:rsidRPr="00036193">
        <w:rPr>
          <w:rFonts w:cs="Times New Roman"/>
          <w:sz w:val="24"/>
          <w:szCs w:val="24"/>
        </w:rPr>
        <w:t xml:space="preserve"> se </w:t>
      </w:r>
      <w:proofErr w:type="spellStart"/>
      <w:r w:rsidRPr="00036193">
        <w:rPr>
          <w:rFonts w:cs="Times New Roman"/>
          <w:sz w:val="24"/>
          <w:szCs w:val="24"/>
        </w:rPr>
        <w:t>depun</w:t>
      </w:r>
      <w:proofErr w:type="spellEnd"/>
      <w:r w:rsidRPr="00036193">
        <w:rPr>
          <w:rFonts w:cs="Times New Roman"/>
          <w:sz w:val="24"/>
          <w:szCs w:val="24"/>
        </w:rPr>
        <w:t xml:space="preserve"> la </w:t>
      </w:r>
      <w:proofErr w:type="spellStart"/>
      <w:r w:rsidRPr="00036193">
        <w:rPr>
          <w:rFonts w:cs="Times New Roman"/>
          <w:sz w:val="24"/>
          <w:szCs w:val="24"/>
        </w:rPr>
        <w:t>secretariatul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Școlii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Gimnaziale</w:t>
      </w:r>
      <w:proofErr w:type="spellEnd"/>
      <w:r w:rsidRPr="00036193">
        <w:rPr>
          <w:rFonts w:cs="Times New Roman"/>
          <w:sz w:val="24"/>
          <w:szCs w:val="24"/>
        </w:rPr>
        <w:t xml:space="preserve"> Nr. 1 </w:t>
      </w:r>
      <w:proofErr w:type="spellStart"/>
      <w:r w:rsidRPr="00036193">
        <w:rPr>
          <w:rFonts w:cs="Times New Roman"/>
          <w:sz w:val="24"/>
          <w:szCs w:val="24"/>
        </w:rPr>
        <w:t>Ardeoani</w:t>
      </w:r>
      <w:proofErr w:type="spellEnd"/>
      <w:r w:rsidRPr="00036193">
        <w:rPr>
          <w:rFonts w:cs="Times New Roman"/>
          <w:sz w:val="24"/>
          <w:szCs w:val="24"/>
        </w:rPr>
        <w:t xml:space="preserve">, Str. </w:t>
      </w:r>
      <w:proofErr w:type="spellStart"/>
      <w:r w:rsidRPr="00036193">
        <w:rPr>
          <w:rFonts w:cs="Times New Roman"/>
          <w:sz w:val="24"/>
          <w:szCs w:val="24"/>
        </w:rPr>
        <w:t>Principală</w:t>
      </w:r>
      <w:proofErr w:type="spellEnd"/>
      <w:r w:rsidRPr="00036193">
        <w:rPr>
          <w:rFonts w:cs="Times New Roman"/>
          <w:sz w:val="24"/>
          <w:szCs w:val="24"/>
        </w:rPr>
        <w:t xml:space="preserve"> nr. 241, </w:t>
      </w:r>
      <w:proofErr w:type="spellStart"/>
      <w:r w:rsidRPr="00036193">
        <w:rPr>
          <w:rFonts w:cs="Times New Roman"/>
          <w:sz w:val="24"/>
          <w:szCs w:val="24"/>
        </w:rPr>
        <w:t>comuna</w:t>
      </w:r>
      <w:proofErr w:type="spellEnd"/>
      <w:r w:rsidRPr="00036193">
        <w:rPr>
          <w:rFonts w:cs="Times New Roman"/>
          <w:sz w:val="24"/>
          <w:szCs w:val="24"/>
        </w:rPr>
        <w:t xml:space="preserve"> </w:t>
      </w:r>
      <w:proofErr w:type="spellStart"/>
      <w:r w:rsidRPr="00036193">
        <w:rPr>
          <w:rFonts w:cs="Times New Roman"/>
          <w:sz w:val="24"/>
          <w:szCs w:val="24"/>
        </w:rPr>
        <w:t>Ardeoani</w:t>
      </w:r>
      <w:proofErr w:type="spellEnd"/>
      <w:r w:rsidRPr="00036193">
        <w:rPr>
          <w:rFonts w:cs="Times New Roman"/>
          <w:sz w:val="24"/>
          <w:szCs w:val="24"/>
        </w:rPr>
        <w:t xml:space="preserve">, </w:t>
      </w:r>
      <w:proofErr w:type="spellStart"/>
      <w:r w:rsidRPr="00036193">
        <w:rPr>
          <w:rFonts w:cs="Times New Roman"/>
          <w:sz w:val="24"/>
          <w:szCs w:val="24"/>
        </w:rPr>
        <w:t>județul</w:t>
      </w:r>
      <w:proofErr w:type="spellEnd"/>
      <w:r w:rsidRPr="00036193">
        <w:rPr>
          <w:rFonts w:cs="Times New Roman"/>
          <w:sz w:val="24"/>
          <w:szCs w:val="24"/>
        </w:rPr>
        <w:t xml:space="preserve"> Bacău.</w:t>
      </w:r>
    </w:p>
    <w:p w14:paraId="42A49AA3" w14:textId="2CF3D13D" w:rsidR="00C048B0" w:rsidRPr="00036193" w:rsidRDefault="00FD2CA5" w:rsidP="00E542D7">
      <w:pPr>
        <w:spacing w:after="0"/>
        <w:jc w:val="both"/>
        <w:rPr>
          <w:rFonts w:cs="Times New Roman"/>
          <w:sz w:val="24"/>
          <w:szCs w:val="24"/>
          <w:lang w:val="da-DK"/>
        </w:rPr>
      </w:pPr>
      <w:r w:rsidRPr="00036193">
        <w:rPr>
          <w:rFonts w:eastAsia="Times New Roman" w:cs="Times New Roman"/>
          <w:b/>
          <w:sz w:val="24"/>
          <w:szCs w:val="24"/>
          <w:lang w:val="ro-RO"/>
        </w:rPr>
        <w:tab/>
      </w:r>
      <w:r w:rsidR="00000000" w:rsidRPr="00036193">
        <w:rPr>
          <w:rFonts w:cs="Times New Roman"/>
          <w:sz w:val="24"/>
          <w:szCs w:val="24"/>
          <w:lang w:val="da-DK"/>
        </w:rPr>
        <w:t>Informații suplimentare: telefon 0234 354 016; e-mail ardeoaniscoala@yahoo.com.</w:t>
      </w:r>
    </w:p>
    <w:p w14:paraId="3FCD4711" w14:textId="77777777" w:rsidR="00C048B0" w:rsidRPr="00036193" w:rsidRDefault="00C048B0" w:rsidP="00036193">
      <w:pPr>
        <w:rPr>
          <w:rFonts w:cs="Times New Roman"/>
          <w:sz w:val="24"/>
          <w:szCs w:val="24"/>
          <w:lang w:val="da-DK"/>
        </w:rPr>
      </w:pPr>
    </w:p>
    <w:p w14:paraId="412C2793" w14:textId="77777777" w:rsidR="00C048B0" w:rsidRPr="00036193" w:rsidRDefault="00000000" w:rsidP="00036193">
      <w:pPr>
        <w:jc w:val="right"/>
        <w:rPr>
          <w:rFonts w:cs="Times New Roman"/>
          <w:sz w:val="24"/>
          <w:szCs w:val="24"/>
        </w:rPr>
      </w:pPr>
      <w:r w:rsidRPr="00036193">
        <w:rPr>
          <w:rFonts w:cs="Times New Roman"/>
          <w:b/>
          <w:sz w:val="24"/>
          <w:szCs w:val="24"/>
        </w:rPr>
        <w:t>Director,</w:t>
      </w:r>
    </w:p>
    <w:p w14:paraId="55F7086B" w14:textId="3075D485" w:rsidR="00C048B0" w:rsidRPr="00036193" w:rsidRDefault="00036193" w:rsidP="00036193">
      <w:pPr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APETRI IULIAN CRISTIAN</w:t>
      </w:r>
    </w:p>
    <w:p w14:paraId="010ADECC" w14:textId="77777777" w:rsidR="00C048B0" w:rsidRPr="00036193" w:rsidRDefault="00000000" w:rsidP="00036193">
      <w:pPr>
        <w:jc w:val="right"/>
        <w:rPr>
          <w:rFonts w:cs="Times New Roman"/>
          <w:sz w:val="24"/>
          <w:szCs w:val="24"/>
        </w:rPr>
      </w:pPr>
      <w:r w:rsidRPr="00036193">
        <w:rPr>
          <w:rFonts w:cs="Times New Roman"/>
          <w:sz w:val="24"/>
          <w:szCs w:val="24"/>
        </w:rPr>
        <w:t>(</w:t>
      </w:r>
      <w:proofErr w:type="spellStart"/>
      <w:r w:rsidRPr="00036193">
        <w:rPr>
          <w:rFonts w:cs="Times New Roman"/>
          <w:sz w:val="24"/>
          <w:szCs w:val="24"/>
        </w:rPr>
        <w:t>nume</w:t>
      </w:r>
      <w:proofErr w:type="spellEnd"/>
      <w:r w:rsidRPr="00036193">
        <w:rPr>
          <w:rFonts w:cs="Times New Roman"/>
          <w:sz w:val="24"/>
          <w:szCs w:val="24"/>
        </w:rPr>
        <w:t xml:space="preserve">, </w:t>
      </w:r>
      <w:proofErr w:type="spellStart"/>
      <w:r w:rsidRPr="00036193">
        <w:rPr>
          <w:rFonts w:cs="Times New Roman"/>
          <w:sz w:val="24"/>
          <w:szCs w:val="24"/>
        </w:rPr>
        <w:t>prenume</w:t>
      </w:r>
      <w:proofErr w:type="spellEnd"/>
      <w:r w:rsidRPr="00036193">
        <w:rPr>
          <w:rFonts w:cs="Times New Roman"/>
          <w:sz w:val="24"/>
          <w:szCs w:val="24"/>
        </w:rPr>
        <w:t xml:space="preserve">, </w:t>
      </w:r>
      <w:proofErr w:type="spellStart"/>
      <w:r w:rsidRPr="00036193">
        <w:rPr>
          <w:rFonts w:cs="Times New Roman"/>
          <w:sz w:val="24"/>
          <w:szCs w:val="24"/>
        </w:rPr>
        <w:t>semnătură</w:t>
      </w:r>
      <w:proofErr w:type="spellEnd"/>
      <w:r w:rsidRPr="00036193">
        <w:rPr>
          <w:rFonts w:cs="Times New Roman"/>
          <w:sz w:val="24"/>
          <w:szCs w:val="24"/>
        </w:rPr>
        <w:t>)</w:t>
      </w:r>
    </w:p>
    <w:p w14:paraId="250CEB54" w14:textId="77777777" w:rsidR="00805D0E" w:rsidRPr="00036193" w:rsidRDefault="00805D0E" w:rsidP="00036193">
      <w:pPr>
        <w:jc w:val="right"/>
        <w:rPr>
          <w:rFonts w:cs="Times New Roman"/>
          <w:sz w:val="24"/>
          <w:szCs w:val="24"/>
          <w:lang w:val="ro-RO"/>
        </w:rPr>
      </w:pPr>
    </w:p>
    <w:sectPr w:rsidR="00805D0E" w:rsidRPr="00036193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D422E9"/>
    <w:multiLevelType w:val="hybridMultilevel"/>
    <w:tmpl w:val="06429156"/>
    <w:lvl w:ilvl="0" w:tplc="73C4A4A6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0228363">
    <w:abstractNumId w:val="8"/>
  </w:num>
  <w:num w:numId="2" w16cid:durableId="29184438">
    <w:abstractNumId w:val="6"/>
  </w:num>
  <w:num w:numId="3" w16cid:durableId="1796021628">
    <w:abstractNumId w:val="5"/>
  </w:num>
  <w:num w:numId="4" w16cid:durableId="198902068">
    <w:abstractNumId w:val="4"/>
  </w:num>
  <w:num w:numId="5" w16cid:durableId="357976568">
    <w:abstractNumId w:val="7"/>
  </w:num>
  <w:num w:numId="6" w16cid:durableId="1701275814">
    <w:abstractNumId w:val="3"/>
  </w:num>
  <w:num w:numId="7" w16cid:durableId="1141312781">
    <w:abstractNumId w:val="2"/>
  </w:num>
  <w:num w:numId="8" w16cid:durableId="2104261719">
    <w:abstractNumId w:val="1"/>
  </w:num>
  <w:num w:numId="9" w16cid:durableId="2057317460">
    <w:abstractNumId w:val="0"/>
  </w:num>
  <w:num w:numId="10" w16cid:durableId="171503900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193"/>
    <w:rsid w:val="0006063C"/>
    <w:rsid w:val="0015074B"/>
    <w:rsid w:val="0029639D"/>
    <w:rsid w:val="0031058C"/>
    <w:rsid w:val="00326F90"/>
    <w:rsid w:val="00347555"/>
    <w:rsid w:val="0047557C"/>
    <w:rsid w:val="00622C87"/>
    <w:rsid w:val="006378A4"/>
    <w:rsid w:val="00663B45"/>
    <w:rsid w:val="00692D75"/>
    <w:rsid w:val="00744446"/>
    <w:rsid w:val="007E578D"/>
    <w:rsid w:val="00805D0E"/>
    <w:rsid w:val="008E39EA"/>
    <w:rsid w:val="009661A0"/>
    <w:rsid w:val="00AA1D8D"/>
    <w:rsid w:val="00B07634"/>
    <w:rsid w:val="00B47730"/>
    <w:rsid w:val="00C048B0"/>
    <w:rsid w:val="00C85716"/>
    <w:rsid w:val="00CB0664"/>
    <w:rsid w:val="00E542D7"/>
    <w:rsid w:val="00FC693F"/>
    <w:rsid w:val="00FD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8DBA4A"/>
  <w14:defaultImageDpi w14:val="300"/>
  <w15:docId w15:val="{D985A6E7-C8B8-4C40-902C-22D0FB402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4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cp:lastPrinted>2026-10-07T08:26:00Z</cp:lastPrinted>
  <dcterms:created xsi:type="dcterms:W3CDTF">2026-10-01T17:31:00Z</dcterms:created>
  <dcterms:modified xsi:type="dcterms:W3CDTF">2026-10-07T08:40:00Z</dcterms:modified>
  <cp:category/>
</cp:coreProperties>
</file>