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1D22ED" w14:textId="77777777" w:rsidR="00F3592A" w:rsidRPr="008C4FC6" w:rsidRDefault="00F3592A" w:rsidP="00F3592A">
      <w:pPr>
        <w:spacing w:after="0" w:line="240" w:lineRule="auto"/>
        <w:ind w:right="-568"/>
        <w:rPr>
          <w:rFonts w:ascii="Trebuchet MS" w:eastAsia="SimSun" w:hAnsi="Trebuchet MS" w:cs="Arial"/>
          <w:b/>
          <w:smallCaps/>
          <w:color w:val="000000"/>
          <w:sz w:val="24"/>
          <w:szCs w:val="24"/>
          <w:lang w:val="fr-FR"/>
        </w:rPr>
      </w:pPr>
      <w:r w:rsidRPr="008C4FC6">
        <w:rPr>
          <w:rFonts w:ascii="Times New Roman" w:eastAsia="SimSun" w:hAnsi="Times New Roman" w:cs="Times New Roman"/>
          <w:b/>
          <w:smallCaps/>
          <w:noProof/>
          <w:color w:val="000080"/>
          <w:sz w:val="28"/>
          <w:szCs w:val="20"/>
          <w:lang w:val="ro-RO"/>
        </w:rPr>
        <w:drawing>
          <wp:anchor distT="0" distB="0" distL="114300" distR="114300" simplePos="0" relativeHeight="251659264" behindDoc="0" locked="0" layoutInCell="1" allowOverlap="1" wp14:anchorId="08C7E105" wp14:editId="77102AAB">
            <wp:simplePos x="0" y="0"/>
            <wp:positionH relativeFrom="margin">
              <wp:posOffset>209550</wp:posOffset>
            </wp:positionH>
            <wp:positionV relativeFrom="margin">
              <wp:posOffset>-110490</wp:posOffset>
            </wp:positionV>
            <wp:extent cx="508000" cy="719455"/>
            <wp:effectExtent l="0" t="0" r="6350" b="4445"/>
            <wp:wrapSquare wrapText="bothSides"/>
            <wp:docPr id="57497116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000" cy="719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C4FC6">
        <w:rPr>
          <w:rFonts w:ascii="Times New Roman" w:eastAsia="SimSun" w:hAnsi="Times New Roman" w:cs="Times New Roman"/>
          <w:b/>
          <w:smallCaps/>
          <w:color w:val="000080"/>
          <w:sz w:val="24"/>
          <w:szCs w:val="24"/>
          <w:lang w:val="ro-RO"/>
        </w:rPr>
        <w:t xml:space="preserve">                                                 </w:t>
      </w:r>
      <w:r w:rsidRPr="008C4FC6">
        <w:rPr>
          <w:rFonts w:ascii="Times New Roman" w:eastAsia="SimSun" w:hAnsi="Times New Roman" w:cs="Times New Roman"/>
          <w:b/>
          <w:smallCaps/>
          <w:color w:val="000000"/>
          <w:sz w:val="24"/>
          <w:szCs w:val="24"/>
          <w:lang w:val="ro-RO"/>
        </w:rPr>
        <w:t xml:space="preserve">  ROMÂNIA</w:t>
      </w:r>
    </w:p>
    <w:p w14:paraId="2AD1B41E" w14:textId="77777777" w:rsidR="00F3592A" w:rsidRPr="008C4FC6" w:rsidRDefault="00F3592A" w:rsidP="00F3592A">
      <w:pPr>
        <w:pBdr>
          <w:bottom w:val="thickThinSmallGap" w:sz="24" w:space="1" w:color="000080"/>
        </w:pBdr>
        <w:spacing w:after="0" w:line="240" w:lineRule="auto"/>
        <w:rPr>
          <w:rFonts w:ascii="Times New Roman" w:eastAsia="SimSun" w:hAnsi="Times New Roman" w:cs="Times New Roman"/>
          <w:b/>
          <w:sz w:val="24"/>
          <w:szCs w:val="24"/>
          <w:lang w:val="ro-RO"/>
        </w:rPr>
      </w:pPr>
      <w:r w:rsidRPr="008C4FC6">
        <w:rPr>
          <w:rFonts w:ascii="Times New Roman" w:eastAsia="SimSun" w:hAnsi="Times New Roman" w:cs="Times New Roman"/>
          <w:b/>
          <w:sz w:val="24"/>
          <w:szCs w:val="24"/>
          <w:lang w:val="ro-RO"/>
        </w:rPr>
        <w:t xml:space="preserve">                                  JUDEȚUL BIHOR</w:t>
      </w:r>
    </w:p>
    <w:p w14:paraId="49F7AA74" w14:textId="77777777" w:rsidR="00F3592A" w:rsidRPr="008C4FC6" w:rsidRDefault="00F3592A" w:rsidP="00F3592A">
      <w:pPr>
        <w:pBdr>
          <w:bottom w:val="thickThinSmallGap" w:sz="24" w:space="1" w:color="000080"/>
        </w:pBdr>
        <w:spacing w:after="0" w:line="240" w:lineRule="auto"/>
        <w:rPr>
          <w:rFonts w:ascii="Times New Roman" w:eastAsia="SimSun" w:hAnsi="Times New Roman" w:cs="Times New Roman"/>
          <w:b/>
          <w:sz w:val="24"/>
          <w:szCs w:val="24"/>
          <w:lang w:val="ro-RO"/>
        </w:rPr>
      </w:pPr>
      <w:r w:rsidRPr="008C4FC6">
        <w:rPr>
          <w:rFonts w:ascii="Times New Roman" w:eastAsia="SimSun" w:hAnsi="Times New Roman" w:cs="Times New Roman"/>
          <w:b/>
          <w:sz w:val="24"/>
          <w:szCs w:val="24"/>
          <w:lang w:val="ro-RO"/>
        </w:rPr>
        <w:t xml:space="preserve">                              COMUNA TILEAGD</w:t>
      </w:r>
    </w:p>
    <w:p w14:paraId="3D530FE3" w14:textId="77777777" w:rsidR="00F3592A" w:rsidRPr="008C4FC6" w:rsidRDefault="00F3592A" w:rsidP="00F3592A">
      <w:pPr>
        <w:pBdr>
          <w:bottom w:val="thickThinSmallGap" w:sz="24" w:space="1" w:color="000080"/>
        </w:pBdr>
        <w:spacing w:after="0" w:line="240" w:lineRule="auto"/>
        <w:rPr>
          <w:rFonts w:ascii="Times New Roman" w:eastAsia="SimSun" w:hAnsi="Times New Roman" w:cs="Times New Roman"/>
          <w:b/>
          <w:sz w:val="24"/>
          <w:szCs w:val="24"/>
          <w:lang w:val="ro-RO"/>
        </w:rPr>
      </w:pPr>
      <w:r w:rsidRPr="008C4FC6">
        <w:rPr>
          <w:rFonts w:ascii="Times New Roman" w:eastAsia="SimSun" w:hAnsi="Times New Roman" w:cs="Times New Roman"/>
          <w:b/>
          <w:sz w:val="24"/>
          <w:szCs w:val="24"/>
          <w:lang w:val="ro-RO"/>
        </w:rPr>
        <w:t xml:space="preserve">                           LOCALITATEA TILEAGD </w:t>
      </w:r>
    </w:p>
    <w:p w14:paraId="369558F3" w14:textId="77777777" w:rsidR="00F3592A" w:rsidRPr="008C4FC6" w:rsidRDefault="00F3592A" w:rsidP="00F3592A">
      <w:pPr>
        <w:pBdr>
          <w:bottom w:val="thickThinSmallGap" w:sz="24" w:space="1" w:color="000080"/>
        </w:pBdr>
        <w:spacing w:after="0" w:line="240" w:lineRule="auto"/>
        <w:rPr>
          <w:rFonts w:ascii="Times New Roman" w:eastAsia="SimSun" w:hAnsi="Times New Roman" w:cs="Times New Roman"/>
          <w:b/>
          <w:sz w:val="24"/>
          <w:szCs w:val="24"/>
          <w:lang w:val="ro-RO"/>
        </w:rPr>
      </w:pPr>
      <w:r w:rsidRPr="008C4FC6">
        <w:rPr>
          <w:rFonts w:ascii="Times New Roman" w:eastAsia="SimSun" w:hAnsi="Times New Roman" w:cs="Times New Roman"/>
          <w:b/>
          <w:sz w:val="24"/>
          <w:szCs w:val="24"/>
          <w:lang w:val="ro-RO"/>
        </w:rPr>
        <w:t xml:space="preserve">str. Trandafirilor, Nr. 30                               </w:t>
      </w:r>
    </w:p>
    <w:p w14:paraId="1A8221D2" w14:textId="77777777" w:rsidR="00F3592A" w:rsidRPr="008C4FC6" w:rsidRDefault="00F3592A" w:rsidP="00F3592A">
      <w:pPr>
        <w:pBdr>
          <w:bottom w:val="thickThinSmallGap" w:sz="24" w:space="1" w:color="000080"/>
        </w:pBdr>
        <w:spacing w:after="0" w:line="240" w:lineRule="auto"/>
        <w:ind w:right="43"/>
        <w:rPr>
          <w:rFonts w:ascii="Times New Roman" w:eastAsia="SimSun" w:hAnsi="Times New Roman" w:cs="Times New Roman"/>
          <w:b/>
          <w:sz w:val="24"/>
          <w:szCs w:val="24"/>
          <w:lang w:val="ro-RO"/>
        </w:rPr>
      </w:pPr>
      <w:r w:rsidRPr="008C4FC6">
        <w:rPr>
          <w:rFonts w:ascii="Times New Roman" w:eastAsia="SimSun" w:hAnsi="Times New Roman" w:cs="Times New Roman"/>
          <w:b/>
          <w:sz w:val="24"/>
          <w:szCs w:val="24"/>
          <w:lang w:val="ro-RO"/>
        </w:rPr>
        <w:t xml:space="preserve">CIF: 4820321; Tel/fax:0259345651;  e-mail: </w:t>
      </w:r>
      <w:r>
        <w:fldChar w:fldCharType="begin"/>
      </w:r>
      <w:r>
        <w:instrText>HYPERLINK "mailto:primaria_tileagd@yahoo.com"</w:instrText>
      </w:r>
      <w:r>
        <w:fldChar w:fldCharType="separate"/>
      </w:r>
      <w:r w:rsidRPr="008C4FC6">
        <w:rPr>
          <w:rFonts w:ascii="Times New Roman" w:eastAsia="SimSun" w:hAnsi="Times New Roman" w:cs="Times New Roman"/>
          <w:b/>
          <w:color w:val="0000FF"/>
          <w:sz w:val="24"/>
          <w:szCs w:val="24"/>
          <w:u w:val="single"/>
          <w:lang w:val="ro-RO"/>
        </w:rPr>
        <w:t>primaria_tileagd@yahoo.com</w:t>
      </w:r>
      <w:r>
        <w:fldChar w:fldCharType="end"/>
      </w:r>
      <w:r>
        <w:rPr>
          <w:rFonts w:ascii="Times New Roman" w:eastAsia="SimSun" w:hAnsi="Times New Roman" w:cs="Times New Roman"/>
          <w:b/>
          <w:sz w:val="24"/>
          <w:szCs w:val="24"/>
          <w:lang w:val="ro-RO"/>
        </w:rPr>
        <w:t xml:space="preserve"> </w:t>
      </w:r>
      <w:r w:rsidRPr="008C4FC6">
        <w:rPr>
          <w:rFonts w:ascii="Times New Roman" w:eastAsia="SimSun" w:hAnsi="Times New Roman" w:cs="Times New Roman"/>
          <w:b/>
          <w:sz w:val="24"/>
          <w:szCs w:val="24"/>
          <w:lang w:val="ro-RO"/>
        </w:rPr>
        <w:t>www.tileagd.ro</w:t>
      </w:r>
      <w:r w:rsidRPr="008C4FC6">
        <w:rPr>
          <w:rFonts w:ascii="Times New Roman" w:eastAsia="SimSun" w:hAnsi="Times New Roman" w:cs="Times New Roman"/>
          <w:b/>
          <w:sz w:val="24"/>
          <w:szCs w:val="24"/>
          <w:lang w:val="es-ES"/>
        </w:rPr>
        <w:t xml:space="preserve">                                                                        </w:t>
      </w:r>
    </w:p>
    <w:p w14:paraId="0D5829F8" w14:textId="77777777" w:rsidR="00F3592A" w:rsidRDefault="00F3592A" w:rsidP="00F3592A">
      <w:pPr>
        <w:rPr>
          <w:rFonts w:ascii="Times New Roman" w:eastAsia="SimSun" w:hAnsi="Times New Roman" w:cs="Times New Roman"/>
          <w:b/>
          <w:bCs/>
          <w:sz w:val="24"/>
          <w:szCs w:val="24"/>
          <w:lang w:val="en-GB"/>
        </w:rPr>
      </w:pPr>
    </w:p>
    <w:p w14:paraId="11CDE675" w14:textId="3BC5A70F" w:rsidR="00F3592A" w:rsidRDefault="00F3592A" w:rsidP="00F3592A">
      <w:pPr>
        <w:rPr>
          <w:rFonts w:ascii="Times New Roman" w:eastAsia="Times New Roman" w:hAnsi="Times New Roman"/>
          <w:b/>
          <w:sz w:val="32"/>
        </w:rPr>
      </w:pPr>
      <w:r w:rsidRPr="008C4FC6">
        <w:rPr>
          <w:rFonts w:ascii="Times New Roman" w:eastAsia="SimSun" w:hAnsi="Times New Roman" w:cs="Times New Roman"/>
          <w:b/>
          <w:bCs/>
          <w:sz w:val="24"/>
          <w:szCs w:val="24"/>
          <w:lang w:val="en-GB"/>
        </w:rPr>
        <w:t xml:space="preserve">Nr. </w:t>
      </w:r>
      <w:r w:rsidR="002E02EF">
        <w:rPr>
          <w:rFonts w:ascii="Times New Roman" w:eastAsia="SimSun" w:hAnsi="Times New Roman" w:cs="Times New Roman"/>
          <w:b/>
          <w:bCs/>
          <w:sz w:val="24"/>
          <w:szCs w:val="24"/>
          <w:lang w:val="en-GB"/>
        </w:rPr>
        <w:t xml:space="preserve">8956 </w:t>
      </w:r>
      <w:proofErr w:type="gramStart"/>
      <w:r w:rsidRPr="008C4FC6">
        <w:rPr>
          <w:rFonts w:ascii="Times New Roman" w:eastAsia="SimSun" w:hAnsi="Times New Roman" w:cs="Times New Roman"/>
          <w:b/>
          <w:bCs/>
          <w:sz w:val="24"/>
          <w:szCs w:val="24"/>
          <w:lang w:val="en-GB"/>
        </w:rPr>
        <w:t>din</w:t>
      </w:r>
      <w:proofErr w:type="gramEnd"/>
      <w:r w:rsidR="002E02EF">
        <w:rPr>
          <w:rFonts w:ascii="Times New Roman" w:eastAsia="SimSun" w:hAnsi="Times New Roman" w:cs="Times New Roman"/>
          <w:b/>
          <w:bCs/>
          <w:sz w:val="24"/>
          <w:szCs w:val="24"/>
          <w:lang w:val="en-GB"/>
        </w:rPr>
        <w:t xml:space="preserve"> 05.10.</w:t>
      </w:r>
      <w:r w:rsidRPr="008C4FC6">
        <w:rPr>
          <w:rFonts w:ascii="Times New Roman" w:eastAsia="SimSun" w:hAnsi="Times New Roman" w:cs="Times New Roman"/>
          <w:b/>
          <w:bCs/>
          <w:sz w:val="24"/>
          <w:szCs w:val="24"/>
          <w:lang w:val="en-GB"/>
        </w:rPr>
        <w:t>2026</w:t>
      </w:r>
    </w:p>
    <w:p w14:paraId="75DAAF84" w14:textId="22C59ABC" w:rsidR="00AF0270" w:rsidRDefault="00000000">
      <w:pPr>
        <w:jc w:val="center"/>
      </w:pPr>
      <w:r>
        <w:rPr>
          <w:rFonts w:ascii="Times New Roman" w:eastAsia="Times New Roman" w:hAnsi="Times New Roman"/>
          <w:b/>
          <w:sz w:val="32"/>
        </w:rPr>
        <w:t>ANUNȚ</w:t>
      </w:r>
    </w:p>
    <w:p w14:paraId="618C6425" w14:textId="77777777" w:rsidR="00AF0270" w:rsidRDefault="00000000">
      <w:pPr>
        <w:spacing w:after="80" w:line="240" w:lineRule="auto"/>
        <w:jc w:val="center"/>
      </w:pPr>
      <w:proofErr w:type="spellStart"/>
      <w:r>
        <w:rPr>
          <w:rFonts w:ascii="Times New Roman" w:eastAsia="Times New Roman" w:hAnsi="Times New Roman"/>
          <w:b/>
        </w:rPr>
        <w:t>privind</w:t>
      </w:r>
      <w:proofErr w:type="spellEnd"/>
      <w:r>
        <w:rPr>
          <w:rFonts w:ascii="Times New Roman" w:eastAsia="Times New Roman" w:hAnsi="Times New Roman"/>
          <w:b/>
        </w:rPr>
        <w:t xml:space="preserve"> </w:t>
      </w:r>
      <w:proofErr w:type="spellStart"/>
      <w:r>
        <w:rPr>
          <w:rFonts w:ascii="Times New Roman" w:eastAsia="Times New Roman" w:hAnsi="Times New Roman"/>
          <w:b/>
        </w:rPr>
        <w:t>organizarea</w:t>
      </w:r>
      <w:proofErr w:type="spellEnd"/>
      <w:r>
        <w:rPr>
          <w:rFonts w:ascii="Times New Roman" w:eastAsia="Times New Roman" w:hAnsi="Times New Roman"/>
          <w:b/>
        </w:rPr>
        <w:t xml:space="preserve"> </w:t>
      </w:r>
      <w:proofErr w:type="spellStart"/>
      <w:r>
        <w:rPr>
          <w:rFonts w:ascii="Times New Roman" w:eastAsia="Times New Roman" w:hAnsi="Times New Roman"/>
          <w:b/>
        </w:rPr>
        <w:t>concursului</w:t>
      </w:r>
      <w:proofErr w:type="spellEnd"/>
      <w:r>
        <w:rPr>
          <w:rFonts w:ascii="Times New Roman" w:eastAsia="Times New Roman" w:hAnsi="Times New Roman"/>
          <w:b/>
        </w:rPr>
        <w:t xml:space="preserve"> </w:t>
      </w:r>
      <w:proofErr w:type="spellStart"/>
      <w:r>
        <w:rPr>
          <w:rFonts w:ascii="Times New Roman" w:eastAsia="Times New Roman" w:hAnsi="Times New Roman"/>
          <w:b/>
        </w:rPr>
        <w:t>pentru</w:t>
      </w:r>
      <w:proofErr w:type="spellEnd"/>
      <w:r>
        <w:rPr>
          <w:rFonts w:ascii="Times New Roman" w:eastAsia="Times New Roman" w:hAnsi="Times New Roman"/>
          <w:b/>
        </w:rPr>
        <w:t xml:space="preserve"> </w:t>
      </w:r>
      <w:proofErr w:type="spellStart"/>
      <w:r>
        <w:rPr>
          <w:rFonts w:ascii="Times New Roman" w:eastAsia="Times New Roman" w:hAnsi="Times New Roman"/>
          <w:b/>
        </w:rPr>
        <w:t>ocuparea</w:t>
      </w:r>
      <w:proofErr w:type="spellEnd"/>
      <w:r>
        <w:rPr>
          <w:rFonts w:ascii="Times New Roman" w:eastAsia="Times New Roman" w:hAnsi="Times New Roman"/>
          <w:b/>
        </w:rPr>
        <w:t xml:space="preserve"> </w:t>
      </w:r>
      <w:proofErr w:type="spellStart"/>
      <w:r>
        <w:rPr>
          <w:rFonts w:ascii="Times New Roman" w:eastAsia="Times New Roman" w:hAnsi="Times New Roman"/>
          <w:b/>
        </w:rPr>
        <w:t>unui</w:t>
      </w:r>
      <w:proofErr w:type="spellEnd"/>
      <w:r>
        <w:rPr>
          <w:rFonts w:ascii="Times New Roman" w:eastAsia="Times New Roman" w:hAnsi="Times New Roman"/>
          <w:b/>
        </w:rPr>
        <w:t xml:space="preserve"> post contractual vacant de ASISTENT MEDICAL COMUNITAR</w:t>
      </w:r>
    </w:p>
    <w:p w14:paraId="61EACFC2" w14:textId="77777777" w:rsidR="00AF0270" w:rsidRDefault="00000000" w:rsidP="00E544AF">
      <w:pPr>
        <w:spacing w:after="80" w:line="240" w:lineRule="auto"/>
        <w:jc w:val="both"/>
        <w:rPr>
          <w:rFonts w:ascii="Times New Roman" w:eastAsia="Times New Roman" w:hAnsi="Times New Roman"/>
        </w:rPr>
      </w:pPr>
      <w:proofErr w:type="spellStart"/>
      <w:r>
        <w:rPr>
          <w:rFonts w:ascii="Times New Roman" w:eastAsia="Times New Roman" w:hAnsi="Times New Roman"/>
        </w:rPr>
        <w:t>Comuna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Tileagd</w:t>
      </w:r>
      <w:proofErr w:type="spellEnd"/>
      <w:r>
        <w:rPr>
          <w:rFonts w:ascii="Times New Roman" w:eastAsia="Times New Roman" w:hAnsi="Times New Roman"/>
        </w:rPr>
        <w:t xml:space="preserve">, </w:t>
      </w:r>
      <w:proofErr w:type="spellStart"/>
      <w:r>
        <w:rPr>
          <w:rFonts w:ascii="Times New Roman" w:eastAsia="Times New Roman" w:hAnsi="Times New Roman"/>
        </w:rPr>
        <w:t>județul</w:t>
      </w:r>
      <w:proofErr w:type="spellEnd"/>
      <w:r>
        <w:rPr>
          <w:rFonts w:ascii="Times New Roman" w:eastAsia="Times New Roman" w:hAnsi="Times New Roman"/>
        </w:rPr>
        <w:t xml:space="preserve"> Bihor, </w:t>
      </w:r>
      <w:proofErr w:type="spellStart"/>
      <w:r>
        <w:rPr>
          <w:rFonts w:ascii="Times New Roman" w:eastAsia="Times New Roman" w:hAnsi="Times New Roman"/>
        </w:rPr>
        <w:t>organizează</w:t>
      </w:r>
      <w:proofErr w:type="spellEnd"/>
      <w:r>
        <w:rPr>
          <w:rFonts w:ascii="Times New Roman" w:eastAsia="Times New Roman" w:hAnsi="Times New Roman"/>
        </w:rPr>
        <w:t xml:space="preserve">, </w:t>
      </w:r>
      <w:proofErr w:type="spellStart"/>
      <w:r>
        <w:rPr>
          <w:rFonts w:ascii="Times New Roman" w:eastAsia="Times New Roman" w:hAnsi="Times New Roman"/>
        </w:rPr>
        <w:t>în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temeiul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prevederilor</w:t>
      </w:r>
      <w:proofErr w:type="spellEnd"/>
      <w:r>
        <w:rPr>
          <w:rFonts w:ascii="Times New Roman" w:eastAsia="Times New Roman" w:hAnsi="Times New Roman"/>
        </w:rPr>
        <w:t xml:space="preserve"> O.U.G. nr. 18/2017 </w:t>
      </w:r>
      <w:proofErr w:type="spellStart"/>
      <w:r>
        <w:rPr>
          <w:rFonts w:ascii="Times New Roman" w:eastAsia="Times New Roman" w:hAnsi="Times New Roman"/>
        </w:rPr>
        <w:t>privind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asistența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medicală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comunitară</w:t>
      </w:r>
      <w:proofErr w:type="spellEnd"/>
      <w:r>
        <w:rPr>
          <w:rFonts w:ascii="Times New Roman" w:eastAsia="Times New Roman" w:hAnsi="Times New Roman"/>
        </w:rPr>
        <w:t xml:space="preserve">, </w:t>
      </w:r>
      <w:proofErr w:type="spellStart"/>
      <w:r>
        <w:rPr>
          <w:rFonts w:ascii="Times New Roman" w:eastAsia="Times New Roman" w:hAnsi="Times New Roman"/>
        </w:rPr>
        <w:t>aprobată</w:t>
      </w:r>
      <w:proofErr w:type="spellEnd"/>
      <w:r>
        <w:rPr>
          <w:rFonts w:ascii="Times New Roman" w:eastAsia="Times New Roman" w:hAnsi="Times New Roman"/>
        </w:rPr>
        <w:t xml:space="preserve"> cu </w:t>
      </w:r>
      <w:proofErr w:type="spellStart"/>
      <w:r>
        <w:rPr>
          <w:rFonts w:ascii="Times New Roman" w:eastAsia="Times New Roman" w:hAnsi="Times New Roman"/>
        </w:rPr>
        <w:t>modificări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și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completări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prin</w:t>
      </w:r>
      <w:proofErr w:type="spellEnd"/>
      <w:r>
        <w:rPr>
          <w:rFonts w:ascii="Times New Roman" w:eastAsia="Times New Roman" w:hAnsi="Times New Roman"/>
        </w:rPr>
        <w:t xml:space="preserve"> Legea nr. 180/2017, ale H.G. nr. 324/2019, ale H.G. nr. 1336/2022, cu </w:t>
      </w:r>
      <w:proofErr w:type="spellStart"/>
      <w:r>
        <w:rPr>
          <w:rFonts w:ascii="Times New Roman" w:eastAsia="Times New Roman" w:hAnsi="Times New Roman"/>
        </w:rPr>
        <w:t>modificările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și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completările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ulterioare</w:t>
      </w:r>
      <w:proofErr w:type="spellEnd"/>
      <w:r>
        <w:rPr>
          <w:rFonts w:ascii="Times New Roman" w:eastAsia="Times New Roman" w:hAnsi="Times New Roman"/>
        </w:rPr>
        <w:t xml:space="preserve">, precum </w:t>
      </w:r>
      <w:proofErr w:type="spellStart"/>
      <w:r>
        <w:rPr>
          <w:rFonts w:ascii="Times New Roman" w:eastAsia="Times New Roman" w:hAnsi="Times New Roman"/>
        </w:rPr>
        <w:t>și</w:t>
      </w:r>
      <w:proofErr w:type="spellEnd"/>
      <w:r>
        <w:rPr>
          <w:rFonts w:ascii="Times New Roman" w:eastAsia="Times New Roman" w:hAnsi="Times New Roman"/>
        </w:rPr>
        <w:t xml:space="preserve"> ale </w:t>
      </w:r>
      <w:proofErr w:type="spellStart"/>
      <w:r>
        <w:rPr>
          <w:rFonts w:ascii="Times New Roman" w:eastAsia="Times New Roman" w:hAnsi="Times New Roman"/>
        </w:rPr>
        <w:t>celorlalte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acte</w:t>
      </w:r>
      <w:proofErr w:type="spellEnd"/>
      <w:r>
        <w:rPr>
          <w:rFonts w:ascii="Times New Roman" w:eastAsia="Times New Roman" w:hAnsi="Times New Roman"/>
        </w:rPr>
        <w:t xml:space="preserve"> normative </w:t>
      </w:r>
      <w:proofErr w:type="spellStart"/>
      <w:r>
        <w:rPr>
          <w:rFonts w:ascii="Times New Roman" w:eastAsia="Times New Roman" w:hAnsi="Times New Roman"/>
        </w:rPr>
        <w:t>aplicabile</w:t>
      </w:r>
      <w:proofErr w:type="spellEnd"/>
      <w:r>
        <w:rPr>
          <w:rFonts w:ascii="Times New Roman" w:eastAsia="Times New Roman" w:hAnsi="Times New Roman"/>
        </w:rPr>
        <w:t xml:space="preserve">, concurs </w:t>
      </w:r>
      <w:proofErr w:type="spellStart"/>
      <w:r>
        <w:rPr>
          <w:rFonts w:ascii="Times New Roman" w:eastAsia="Times New Roman" w:hAnsi="Times New Roman"/>
        </w:rPr>
        <w:t>pentru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ocuparea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unui</w:t>
      </w:r>
      <w:proofErr w:type="spellEnd"/>
      <w:r>
        <w:rPr>
          <w:rFonts w:ascii="Times New Roman" w:eastAsia="Times New Roman" w:hAnsi="Times New Roman"/>
        </w:rPr>
        <w:t xml:space="preserve"> post contractual vacant, </w:t>
      </w:r>
      <w:proofErr w:type="spellStart"/>
      <w:r>
        <w:rPr>
          <w:rFonts w:ascii="Times New Roman" w:eastAsia="Times New Roman" w:hAnsi="Times New Roman"/>
        </w:rPr>
        <w:t>în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cadrul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proiectului</w:t>
      </w:r>
      <w:proofErr w:type="spellEnd"/>
      <w:r>
        <w:rPr>
          <w:rFonts w:ascii="Times New Roman" w:eastAsia="Times New Roman" w:hAnsi="Times New Roman"/>
        </w:rPr>
        <w:t xml:space="preserve"> „</w:t>
      </w:r>
      <w:proofErr w:type="spellStart"/>
      <w:r>
        <w:rPr>
          <w:rFonts w:ascii="Times New Roman" w:eastAsia="Times New Roman" w:hAnsi="Times New Roman"/>
        </w:rPr>
        <w:t>Furnizare</w:t>
      </w:r>
      <w:proofErr w:type="spellEnd"/>
      <w:r>
        <w:rPr>
          <w:rFonts w:ascii="Times New Roman" w:eastAsia="Times New Roman" w:hAnsi="Times New Roman"/>
        </w:rPr>
        <w:t xml:space="preserve"> de </w:t>
      </w:r>
      <w:proofErr w:type="spellStart"/>
      <w:r>
        <w:rPr>
          <w:rFonts w:ascii="Times New Roman" w:eastAsia="Times New Roman" w:hAnsi="Times New Roman"/>
        </w:rPr>
        <w:t>servicii</w:t>
      </w:r>
      <w:proofErr w:type="spellEnd"/>
      <w:r>
        <w:rPr>
          <w:rFonts w:ascii="Times New Roman" w:eastAsia="Times New Roman" w:hAnsi="Times New Roman"/>
        </w:rPr>
        <w:t xml:space="preserve"> integrate </w:t>
      </w:r>
      <w:proofErr w:type="spellStart"/>
      <w:r>
        <w:rPr>
          <w:rFonts w:ascii="Times New Roman" w:eastAsia="Times New Roman" w:hAnsi="Times New Roman"/>
        </w:rPr>
        <w:t>în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comunitățile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rurale</w:t>
      </w:r>
      <w:proofErr w:type="spellEnd"/>
      <w:r>
        <w:rPr>
          <w:rFonts w:ascii="Times New Roman" w:eastAsia="Times New Roman" w:hAnsi="Times New Roman"/>
        </w:rPr>
        <w:t xml:space="preserve"> – </w:t>
      </w:r>
      <w:proofErr w:type="spellStart"/>
      <w:r>
        <w:rPr>
          <w:rFonts w:ascii="Times New Roman" w:eastAsia="Times New Roman" w:hAnsi="Times New Roman"/>
        </w:rPr>
        <w:t>facilitarea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accesului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persoanelor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vulnerabile</w:t>
      </w:r>
      <w:proofErr w:type="spellEnd"/>
      <w:r>
        <w:rPr>
          <w:rFonts w:ascii="Times New Roman" w:eastAsia="Times New Roman" w:hAnsi="Times New Roman"/>
        </w:rPr>
        <w:t xml:space="preserve"> la </w:t>
      </w:r>
      <w:proofErr w:type="spellStart"/>
      <w:r>
        <w:rPr>
          <w:rFonts w:ascii="Times New Roman" w:eastAsia="Times New Roman" w:hAnsi="Times New Roman"/>
        </w:rPr>
        <w:t>servicii</w:t>
      </w:r>
      <w:proofErr w:type="spellEnd"/>
      <w:r>
        <w:rPr>
          <w:rFonts w:ascii="Times New Roman" w:eastAsia="Times New Roman" w:hAnsi="Times New Roman"/>
        </w:rPr>
        <w:t xml:space="preserve"> de </w:t>
      </w:r>
      <w:proofErr w:type="spellStart"/>
      <w:r>
        <w:rPr>
          <w:rFonts w:ascii="Times New Roman" w:eastAsia="Times New Roman" w:hAnsi="Times New Roman"/>
        </w:rPr>
        <w:t>bază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eficiente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și</w:t>
      </w:r>
      <w:proofErr w:type="spellEnd"/>
      <w:r>
        <w:rPr>
          <w:rFonts w:ascii="Times New Roman" w:eastAsia="Times New Roman" w:hAnsi="Times New Roman"/>
        </w:rPr>
        <w:t xml:space="preserve"> de </w:t>
      </w:r>
      <w:proofErr w:type="spellStart"/>
      <w:r>
        <w:rPr>
          <w:rFonts w:ascii="Times New Roman" w:eastAsia="Times New Roman" w:hAnsi="Times New Roman"/>
        </w:rPr>
        <w:t>calitate</w:t>
      </w:r>
      <w:proofErr w:type="spellEnd"/>
      <w:r>
        <w:rPr>
          <w:rFonts w:ascii="Times New Roman" w:eastAsia="Times New Roman" w:hAnsi="Times New Roman"/>
        </w:rPr>
        <w:t>”, cod PIDS/586/PO4/339395.</w:t>
      </w:r>
    </w:p>
    <w:p w14:paraId="382C59D5" w14:textId="77777777" w:rsidR="00E544AF" w:rsidRDefault="00E544AF" w:rsidP="00E544AF">
      <w:pPr>
        <w:spacing w:after="80" w:line="240" w:lineRule="auto"/>
        <w:jc w:val="both"/>
      </w:pPr>
    </w:p>
    <w:p w14:paraId="08312A09" w14:textId="63672C00" w:rsidR="00AF0270" w:rsidRDefault="00000000" w:rsidP="00E544AF">
      <w:pPr>
        <w:pStyle w:val="ListParagraph"/>
        <w:numPr>
          <w:ilvl w:val="0"/>
          <w:numId w:val="17"/>
        </w:numPr>
        <w:spacing w:after="80" w:line="240" w:lineRule="auto"/>
        <w:jc w:val="both"/>
      </w:pPr>
      <w:r w:rsidRPr="00E544AF">
        <w:rPr>
          <w:rFonts w:ascii="Times New Roman" w:eastAsia="Times New Roman" w:hAnsi="Times New Roman"/>
          <w:b/>
        </w:rPr>
        <w:t>POSTUL SCOS LA CONCURS</w:t>
      </w:r>
    </w:p>
    <w:p w14:paraId="6126459A" w14:textId="77777777" w:rsidR="00AF0270" w:rsidRDefault="00000000" w:rsidP="00E544AF">
      <w:pPr>
        <w:pStyle w:val="ListBullet"/>
        <w:spacing w:after="40" w:line="240" w:lineRule="auto"/>
        <w:jc w:val="both"/>
      </w:pPr>
      <w:proofErr w:type="spellStart"/>
      <w:r>
        <w:rPr>
          <w:rFonts w:ascii="Times New Roman" w:eastAsia="Times New Roman" w:hAnsi="Times New Roman"/>
        </w:rPr>
        <w:t>Denumirea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postului</w:t>
      </w:r>
      <w:proofErr w:type="spellEnd"/>
      <w:r>
        <w:rPr>
          <w:rFonts w:ascii="Times New Roman" w:eastAsia="Times New Roman" w:hAnsi="Times New Roman"/>
        </w:rPr>
        <w:t xml:space="preserve">: </w:t>
      </w:r>
      <w:r w:rsidRPr="00FA6E55">
        <w:rPr>
          <w:rFonts w:ascii="Times New Roman" w:eastAsia="Times New Roman" w:hAnsi="Times New Roman"/>
          <w:b/>
          <w:bCs/>
          <w:i/>
          <w:iCs/>
        </w:rPr>
        <w:t>ASISTENT MEDICAL COMUNITAR</w:t>
      </w:r>
      <w:r>
        <w:rPr>
          <w:rFonts w:ascii="Times New Roman" w:eastAsia="Times New Roman" w:hAnsi="Times New Roman"/>
        </w:rPr>
        <w:t>;</w:t>
      </w:r>
    </w:p>
    <w:p w14:paraId="144916D7" w14:textId="77777777" w:rsidR="00AF0270" w:rsidRDefault="00000000" w:rsidP="00E544AF">
      <w:pPr>
        <w:pStyle w:val="ListBullet"/>
        <w:spacing w:after="40" w:line="240" w:lineRule="auto"/>
        <w:jc w:val="both"/>
      </w:pPr>
      <w:r>
        <w:rPr>
          <w:rFonts w:ascii="Times New Roman" w:eastAsia="Times New Roman" w:hAnsi="Times New Roman"/>
        </w:rPr>
        <w:t>Cod COR: 325301;</w:t>
      </w:r>
    </w:p>
    <w:p w14:paraId="52FDED2D" w14:textId="77777777" w:rsidR="00AF0270" w:rsidRPr="00FA6E55" w:rsidRDefault="00000000" w:rsidP="00E544AF">
      <w:pPr>
        <w:pStyle w:val="ListBullet"/>
        <w:spacing w:after="40" w:line="240" w:lineRule="auto"/>
        <w:jc w:val="both"/>
        <w:rPr>
          <w:b/>
          <w:bCs/>
          <w:i/>
          <w:iCs/>
        </w:rPr>
      </w:pPr>
      <w:proofErr w:type="spellStart"/>
      <w:r>
        <w:rPr>
          <w:rFonts w:ascii="Times New Roman" w:eastAsia="Times New Roman" w:hAnsi="Times New Roman"/>
        </w:rPr>
        <w:t>Număr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posturi</w:t>
      </w:r>
      <w:proofErr w:type="spellEnd"/>
      <w:r>
        <w:rPr>
          <w:rFonts w:ascii="Times New Roman" w:eastAsia="Times New Roman" w:hAnsi="Times New Roman"/>
        </w:rPr>
        <w:t xml:space="preserve">: </w:t>
      </w:r>
      <w:r w:rsidRPr="00FA6E55">
        <w:rPr>
          <w:rFonts w:ascii="Times New Roman" w:eastAsia="Times New Roman" w:hAnsi="Times New Roman"/>
          <w:b/>
          <w:bCs/>
          <w:i/>
          <w:iCs/>
        </w:rPr>
        <w:t>1 post contractual vacant;</w:t>
      </w:r>
    </w:p>
    <w:p w14:paraId="7280C497" w14:textId="77777777" w:rsidR="00AF0270" w:rsidRDefault="00000000" w:rsidP="00E544AF">
      <w:pPr>
        <w:pStyle w:val="ListBullet"/>
        <w:spacing w:after="40" w:line="240" w:lineRule="auto"/>
        <w:jc w:val="both"/>
      </w:pPr>
      <w:proofErr w:type="spellStart"/>
      <w:r>
        <w:rPr>
          <w:rFonts w:ascii="Times New Roman" w:eastAsia="Times New Roman" w:hAnsi="Times New Roman"/>
        </w:rPr>
        <w:t>Nivelul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postului</w:t>
      </w:r>
      <w:proofErr w:type="spellEnd"/>
      <w:r>
        <w:rPr>
          <w:rFonts w:ascii="Times New Roman" w:eastAsia="Times New Roman" w:hAnsi="Times New Roman"/>
        </w:rPr>
        <w:t xml:space="preserve">: </w:t>
      </w:r>
      <w:proofErr w:type="spellStart"/>
      <w:r w:rsidRPr="00FA6E55">
        <w:rPr>
          <w:rFonts w:ascii="Times New Roman" w:eastAsia="Times New Roman" w:hAnsi="Times New Roman"/>
          <w:b/>
          <w:bCs/>
          <w:i/>
          <w:iCs/>
        </w:rPr>
        <w:t>funcție</w:t>
      </w:r>
      <w:proofErr w:type="spellEnd"/>
      <w:r w:rsidRPr="00FA6E55">
        <w:rPr>
          <w:rFonts w:ascii="Times New Roman" w:eastAsia="Times New Roman" w:hAnsi="Times New Roman"/>
          <w:b/>
          <w:bCs/>
          <w:i/>
          <w:iCs/>
        </w:rPr>
        <w:t xml:space="preserve"> </w:t>
      </w:r>
      <w:proofErr w:type="spellStart"/>
      <w:r w:rsidRPr="00FA6E55">
        <w:rPr>
          <w:rFonts w:ascii="Times New Roman" w:eastAsia="Times New Roman" w:hAnsi="Times New Roman"/>
          <w:b/>
          <w:bCs/>
          <w:i/>
          <w:iCs/>
        </w:rPr>
        <w:t>contractuală</w:t>
      </w:r>
      <w:proofErr w:type="spellEnd"/>
      <w:r w:rsidRPr="00FA6E55">
        <w:rPr>
          <w:rFonts w:ascii="Times New Roman" w:eastAsia="Times New Roman" w:hAnsi="Times New Roman"/>
          <w:b/>
          <w:bCs/>
          <w:i/>
          <w:iCs/>
        </w:rPr>
        <w:t xml:space="preserve"> de </w:t>
      </w:r>
      <w:proofErr w:type="spellStart"/>
      <w:r w:rsidRPr="00FA6E55">
        <w:rPr>
          <w:rFonts w:ascii="Times New Roman" w:eastAsia="Times New Roman" w:hAnsi="Times New Roman"/>
          <w:b/>
          <w:bCs/>
          <w:i/>
          <w:iCs/>
        </w:rPr>
        <w:t>execuție</w:t>
      </w:r>
      <w:proofErr w:type="spellEnd"/>
      <w:r w:rsidRPr="00FA6E55">
        <w:rPr>
          <w:rFonts w:ascii="Times New Roman" w:eastAsia="Times New Roman" w:hAnsi="Times New Roman"/>
          <w:b/>
          <w:bCs/>
          <w:i/>
          <w:iCs/>
        </w:rPr>
        <w:t>;</w:t>
      </w:r>
    </w:p>
    <w:p w14:paraId="5102CE9D" w14:textId="03BF4821" w:rsidR="00AF0270" w:rsidRDefault="00000000" w:rsidP="00E544AF">
      <w:pPr>
        <w:pStyle w:val="ListBullet"/>
        <w:spacing w:after="40" w:line="240" w:lineRule="auto"/>
        <w:jc w:val="both"/>
      </w:pPr>
      <w:r>
        <w:t xml:space="preserve">Grad </w:t>
      </w:r>
      <w:proofErr w:type="spellStart"/>
      <w:r>
        <w:t>profesional</w:t>
      </w:r>
      <w:proofErr w:type="spellEnd"/>
      <w:r>
        <w:t>/</w:t>
      </w:r>
      <w:proofErr w:type="spellStart"/>
      <w:r>
        <w:t>treaptă</w:t>
      </w:r>
      <w:proofErr w:type="spellEnd"/>
      <w:r>
        <w:t xml:space="preserve"> </w:t>
      </w:r>
      <w:proofErr w:type="spellStart"/>
      <w:r>
        <w:t>profesională</w:t>
      </w:r>
      <w:proofErr w:type="spellEnd"/>
      <w:r>
        <w:t xml:space="preserve">: </w:t>
      </w:r>
      <w:proofErr w:type="spellStart"/>
      <w:r w:rsidR="002E02EF" w:rsidRPr="00FA6E55">
        <w:rPr>
          <w:b/>
          <w:bCs/>
          <w:i/>
          <w:iCs/>
        </w:rPr>
        <w:t>asistent</w:t>
      </w:r>
      <w:proofErr w:type="spellEnd"/>
    </w:p>
    <w:p w14:paraId="73BD3D51" w14:textId="6DAD1C13" w:rsidR="00AF0270" w:rsidRPr="00FA6E55" w:rsidRDefault="00000000" w:rsidP="00E544AF">
      <w:pPr>
        <w:pStyle w:val="ListBullet"/>
        <w:spacing w:after="40" w:line="240" w:lineRule="auto"/>
        <w:jc w:val="both"/>
        <w:rPr>
          <w:b/>
          <w:bCs/>
          <w:i/>
          <w:iCs/>
        </w:rPr>
      </w:pPr>
      <w:proofErr w:type="spellStart"/>
      <w:r>
        <w:rPr>
          <w:rFonts w:ascii="Times New Roman" w:eastAsia="Times New Roman" w:hAnsi="Times New Roman"/>
        </w:rPr>
        <w:t>Durata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muncii</w:t>
      </w:r>
      <w:proofErr w:type="spellEnd"/>
      <w:r>
        <w:rPr>
          <w:rFonts w:ascii="Times New Roman" w:eastAsia="Times New Roman" w:hAnsi="Times New Roman"/>
        </w:rPr>
        <w:t xml:space="preserve">: </w:t>
      </w:r>
      <w:proofErr w:type="spellStart"/>
      <w:r>
        <w:rPr>
          <w:rFonts w:ascii="Times New Roman" w:eastAsia="Times New Roman" w:hAnsi="Times New Roman"/>
        </w:rPr>
        <w:t>normă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întreagă</w:t>
      </w:r>
      <w:proofErr w:type="spellEnd"/>
      <w:r>
        <w:rPr>
          <w:rFonts w:ascii="Times New Roman" w:eastAsia="Times New Roman" w:hAnsi="Times New Roman"/>
        </w:rPr>
        <w:t xml:space="preserve"> – </w:t>
      </w:r>
      <w:r w:rsidRPr="00FA6E55">
        <w:rPr>
          <w:rFonts w:ascii="Times New Roman" w:eastAsia="Times New Roman" w:hAnsi="Times New Roman"/>
          <w:b/>
          <w:bCs/>
          <w:i/>
          <w:iCs/>
        </w:rPr>
        <w:t>8 ore/zi, 40 ore/</w:t>
      </w:r>
      <w:proofErr w:type="spellStart"/>
      <w:r w:rsidRPr="00FA6E55">
        <w:rPr>
          <w:rFonts w:ascii="Times New Roman" w:eastAsia="Times New Roman" w:hAnsi="Times New Roman"/>
          <w:b/>
          <w:bCs/>
          <w:i/>
          <w:iCs/>
        </w:rPr>
        <w:t>săptămână</w:t>
      </w:r>
      <w:proofErr w:type="spellEnd"/>
      <w:r w:rsidRPr="00FA6E55">
        <w:rPr>
          <w:rFonts w:ascii="Times New Roman" w:eastAsia="Times New Roman" w:hAnsi="Times New Roman"/>
          <w:b/>
          <w:bCs/>
          <w:i/>
          <w:iCs/>
        </w:rPr>
        <w:t xml:space="preserve"> </w:t>
      </w:r>
    </w:p>
    <w:p w14:paraId="3DE635ED" w14:textId="77777777" w:rsidR="00AF0270" w:rsidRPr="00FA6E55" w:rsidRDefault="00000000" w:rsidP="00E544AF">
      <w:pPr>
        <w:pStyle w:val="ListBullet"/>
        <w:spacing w:after="40" w:line="240" w:lineRule="auto"/>
        <w:jc w:val="both"/>
        <w:rPr>
          <w:b/>
          <w:bCs/>
          <w:i/>
          <w:iCs/>
        </w:rPr>
      </w:pPr>
      <w:proofErr w:type="spellStart"/>
      <w:r>
        <w:rPr>
          <w:rFonts w:ascii="Times New Roman" w:eastAsia="Times New Roman" w:hAnsi="Times New Roman"/>
        </w:rPr>
        <w:t>Durata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contractului</w:t>
      </w:r>
      <w:proofErr w:type="spellEnd"/>
      <w:r>
        <w:rPr>
          <w:rFonts w:ascii="Times New Roman" w:eastAsia="Times New Roman" w:hAnsi="Times New Roman"/>
        </w:rPr>
        <w:t xml:space="preserve"> individual de </w:t>
      </w:r>
      <w:proofErr w:type="spellStart"/>
      <w:r>
        <w:rPr>
          <w:rFonts w:ascii="Times New Roman" w:eastAsia="Times New Roman" w:hAnsi="Times New Roman"/>
        </w:rPr>
        <w:t>muncă</w:t>
      </w:r>
      <w:proofErr w:type="spellEnd"/>
      <w:r>
        <w:rPr>
          <w:rFonts w:ascii="Times New Roman" w:eastAsia="Times New Roman" w:hAnsi="Times New Roman"/>
        </w:rPr>
        <w:t xml:space="preserve">: </w:t>
      </w:r>
      <w:proofErr w:type="spellStart"/>
      <w:r w:rsidRPr="00FA6E55">
        <w:rPr>
          <w:rFonts w:ascii="Times New Roman" w:eastAsia="Times New Roman" w:hAnsi="Times New Roman"/>
          <w:b/>
          <w:bCs/>
          <w:i/>
          <w:iCs/>
        </w:rPr>
        <w:t>perioadă</w:t>
      </w:r>
      <w:proofErr w:type="spellEnd"/>
      <w:r w:rsidRPr="00FA6E55">
        <w:rPr>
          <w:rFonts w:ascii="Times New Roman" w:eastAsia="Times New Roman" w:hAnsi="Times New Roman"/>
          <w:b/>
          <w:bCs/>
          <w:i/>
          <w:iCs/>
        </w:rPr>
        <w:t xml:space="preserve"> </w:t>
      </w:r>
      <w:proofErr w:type="spellStart"/>
      <w:r w:rsidRPr="00FA6E55">
        <w:rPr>
          <w:rFonts w:ascii="Times New Roman" w:eastAsia="Times New Roman" w:hAnsi="Times New Roman"/>
          <w:b/>
          <w:bCs/>
          <w:i/>
          <w:iCs/>
        </w:rPr>
        <w:t>nedeterminată</w:t>
      </w:r>
      <w:proofErr w:type="spellEnd"/>
      <w:r w:rsidRPr="00FA6E55">
        <w:rPr>
          <w:rFonts w:ascii="Times New Roman" w:eastAsia="Times New Roman" w:hAnsi="Times New Roman"/>
          <w:b/>
          <w:bCs/>
          <w:i/>
          <w:iCs/>
        </w:rPr>
        <w:t xml:space="preserve">, </w:t>
      </w:r>
      <w:proofErr w:type="spellStart"/>
      <w:r w:rsidRPr="00FA6E55">
        <w:rPr>
          <w:rFonts w:ascii="Times New Roman" w:eastAsia="Times New Roman" w:hAnsi="Times New Roman"/>
          <w:b/>
          <w:bCs/>
          <w:i/>
          <w:iCs/>
        </w:rPr>
        <w:t>în</w:t>
      </w:r>
      <w:proofErr w:type="spellEnd"/>
      <w:r w:rsidRPr="00FA6E55">
        <w:rPr>
          <w:rFonts w:ascii="Times New Roman" w:eastAsia="Times New Roman" w:hAnsi="Times New Roman"/>
          <w:b/>
          <w:bCs/>
          <w:i/>
          <w:iCs/>
        </w:rPr>
        <w:t xml:space="preserve"> </w:t>
      </w:r>
      <w:proofErr w:type="spellStart"/>
      <w:r w:rsidRPr="00FA6E55">
        <w:rPr>
          <w:rFonts w:ascii="Times New Roman" w:eastAsia="Times New Roman" w:hAnsi="Times New Roman"/>
          <w:b/>
          <w:bCs/>
          <w:i/>
          <w:iCs/>
        </w:rPr>
        <w:t>condițiile</w:t>
      </w:r>
      <w:proofErr w:type="spellEnd"/>
      <w:r w:rsidRPr="00FA6E55">
        <w:rPr>
          <w:rFonts w:ascii="Times New Roman" w:eastAsia="Times New Roman" w:hAnsi="Times New Roman"/>
          <w:b/>
          <w:bCs/>
          <w:i/>
          <w:iCs/>
        </w:rPr>
        <w:t xml:space="preserve"> O.U.G. nr. 18/2017;</w:t>
      </w:r>
    </w:p>
    <w:p w14:paraId="43AF9559" w14:textId="77777777" w:rsidR="00AF0270" w:rsidRPr="00FA6E55" w:rsidRDefault="00000000" w:rsidP="00E544AF">
      <w:pPr>
        <w:pStyle w:val="ListBullet"/>
        <w:spacing w:after="40" w:line="240" w:lineRule="auto"/>
        <w:jc w:val="both"/>
        <w:rPr>
          <w:b/>
          <w:bCs/>
          <w:i/>
          <w:iCs/>
        </w:rPr>
      </w:pPr>
      <w:proofErr w:type="spellStart"/>
      <w:r>
        <w:rPr>
          <w:rFonts w:ascii="Times New Roman" w:eastAsia="Times New Roman" w:hAnsi="Times New Roman"/>
        </w:rPr>
        <w:t>Locul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desfășurării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activității</w:t>
      </w:r>
      <w:proofErr w:type="spellEnd"/>
      <w:r>
        <w:rPr>
          <w:rFonts w:ascii="Times New Roman" w:eastAsia="Times New Roman" w:hAnsi="Times New Roman"/>
        </w:rPr>
        <w:t xml:space="preserve">: </w:t>
      </w:r>
      <w:proofErr w:type="spellStart"/>
      <w:r w:rsidRPr="00FA6E55">
        <w:rPr>
          <w:rFonts w:ascii="Times New Roman" w:eastAsia="Times New Roman" w:hAnsi="Times New Roman"/>
          <w:b/>
          <w:bCs/>
          <w:i/>
          <w:iCs/>
        </w:rPr>
        <w:t>Comuna</w:t>
      </w:r>
      <w:proofErr w:type="spellEnd"/>
      <w:r w:rsidRPr="00FA6E55">
        <w:rPr>
          <w:rFonts w:ascii="Times New Roman" w:eastAsia="Times New Roman" w:hAnsi="Times New Roman"/>
          <w:b/>
          <w:bCs/>
          <w:i/>
          <w:iCs/>
        </w:rPr>
        <w:t xml:space="preserve"> </w:t>
      </w:r>
      <w:proofErr w:type="spellStart"/>
      <w:r w:rsidRPr="00FA6E55">
        <w:rPr>
          <w:rFonts w:ascii="Times New Roman" w:eastAsia="Times New Roman" w:hAnsi="Times New Roman"/>
          <w:b/>
          <w:bCs/>
          <w:i/>
          <w:iCs/>
        </w:rPr>
        <w:t>Tileagd</w:t>
      </w:r>
      <w:proofErr w:type="spellEnd"/>
      <w:r w:rsidRPr="00FA6E55">
        <w:rPr>
          <w:rFonts w:ascii="Times New Roman" w:eastAsia="Times New Roman" w:hAnsi="Times New Roman"/>
          <w:b/>
          <w:bCs/>
          <w:i/>
          <w:iCs/>
        </w:rPr>
        <w:t xml:space="preserve">, </w:t>
      </w:r>
      <w:proofErr w:type="spellStart"/>
      <w:r w:rsidRPr="00FA6E55">
        <w:rPr>
          <w:rFonts w:ascii="Times New Roman" w:eastAsia="Times New Roman" w:hAnsi="Times New Roman"/>
          <w:b/>
          <w:bCs/>
          <w:i/>
          <w:iCs/>
        </w:rPr>
        <w:t>județul</w:t>
      </w:r>
      <w:proofErr w:type="spellEnd"/>
      <w:r w:rsidRPr="00FA6E55">
        <w:rPr>
          <w:rFonts w:ascii="Times New Roman" w:eastAsia="Times New Roman" w:hAnsi="Times New Roman"/>
          <w:b/>
          <w:bCs/>
          <w:i/>
          <w:iCs/>
        </w:rPr>
        <w:t xml:space="preserve"> Bihor, </w:t>
      </w:r>
      <w:proofErr w:type="spellStart"/>
      <w:r w:rsidRPr="00FA6E55">
        <w:rPr>
          <w:rFonts w:ascii="Times New Roman" w:eastAsia="Times New Roman" w:hAnsi="Times New Roman"/>
          <w:b/>
          <w:bCs/>
          <w:i/>
          <w:iCs/>
        </w:rPr>
        <w:t>inclusiv</w:t>
      </w:r>
      <w:proofErr w:type="spellEnd"/>
      <w:r w:rsidRPr="00FA6E55">
        <w:rPr>
          <w:rFonts w:ascii="Times New Roman" w:eastAsia="Times New Roman" w:hAnsi="Times New Roman"/>
          <w:b/>
          <w:bCs/>
          <w:i/>
          <w:iCs/>
        </w:rPr>
        <w:t xml:space="preserve"> </w:t>
      </w:r>
      <w:proofErr w:type="spellStart"/>
      <w:r w:rsidRPr="00FA6E55">
        <w:rPr>
          <w:rFonts w:ascii="Times New Roman" w:eastAsia="Times New Roman" w:hAnsi="Times New Roman"/>
          <w:b/>
          <w:bCs/>
          <w:i/>
          <w:iCs/>
        </w:rPr>
        <w:t>activitate</w:t>
      </w:r>
      <w:proofErr w:type="spellEnd"/>
      <w:r w:rsidRPr="00FA6E55">
        <w:rPr>
          <w:rFonts w:ascii="Times New Roman" w:eastAsia="Times New Roman" w:hAnsi="Times New Roman"/>
          <w:b/>
          <w:bCs/>
          <w:i/>
          <w:iCs/>
        </w:rPr>
        <w:t xml:space="preserve"> </w:t>
      </w:r>
      <w:proofErr w:type="spellStart"/>
      <w:r w:rsidRPr="00FA6E55">
        <w:rPr>
          <w:rFonts w:ascii="Times New Roman" w:eastAsia="Times New Roman" w:hAnsi="Times New Roman"/>
          <w:b/>
          <w:bCs/>
          <w:i/>
          <w:iCs/>
        </w:rPr>
        <w:t>în</w:t>
      </w:r>
      <w:proofErr w:type="spellEnd"/>
      <w:r w:rsidRPr="00FA6E55">
        <w:rPr>
          <w:rFonts w:ascii="Times New Roman" w:eastAsia="Times New Roman" w:hAnsi="Times New Roman"/>
          <w:b/>
          <w:bCs/>
          <w:i/>
          <w:iCs/>
        </w:rPr>
        <w:t xml:space="preserve"> </w:t>
      </w:r>
      <w:proofErr w:type="spellStart"/>
      <w:r w:rsidRPr="00FA6E55">
        <w:rPr>
          <w:rFonts w:ascii="Times New Roman" w:eastAsia="Times New Roman" w:hAnsi="Times New Roman"/>
          <w:b/>
          <w:bCs/>
          <w:i/>
          <w:iCs/>
        </w:rPr>
        <w:t>teren</w:t>
      </w:r>
      <w:proofErr w:type="spellEnd"/>
      <w:r w:rsidRPr="00FA6E55">
        <w:rPr>
          <w:rFonts w:ascii="Times New Roman" w:eastAsia="Times New Roman" w:hAnsi="Times New Roman"/>
          <w:b/>
          <w:bCs/>
          <w:i/>
          <w:iCs/>
        </w:rPr>
        <w:t xml:space="preserve"> </w:t>
      </w:r>
      <w:proofErr w:type="spellStart"/>
      <w:r w:rsidRPr="00FA6E55">
        <w:rPr>
          <w:rFonts w:ascii="Times New Roman" w:eastAsia="Times New Roman" w:hAnsi="Times New Roman"/>
          <w:b/>
          <w:bCs/>
          <w:i/>
          <w:iCs/>
        </w:rPr>
        <w:t>și</w:t>
      </w:r>
      <w:proofErr w:type="spellEnd"/>
      <w:r w:rsidRPr="00FA6E55">
        <w:rPr>
          <w:rFonts w:ascii="Times New Roman" w:eastAsia="Times New Roman" w:hAnsi="Times New Roman"/>
          <w:b/>
          <w:bCs/>
          <w:i/>
          <w:iCs/>
        </w:rPr>
        <w:t xml:space="preserve"> </w:t>
      </w:r>
      <w:proofErr w:type="spellStart"/>
      <w:r w:rsidRPr="00FA6E55">
        <w:rPr>
          <w:rFonts w:ascii="Times New Roman" w:eastAsia="Times New Roman" w:hAnsi="Times New Roman"/>
          <w:b/>
          <w:bCs/>
          <w:i/>
          <w:iCs/>
        </w:rPr>
        <w:t>în</w:t>
      </w:r>
      <w:proofErr w:type="spellEnd"/>
      <w:r w:rsidRPr="00FA6E55">
        <w:rPr>
          <w:rFonts w:ascii="Times New Roman" w:eastAsia="Times New Roman" w:hAnsi="Times New Roman"/>
          <w:b/>
          <w:bCs/>
          <w:i/>
          <w:iCs/>
        </w:rPr>
        <w:t xml:space="preserve"> </w:t>
      </w:r>
      <w:proofErr w:type="spellStart"/>
      <w:r w:rsidRPr="00FA6E55">
        <w:rPr>
          <w:rFonts w:ascii="Times New Roman" w:eastAsia="Times New Roman" w:hAnsi="Times New Roman"/>
          <w:b/>
          <w:bCs/>
          <w:i/>
          <w:iCs/>
        </w:rPr>
        <w:t>cadrul</w:t>
      </w:r>
      <w:proofErr w:type="spellEnd"/>
      <w:r w:rsidRPr="00FA6E55">
        <w:rPr>
          <w:rFonts w:ascii="Times New Roman" w:eastAsia="Times New Roman" w:hAnsi="Times New Roman"/>
          <w:b/>
          <w:bCs/>
          <w:i/>
          <w:iCs/>
        </w:rPr>
        <w:t xml:space="preserve"> </w:t>
      </w:r>
      <w:proofErr w:type="spellStart"/>
      <w:r w:rsidRPr="00FA6E55">
        <w:rPr>
          <w:rFonts w:ascii="Times New Roman" w:eastAsia="Times New Roman" w:hAnsi="Times New Roman"/>
          <w:b/>
          <w:bCs/>
          <w:i/>
          <w:iCs/>
        </w:rPr>
        <w:t>Echipei</w:t>
      </w:r>
      <w:proofErr w:type="spellEnd"/>
      <w:r w:rsidRPr="00FA6E55">
        <w:rPr>
          <w:rFonts w:ascii="Times New Roman" w:eastAsia="Times New Roman" w:hAnsi="Times New Roman"/>
          <w:b/>
          <w:bCs/>
          <w:i/>
          <w:iCs/>
        </w:rPr>
        <w:t xml:space="preserve"> </w:t>
      </w:r>
      <w:proofErr w:type="spellStart"/>
      <w:r w:rsidRPr="00FA6E55">
        <w:rPr>
          <w:rFonts w:ascii="Times New Roman" w:eastAsia="Times New Roman" w:hAnsi="Times New Roman"/>
          <w:b/>
          <w:bCs/>
          <w:i/>
          <w:iCs/>
        </w:rPr>
        <w:t>Comunitare</w:t>
      </w:r>
      <w:proofErr w:type="spellEnd"/>
      <w:r w:rsidRPr="00FA6E55">
        <w:rPr>
          <w:rFonts w:ascii="Times New Roman" w:eastAsia="Times New Roman" w:hAnsi="Times New Roman"/>
          <w:b/>
          <w:bCs/>
          <w:i/>
          <w:iCs/>
        </w:rPr>
        <w:t xml:space="preserve"> Integrate (ECI), </w:t>
      </w:r>
      <w:proofErr w:type="spellStart"/>
      <w:r w:rsidRPr="00FA6E55">
        <w:rPr>
          <w:rFonts w:ascii="Times New Roman" w:eastAsia="Times New Roman" w:hAnsi="Times New Roman"/>
          <w:b/>
          <w:bCs/>
          <w:i/>
          <w:iCs/>
        </w:rPr>
        <w:t>potrivit</w:t>
      </w:r>
      <w:proofErr w:type="spellEnd"/>
      <w:r w:rsidRPr="00FA6E55">
        <w:rPr>
          <w:rFonts w:ascii="Times New Roman" w:eastAsia="Times New Roman" w:hAnsi="Times New Roman"/>
          <w:b/>
          <w:bCs/>
          <w:i/>
          <w:iCs/>
        </w:rPr>
        <w:t xml:space="preserve"> </w:t>
      </w:r>
      <w:proofErr w:type="spellStart"/>
      <w:r w:rsidRPr="00FA6E55">
        <w:rPr>
          <w:rFonts w:ascii="Times New Roman" w:eastAsia="Times New Roman" w:hAnsi="Times New Roman"/>
          <w:b/>
          <w:bCs/>
          <w:i/>
          <w:iCs/>
        </w:rPr>
        <w:t>fișei</w:t>
      </w:r>
      <w:proofErr w:type="spellEnd"/>
      <w:r w:rsidRPr="00FA6E55">
        <w:rPr>
          <w:rFonts w:ascii="Times New Roman" w:eastAsia="Times New Roman" w:hAnsi="Times New Roman"/>
          <w:b/>
          <w:bCs/>
          <w:i/>
          <w:iCs/>
        </w:rPr>
        <w:t xml:space="preserve"> </w:t>
      </w:r>
      <w:proofErr w:type="spellStart"/>
      <w:r w:rsidRPr="00FA6E55">
        <w:rPr>
          <w:rFonts w:ascii="Times New Roman" w:eastAsia="Times New Roman" w:hAnsi="Times New Roman"/>
          <w:b/>
          <w:bCs/>
          <w:i/>
          <w:iCs/>
        </w:rPr>
        <w:t>postului</w:t>
      </w:r>
      <w:proofErr w:type="spellEnd"/>
      <w:r w:rsidRPr="00FA6E55">
        <w:rPr>
          <w:rFonts w:ascii="Times New Roman" w:eastAsia="Times New Roman" w:hAnsi="Times New Roman"/>
          <w:b/>
          <w:bCs/>
          <w:i/>
          <w:iCs/>
        </w:rPr>
        <w:t>.</w:t>
      </w:r>
    </w:p>
    <w:p w14:paraId="42013F6A" w14:textId="77777777" w:rsidR="00AF0270" w:rsidRPr="00E544AF" w:rsidRDefault="00000000" w:rsidP="00E544AF">
      <w:pPr>
        <w:pStyle w:val="ListBullet"/>
        <w:spacing w:after="40" w:line="240" w:lineRule="auto"/>
        <w:jc w:val="both"/>
      </w:pPr>
      <w:proofErr w:type="spellStart"/>
      <w:r w:rsidRPr="00A21E9F">
        <w:rPr>
          <w:rFonts w:ascii="Times New Roman" w:eastAsia="Times New Roman" w:hAnsi="Times New Roman"/>
          <w:b/>
          <w:bCs/>
        </w:rPr>
        <w:t>Salariul</w:t>
      </w:r>
      <w:proofErr w:type="spellEnd"/>
      <w:r w:rsidRPr="00A21E9F">
        <w:rPr>
          <w:rFonts w:ascii="Times New Roman" w:eastAsia="Times New Roman" w:hAnsi="Times New Roman"/>
          <w:b/>
          <w:bCs/>
        </w:rPr>
        <w:t xml:space="preserve"> de </w:t>
      </w:r>
      <w:proofErr w:type="spellStart"/>
      <w:r w:rsidRPr="00A21E9F">
        <w:rPr>
          <w:rFonts w:ascii="Times New Roman" w:eastAsia="Times New Roman" w:hAnsi="Times New Roman"/>
          <w:b/>
          <w:bCs/>
        </w:rPr>
        <w:t>bază</w:t>
      </w:r>
      <w:proofErr w:type="spellEnd"/>
      <w:r>
        <w:rPr>
          <w:rFonts w:ascii="Times New Roman" w:eastAsia="Times New Roman" w:hAnsi="Times New Roman"/>
        </w:rPr>
        <w:t xml:space="preserve">: se </w:t>
      </w:r>
      <w:proofErr w:type="spellStart"/>
      <w:r>
        <w:rPr>
          <w:rFonts w:ascii="Times New Roman" w:eastAsia="Times New Roman" w:hAnsi="Times New Roman"/>
        </w:rPr>
        <w:t>stabilește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potrivit</w:t>
      </w:r>
      <w:proofErr w:type="spellEnd"/>
      <w:r>
        <w:rPr>
          <w:rFonts w:ascii="Times New Roman" w:eastAsia="Times New Roman" w:hAnsi="Times New Roman"/>
        </w:rPr>
        <w:t xml:space="preserve"> Legii-</w:t>
      </w:r>
      <w:proofErr w:type="spellStart"/>
      <w:r>
        <w:rPr>
          <w:rFonts w:ascii="Times New Roman" w:eastAsia="Times New Roman" w:hAnsi="Times New Roman"/>
        </w:rPr>
        <w:t>cadru</w:t>
      </w:r>
      <w:proofErr w:type="spellEnd"/>
      <w:r>
        <w:rPr>
          <w:rFonts w:ascii="Times New Roman" w:eastAsia="Times New Roman" w:hAnsi="Times New Roman"/>
        </w:rPr>
        <w:t xml:space="preserve"> nr. 153/2017, </w:t>
      </w:r>
      <w:proofErr w:type="gramStart"/>
      <w:r>
        <w:rPr>
          <w:rFonts w:ascii="Times New Roman" w:eastAsia="Times New Roman" w:hAnsi="Times New Roman"/>
        </w:rPr>
        <w:t>a</w:t>
      </w:r>
      <w:proofErr w:type="gram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actelor</w:t>
      </w:r>
      <w:proofErr w:type="spellEnd"/>
      <w:r>
        <w:rPr>
          <w:rFonts w:ascii="Times New Roman" w:eastAsia="Times New Roman" w:hAnsi="Times New Roman"/>
        </w:rPr>
        <w:t xml:space="preserve"> normative </w:t>
      </w:r>
      <w:proofErr w:type="spellStart"/>
      <w:r>
        <w:rPr>
          <w:rFonts w:ascii="Times New Roman" w:eastAsia="Times New Roman" w:hAnsi="Times New Roman"/>
        </w:rPr>
        <w:t>privind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salarizarea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personalului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plătit</w:t>
      </w:r>
      <w:proofErr w:type="spellEnd"/>
      <w:r>
        <w:rPr>
          <w:rFonts w:ascii="Times New Roman" w:eastAsia="Times New Roman" w:hAnsi="Times New Roman"/>
        </w:rPr>
        <w:t xml:space="preserve"> din </w:t>
      </w:r>
      <w:proofErr w:type="spellStart"/>
      <w:r>
        <w:rPr>
          <w:rFonts w:ascii="Times New Roman" w:eastAsia="Times New Roman" w:hAnsi="Times New Roman"/>
        </w:rPr>
        <w:t>fonduri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publice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și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actelor</w:t>
      </w:r>
      <w:proofErr w:type="spellEnd"/>
      <w:r>
        <w:rPr>
          <w:rFonts w:ascii="Times New Roman" w:eastAsia="Times New Roman" w:hAnsi="Times New Roman"/>
        </w:rPr>
        <w:t xml:space="preserve"> administrative </w:t>
      </w:r>
      <w:proofErr w:type="spellStart"/>
      <w:r>
        <w:rPr>
          <w:rFonts w:ascii="Times New Roman" w:eastAsia="Times New Roman" w:hAnsi="Times New Roman"/>
        </w:rPr>
        <w:t>aplicabile</w:t>
      </w:r>
      <w:proofErr w:type="spellEnd"/>
      <w:r>
        <w:rPr>
          <w:rFonts w:ascii="Times New Roman" w:eastAsia="Times New Roman" w:hAnsi="Times New Roman"/>
        </w:rPr>
        <w:t xml:space="preserve"> la </w:t>
      </w:r>
      <w:proofErr w:type="spellStart"/>
      <w:r>
        <w:rPr>
          <w:rFonts w:ascii="Times New Roman" w:eastAsia="Times New Roman" w:hAnsi="Times New Roman"/>
        </w:rPr>
        <w:t>nivelul</w:t>
      </w:r>
      <w:proofErr w:type="spellEnd"/>
      <w:r>
        <w:rPr>
          <w:rFonts w:ascii="Times New Roman" w:eastAsia="Times New Roman" w:hAnsi="Times New Roman"/>
        </w:rPr>
        <w:t xml:space="preserve"> UAT </w:t>
      </w:r>
      <w:proofErr w:type="spellStart"/>
      <w:r>
        <w:rPr>
          <w:rFonts w:ascii="Times New Roman" w:eastAsia="Times New Roman" w:hAnsi="Times New Roman"/>
        </w:rPr>
        <w:t>Comuna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Tileagd</w:t>
      </w:r>
      <w:proofErr w:type="spellEnd"/>
      <w:r>
        <w:rPr>
          <w:rFonts w:ascii="Times New Roman" w:eastAsia="Times New Roman" w:hAnsi="Times New Roman"/>
        </w:rPr>
        <w:t>.</w:t>
      </w:r>
    </w:p>
    <w:p w14:paraId="0993B3F4" w14:textId="77777777" w:rsidR="00E544AF" w:rsidRDefault="00E544AF" w:rsidP="00E544AF">
      <w:pPr>
        <w:pStyle w:val="ListBullet"/>
        <w:numPr>
          <w:ilvl w:val="0"/>
          <w:numId w:val="0"/>
        </w:numPr>
        <w:spacing w:after="40" w:line="240" w:lineRule="auto"/>
        <w:ind w:left="360"/>
        <w:jc w:val="both"/>
      </w:pPr>
    </w:p>
    <w:p w14:paraId="44EA954E" w14:textId="7737C1F0" w:rsidR="00AF0270" w:rsidRDefault="00000000" w:rsidP="00E544AF">
      <w:pPr>
        <w:pStyle w:val="ListParagraph"/>
        <w:numPr>
          <w:ilvl w:val="0"/>
          <w:numId w:val="17"/>
        </w:numPr>
        <w:spacing w:after="80" w:line="240" w:lineRule="auto"/>
        <w:jc w:val="both"/>
      </w:pPr>
      <w:r w:rsidRPr="00E544AF">
        <w:rPr>
          <w:rFonts w:ascii="Times New Roman" w:eastAsia="Times New Roman" w:hAnsi="Times New Roman"/>
          <w:b/>
        </w:rPr>
        <w:t>CONDIȚII GENERALE DE PARTICIPARE</w:t>
      </w:r>
    </w:p>
    <w:p w14:paraId="766EBC55" w14:textId="77777777" w:rsidR="00AF0270" w:rsidRDefault="00000000" w:rsidP="00E544AF">
      <w:pPr>
        <w:pStyle w:val="ListBullet"/>
        <w:spacing w:after="40" w:line="240" w:lineRule="auto"/>
        <w:jc w:val="both"/>
      </w:pPr>
      <w:r>
        <w:rPr>
          <w:rFonts w:ascii="Times New Roman" w:eastAsia="Times New Roman" w:hAnsi="Times New Roman"/>
        </w:rPr>
        <w:t xml:space="preserve">are </w:t>
      </w:r>
      <w:proofErr w:type="spellStart"/>
      <w:r>
        <w:rPr>
          <w:rFonts w:ascii="Times New Roman" w:eastAsia="Times New Roman" w:hAnsi="Times New Roman"/>
        </w:rPr>
        <w:t>cetățenia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română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sau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cetățenia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unui</w:t>
      </w:r>
      <w:proofErr w:type="spellEnd"/>
      <w:r>
        <w:rPr>
          <w:rFonts w:ascii="Times New Roman" w:eastAsia="Times New Roman" w:hAnsi="Times New Roman"/>
        </w:rPr>
        <w:t xml:space="preserve"> alt stat </w:t>
      </w:r>
      <w:proofErr w:type="spellStart"/>
      <w:r>
        <w:rPr>
          <w:rFonts w:ascii="Times New Roman" w:eastAsia="Times New Roman" w:hAnsi="Times New Roman"/>
        </w:rPr>
        <w:t>membru</w:t>
      </w:r>
      <w:proofErr w:type="spellEnd"/>
      <w:r>
        <w:rPr>
          <w:rFonts w:ascii="Times New Roman" w:eastAsia="Times New Roman" w:hAnsi="Times New Roman"/>
        </w:rPr>
        <w:t xml:space="preserve"> al </w:t>
      </w:r>
      <w:proofErr w:type="spellStart"/>
      <w:r>
        <w:rPr>
          <w:rFonts w:ascii="Times New Roman" w:eastAsia="Times New Roman" w:hAnsi="Times New Roman"/>
        </w:rPr>
        <w:t>Uniunii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Europene</w:t>
      </w:r>
      <w:proofErr w:type="spellEnd"/>
      <w:r>
        <w:rPr>
          <w:rFonts w:ascii="Times New Roman" w:eastAsia="Times New Roman" w:hAnsi="Times New Roman"/>
        </w:rPr>
        <w:t xml:space="preserve">, a </w:t>
      </w:r>
      <w:proofErr w:type="spellStart"/>
      <w:r>
        <w:rPr>
          <w:rFonts w:ascii="Times New Roman" w:eastAsia="Times New Roman" w:hAnsi="Times New Roman"/>
        </w:rPr>
        <w:t>unui</w:t>
      </w:r>
      <w:proofErr w:type="spellEnd"/>
      <w:r>
        <w:rPr>
          <w:rFonts w:ascii="Times New Roman" w:eastAsia="Times New Roman" w:hAnsi="Times New Roman"/>
        </w:rPr>
        <w:t xml:space="preserve"> stat </w:t>
      </w:r>
      <w:proofErr w:type="spellStart"/>
      <w:r>
        <w:rPr>
          <w:rFonts w:ascii="Times New Roman" w:eastAsia="Times New Roman" w:hAnsi="Times New Roman"/>
        </w:rPr>
        <w:t>parte</w:t>
      </w:r>
      <w:proofErr w:type="spellEnd"/>
      <w:r>
        <w:rPr>
          <w:rFonts w:ascii="Times New Roman" w:eastAsia="Times New Roman" w:hAnsi="Times New Roman"/>
        </w:rPr>
        <w:t xml:space="preserve"> la </w:t>
      </w:r>
      <w:proofErr w:type="spellStart"/>
      <w:r>
        <w:rPr>
          <w:rFonts w:ascii="Times New Roman" w:eastAsia="Times New Roman" w:hAnsi="Times New Roman"/>
        </w:rPr>
        <w:t>Acordul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privind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Spațiul</w:t>
      </w:r>
      <w:proofErr w:type="spellEnd"/>
      <w:r>
        <w:rPr>
          <w:rFonts w:ascii="Times New Roman" w:eastAsia="Times New Roman" w:hAnsi="Times New Roman"/>
        </w:rPr>
        <w:t xml:space="preserve"> Economic European </w:t>
      </w:r>
      <w:proofErr w:type="spellStart"/>
      <w:r>
        <w:rPr>
          <w:rFonts w:ascii="Times New Roman" w:eastAsia="Times New Roman" w:hAnsi="Times New Roman"/>
        </w:rPr>
        <w:t>sau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cetățenia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Confederației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Elvețiene</w:t>
      </w:r>
      <w:proofErr w:type="spellEnd"/>
      <w:r>
        <w:rPr>
          <w:rFonts w:ascii="Times New Roman" w:eastAsia="Times New Roman" w:hAnsi="Times New Roman"/>
        </w:rPr>
        <w:t>;</w:t>
      </w:r>
    </w:p>
    <w:p w14:paraId="113BF168" w14:textId="77777777" w:rsidR="00AF0270" w:rsidRDefault="00000000" w:rsidP="00E544AF">
      <w:pPr>
        <w:pStyle w:val="ListBullet"/>
        <w:spacing w:after="40" w:line="240" w:lineRule="auto"/>
        <w:jc w:val="both"/>
      </w:pPr>
      <w:proofErr w:type="spellStart"/>
      <w:r>
        <w:rPr>
          <w:rFonts w:ascii="Times New Roman" w:eastAsia="Times New Roman" w:hAnsi="Times New Roman"/>
        </w:rPr>
        <w:t>cunoaște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limba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română</w:t>
      </w:r>
      <w:proofErr w:type="spellEnd"/>
      <w:r>
        <w:rPr>
          <w:rFonts w:ascii="Times New Roman" w:eastAsia="Times New Roman" w:hAnsi="Times New Roman"/>
        </w:rPr>
        <w:t xml:space="preserve">, </w:t>
      </w:r>
      <w:proofErr w:type="spellStart"/>
      <w:r>
        <w:rPr>
          <w:rFonts w:ascii="Times New Roman" w:eastAsia="Times New Roman" w:hAnsi="Times New Roman"/>
        </w:rPr>
        <w:t>scris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și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vorbit</w:t>
      </w:r>
      <w:proofErr w:type="spellEnd"/>
      <w:r>
        <w:rPr>
          <w:rFonts w:ascii="Times New Roman" w:eastAsia="Times New Roman" w:hAnsi="Times New Roman"/>
        </w:rPr>
        <w:t>;</w:t>
      </w:r>
    </w:p>
    <w:p w14:paraId="43A8E53E" w14:textId="77777777" w:rsidR="00AF0270" w:rsidRDefault="00000000" w:rsidP="00E544AF">
      <w:pPr>
        <w:pStyle w:val="ListBullet"/>
        <w:spacing w:after="40" w:line="240" w:lineRule="auto"/>
        <w:jc w:val="both"/>
      </w:pPr>
      <w:r>
        <w:rPr>
          <w:rFonts w:ascii="Times New Roman" w:eastAsia="Times New Roman" w:hAnsi="Times New Roman"/>
        </w:rPr>
        <w:t xml:space="preserve">are capacitate de </w:t>
      </w:r>
      <w:proofErr w:type="spellStart"/>
      <w:r>
        <w:rPr>
          <w:rFonts w:ascii="Times New Roman" w:eastAsia="Times New Roman" w:hAnsi="Times New Roman"/>
        </w:rPr>
        <w:t>muncă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în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conformitate</w:t>
      </w:r>
      <w:proofErr w:type="spellEnd"/>
      <w:r>
        <w:rPr>
          <w:rFonts w:ascii="Times New Roman" w:eastAsia="Times New Roman" w:hAnsi="Times New Roman"/>
        </w:rPr>
        <w:t xml:space="preserve"> cu </w:t>
      </w:r>
      <w:proofErr w:type="spellStart"/>
      <w:r>
        <w:rPr>
          <w:rFonts w:ascii="Times New Roman" w:eastAsia="Times New Roman" w:hAnsi="Times New Roman"/>
        </w:rPr>
        <w:t>prevederile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Codului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muncii</w:t>
      </w:r>
      <w:proofErr w:type="spellEnd"/>
      <w:r>
        <w:rPr>
          <w:rFonts w:ascii="Times New Roman" w:eastAsia="Times New Roman" w:hAnsi="Times New Roman"/>
        </w:rPr>
        <w:t>;</w:t>
      </w:r>
    </w:p>
    <w:p w14:paraId="416F59C9" w14:textId="77777777" w:rsidR="00AF0270" w:rsidRDefault="00000000" w:rsidP="00E544AF">
      <w:pPr>
        <w:pStyle w:val="ListBullet"/>
        <w:spacing w:after="40" w:line="240" w:lineRule="auto"/>
        <w:jc w:val="both"/>
      </w:pPr>
      <w:r>
        <w:rPr>
          <w:rFonts w:ascii="Times New Roman" w:eastAsia="Times New Roman" w:hAnsi="Times New Roman"/>
        </w:rPr>
        <w:t xml:space="preserve">are o stare de </w:t>
      </w:r>
      <w:proofErr w:type="spellStart"/>
      <w:r>
        <w:rPr>
          <w:rFonts w:ascii="Times New Roman" w:eastAsia="Times New Roman" w:hAnsi="Times New Roman"/>
        </w:rPr>
        <w:t>sănătate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corespunzătoare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postului</w:t>
      </w:r>
      <w:proofErr w:type="spellEnd"/>
      <w:r>
        <w:rPr>
          <w:rFonts w:ascii="Times New Roman" w:eastAsia="Times New Roman" w:hAnsi="Times New Roman"/>
        </w:rPr>
        <w:t xml:space="preserve">, </w:t>
      </w:r>
      <w:proofErr w:type="spellStart"/>
      <w:r>
        <w:rPr>
          <w:rFonts w:ascii="Times New Roman" w:eastAsia="Times New Roman" w:hAnsi="Times New Roman"/>
        </w:rPr>
        <w:t>atestată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prin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adeverință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medicală</w:t>
      </w:r>
      <w:proofErr w:type="spellEnd"/>
      <w:r>
        <w:rPr>
          <w:rFonts w:ascii="Times New Roman" w:eastAsia="Times New Roman" w:hAnsi="Times New Roman"/>
        </w:rPr>
        <w:t>;</w:t>
      </w:r>
    </w:p>
    <w:p w14:paraId="67D43AD3" w14:textId="77777777" w:rsidR="00AF0270" w:rsidRDefault="00000000" w:rsidP="00E544AF">
      <w:pPr>
        <w:pStyle w:val="ListBullet"/>
        <w:spacing w:after="40" w:line="240" w:lineRule="auto"/>
        <w:jc w:val="both"/>
      </w:pPr>
      <w:proofErr w:type="spellStart"/>
      <w:r>
        <w:rPr>
          <w:rFonts w:ascii="Times New Roman" w:eastAsia="Times New Roman" w:hAnsi="Times New Roman"/>
        </w:rPr>
        <w:t>îndeplinește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condițiile</w:t>
      </w:r>
      <w:proofErr w:type="spellEnd"/>
      <w:r>
        <w:rPr>
          <w:rFonts w:ascii="Times New Roman" w:eastAsia="Times New Roman" w:hAnsi="Times New Roman"/>
        </w:rPr>
        <w:t xml:space="preserve"> de </w:t>
      </w:r>
      <w:proofErr w:type="spellStart"/>
      <w:r>
        <w:rPr>
          <w:rFonts w:ascii="Times New Roman" w:eastAsia="Times New Roman" w:hAnsi="Times New Roman"/>
        </w:rPr>
        <w:t>studii</w:t>
      </w:r>
      <w:proofErr w:type="spellEnd"/>
      <w:r>
        <w:rPr>
          <w:rFonts w:ascii="Times New Roman" w:eastAsia="Times New Roman" w:hAnsi="Times New Roman"/>
        </w:rPr>
        <w:t xml:space="preserve">, de </w:t>
      </w:r>
      <w:proofErr w:type="spellStart"/>
      <w:r>
        <w:rPr>
          <w:rFonts w:ascii="Times New Roman" w:eastAsia="Times New Roman" w:hAnsi="Times New Roman"/>
        </w:rPr>
        <w:t>vechime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în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specialitate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și</w:t>
      </w:r>
      <w:proofErr w:type="spellEnd"/>
      <w:r>
        <w:rPr>
          <w:rFonts w:ascii="Times New Roman" w:eastAsia="Times New Roman" w:hAnsi="Times New Roman"/>
        </w:rPr>
        <w:t xml:space="preserve">, </w:t>
      </w:r>
      <w:proofErr w:type="spellStart"/>
      <w:r>
        <w:rPr>
          <w:rFonts w:ascii="Times New Roman" w:eastAsia="Times New Roman" w:hAnsi="Times New Roman"/>
        </w:rPr>
        <w:t>după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caz</w:t>
      </w:r>
      <w:proofErr w:type="spellEnd"/>
      <w:r>
        <w:rPr>
          <w:rFonts w:ascii="Times New Roman" w:eastAsia="Times New Roman" w:hAnsi="Times New Roman"/>
        </w:rPr>
        <w:t xml:space="preserve">, </w:t>
      </w:r>
      <w:proofErr w:type="spellStart"/>
      <w:r>
        <w:rPr>
          <w:rFonts w:ascii="Times New Roman" w:eastAsia="Times New Roman" w:hAnsi="Times New Roman"/>
        </w:rPr>
        <w:t>celelalte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condiții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specifice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stabilite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pentru</w:t>
      </w:r>
      <w:proofErr w:type="spellEnd"/>
      <w:r>
        <w:rPr>
          <w:rFonts w:ascii="Times New Roman" w:eastAsia="Times New Roman" w:hAnsi="Times New Roman"/>
        </w:rPr>
        <w:t xml:space="preserve"> post;</w:t>
      </w:r>
    </w:p>
    <w:p w14:paraId="53E1A371" w14:textId="77777777" w:rsidR="00AF0270" w:rsidRDefault="00000000" w:rsidP="00E544AF">
      <w:pPr>
        <w:pStyle w:val="ListBullet"/>
        <w:spacing w:after="40" w:line="240" w:lineRule="auto"/>
        <w:jc w:val="both"/>
      </w:pPr>
      <w:r>
        <w:rPr>
          <w:rFonts w:ascii="Times New Roman" w:eastAsia="Times New Roman" w:hAnsi="Times New Roman"/>
        </w:rPr>
        <w:t xml:space="preserve">nu a </w:t>
      </w:r>
      <w:proofErr w:type="spellStart"/>
      <w:r>
        <w:rPr>
          <w:rFonts w:ascii="Times New Roman" w:eastAsia="Times New Roman" w:hAnsi="Times New Roman"/>
        </w:rPr>
        <w:t>fost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condamnat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definitiv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pentru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infracțiunile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prevăzute</w:t>
      </w:r>
      <w:proofErr w:type="spellEnd"/>
      <w:r>
        <w:rPr>
          <w:rFonts w:ascii="Times New Roman" w:eastAsia="Times New Roman" w:hAnsi="Times New Roman"/>
        </w:rPr>
        <w:t xml:space="preserve"> de art. 15 lit. f) din H.G. nr. 1336/2022, cu </w:t>
      </w:r>
      <w:proofErr w:type="spellStart"/>
      <w:r>
        <w:rPr>
          <w:rFonts w:ascii="Times New Roman" w:eastAsia="Times New Roman" w:hAnsi="Times New Roman"/>
        </w:rPr>
        <w:t>excepțiile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prevăzute</w:t>
      </w:r>
      <w:proofErr w:type="spellEnd"/>
      <w:r>
        <w:rPr>
          <w:rFonts w:ascii="Times New Roman" w:eastAsia="Times New Roman" w:hAnsi="Times New Roman"/>
        </w:rPr>
        <w:t xml:space="preserve"> de </w:t>
      </w:r>
      <w:proofErr w:type="spellStart"/>
      <w:r>
        <w:rPr>
          <w:rFonts w:ascii="Times New Roman" w:eastAsia="Times New Roman" w:hAnsi="Times New Roman"/>
        </w:rPr>
        <w:t>lege</w:t>
      </w:r>
      <w:proofErr w:type="spellEnd"/>
      <w:r>
        <w:rPr>
          <w:rFonts w:ascii="Times New Roman" w:eastAsia="Times New Roman" w:hAnsi="Times New Roman"/>
        </w:rPr>
        <w:t>;</w:t>
      </w:r>
    </w:p>
    <w:p w14:paraId="12480A62" w14:textId="77777777" w:rsidR="00AF0270" w:rsidRDefault="00000000" w:rsidP="00E544AF">
      <w:pPr>
        <w:pStyle w:val="ListBullet"/>
        <w:spacing w:after="40" w:line="240" w:lineRule="auto"/>
        <w:jc w:val="both"/>
      </w:pPr>
      <w:r>
        <w:rPr>
          <w:rFonts w:ascii="Times New Roman" w:eastAsia="Times New Roman" w:hAnsi="Times New Roman"/>
        </w:rPr>
        <w:lastRenderedPageBreak/>
        <w:t xml:space="preserve">nu </w:t>
      </w:r>
      <w:proofErr w:type="spellStart"/>
      <w:r>
        <w:rPr>
          <w:rFonts w:ascii="Times New Roman" w:eastAsia="Times New Roman" w:hAnsi="Times New Roman"/>
        </w:rPr>
        <w:t>execută</w:t>
      </w:r>
      <w:proofErr w:type="spellEnd"/>
      <w:r>
        <w:rPr>
          <w:rFonts w:ascii="Times New Roman" w:eastAsia="Times New Roman" w:hAnsi="Times New Roman"/>
        </w:rPr>
        <w:t xml:space="preserve"> o </w:t>
      </w:r>
      <w:proofErr w:type="spellStart"/>
      <w:r>
        <w:rPr>
          <w:rFonts w:ascii="Times New Roman" w:eastAsia="Times New Roman" w:hAnsi="Times New Roman"/>
        </w:rPr>
        <w:t>pedeapsă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complementară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prin</w:t>
      </w:r>
      <w:proofErr w:type="spellEnd"/>
      <w:r>
        <w:rPr>
          <w:rFonts w:ascii="Times New Roman" w:eastAsia="Times New Roman" w:hAnsi="Times New Roman"/>
        </w:rPr>
        <w:t xml:space="preserve"> care </w:t>
      </w:r>
      <w:proofErr w:type="spellStart"/>
      <w:r>
        <w:rPr>
          <w:rFonts w:ascii="Times New Roman" w:eastAsia="Times New Roman" w:hAnsi="Times New Roman"/>
        </w:rPr>
        <w:t>i</w:t>
      </w:r>
      <w:proofErr w:type="spellEnd"/>
      <w:r>
        <w:rPr>
          <w:rFonts w:ascii="Times New Roman" w:eastAsia="Times New Roman" w:hAnsi="Times New Roman"/>
        </w:rPr>
        <w:t xml:space="preserve">-a </w:t>
      </w:r>
      <w:proofErr w:type="spellStart"/>
      <w:r>
        <w:rPr>
          <w:rFonts w:ascii="Times New Roman" w:eastAsia="Times New Roman" w:hAnsi="Times New Roman"/>
        </w:rPr>
        <w:t>fost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interzis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dreptul</w:t>
      </w:r>
      <w:proofErr w:type="spellEnd"/>
      <w:r>
        <w:rPr>
          <w:rFonts w:ascii="Times New Roman" w:eastAsia="Times New Roman" w:hAnsi="Times New Roman"/>
        </w:rPr>
        <w:t xml:space="preserve"> de </w:t>
      </w:r>
      <w:proofErr w:type="gramStart"/>
      <w:r>
        <w:rPr>
          <w:rFonts w:ascii="Times New Roman" w:eastAsia="Times New Roman" w:hAnsi="Times New Roman"/>
        </w:rPr>
        <w:t>a</w:t>
      </w:r>
      <w:proofErr w:type="gram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ocupa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funcția</w:t>
      </w:r>
      <w:proofErr w:type="spellEnd"/>
      <w:r>
        <w:rPr>
          <w:rFonts w:ascii="Times New Roman" w:eastAsia="Times New Roman" w:hAnsi="Times New Roman"/>
        </w:rPr>
        <w:t xml:space="preserve">, de </w:t>
      </w:r>
      <w:proofErr w:type="gramStart"/>
      <w:r>
        <w:rPr>
          <w:rFonts w:ascii="Times New Roman" w:eastAsia="Times New Roman" w:hAnsi="Times New Roman"/>
        </w:rPr>
        <w:t>a</w:t>
      </w:r>
      <w:proofErr w:type="gram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exercita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profesia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sau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meseria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ori</w:t>
      </w:r>
      <w:proofErr w:type="spellEnd"/>
      <w:r>
        <w:rPr>
          <w:rFonts w:ascii="Times New Roman" w:eastAsia="Times New Roman" w:hAnsi="Times New Roman"/>
        </w:rPr>
        <w:t xml:space="preserve"> de a </w:t>
      </w:r>
      <w:proofErr w:type="spellStart"/>
      <w:r>
        <w:rPr>
          <w:rFonts w:ascii="Times New Roman" w:eastAsia="Times New Roman" w:hAnsi="Times New Roman"/>
        </w:rPr>
        <w:t>desfășura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activitatea</w:t>
      </w:r>
      <w:proofErr w:type="spellEnd"/>
      <w:r>
        <w:rPr>
          <w:rFonts w:ascii="Times New Roman" w:eastAsia="Times New Roman" w:hAnsi="Times New Roman"/>
        </w:rPr>
        <w:t xml:space="preserve"> de care s-a </w:t>
      </w:r>
      <w:proofErr w:type="spellStart"/>
      <w:r>
        <w:rPr>
          <w:rFonts w:ascii="Times New Roman" w:eastAsia="Times New Roman" w:hAnsi="Times New Roman"/>
        </w:rPr>
        <w:t>folosit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pentru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săvârșirea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infracțiunii</w:t>
      </w:r>
      <w:proofErr w:type="spellEnd"/>
      <w:r>
        <w:rPr>
          <w:rFonts w:ascii="Times New Roman" w:eastAsia="Times New Roman" w:hAnsi="Times New Roman"/>
        </w:rPr>
        <w:t>;</w:t>
      </w:r>
    </w:p>
    <w:p w14:paraId="70C30D64" w14:textId="77777777" w:rsidR="00AF0270" w:rsidRPr="00E544AF" w:rsidRDefault="00000000" w:rsidP="00E544AF">
      <w:pPr>
        <w:pStyle w:val="ListBullet"/>
        <w:spacing w:after="40" w:line="240" w:lineRule="auto"/>
        <w:jc w:val="both"/>
      </w:pPr>
      <w:r>
        <w:rPr>
          <w:rFonts w:ascii="Times New Roman" w:eastAsia="Times New Roman" w:hAnsi="Times New Roman"/>
        </w:rPr>
        <w:t xml:space="preserve">nu a </w:t>
      </w:r>
      <w:proofErr w:type="spellStart"/>
      <w:r>
        <w:rPr>
          <w:rFonts w:ascii="Times New Roman" w:eastAsia="Times New Roman" w:hAnsi="Times New Roman"/>
        </w:rPr>
        <w:t>comis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infracțiunile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prevăzute</w:t>
      </w:r>
      <w:proofErr w:type="spellEnd"/>
      <w:r>
        <w:rPr>
          <w:rFonts w:ascii="Times New Roman" w:eastAsia="Times New Roman" w:hAnsi="Times New Roman"/>
        </w:rPr>
        <w:t xml:space="preserve"> la art. 1 </w:t>
      </w:r>
      <w:proofErr w:type="spellStart"/>
      <w:r>
        <w:rPr>
          <w:rFonts w:ascii="Times New Roman" w:eastAsia="Times New Roman" w:hAnsi="Times New Roman"/>
        </w:rPr>
        <w:t>alin</w:t>
      </w:r>
      <w:proofErr w:type="spellEnd"/>
      <w:r>
        <w:rPr>
          <w:rFonts w:ascii="Times New Roman" w:eastAsia="Times New Roman" w:hAnsi="Times New Roman"/>
        </w:rPr>
        <w:t xml:space="preserve">. (2) din Legea nr. 118/2019, </w:t>
      </w:r>
      <w:proofErr w:type="spellStart"/>
      <w:r>
        <w:rPr>
          <w:rFonts w:ascii="Times New Roman" w:eastAsia="Times New Roman" w:hAnsi="Times New Roman"/>
        </w:rPr>
        <w:t>în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condițiile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prevăzute</w:t>
      </w:r>
      <w:proofErr w:type="spellEnd"/>
      <w:r>
        <w:rPr>
          <w:rFonts w:ascii="Times New Roman" w:eastAsia="Times New Roman" w:hAnsi="Times New Roman"/>
        </w:rPr>
        <w:t xml:space="preserve"> de H.G. nr. 1336/2022, </w:t>
      </w:r>
      <w:proofErr w:type="spellStart"/>
      <w:r>
        <w:rPr>
          <w:rFonts w:ascii="Times New Roman" w:eastAsia="Times New Roman" w:hAnsi="Times New Roman"/>
        </w:rPr>
        <w:t>pentru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posturile</w:t>
      </w:r>
      <w:proofErr w:type="spellEnd"/>
      <w:r>
        <w:rPr>
          <w:rFonts w:ascii="Times New Roman" w:eastAsia="Times New Roman" w:hAnsi="Times New Roman"/>
        </w:rPr>
        <w:t xml:space="preserve"> din </w:t>
      </w:r>
      <w:proofErr w:type="spellStart"/>
      <w:r>
        <w:rPr>
          <w:rFonts w:ascii="Times New Roman" w:eastAsia="Times New Roman" w:hAnsi="Times New Roman"/>
        </w:rPr>
        <w:t>domeniul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sănătății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și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protecției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sociale</w:t>
      </w:r>
      <w:proofErr w:type="spellEnd"/>
      <w:r>
        <w:rPr>
          <w:rFonts w:ascii="Times New Roman" w:eastAsia="Times New Roman" w:hAnsi="Times New Roman"/>
        </w:rPr>
        <w:t>.</w:t>
      </w:r>
    </w:p>
    <w:p w14:paraId="5FC33E5C" w14:textId="77777777" w:rsidR="00E544AF" w:rsidRDefault="00E544AF" w:rsidP="00E544AF">
      <w:pPr>
        <w:pStyle w:val="ListBullet"/>
        <w:numPr>
          <w:ilvl w:val="0"/>
          <w:numId w:val="0"/>
        </w:numPr>
        <w:spacing w:after="40" w:line="240" w:lineRule="auto"/>
        <w:ind w:left="360"/>
        <w:jc w:val="both"/>
      </w:pPr>
    </w:p>
    <w:p w14:paraId="05E5B396" w14:textId="528A4CFE" w:rsidR="00AF0270" w:rsidRDefault="00000000" w:rsidP="00E544AF">
      <w:pPr>
        <w:pStyle w:val="ListParagraph"/>
        <w:numPr>
          <w:ilvl w:val="0"/>
          <w:numId w:val="17"/>
        </w:numPr>
        <w:spacing w:after="80" w:line="240" w:lineRule="auto"/>
        <w:jc w:val="both"/>
      </w:pPr>
      <w:r w:rsidRPr="00E544AF">
        <w:rPr>
          <w:rFonts w:ascii="Times New Roman" w:eastAsia="Times New Roman" w:hAnsi="Times New Roman"/>
          <w:b/>
        </w:rPr>
        <w:t>CONDIȚII SPECIFICE DE PARTICIPARE</w:t>
      </w:r>
    </w:p>
    <w:p w14:paraId="73AF1E2F" w14:textId="1FCA1A13" w:rsidR="00FA6E55" w:rsidRPr="00FA6E55" w:rsidRDefault="00FA6E55" w:rsidP="00FA6E55">
      <w:pPr>
        <w:pStyle w:val="ListBullet"/>
      </w:pPr>
      <w:r w:rsidRPr="00FA6E55">
        <w:t xml:space="preserve">minimum 1 </w:t>
      </w:r>
      <w:proofErr w:type="gramStart"/>
      <w:r w:rsidRPr="00FA6E55">
        <w:t>an</w:t>
      </w:r>
      <w:proofErr w:type="gramEnd"/>
      <w:r w:rsidRPr="00FA6E55">
        <w:t xml:space="preserve"> </w:t>
      </w:r>
      <w:proofErr w:type="spellStart"/>
      <w:r w:rsidRPr="00FA6E55">
        <w:t>vechime</w:t>
      </w:r>
      <w:proofErr w:type="spellEnd"/>
      <w:r w:rsidRPr="00FA6E55">
        <w:t xml:space="preserve"> </w:t>
      </w:r>
      <w:proofErr w:type="spellStart"/>
      <w:r w:rsidRPr="00FA6E55">
        <w:t>în</w:t>
      </w:r>
      <w:proofErr w:type="spellEnd"/>
      <w:r w:rsidRPr="00FA6E55">
        <w:t xml:space="preserve"> </w:t>
      </w:r>
      <w:proofErr w:type="spellStart"/>
      <w:r w:rsidRPr="00FA6E55">
        <w:t>specialitatea</w:t>
      </w:r>
      <w:proofErr w:type="spellEnd"/>
      <w:r w:rsidRPr="00FA6E55">
        <w:t xml:space="preserve"> </w:t>
      </w:r>
      <w:proofErr w:type="spellStart"/>
      <w:r w:rsidRPr="00FA6E55">
        <w:t>studiilor</w:t>
      </w:r>
      <w:proofErr w:type="spellEnd"/>
      <w:r w:rsidRPr="00FA6E55">
        <w:t>;</w:t>
      </w:r>
    </w:p>
    <w:p w14:paraId="58273784" w14:textId="71B97AF6" w:rsidR="00AF0270" w:rsidRDefault="00000000" w:rsidP="00E544AF">
      <w:pPr>
        <w:pStyle w:val="ListBullet"/>
        <w:spacing w:after="40" w:line="240" w:lineRule="auto"/>
        <w:jc w:val="both"/>
      </w:pPr>
      <w:proofErr w:type="spellStart"/>
      <w:r>
        <w:rPr>
          <w:rFonts w:ascii="Times New Roman" w:eastAsia="Times New Roman" w:hAnsi="Times New Roman"/>
        </w:rPr>
        <w:t>absolvirea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liceului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sanitar</w:t>
      </w:r>
      <w:proofErr w:type="spellEnd"/>
      <w:r>
        <w:rPr>
          <w:rFonts w:ascii="Times New Roman" w:eastAsia="Times New Roman" w:hAnsi="Times New Roman"/>
        </w:rPr>
        <w:t xml:space="preserve">, </w:t>
      </w:r>
      <w:proofErr w:type="spellStart"/>
      <w:r>
        <w:rPr>
          <w:rFonts w:ascii="Times New Roman" w:eastAsia="Times New Roman" w:hAnsi="Times New Roman"/>
        </w:rPr>
        <w:t>studii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postliceale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sanitare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sau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învățământ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universitar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în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specializarea</w:t>
      </w:r>
      <w:proofErr w:type="spellEnd"/>
      <w:r>
        <w:rPr>
          <w:rFonts w:ascii="Times New Roman" w:eastAsia="Times New Roman" w:hAnsi="Times New Roman"/>
        </w:rPr>
        <w:t xml:space="preserve"> „</w:t>
      </w:r>
      <w:proofErr w:type="spellStart"/>
      <w:r>
        <w:rPr>
          <w:rFonts w:ascii="Times New Roman" w:eastAsia="Times New Roman" w:hAnsi="Times New Roman"/>
        </w:rPr>
        <w:t>asistență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medicală</w:t>
      </w:r>
      <w:proofErr w:type="spellEnd"/>
      <w:r>
        <w:rPr>
          <w:rFonts w:ascii="Times New Roman" w:eastAsia="Times New Roman" w:hAnsi="Times New Roman"/>
        </w:rPr>
        <w:t xml:space="preserve">”, conform art. 17 </w:t>
      </w:r>
      <w:proofErr w:type="spellStart"/>
      <w:r>
        <w:rPr>
          <w:rFonts w:ascii="Times New Roman" w:eastAsia="Times New Roman" w:hAnsi="Times New Roman"/>
        </w:rPr>
        <w:t>alin</w:t>
      </w:r>
      <w:proofErr w:type="spellEnd"/>
      <w:r>
        <w:rPr>
          <w:rFonts w:ascii="Times New Roman" w:eastAsia="Times New Roman" w:hAnsi="Times New Roman"/>
        </w:rPr>
        <w:t>. (4) lit. a) din H.G. nr. 324/2019;</w:t>
      </w:r>
    </w:p>
    <w:p w14:paraId="73899B5E" w14:textId="77777777" w:rsidR="00AF0270" w:rsidRDefault="00000000" w:rsidP="00E544AF">
      <w:pPr>
        <w:pStyle w:val="ListBullet"/>
        <w:spacing w:after="40" w:line="240" w:lineRule="auto"/>
        <w:jc w:val="both"/>
      </w:pPr>
      <w:proofErr w:type="spellStart"/>
      <w:r>
        <w:rPr>
          <w:rFonts w:ascii="Times New Roman" w:eastAsia="Times New Roman" w:hAnsi="Times New Roman"/>
        </w:rPr>
        <w:t>cunoștințe</w:t>
      </w:r>
      <w:proofErr w:type="spellEnd"/>
      <w:r>
        <w:rPr>
          <w:rFonts w:ascii="Times New Roman" w:eastAsia="Times New Roman" w:hAnsi="Times New Roman"/>
        </w:rPr>
        <w:t xml:space="preserve"> de </w:t>
      </w:r>
      <w:proofErr w:type="spellStart"/>
      <w:r>
        <w:rPr>
          <w:rFonts w:ascii="Times New Roman" w:eastAsia="Times New Roman" w:hAnsi="Times New Roman"/>
        </w:rPr>
        <w:t>operare</w:t>
      </w:r>
      <w:proofErr w:type="spellEnd"/>
      <w:r>
        <w:rPr>
          <w:rFonts w:ascii="Times New Roman" w:eastAsia="Times New Roman" w:hAnsi="Times New Roman"/>
        </w:rPr>
        <w:t xml:space="preserve"> pe calculator – </w:t>
      </w:r>
      <w:proofErr w:type="spellStart"/>
      <w:r>
        <w:rPr>
          <w:rFonts w:ascii="Times New Roman" w:eastAsia="Times New Roman" w:hAnsi="Times New Roman"/>
        </w:rPr>
        <w:t>nivel</w:t>
      </w:r>
      <w:proofErr w:type="spellEnd"/>
      <w:r>
        <w:rPr>
          <w:rFonts w:ascii="Times New Roman" w:eastAsia="Times New Roman" w:hAnsi="Times New Roman"/>
        </w:rPr>
        <w:t xml:space="preserve"> minim;</w:t>
      </w:r>
    </w:p>
    <w:p w14:paraId="011A4BE1" w14:textId="77777777" w:rsidR="00AF0270" w:rsidRDefault="00000000" w:rsidP="00E544AF">
      <w:pPr>
        <w:pStyle w:val="ListBullet"/>
        <w:spacing w:after="40" w:line="240" w:lineRule="auto"/>
        <w:jc w:val="both"/>
      </w:pPr>
      <w:proofErr w:type="spellStart"/>
      <w:r>
        <w:rPr>
          <w:rFonts w:ascii="Times New Roman" w:eastAsia="Times New Roman" w:hAnsi="Times New Roman"/>
        </w:rPr>
        <w:t>certificat</w:t>
      </w:r>
      <w:proofErr w:type="spellEnd"/>
      <w:r>
        <w:rPr>
          <w:rFonts w:ascii="Times New Roman" w:eastAsia="Times New Roman" w:hAnsi="Times New Roman"/>
        </w:rPr>
        <w:t xml:space="preserve"> de </w:t>
      </w:r>
      <w:proofErr w:type="spellStart"/>
      <w:r>
        <w:rPr>
          <w:rFonts w:ascii="Times New Roman" w:eastAsia="Times New Roman" w:hAnsi="Times New Roman"/>
        </w:rPr>
        <w:t>membru</w:t>
      </w:r>
      <w:proofErr w:type="spellEnd"/>
      <w:r>
        <w:rPr>
          <w:rFonts w:ascii="Times New Roman" w:eastAsia="Times New Roman" w:hAnsi="Times New Roman"/>
        </w:rPr>
        <w:t xml:space="preserve"> al </w:t>
      </w:r>
      <w:proofErr w:type="spellStart"/>
      <w:r>
        <w:rPr>
          <w:rFonts w:ascii="Times New Roman" w:eastAsia="Times New Roman" w:hAnsi="Times New Roman"/>
        </w:rPr>
        <w:t>Ordinului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Asistenților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Medicali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Generaliști</w:t>
      </w:r>
      <w:proofErr w:type="spellEnd"/>
      <w:r>
        <w:rPr>
          <w:rFonts w:ascii="Times New Roman" w:eastAsia="Times New Roman" w:hAnsi="Times New Roman"/>
        </w:rPr>
        <w:t xml:space="preserve">, </w:t>
      </w:r>
      <w:proofErr w:type="spellStart"/>
      <w:r>
        <w:rPr>
          <w:rFonts w:ascii="Times New Roman" w:eastAsia="Times New Roman" w:hAnsi="Times New Roman"/>
        </w:rPr>
        <w:t>Moașelor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și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Asistenților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Medicali</w:t>
      </w:r>
      <w:proofErr w:type="spellEnd"/>
      <w:r>
        <w:rPr>
          <w:rFonts w:ascii="Times New Roman" w:eastAsia="Times New Roman" w:hAnsi="Times New Roman"/>
        </w:rPr>
        <w:t xml:space="preserve"> din </w:t>
      </w:r>
      <w:proofErr w:type="spellStart"/>
      <w:r>
        <w:rPr>
          <w:rFonts w:ascii="Times New Roman" w:eastAsia="Times New Roman" w:hAnsi="Times New Roman"/>
        </w:rPr>
        <w:t>România</w:t>
      </w:r>
      <w:proofErr w:type="spellEnd"/>
      <w:r>
        <w:rPr>
          <w:rFonts w:ascii="Times New Roman" w:eastAsia="Times New Roman" w:hAnsi="Times New Roman"/>
        </w:rPr>
        <w:t xml:space="preserve"> (OAMGMAMR);</w:t>
      </w:r>
    </w:p>
    <w:p w14:paraId="68DDAB69" w14:textId="77777777" w:rsidR="00AF0270" w:rsidRDefault="00000000" w:rsidP="00E544AF">
      <w:pPr>
        <w:pStyle w:val="ListBullet"/>
        <w:spacing w:after="40" w:line="240" w:lineRule="auto"/>
        <w:jc w:val="both"/>
      </w:pPr>
      <w:proofErr w:type="spellStart"/>
      <w:r>
        <w:rPr>
          <w:rFonts w:ascii="Times New Roman" w:eastAsia="Times New Roman" w:hAnsi="Times New Roman"/>
        </w:rPr>
        <w:t>aviz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anual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valabil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pentru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exercitarea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profesiei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și</w:t>
      </w:r>
      <w:proofErr w:type="spellEnd"/>
      <w:r>
        <w:rPr>
          <w:rFonts w:ascii="Times New Roman" w:eastAsia="Times New Roman" w:hAnsi="Times New Roman"/>
        </w:rPr>
        <w:t>/</w:t>
      </w:r>
      <w:proofErr w:type="spellStart"/>
      <w:r>
        <w:rPr>
          <w:rFonts w:ascii="Times New Roman" w:eastAsia="Times New Roman" w:hAnsi="Times New Roman"/>
        </w:rPr>
        <w:t>sau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adeverință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eliberată</w:t>
      </w:r>
      <w:proofErr w:type="spellEnd"/>
      <w:r>
        <w:rPr>
          <w:rFonts w:ascii="Times New Roman" w:eastAsia="Times New Roman" w:hAnsi="Times New Roman"/>
        </w:rPr>
        <w:t xml:space="preserve"> de OAMGMAMR </w:t>
      </w:r>
      <w:proofErr w:type="spellStart"/>
      <w:r>
        <w:rPr>
          <w:rFonts w:ascii="Times New Roman" w:eastAsia="Times New Roman" w:hAnsi="Times New Roman"/>
        </w:rPr>
        <w:t>pentru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participarea</w:t>
      </w:r>
      <w:proofErr w:type="spellEnd"/>
      <w:r>
        <w:rPr>
          <w:rFonts w:ascii="Times New Roman" w:eastAsia="Times New Roman" w:hAnsi="Times New Roman"/>
        </w:rPr>
        <w:t xml:space="preserve"> la concurs, </w:t>
      </w:r>
      <w:proofErr w:type="spellStart"/>
      <w:r>
        <w:rPr>
          <w:rFonts w:ascii="Times New Roman" w:eastAsia="Times New Roman" w:hAnsi="Times New Roman"/>
        </w:rPr>
        <w:t>potrivit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reglementărilor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profesionale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aplicabile</w:t>
      </w:r>
      <w:proofErr w:type="spellEnd"/>
      <w:r>
        <w:rPr>
          <w:rFonts w:ascii="Times New Roman" w:eastAsia="Times New Roman" w:hAnsi="Times New Roman"/>
        </w:rPr>
        <w:t>;</w:t>
      </w:r>
    </w:p>
    <w:p w14:paraId="5149AB50" w14:textId="77777777" w:rsidR="00FA6E55" w:rsidRPr="00FA6E55" w:rsidRDefault="00FA6E55" w:rsidP="00FA6E55">
      <w:pPr>
        <w:pStyle w:val="ListParagraph"/>
        <w:spacing w:after="80" w:line="240" w:lineRule="auto"/>
        <w:jc w:val="both"/>
      </w:pPr>
    </w:p>
    <w:p w14:paraId="48F976C6" w14:textId="27570AE5" w:rsidR="00AF0270" w:rsidRDefault="00000000" w:rsidP="00E544AF">
      <w:pPr>
        <w:pStyle w:val="ListParagraph"/>
        <w:numPr>
          <w:ilvl w:val="0"/>
          <w:numId w:val="17"/>
        </w:numPr>
        <w:spacing w:after="80" w:line="240" w:lineRule="auto"/>
        <w:jc w:val="both"/>
      </w:pPr>
      <w:r w:rsidRPr="00E544AF">
        <w:rPr>
          <w:rFonts w:ascii="Times New Roman" w:eastAsia="Times New Roman" w:hAnsi="Times New Roman"/>
          <w:b/>
        </w:rPr>
        <w:t>ACTELE NECESARE PENTRU ÎNSCRIERE</w:t>
      </w:r>
    </w:p>
    <w:p w14:paraId="254E5622" w14:textId="4CBD4787" w:rsidR="00AF0270" w:rsidRDefault="00961665" w:rsidP="00E544AF">
      <w:pPr>
        <w:pStyle w:val="ListNumber"/>
        <w:spacing w:after="40" w:line="240" w:lineRule="auto"/>
        <w:jc w:val="both"/>
      </w:pPr>
      <w:r>
        <w:rPr>
          <w:rFonts w:ascii="Times New Roman" w:eastAsia="Times New Roman" w:hAnsi="Times New Roman"/>
        </w:rPr>
        <w:t xml:space="preserve">-formular de </w:t>
      </w:r>
      <w:proofErr w:type="spellStart"/>
      <w:r>
        <w:rPr>
          <w:rFonts w:ascii="Times New Roman" w:eastAsia="Times New Roman" w:hAnsi="Times New Roman"/>
        </w:rPr>
        <w:t>înscriere</w:t>
      </w:r>
      <w:proofErr w:type="spellEnd"/>
      <w:r>
        <w:rPr>
          <w:rFonts w:ascii="Times New Roman" w:eastAsia="Times New Roman" w:hAnsi="Times New Roman"/>
        </w:rPr>
        <w:t xml:space="preserve"> la concurs, conform </w:t>
      </w:r>
      <w:proofErr w:type="spellStart"/>
      <w:r>
        <w:rPr>
          <w:rFonts w:ascii="Times New Roman" w:eastAsia="Times New Roman" w:hAnsi="Times New Roman"/>
        </w:rPr>
        <w:t>modelului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prevăzut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în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anexa</w:t>
      </w:r>
      <w:proofErr w:type="spellEnd"/>
      <w:r>
        <w:rPr>
          <w:rFonts w:ascii="Times New Roman" w:eastAsia="Times New Roman" w:hAnsi="Times New Roman"/>
        </w:rPr>
        <w:t xml:space="preserve"> nr. 2 la H.G. nr. 1336/2022;</w:t>
      </w:r>
    </w:p>
    <w:p w14:paraId="494B25C6" w14:textId="77777777" w:rsidR="00AF0270" w:rsidRDefault="00000000" w:rsidP="00E544AF">
      <w:pPr>
        <w:pStyle w:val="ListNumber"/>
        <w:spacing w:after="40" w:line="240" w:lineRule="auto"/>
        <w:jc w:val="both"/>
      </w:pPr>
      <w:proofErr w:type="spellStart"/>
      <w:r>
        <w:rPr>
          <w:rFonts w:ascii="Times New Roman" w:eastAsia="Times New Roman" w:hAnsi="Times New Roman"/>
        </w:rPr>
        <w:t>copia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actului</w:t>
      </w:r>
      <w:proofErr w:type="spellEnd"/>
      <w:r>
        <w:rPr>
          <w:rFonts w:ascii="Times New Roman" w:eastAsia="Times New Roman" w:hAnsi="Times New Roman"/>
        </w:rPr>
        <w:t xml:space="preserve"> de </w:t>
      </w:r>
      <w:proofErr w:type="spellStart"/>
      <w:r>
        <w:rPr>
          <w:rFonts w:ascii="Times New Roman" w:eastAsia="Times New Roman" w:hAnsi="Times New Roman"/>
        </w:rPr>
        <w:t>identitate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sau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orice</w:t>
      </w:r>
      <w:proofErr w:type="spellEnd"/>
      <w:r>
        <w:rPr>
          <w:rFonts w:ascii="Times New Roman" w:eastAsia="Times New Roman" w:hAnsi="Times New Roman"/>
        </w:rPr>
        <w:t xml:space="preserve"> alt document care </w:t>
      </w:r>
      <w:proofErr w:type="spellStart"/>
      <w:r>
        <w:rPr>
          <w:rFonts w:ascii="Times New Roman" w:eastAsia="Times New Roman" w:hAnsi="Times New Roman"/>
        </w:rPr>
        <w:t>atestă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identitatea</w:t>
      </w:r>
      <w:proofErr w:type="spellEnd"/>
      <w:r>
        <w:rPr>
          <w:rFonts w:ascii="Times New Roman" w:eastAsia="Times New Roman" w:hAnsi="Times New Roman"/>
        </w:rPr>
        <w:t xml:space="preserve">, </w:t>
      </w:r>
      <w:proofErr w:type="spellStart"/>
      <w:r>
        <w:rPr>
          <w:rFonts w:ascii="Times New Roman" w:eastAsia="Times New Roman" w:hAnsi="Times New Roman"/>
        </w:rPr>
        <w:t>aflat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în</w:t>
      </w:r>
      <w:proofErr w:type="spellEnd"/>
      <w:r>
        <w:rPr>
          <w:rFonts w:ascii="Times New Roman" w:eastAsia="Times New Roman" w:hAnsi="Times New Roman"/>
        </w:rPr>
        <w:t xml:space="preserve"> termen de </w:t>
      </w:r>
      <w:proofErr w:type="spellStart"/>
      <w:r>
        <w:rPr>
          <w:rFonts w:ascii="Times New Roman" w:eastAsia="Times New Roman" w:hAnsi="Times New Roman"/>
        </w:rPr>
        <w:t>valabilitate</w:t>
      </w:r>
      <w:proofErr w:type="spellEnd"/>
      <w:r>
        <w:rPr>
          <w:rFonts w:ascii="Times New Roman" w:eastAsia="Times New Roman" w:hAnsi="Times New Roman"/>
        </w:rPr>
        <w:t>;</w:t>
      </w:r>
    </w:p>
    <w:p w14:paraId="62F50B72" w14:textId="146DD339" w:rsidR="00AF0270" w:rsidRDefault="00961665" w:rsidP="00E544AF">
      <w:pPr>
        <w:pStyle w:val="ListNumber"/>
        <w:spacing w:after="40" w:line="240" w:lineRule="auto"/>
        <w:jc w:val="both"/>
      </w:pPr>
      <w:r>
        <w:rPr>
          <w:rFonts w:ascii="Times New Roman" w:eastAsia="Times New Roman" w:hAnsi="Times New Roman"/>
        </w:rPr>
        <w:t>-</w:t>
      </w:r>
      <w:proofErr w:type="spellStart"/>
      <w:r>
        <w:rPr>
          <w:rFonts w:ascii="Times New Roman" w:eastAsia="Times New Roman" w:hAnsi="Times New Roman"/>
        </w:rPr>
        <w:t>copia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certificatului</w:t>
      </w:r>
      <w:proofErr w:type="spellEnd"/>
      <w:r>
        <w:rPr>
          <w:rFonts w:ascii="Times New Roman" w:eastAsia="Times New Roman" w:hAnsi="Times New Roman"/>
        </w:rPr>
        <w:t xml:space="preserve"> de </w:t>
      </w:r>
      <w:proofErr w:type="spellStart"/>
      <w:r>
        <w:rPr>
          <w:rFonts w:ascii="Times New Roman" w:eastAsia="Times New Roman" w:hAnsi="Times New Roman"/>
        </w:rPr>
        <w:t>căsătorie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sau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gramStart"/>
      <w:r>
        <w:rPr>
          <w:rFonts w:ascii="Times New Roman" w:eastAsia="Times New Roman" w:hAnsi="Times New Roman"/>
        </w:rPr>
        <w:t>a</w:t>
      </w:r>
      <w:proofErr w:type="gram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altui</w:t>
      </w:r>
      <w:proofErr w:type="spellEnd"/>
      <w:r>
        <w:rPr>
          <w:rFonts w:ascii="Times New Roman" w:eastAsia="Times New Roman" w:hAnsi="Times New Roman"/>
        </w:rPr>
        <w:t xml:space="preserve"> document </w:t>
      </w:r>
      <w:proofErr w:type="spellStart"/>
      <w:r>
        <w:rPr>
          <w:rFonts w:ascii="Times New Roman" w:eastAsia="Times New Roman" w:hAnsi="Times New Roman"/>
        </w:rPr>
        <w:t>prin</w:t>
      </w:r>
      <w:proofErr w:type="spellEnd"/>
      <w:r>
        <w:rPr>
          <w:rFonts w:ascii="Times New Roman" w:eastAsia="Times New Roman" w:hAnsi="Times New Roman"/>
        </w:rPr>
        <w:t xml:space="preserve"> care s-a </w:t>
      </w:r>
      <w:proofErr w:type="spellStart"/>
      <w:r>
        <w:rPr>
          <w:rFonts w:ascii="Times New Roman" w:eastAsia="Times New Roman" w:hAnsi="Times New Roman"/>
        </w:rPr>
        <w:t>realizat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schimbarea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numelui</w:t>
      </w:r>
      <w:proofErr w:type="spellEnd"/>
      <w:r>
        <w:rPr>
          <w:rFonts w:ascii="Times New Roman" w:eastAsia="Times New Roman" w:hAnsi="Times New Roman"/>
        </w:rPr>
        <w:t xml:space="preserve">, </w:t>
      </w:r>
      <w:proofErr w:type="spellStart"/>
      <w:r>
        <w:rPr>
          <w:rFonts w:ascii="Times New Roman" w:eastAsia="Times New Roman" w:hAnsi="Times New Roman"/>
        </w:rPr>
        <w:t>după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caz</w:t>
      </w:r>
      <w:proofErr w:type="spellEnd"/>
      <w:r>
        <w:rPr>
          <w:rFonts w:ascii="Times New Roman" w:eastAsia="Times New Roman" w:hAnsi="Times New Roman"/>
        </w:rPr>
        <w:t>;</w:t>
      </w:r>
    </w:p>
    <w:p w14:paraId="6DC5118B" w14:textId="544CE8A1" w:rsidR="00AF0270" w:rsidRDefault="00961665" w:rsidP="00E544AF">
      <w:pPr>
        <w:pStyle w:val="ListNumber"/>
        <w:spacing w:after="40" w:line="240" w:lineRule="auto"/>
        <w:jc w:val="both"/>
      </w:pPr>
      <w:r>
        <w:rPr>
          <w:rFonts w:ascii="Times New Roman" w:eastAsia="Times New Roman" w:hAnsi="Times New Roman"/>
        </w:rPr>
        <w:t>-</w:t>
      </w:r>
      <w:proofErr w:type="spellStart"/>
      <w:r>
        <w:rPr>
          <w:rFonts w:ascii="Times New Roman" w:eastAsia="Times New Roman" w:hAnsi="Times New Roman"/>
        </w:rPr>
        <w:t>copii</w:t>
      </w:r>
      <w:proofErr w:type="spellEnd"/>
      <w:r>
        <w:rPr>
          <w:rFonts w:ascii="Times New Roman" w:eastAsia="Times New Roman" w:hAnsi="Times New Roman"/>
        </w:rPr>
        <w:t xml:space="preserve"> ale </w:t>
      </w:r>
      <w:proofErr w:type="spellStart"/>
      <w:r>
        <w:rPr>
          <w:rFonts w:ascii="Times New Roman" w:eastAsia="Times New Roman" w:hAnsi="Times New Roman"/>
        </w:rPr>
        <w:t>documentelor</w:t>
      </w:r>
      <w:proofErr w:type="spellEnd"/>
      <w:r>
        <w:rPr>
          <w:rFonts w:ascii="Times New Roman" w:eastAsia="Times New Roman" w:hAnsi="Times New Roman"/>
        </w:rPr>
        <w:t xml:space="preserve"> care </w:t>
      </w:r>
      <w:proofErr w:type="spellStart"/>
      <w:r>
        <w:rPr>
          <w:rFonts w:ascii="Times New Roman" w:eastAsia="Times New Roman" w:hAnsi="Times New Roman"/>
        </w:rPr>
        <w:t>atestă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nivelul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studiilor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și</w:t>
      </w:r>
      <w:proofErr w:type="spellEnd"/>
      <w:r>
        <w:rPr>
          <w:rFonts w:ascii="Times New Roman" w:eastAsia="Times New Roman" w:hAnsi="Times New Roman"/>
        </w:rPr>
        <w:t xml:space="preserve"> ale </w:t>
      </w:r>
      <w:proofErr w:type="spellStart"/>
      <w:r>
        <w:rPr>
          <w:rFonts w:ascii="Times New Roman" w:eastAsia="Times New Roman" w:hAnsi="Times New Roman"/>
        </w:rPr>
        <w:t>altor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acte</w:t>
      </w:r>
      <w:proofErr w:type="spellEnd"/>
      <w:r>
        <w:rPr>
          <w:rFonts w:ascii="Times New Roman" w:eastAsia="Times New Roman" w:hAnsi="Times New Roman"/>
        </w:rPr>
        <w:t xml:space="preserve"> care </w:t>
      </w:r>
      <w:proofErr w:type="spellStart"/>
      <w:r>
        <w:rPr>
          <w:rFonts w:ascii="Times New Roman" w:eastAsia="Times New Roman" w:hAnsi="Times New Roman"/>
        </w:rPr>
        <w:t>atestă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efectuarea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unor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specializări</w:t>
      </w:r>
      <w:proofErr w:type="spellEnd"/>
      <w:r>
        <w:rPr>
          <w:rFonts w:ascii="Times New Roman" w:eastAsia="Times New Roman" w:hAnsi="Times New Roman"/>
        </w:rPr>
        <w:t xml:space="preserve">, precum </w:t>
      </w:r>
      <w:proofErr w:type="spellStart"/>
      <w:r>
        <w:rPr>
          <w:rFonts w:ascii="Times New Roman" w:eastAsia="Times New Roman" w:hAnsi="Times New Roman"/>
        </w:rPr>
        <w:t>și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documentele</w:t>
      </w:r>
      <w:proofErr w:type="spellEnd"/>
      <w:r>
        <w:rPr>
          <w:rFonts w:ascii="Times New Roman" w:eastAsia="Times New Roman" w:hAnsi="Times New Roman"/>
        </w:rPr>
        <w:t xml:space="preserve"> care </w:t>
      </w:r>
      <w:proofErr w:type="spellStart"/>
      <w:r>
        <w:rPr>
          <w:rFonts w:ascii="Times New Roman" w:eastAsia="Times New Roman" w:hAnsi="Times New Roman"/>
        </w:rPr>
        <w:t>atestă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îndeplinirea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condițiilor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specifice</w:t>
      </w:r>
      <w:proofErr w:type="spellEnd"/>
      <w:r>
        <w:rPr>
          <w:rFonts w:ascii="Times New Roman" w:eastAsia="Times New Roman" w:hAnsi="Times New Roman"/>
        </w:rPr>
        <w:t xml:space="preserve"> ale </w:t>
      </w:r>
      <w:proofErr w:type="spellStart"/>
      <w:r>
        <w:rPr>
          <w:rFonts w:ascii="Times New Roman" w:eastAsia="Times New Roman" w:hAnsi="Times New Roman"/>
        </w:rPr>
        <w:t>postului</w:t>
      </w:r>
      <w:proofErr w:type="spellEnd"/>
      <w:r>
        <w:rPr>
          <w:rFonts w:ascii="Times New Roman" w:eastAsia="Times New Roman" w:hAnsi="Times New Roman"/>
        </w:rPr>
        <w:t>;</w:t>
      </w:r>
    </w:p>
    <w:p w14:paraId="3C3EE860" w14:textId="258547CD" w:rsidR="00AF0270" w:rsidRDefault="00961665" w:rsidP="00E544AF">
      <w:pPr>
        <w:pStyle w:val="ListNumber"/>
        <w:spacing w:after="40" w:line="240" w:lineRule="auto"/>
        <w:jc w:val="both"/>
      </w:pPr>
      <w:r>
        <w:rPr>
          <w:rFonts w:ascii="Times New Roman" w:eastAsia="Times New Roman" w:hAnsi="Times New Roman"/>
        </w:rPr>
        <w:t>-</w:t>
      </w:r>
      <w:proofErr w:type="spellStart"/>
      <w:r>
        <w:rPr>
          <w:rFonts w:ascii="Times New Roman" w:eastAsia="Times New Roman" w:hAnsi="Times New Roman"/>
        </w:rPr>
        <w:t>copie</w:t>
      </w:r>
      <w:proofErr w:type="spellEnd"/>
      <w:r>
        <w:rPr>
          <w:rFonts w:ascii="Times New Roman" w:eastAsia="Times New Roman" w:hAnsi="Times New Roman"/>
        </w:rPr>
        <w:t xml:space="preserve"> a </w:t>
      </w:r>
      <w:proofErr w:type="spellStart"/>
      <w:r>
        <w:rPr>
          <w:rFonts w:ascii="Times New Roman" w:eastAsia="Times New Roman" w:hAnsi="Times New Roman"/>
        </w:rPr>
        <w:t>carnetului</w:t>
      </w:r>
      <w:proofErr w:type="spellEnd"/>
      <w:r>
        <w:rPr>
          <w:rFonts w:ascii="Times New Roman" w:eastAsia="Times New Roman" w:hAnsi="Times New Roman"/>
        </w:rPr>
        <w:t xml:space="preserve"> de </w:t>
      </w:r>
      <w:proofErr w:type="spellStart"/>
      <w:r>
        <w:rPr>
          <w:rFonts w:ascii="Times New Roman" w:eastAsia="Times New Roman" w:hAnsi="Times New Roman"/>
        </w:rPr>
        <w:t>muncă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sau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adeverință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eliberată</w:t>
      </w:r>
      <w:proofErr w:type="spellEnd"/>
      <w:r>
        <w:rPr>
          <w:rFonts w:ascii="Times New Roman" w:eastAsia="Times New Roman" w:hAnsi="Times New Roman"/>
        </w:rPr>
        <w:t xml:space="preserve"> de </w:t>
      </w:r>
      <w:proofErr w:type="spellStart"/>
      <w:r>
        <w:rPr>
          <w:rFonts w:ascii="Times New Roman" w:eastAsia="Times New Roman" w:hAnsi="Times New Roman"/>
        </w:rPr>
        <w:t>angajator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pentru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perioada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lucrată</w:t>
      </w:r>
      <w:proofErr w:type="spellEnd"/>
      <w:r>
        <w:rPr>
          <w:rFonts w:ascii="Times New Roman" w:eastAsia="Times New Roman" w:hAnsi="Times New Roman"/>
        </w:rPr>
        <w:t xml:space="preserve">, din care </w:t>
      </w:r>
      <w:proofErr w:type="spellStart"/>
      <w:r>
        <w:rPr>
          <w:rFonts w:ascii="Times New Roman" w:eastAsia="Times New Roman" w:hAnsi="Times New Roman"/>
        </w:rPr>
        <w:t>să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rezulte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vechimea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în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muncă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și</w:t>
      </w:r>
      <w:proofErr w:type="spellEnd"/>
      <w:r>
        <w:rPr>
          <w:rFonts w:ascii="Times New Roman" w:eastAsia="Times New Roman" w:hAnsi="Times New Roman"/>
        </w:rPr>
        <w:t xml:space="preserve">, </w:t>
      </w:r>
      <w:proofErr w:type="spellStart"/>
      <w:r>
        <w:rPr>
          <w:rFonts w:ascii="Times New Roman" w:eastAsia="Times New Roman" w:hAnsi="Times New Roman"/>
        </w:rPr>
        <w:t>după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caz</w:t>
      </w:r>
      <w:proofErr w:type="spellEnd"/>
      <w:r>
        <w:rPr>
          <w:rFonts w:ascii="Times New Roman" w:eastAsia="Times New Roman" w:hAnsi="Times New Roman"/>
        </w:rPr>
        <w:t xml:space="preserve">, </w:t>
      </w:r>
      <w:proofErr w:type="spellStart"/>
      <w:r>
        <w:rPr>
          <w:rFonts w:ascii="Times New Roman" w:eastAsia="Times New Roman" w:hAnsi="Times New Roman"/>
        </w:rPr>
        <w:t>în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specialitatea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studiilor</w:t>
      </w:r>
      <w:proofErr w:type="spellEnd"/>
      <w:r>
        <w:rPr>
          <w:rFonts w:ascii="Times New Roman" w:eastAsia="Times New Roman" w:hAnsi="Times New Roman"/>
        </w:rPr>
        <w:t>;</w:t>
      </w:r>
    </w:p>
    <w:p w14:paraId="54656D7C" w14:textId="052038C0" w:rsidR="00AF0270" w:rsidRDefault="00961665" w:rsidP="00E544AF">
      <w:pPr>
        <w:pStyle w:val="ListNumber"/>
        <w:spacing w:after="40" w:line="240" w:lineRule="auto"/>
        <w:jc w:val="both"/>
      </w:pPr>
      <w:r>
        <w:rPr>
          <w:rFonts w:ascii="Times New Roman" w:eastAsia="Times New Roman" w:hAnsi="Times New Roman"/>
        </w:rPr>
        <w:t>-</w:t>
      </w:r>
      <w:proofErr w:type="spellStart"/>
      <w:r>
        <w:rPr>
          <w:rFonts w:ascii="Times New Roman" w:eastAsia="Times New Roman" w:hAnsi="Times New Roman"/>
        </w:rPr>
        <w:t>certificat</w:t>
      </w:r>
      <w:proofErr w:type="spellEnd"/>
      <w:r>
        <w:rPr>
          <w:rFonts w:ascii="Times New Roman" w:eastAsia="Times New Roman" w:hAnsi="Times New Roman"/>
        </w:rPr>
        <w:t xml:space="preserve"> de </w:t>
      </w:r>
      <w:proofErr w:type="spellStart"/>
      <w:r>
        <w:rPr>
          <w:rFonts w:ascii="Times New Roman" w:eastAsia="Times New Roman" w:hAnsi="Times New Roman"/>
        </w:rPr>
        <w:t>cazier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judiciar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sau</w:t>
      </w:r>
      <w:proofErr w:type="spellEnd"/>
      <w:r>
        <w:rPr>
          <w:rFonts w:ascii="Times New Roman" w:eastAsia="Times New Roman" w:hAnsi="Times New Roman"/>
        </w:rPr>
        <w:t xml:space="preserve">, </w:t>
      </w:r>
      <w:proofErr w:type="spellStart"/>
      <w:r>
        <w:rPr>
          <w:rFonts w:ascii="Times New Roman" w:eastAsia="Times New Roman" w:hAnsi="Times New Roman"/>
        </w:rPr>
        <w:t>după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caz</w:t>
      </w:r>
      <w:proofErr w:type="spellEnd"/>
      <w:r>
        <w:rPr>
          <w:rFonts w:ascii="Times New Roman" w:eastAsia="Times New Roman" w:hAnsi="Times New Roman"/>
        </w:rPr>
        <w:t xml:space="preserve">, extras de pe </w:t>
      </w:r>
      <w:proofErr w:type="spellStart"/>
      <w:r>
        <w:rPr>
          <w:rFonts w:ascii="Times New Roman" w:eastAsia="Times New Roman" w:hAnsi="Times New Roman"/>
        </w:rPr>
        <w:t>cazierul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judiciar</w:t>
      </w:r>
      <w:proofErr w:type="spellEnd"/>
      <w:r>
        <w:rPr>
          <w:rFonts w:ascii="Times New Roman" w:eastAsia="Times New Roman" w:hAnsi="Times New Roman"/>
        </w:rPr>
        <w:t xml:space="preserve">; </w:t>
      </w:r>
      <w:proofErr w:type="spellStart"/>
      <w:r>
        <w:rPr>
          <w:rFonts w:ascii="Times New Roman" w:eastAsia="Times New Roman" w:hAnsi="Times New Roman"/>
        </w:rPr>
        <w:t>documentul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poate</w:t>
      </w:r>
      <w:proofErr w:type="spellEnd"/>
      <w:r>
        <w:rPr>
          <w:rFonts w:ascii="Times New Roman" w:eastAsia="Times New Roman" w:hAnsi="Times New Roman"/>
        </w:rPr>
        <w:t xml:space="preserve"> fi </w:t>
      </w:r>
      <w:proofErr w:type="spellStart"/>
      <w:r>
        <w:rPr>
          <w:rFonts w:ascii="Times New Roman" w:eastAsia="Times New Roman" w:hAnsi="Times New Roman"/>
        </w:rPr>
        <w:t>înlocuit</w:t>
      </w:r>
      <w:proofErr w:type="spellEnd"/>
      <w:r>
        <w:rPr>
          <w:rFonts w:ascii="Times New Roman" w:eastAsia="Times New Roman" w:hAnsi="Times New Roman"/>
        </w:rPr>
        <w:t xml:space="preserve"> cu </w:t>
      </w:r>
      <w:proofErr w:type="spellStart"/>
      <w:r>
        <w:rPr>
          <w:rFonts w:ascii="Times New Roman" w:eastAsia="Times New Roman" w:hAnsi="Times New Roman"/>
        </w:rPr>
        <w:t>declarație</w:t>
      </w:r>
      <w:proofErr w:type="spellEnd"/>
      <w:r>
        <w:rPr>
          <w:rFonts w:ascii="Times New Roman" w:eastAsia="Times New Roman" w:hAnsi="Times New Roman"/>
        </w:rPr>
        <w:t xml:space="preserve"> pe propria </w:t>
      </w:r>
      <w:proofErr w:type="spellStart"/>
      <w:r>
        <w:rPr>
          <w:rFonts w:ascii="Times New Roman" w:eastAsia="Times New Roman" w:hAnsi="Times New Roman"/>
        </w:rPr>
        <w:t>răspundere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în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condițiile</w:t>
      </w:r>
      <w:proofErr w:type="spellEnd"/>
      <w:r>
        <w:rPr>
          <w:rFonts w:ascii="Times New Roman" w:eastAsia="Times New Roman" w:hAnsi="Times New Roman"/>
        </w:rPr>
        <w:t xml:space="preserve"> art. 35 </w:t>
      </w:r>
      <w:proofErr w:type="gramStart"/>
      <w:r>
        <w:rPr>
          <w:rFonts w:ascii="Times New Roman" w:eastAsia="Times New Roman" w:hAnsi="Times New Roman"/>
        </w:rPr>
        <w:t>din</w:t>
      </w:r>
      <w:proofErr w:type="gramEnd"/>
      <w:r>
        <w:rPr>
          <w:rFonts w:ascii="Times New Roman" w:eastAsia="Times New Roman" w:hAnsi="Times New Roman"/>
        </w:rPr>
        <w:t xml:space="preserve"> H.G. nr. 1336/2022;</w:t>
      </w:r>
    </w:p>
    <w:p w14:paraId="52261A3E" w14:textId="402DD6D8" w:rsidR="00AF0270" w:rsidRDefault="00961665" w:rsidP="00E544AF">
      <w:pPr>
        <w:pStyle w:val="ListNumber"/>
        <w:spacing w:after="40" w:line="240" w:lineRule="auto"/>
        <w:jc w:val="both"/>
      </w:pPr>
      <w:r>
        <w:rPr>
          <w:rFonts w:ascii="Times New Roman" w:eastAsia="Times New Roman" w:hAnsi="Times New Roman"/>
        </w:rPr>
        <w:t>-</w:t>
      </w:r>
      <w:proofErr w:type="spellStart"/>
      <w:r>
        <w:rPr>
          <w:rFonts w:ascii="Times New Roman" w:eastAsia="Times New Roman" w:hAnsi="Times New Roman"/>
        </w:rPr>
        <w:t>adeverință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medicală</w:t>
      </w:r>
      <w:proofErr w:type="spellEnd"/>
      <w:r>
        <w:rPr>
          <w:rFonts w:ascii="Times New Roman" w:eastAsia="Times New Roman" w:hAnsi="Times New Roman"/>
        </w:rPr>
        <w:t xml:space="preserve"> care </w:t>
      </w:r>
      <w:proofErr w:type="spellStart"/>
      <w:r>
        <w:rPr>
          <w:rFonts w:ascii="Times New Roman" w:eastAsia="Times New Roman" w:hAnsi="Times New Roman"/>
        </w:rPr>
        <w:t>să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ateste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starea</w:t>
      </w:r>
      <w:proofErr w:type="spellEnd"/>
      <w:r>
        <w:rPr>
          <w:rFonts w:ascii="Times New Roman" w:eastAsia="Times New Roman" w:hAnsi="Times New Roman"/>
        </w:rPr>
        <w:t xml:space="preserve"> de </w:t>
      </w:r>
      <w:proofErr w:type="spellStart"/>
      <w:r>
        <w:rPr>
          <w:rFonts w:ascii="Times New Roman" w:eastAsia="Times New Roman" w:hAnsi="Times New Roman"/>
        </w:rPr>
        <w:t>sănătate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corespunzătoare</w:t>
      </w:r>
      <w:proofErr w:type="spellEnd"/>
      <w:r>
        <w:rPr>
          <w:rFonts w:ascii="Times New Roman" w:eastAsia="Times New Roman" w:hAnsi="Times New Roman"/>
        </w:rPr>
        <w:t xml:space="preserve">, </w:t>
      </w:r>
      <w:proofErr w:type="spellStart"/>
      <w:r>
        <w:rPr>
          <w:rFonts w:ascii="Times New Roman" w:eastAsia="Times New Roman" w:hAnsi="Times New Roman"/>
        </w:rPr>
        <w:t>eliberată</w:t>
      </w:r>
      <w:proofErr w:type="spellEnd"/>
      <w:r>
        <w:rPr>
          <w:rFonts w:ascii="Times New Roman" w:eastAsia="Times New Roman" w:hAnsi="Times New Roman"/>
        </w:rPr>
        <w:t xml:space="preserve"> de </w:t>
      </w:r>
      <w:proofErr w:type="spellStart"/>
      <w:r>
        <w:rPr>
          <w:rFonts w:ascii="Times New Roman" w:eastAsia="Times New Roman" w:hAnsi="Times New Roman"/>
        </w:rPr>
        <w:t>medicul</w:t>
      </w:r>
      <w:proofErr w:type="spellEnd"/>
      <w:r>
        <w:rPr>
          <w:rFonts w:ascii="Times New Roman" w:eastAsia="Times New Roman" w:hAnsi="Times New Roman"/>
        </w:rPr>
        <w:t xml:space="preserve"> de </w:t>
      </w:r>
      <w:proofErr w:type="spellStart"/>
      <w:r>
        <w:rPr>
          <w:rFonts w:ascii="Times New Roman" w:eastAsia="Times New Roman" w:hAnsi="Times New Roman"/>
        </w:rPr>
        <w:t>familie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sau</w:t>
      </w:r>
      <w:proofErr w:type="spellEnd"/>
      <w:r>
        <w:rPr>
          <w:rFonts w:ascii="Times New Roman" w:eastAsia="Times New Roman" w:hAnsi="Times New Roman"/>
        </w:rPr>
        <w:t xml:space="preserve"> de </w:t>
      </w:r>
      <w:proofErr w:type="spellStart"/>
      <w:r>
        <w:rPr>
          <w:rFonts w:ascii="Times New Roman" w:eastAsia="Times New Roman" w:hAnsi="Times New Roman"/>
        </w:rPr>
        <w:t>unitatea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sanitară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abilitată</w:t>
      </w:r>
      <w:proofErr w:type="spellEnd"/>
      <w:r>
        <w:rPr>
          <w:rFonts w:ascii="Times New Roman" w:eastAsia="Times New Roman" w:hAnsi="Times New Roman"/>
        </w:rPr>
        <w:t xml:space="preserve">, cu cel </w:t>
      </w:r>
      <w:proofErr w:type="spellStart"/>
      <w:r>
        <w:rPr>
          <w:rFonts w:ascii="Times New Roman" w:eastAsia="Times New Roman" w:hAnsi="Times New Roman"/>
        </w:rPr>
        <w:t>mult</w:t>
      </w:r>
      <w:proofErr w:type="spellEnd"/>
      <w:r>
        <w:rPr>
          <w:rFonts w:ascii="Times New Roman" w:eastAsia="Times New Roman" w:hAnsi="Times New Roman"/>
        </w:rPr>
        <w:t xml:space="preserve"> 6 </w:t>
      </w:r>
      <w:proofErr w:type="spellStart"/>
      <w:r>
        <w:rPr>
          <w:rFonts w:ascii="Times New Roman" w:eastAsia="Times New Roman" w:hAnsi="Times New Roman"/>
        </w:rPr>
        <w:t>luni</w:t>
      </w:r>
      <w:proofErr w:type="spellEnd"/>
      <w:r>
        <w:rPr>
          <w:rFonts w:ascii="Times New Roman" w:eastAsia="Times New Roman" w:hAnsi="Times New Roman"/>
        </w:rPr>
        <w:t xml:space="preserve"> anterior </w:t>
      </w:r>
      <w:proofErr w:type="spellStart"/>
      <w:r>
        <w:rPr>
          <w:rFonts w:ascii="Times New Roman" w:eastAsia="Times New Roman" w:hAnsi="Times New Roman"/>
        </w:rPr>
        <w:t>derulării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concursului</w:t>
      </w:r>
      <w:proofErr w:type="spellEnd"/>
      <w:r>
        <w:rPr>
          <w:rFonts w:ascii="Times New Roman" w:eastAsia="Times New Roman" w:hAnsi="Times New Roman"/>
        </w:rPr>
        <w:t>;</w:t>
      </w:r>
    </w:p>
    <w:p w14:paraId="1AC9A174" w14:textId="3998060B" w:rsidR="00AF0270" w:rsidRDefault="00961665" w:rsidP="00E544AF">
      <w:pPr>
        <w:pStyle w:val="ListNumber"/>
        <w:spacing w:after="40" w:line="240" w:lineRule="auto"/>
        <w:jc w:val="both"/>
      </w:pPr>
      <w:r>
        <w:rPr>
          <w:rFonts w:ascii="Times New Roman" w:eastAsia="Times New Roman" w:hAnsi="Times New Roman"/>
        </w:rPr>
        <w:t>-</w:t>
      </w:r>
      <w:proofErr w:type="spellStart"/>
      <w:r>
        <w:rPr>
          <w:rFonts w:ascii="Times New Roman" w:eastAsia="Times New Roman" w:hAnsi="Times New Roman"/>
        </w:rPr>
        <w:t>certificat</w:t>
      </w:r>
      <w:proofErr w:type="spellEnd"/>
      <w:r>
        <w:rPr>
          <w:rFonts w:ascii="Times New Roman" w:eastAsia="Times New Roman" w:hAnsi="Times New Roman"/>
        </w:rPr>
        <w:t xml:space="preserve"> de </w:t>
      </w:r>
      <w:proofErr w:type="spellStart"/>
      <w:r>
        <w:rPr>
          <w:rFonts w:ascii="Times New Roman" w:eastAsia="Times New Roman" w:hAnsi="Times New Roman"/>
        </w:rPr>
        <w:t>integritate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comportamentală</w:t>
      </w:r>
      <w:proofErr w:type="spellEnd"/>
      <w:r>
        <w:rPr>
          <w:rFonts w:ascii="Times New Roman" w:eastAsia="Times New Roman" w:hAnsi="Times New Roman"/>
        </w:rPr>
        <w:t xml:space="preserve">, </w:t>
      </w:r>
      <w:proofErr w:type="spellStart"/>
      <w:r>
        <w:rPr>
          <w:rFonts w:ascii="Times New Roman" w:eastAsia="Times New Roman" w:hAnsi="Times New Roman"/>
        </w:rPr>
        <w:t>în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condițiile</w:t>
      </w:r>
      <w:proofErr w:type="spellEnd"/>
      <w:r>
        <w:rPr>
          <w:rFonts w:ascii="Times New Roman" w:eastAsia="Times New Roman" w:hAnsi="Times New Roman"/>
        </w:rPr>
        <w:t xml:space="preserve"> art. 35 </w:t>
      </w:r>
      <w:proofErr w:type="gramStart"/>
      <w:r>
        <w:rPr>
          <w:rFonts w:ascii="Times New Roman" w:eastAsia="Times New Roman" w:hAnsi="Times New Roman"/>
        </w:rPr>
        <w:t>din</w:t>
      </w:r>
      <w:proofErr w:type="gramEnd"/>
      <w:r>
        <w:rPr>
          <w:rFonts w:ascii="Times New Roman" w:eastAsia="Times New Roman" w:hAnsi="Times New Roman"/>
        </w:rPr>
        <w:t xml:space="preserve"> H.G. nr. 1336/2022, </w:t>
      </w:r>
      <w:proofErr w:type="spellStart"/>
      <w:r>
        <w:rPr>
          <w:rFonts w:ascii="Times New Roman" w:eastAsia="Times New Roman" w:hAnsi="Times New Roman"/>
        </w:rPr>
        <w:t>pentru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postul</w:t>
      </w:r>
      <w:proofErr w:type="spellEnd"/>
      <w:r>
        <w:rPr>
          <w:rFonts w:ascii="Times New Roman" w:eastAsia="Times New Roman" w:hAnsi="Times New Roman"/>
        </w:rPr>
        <w:t xml:space="preserve"> din </w:t>
      </w:r>
      <w:proofErr w:type="spellStart"/>
      <w:r>
        <w:rPr>
          <w:rFonts w:ascii="Times New Roman" w:eastAsia="Times New Roman" w:hAnsi="Times New Roman"/>
        </w:rPr>
        <w:t>domeniul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sănătății</w:t>
      </w:r>
      <w:proofErr w:type="spellEnd"/>
      <w:r>
        <w:rPr>
          <w:rFonts w:ascii="Times New Roman" w:eastAsia="Times New Roman" w:hAnsi="Times New Roman"/>
        </w:rPr>
        <w:t>/</w:t>
      </w:r>
      <w:proofErr w:type="spellStart"/>
      <w:r>
        <w:rPr>
          <w:rFonts w:ascii="Times New Roman" w:eastAsia="Times New Roman" w:hAnsi="Times New Roman"/>
        </w:rPr>
        <w:t>protecției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sociale</w:t>
      </w:r>
      <w:proofErr w:type="spellEnd"/>
      <w:r>
        <w:rPr>
          <w:rFonts w:ascii="Times New Roman" w:eastAsia="Times New Roman" w:hAnsi="Times New Roman"/>
        </w:rPr>
        <w:t>;</w:t>
      </w:r>
    </w:p>
    <w:p w14:paraId="4443AC51" w14:textId="182CAB37" w:rsidR="00AF0270" w:rsidRDefault="00961665" w:rsidP="00E544AF">
      <w:pPr>
        <w:pStyle w:val="ListNumber"/>
        <w:spacing w:after="40" w:line="240" w:lineRule="auto"/>
        <w:jc w:val="both"/>
      </w:pPr>
      <w:r>
        <w:rPr>
          <w:rFonts w:ascii="Times New Roman" w:eastAsia="Times New Roman" w:hAnsi="Times New Roman"/>
        </w:rPr>
        <w:t xml:space="preserve">-curriculum vitae, model </w:t>
      </w:r>
      <w:proofErr w:type="spellStart"/>
      <w:r>
        <w:rPr>
          <w:rFonts w:ascii="Times New Roman" w:eastAsia="Times New Roman" w:hAnsi="Times New Roman"/>
        </w:rPr>
        <w:t>comun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european</w:t>
      </w:r>
      <w:proofErr w:type="spellEnd"/>
      <w:r>
        <w:rPr>
          <w:rFonts w:ascii="Times New Roman" w:eastAsia="Times New Roman" w:hAnsi="Times New Roman"/>
        </w:rPr>
        <w:t>;</w:t>
      </w:r>
    </w:p>
    <w:p w14:paraId="73367CB5" w14:textId="04B120F2" w:rsidR="00AF0270" w:rsidRDefault="00961665" w:rsidP="00E544AF">
      <w:pPr>
        <w:pStyle w:val="ListNumber"/>
        <w:spacing w:after="40" w:line="240" w:lineRule="auto"/>
        <w:jc w:val="both"/>
      </w:pPr>
      <w:r>
        <w:rPr>
          <w:rFonts w:ascii="Times New Roman" w:eastAsia="Times New Roman" w:hAnsi="Times New Roman"/>
        </w:rPr>
        <w:t>-</w:t>
      </w:r>
      <w:proofErr w:type="spellStart"/>
      <w:r>
        <w:rPr>
          <w:rFonts w:ascii="Times New Roman" w:eastAsia="Times New Roman" w:hAnsi="Times New Roman"/>
        </w:rPr>
        <w:t>certificat</w:t>
      </w:r>
      <w:proofErr w:type="spellEnd"/>
      <w:r>
        <w:rPr>
          <w:rFonts w:ascii="Times New Roman" w:eastAsia="Times New Roman" w:hAnsi="Times New Roman"/>
        </w:rPr>
        <w:t xml:space="preserve"> de </w:t>
      </w:r>
      <w:proofErr w:type="spellStart"/>
      <w:r>
        <w:rPr>
          <w:rFonts w:ascii="Times New Roman" w:eastAsia="Times New Roman" w:hAnsi="Times New Roman"/>
        </w:rPr>
        <w:t>membru</w:t>
      </w:r>
      <w:proofErr w:type="spellEnd"/>
      <w:r>
        <w:rPr>
          <w:rFonts w:ascii="Times New Roman" w:eastAsia="Times New Roman" w:hAnsi="Times New Roman"/>
        </w:rPr>
        <w:t xml:space="preserve"> OAMGMAMR </w:t>
      </w:r>
      <w:proofErr w:type="spellStart"/>
      <w:r>
        <w:rPr>
          <w:rFonts w:ascii="Times New Roman" w:eastAsia="Times New Roman" w:hAnsi="Times New Roman"/>
        </w:rPr>
        <w:t>și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documentul</w:t>
      </w:r>
      <w:proofErr w:type="spellEnd"/>
      <w:r>
        <w:rPr>
          <w:rFonts w:ascii="Times New Roman" w:eastAsia="Times New Roman" w:hAnsi="Times New Roman"/>
        </w:rPr>
        <w:t xml:space="preserve"> OAMGMAMR </w:t>
      </w:r>
      <w:proofErr w:type="spellStart"/>
      <w:r>
        <w:rPr>
          <w:rFonts w:ascii="Times New Roman" w:eastAsia="Times New Roman" w:hAnsi="Times New Roman"/>
        </w:rPr>
        <w:t>privind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dreptul</w:t>
      </w:r>
      <w:proofErr w:type="spellEnd"/>
      <w:r>
        <w:rPr>
          <w:rFonts w:ascii="Times New Roman" w:eastAsia="Times New Roman" w:hAnsi="Times New Roman"/>
        </w:rPr>
        <w:t xml:space="preserve"> de </w:t>
      </w:r>
      <w:proofErr w:type="spellStart"/>
      <w:r>
        <w:rPr>
          <w:rFonts w:ascii="Times New Roman" w:eastAsia="Times New Roman" w:hAnsi="Times New Roman"/>
        </w:rPr>
        <w:t>participare</w:t>
      </w:r>
      <w:proofErr w:type="spellEnd"/>
      <w:r>
        <w:rPr>
          <w:rFonts w:ascii="Times New Roman" w:eastAsia="Times New Roman" w:hAnsi="Times New Roman"/>
        </w:rPr>
        <w:t>/</w:t>
      </w:r>
      <w:proofErr w:type="spellStart"/>
      <w:r>
        <w:rPr>
          <w:rFonts w:ascii="Times New Roman" w:eastAsia="Times New Roman" w:hAnsi="Times New Roman"/>
        </w:rPr>
        <w:t>exercitare</w:t>
      </w:r>
      <w:proofErr w:type="spellEnd"/>
      <w:r>
        <w:rPr>
          <w:rFonts w:ascii="Times New Roman" w:eastAsia="Times New Roman" w:hAnsi="Times New Roman"/>
        </w:rPr>
        <w:t xml:space="preserve"> a </w:t>
      </w:r>
      <w:proofErr w:type="spellStart"/>
      <w:r>
        <w:rPr>
          <w:rFonts w:ascii="Times New Roman" w:eastAsia="Times New Roman" w:hAnsi="Times New Roman"/>
        </w:rPr>
        <w:t>profesiei</w:t>
      </w:r>
      <w:proofErr w:type="spellEnd"/>
      <w:r>
        <w:rPr>
          <w:rFonts w:ascii="Times New Roman" w:eastAsia="Times New Roman" w:hAnsi="Times New Roman"/>
        </w:rPr>
        <w:t xml:space="preserve">, conform </w:t>
      </w:r>
      <w:proofErr w:type="spellStart"/>
      <w:r>
        <w:rPr>
          <w:rFonts w:ascii="Times New Roman" w:eastAsia="Times New Roman" w:hAnsi="Times New Roman"/>
        </w:rPr>
        <w:t>cerințelor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specifice</w:t>
      </w:r>
      <w:proofErr w:type="spellEnd"/>
      <w:r>
        <w:rPr>
          <w:rFonts w:ascii="Times New Roman" w:eastAsia="Times New Roman" w:hAnsi="Times New Roman"/>
        </w:rPr>
        <w:t>.</w:t>
      </w:r>
    </w:p>
    <w:p w14:paraId="0C5B316E" w14:textId="12CED9B0" w:rsidR="00AF0270" w:rsidRDefault="00000000" w:rsidP="00E544AF">
      <w:pPr>
        <w:spacing w:after="80" w:line="240" w:lineRule="auto"/>
        <w:jc w:val="both"/>
        <w:rPr>
          <w:rFonts w:ascii="Times New Roman" w:eastAsia="Times New Roman" w:hAnsi="Times New Roman"/>
        </w:rPr>
      </w:pPr>
      <w:proofErr w:type="spellStart"/>
      <w:r>
        <w:rPr>
          <w:rFonts w:ascii="Times New Roman" w:eastAsia="Times New Roman" w:hAnsi="Times New Roman"/>
        </w:rPr>
        <w:t>Copiile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documentelor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prevăzute</w:t>
      </w:r>
      <w:proofErr w:type="spellEnd"/>
      <w:r>
        <w:rPr>
          <w:rFonts w:ascii="Times New Roman" w:eastAsia="Times New Roman" w:hAnsi="Times New Roman"/>
        </w:rPr>
        <w:t xml:space="preserve"> de art. 35 se </w:t>
      </w:r>
      <w:proofErr w:type="spellStart"/>
      <w:r>
        <w:rPr>
          <w:rFonts w:ascii="Times New Roman" w:eastAsia="Times New Roman" w:hAnsi="Times New Roman"/>
        </w:rPr>
        <w:t>prezintă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împreună</w:t>
      </w:r>
      <w:proofErr w:type="spellEnd"/>
      <w:r>
        <w:rPr>
          <w:rFonts w:ascii="Times New Roman" w:eastAsia="Times New Roman" w:hAnsi="Times New Roman"/>
        </w:rPr>
        <w:t xml:space="preserve"> cu </w:t>
      </w:r>
      <w:proofErr w:type="spellStart"/>
      <w:r>
        <w:rPr>
          <w:rFonts w:ascii="Times New Roman" w:eastAsia="Times New Roman" w:hAnsi="Times New Roman"/>
        </w:rPr>
        <w:t>originalele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pentru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certificarea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conformității</w:t>
      </w:r>
      <w:proofErr w:type="spellEnd"/>
      <w:r>
        <w:rPr>
          <w:rFonts w:ascii="Times New Roman" w:eastAsia="Times New Roman" w:hAnsi="Times New Roman"/>
        </w:rPr>
        <w:t xml:space="preserve"> cu </w:t>
      </w:r>
      <w:proofErr w:type="spellStart"/>
      <w:r>
        <w:rPr>
          <w:rFonts w:ascii="Times New Roman" w:eastAsia="Times New Roman" w:hAnsi="Times New Roman"/>
        </w:rPr>
        <w:t>originalul</w:t>
      </w:r>
      <w:proofErr w:type="spellEnd"/>
      <w:r>
        <w:rPr>
          <w:rFonts w:ascii="Times New Roman" w:eastAsia="Times New Roman" w:hAnsi="Times New Roman"/>
        </w:rPr>
        <w:t xml:space="preserve"> de </w:t>
      </w:r>
      <w:proofErr w:type="spellStart"/>
      <w:r>
        <w:rPr>
          <w:rFonts w:ascii="Times New Roman" w:eastAsia="Times New Roman" w:hAnsi="Times New Roman"/>
        </w:rPr>
        <w:t>către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secretarul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comisiei</w:t>
      </w:r>
      <w:proofErr w:type="spellEnd"/>
      <w:r>
        <w:rPr>
          <w:rFonts w:ascii="Times New Roman" w:eastAsia="Times New Roman" w:hAnsi="Times New Roman"/>
        </w:rPr>
        <w:t xml:space="preserve"> de concurs. </w:t>
      </w:r>
      <w:proofErr w:type="spellStart"/>
      <w:r>
        <w:rPr>
          <w:rFonts w:ascii="Times New Roman" w:eastAsia="Times New Roman" w:hAnsi="Times New Roman"/>
        </w:rPr>
        <w:t>În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cazul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transmiterii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electronice</w:t>
      </w:r>
      <w:proofErr w:type="spellEnd"/>
      <w:r>
        <w:rPr>
          <w:rFonts w:ascii="Times New Roman" w:eastAsia="Times New Roman" w:hAnsi="Times New Roman"/>
        </w:rPr>
        <w:t>/</w:t>
      </w:r>
      <w:proofErr w:type="spellStart"/>
      <w:r>
        <w:rPr>
          <w:rFonts w:ascii="Times New Roman" w:eastAsia="Times New Roman" w:hAnsi="Times New Roman"/>
        </w:rPr>
        <w:t>poștale</w:t>
      </w:r>
      <w:proofErr w:type="spellEnd"/>
      <w:r>
        <w:rPr>
          <w:rFonts w:ascii="Times New Roman" w:eastAsia="Times New Roman" w:hAnsi="Times New Roman"/>
        </w:rPr>
        <w:t xml:space="preserve">, </w:t>
      </w:r>
      <w:proofErr w:type="spellStart"/>
      <w:r>
        <w:rPr>
          <w:rFonts w:ascii="Times New Roman" w:eastAsia="Times New Roman" w:hAnsi="Times New Roman"/>
        </w:rPr>
        <w:t>prezentarea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originalelor</w:t>
      </w:r>
      <w:proofErr w:type="spellEnd"/>
      <w:r>
        <w:rPr>
          <w:rFonts w:ascii="Times New Roman" w:eastAsia="Times New Roman" w:hAnsi="Times New Roman"/>
        </w:rPr>
        <w:t xml:space="preserve"> se face </w:t>
      </w:r>
      <w:proofErr w:type="spellStart"/>
      <w:r>
        <w:rPr>
          <w:rFonts w:ascii="Times New Roman" w:eastAsia="Times New Roman" w:hAnsi="Times New Roman"/>
        </w:rPr>
        <w:t>până</w:t>
      </w:r>
      <w:proofErr w:type="spellEnd"/>
      <w:r>
        <w:rPr>
          <w:rFonts w:ascii="Times New Roman" w:eastAsia="Times New Roman" w:hAnsi="Times New Roman"/>
        </w:rPr>
        <w:t xml:space="preserve"> cel </w:t>
      </w:r>
      <w:proofErr w:type="spellStart"/>
      <w:r>
        <w:rPr>
          <w:rFonts w:ascii="Times New Roman" w:eastAsia="Times New Roman" w:hAnsi="Times New Roman"/>
        </w:rPr>
        <w:t>târziu</w:t>
      </w:r>
      <w:proofErr w:type="spellEnd"/>
      <w:r>
        <w:rPr>
          <w:rFonts w:ascii="Times New Roman" w:eastAsia="Times New Roman" w:hAnsi="Times New Roman"/>
        </w:rPr>
        <w:t xml:space="preserve"> la data </w:t>
      </w:r>
      <w:proofErr w:type="spellStart"/>
      <w:r>
        <w:rPr>
          <w:rFonts w:ascii="Times New Roman" w:eastAsia="Times New Roman" w:hAnsi="Times New Roman"/>
        </w:rPr>
        <w:t>și</w:t>
      </w:r>
      <w:proofErr w:type="spellEnd"/>
      <w:r>
        <w:rPr>
          <w:rFonts w:ascii="Times New Roman" w:eastAsia="Times New Roman" w:hAnsi="Times New Roman"/>
        </w:rPr>
        <w:t xml:space="preserve"> ora </w:t>
      </w:r>
      <w:proofErr w:type="spellStart"/>
      <w:r>
        <w:rPr>
          <w:rFonts w:ascii="Times New Roman" w:eastAsia="Times New Roman" w:hAnsi="Times New Roman"/>
        </w:rPr>
        <w:t>probei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scrise</w:t>
      </w:r>
      <w:proofErr w:type="spellEnd"/>
      <w:r>
        <w:rPr>
          <w:rFonts w:ascii="Times New Roman" w:eastAsia="Times New Roman" w:hAnsi="Times New Roman"/>
        </w:rPr>
        <w:t xml:space="preserve">, </w:t>
      </w:r>
      <w:proofErr w:type="spellStart"/>
      <w:r>
        <w:rPr>
          <w:rFonts w:ascii="Times New Roman" w:eastAsia="Times New Roman" w:hAnsi="Times New Roman"/>
        </w:rPr>
        <w:t>în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condițiile</w:t>
      </w:r>
      <w:proofErr w:type="spellEnd"/>
      <w:r>
        <w:rPr>
          <w:rFonts w:ascii="Times New Roman" w:eastAsia="Times New Roman" w:hAnsi="Times New Roman"/>
        </w:rPr>
        <w:t xml:space="preserve"> art. 35 </w:t>
      </w:r>
      <w:proofErr w:type="gramStart"/>
      <w:r>
        <w:rPr>
          <w:rFonts w:ascii="Times New Roman" w:eastAsia="Times New Roman" w:hAnsi="Times New Roman"/>
        </w:rPr>
        <w:t>din</w:t>
      </w:r>
      <w:proofErr w:type="gramEnd"/>
      <w:r>
        <w:rPr>
          <w:rFonts w:ascii="Times New Roman" w:eastAsia="Times New Roman" w:hAnsi="Times New Roman"/>
        </w:rPr>
        <w:t xml:space="preserve"> H.G. nr. 1336/2022.</w:t>
      </w:r>
    </w:p>
    <w:p w14:paraId="1A488C58" w14:textId="77777777" w:rsidR="00E544AF" w:rsidRDefault="00E544AF" w:rsidP="00E544AF">
      <w:pPr>
        <w:spacing w:after="80" w:line="240" w:lineRule="auto"/>
        <w:jc w:val="both"/>
      </w:pPr>
    </w:p>
    <w:p w14:paraId="2183FE3D" w14:textId="57AC4C35" w:rsidR="00AF0270" w:rsidRDefault="00000000" w:rsidP="00E544AF">
      <w:pPr>
        <w:pStyle w:val="ListParagraph"/>
        <w:numPr>
          <w:ilvl w:val="0"/>
          <w:numId w:val="17"/>
        </w:numPr>
        <w:spacing w:after="80" w:line="240" w:lineRule="auto"/>
        <w:jc w:val="both"/>
      </w:pPr>
      <w:r w:rsidRPr="00E544AF">
        <w:rPr>
          <w:rFonts w:ascii="Times New Roman" w:eastAsia="Times New Roman" w:hAnsi="Times New Roman"/>
          <w:b/>
        </w:rPr>
        <w:t>DEPUNEREA DOSARELOR</w:t>
      </w:r>
    </w:p>
    <w:p w14:paraId="75FE5E2F" w14:textId="1FBD156C" w:rsidR="00AF0270" w:rsidRPr="001F11E6" w:rsidRDefault="00000000" w:rsidP="00E544AF">
      <w:pPr>
        <w:spacing w:after="80" w:line="240" w:lineRule="auto"/>
        <w:jc w:val="both"/>
      </w:pPr>
      <w:proofErr w:type="spellStart"/>
      <w:r>
        <w:rPr>
          <w:rFonts w:ascii="Times New Roman" w:eastAsia="Times New Roman" w:hAnsi="Times New Roman"/>
        </w:rPr>
        <w:t>Dosarele</w:t>
      </w:r>
      <w:proofErr w:type="spellEnd"/>
      <w:r>
        <w:rPr>
          <w:rFonts w:ascii="Times New Roman" w:eastAsia="Times New Roman" w:hAnsi="Times New Roman"/>
        </w:rPr>
        <w:t xml:space="preserve"> de concurs se </w:t>
      </w:r>
      <w:proofErr w:type="spellStart"/>
      <w:r>
        <w:rPr>
          <w:rFonts w:ascii="Times New Roman" w:eastAsia="Times New Roman" w:hAnsi="Times New Roman"/>
        </w:rPr>
        <w:t>depun</w:t>
      </w:r>
      <w:proofErr w:type="spellEnd"/>
      <w:r>
        <w:rPr>
          <w:rFonts w:ascii="Times New Roman" w:eastAsia="Times New Roman" w:hAnsi="Times New Roman"/>
        </w:rPr>
        <w:t xml:space="preserve"> la </w:t>
      </w:r>
      <w:proofErr w:type="spellStart"/>
      <w:r>
        <w:rPr>
          <w:rFonts w:ascii="Times New Roman" w:eastAsia="Times New Roman" w:hAnsi="Times New Roman"/>
        </w:rPr>
        <w:t>sediul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Primăriei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Comunei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Tileagd</w:t>
      </w:r>
      <w:proofErr w:type="spellEnd"/>
      <w:r>
        <w:rPr>
          <w:rFonts w:ascii="Times New Roman" w:eastAsia="Times New Roman" w:hAnsi="Times New Roman"/>
        </w:rPr>
        <w:t xml:space="preserve">, str. </w:t>
      </w:r>
      <w:proofErr w:type="spellStart"/>
      <w:r>
        <w:rPr>
          <w:rFonts w:ascii="Times New Roman" w:eastAsia="Times New Roman" w:hAnsi="Times New Roman"/>
        </w:rPr>
        <w:t>Trandafirilor</w:t>
      </w:r>
      <w:proofErr w:type="spellEnd"/>
      <w:r>
        <w:rPr>
          <w:rFonts w:ascii="Times New Roman" w:eastAsia="Times New Roman" w:hAnsi="Times New Roman"/>
        </w:rPr>
        <w:t xml:space="preserve"> nr. 30, </w:t>
      </w:r>
      <w:proofErr w:type="spellStart"/>
      <w:r>
        <w:rPr>
          <w:rFonts w:ascii="Times New Roman" w:eastAsia="Times New Roman" w:hAnsi="Times New Roman"/>
        </w:rPr>
        <w:t>localitatea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Tileagd</w:t>
      </w:r>
      <w:proofErr w:type="spellEnd"/>
      <w:r>
        <w:rPr>
          <w:rFonts w:ascii="Times New Roman" w:eastAsia="Times New Roman" w:hAnsi="Times New Roman"/>
        </w:rPr>
        <w:t xml:space="preserve">, </w:t>
      </w:r>
      <w:proofErr w:type="spellStart"/>
      <w:r>
        <w:rPr>
          <w:rFonts w:ascii="Times New Roman" w:eastAsia="Times New Roman" w:hAnsi="Times New Roman"/>
        </w:rPr>
        <w:t>județul</w:t>
      </w:r>
      <w:proofErr w:type="spellEnd"/>
      <w:r>
        <w:rPr>
          <w:rFonts w:ascii="Times New Roman" w:eastAsia="Times New Roman" w:hAnsi="Times New Roman"/>
        </w:rPr>
        <w:t xml:space="preserve"> Bihor, la </w:t>
      </w:r>
      <w:proofErr w:type="spellStart"/>
      <w:r>
        <w:rPr>
          <w:rFonts w:ascii="Times New Roman" w:eastAsia="Times New Roman" w:hAnsi="Times New Roman"/>
        </w:rPr>
        <w:t>compartimentul</w:t>
      </w:r>
      <w:proofErr w:type="spellEnd"/>
      <w:r>
        <w:rPr>
          <w:rFonts w:ascii="Times New Roman" w:eastAsia="Times New Roman" w:hAnsi="Times New Roman"/>
        </w:rPr>
        <w:t>/</w:t>
      </w:r>
      <w:proofErr w:type="spellStart"/>
      <w:r>
        <w:rPr>
          <w:rFonts w:ascii="Times New Roman" w:eastAsia="Times New Roman" w:hAnsi="Times New Roman"/>
        </w:rPr>
        <w:t>persoana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desemnat</w:t>
      </w:r>
      <w:proofErr w:type="spellEnd"/>
      <w:r>
        <w:rPr>
          <w:rFonts w:ascii="Times New Roman" w:eastAsia="Times New Roman" w:hAnsi="Times New Roman"/>
        </w:rPr>
        <w:t xml:space="preserve">(ă) </w:t>
      </w:r>
      <w:proofErr w:type="spellStart"/>
      <w:r>
        <w:rPr>
          <w:rFonts w:ascii="Times New Roman" w:eastAsia="Times New Roman" w:hAnsi="Times New Roman"/>
        </w:rPr>
        <w:t>pentru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organizarea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concursului</w:t>
      </w:r>
      <w:proofErr w:type="spellEnd"/>
      <w:r>
        <w:rPr>
          <w:rFonts w:ascii="Times New Roman" w:eastAsia="Times New Roman" w:hAnsi="Times New Roman"/>
        </w:rPr>
        <w:t xml:space="preserve">, </w:t>
      </w:r>
      <w:proofErr w:type="spellStart"/>
      <w:r>
        <w:rPr>
          <w:rFonts w:ascii="Times New Roman" w:eastAsia="Times New Roman" w:hAnsi="Times New Roman"/>
        </w:rPr>
        <w:t>în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perioada</w:t>
      </w:r>
      <w:proofErr w:type="spellEnd"/>
      <w:r>
        <w:rPr>
          <w:rFonts w:ascii="Times New Roman" w:eastAsia="Times New Roman" w:hAnsi="Times New Roman"/>
        </w:rPr>
        <w:t xml:space="preserve"> 07.10.2026 – 19.10.2026, </w:t>
      </w:r>
      <w:proofErr w:type="spellStart"/>
      <w:r>
        <w:rPr>
          <w:rFonts w:ascii="Times New Roman" w:eastAsia="Times New Roman" w:hAnsi="Times New Roman"/>
        </w:rPr>
        <w:t>inclusiv</w:t>
      </w:r>
      <w:proofErr w:type="spellEnd"/>
      <w:r>
        <w:rPr>
          <w:rFonts w:ascii="Times New Roman" w:eastAsia="Times New Roman" w:hAnsi="Times New Roman"/>
        </w:rPr>
        <w:t xml:space="preserve">, </w:t>
      </w:r>
      <w:proofErr w:type="spellStart"/>
      <w:r>
        <w:rPr>
          <w:rFonts w:ascii="Times New Roman" w:eastAsia="Times New Roman" w:hAnsi="Times New Roman"/>
        </w:rPr>
        <w:t>până</w:t>
      </w:r>
      <w:proofErr w:type="spellEnd"/>
      <w:r>
        <w:rPr>
          <w:rFonts w:ascii="Times New Roman" w:eastAsia="Times New Roman" w:hAnsi="Times New Roman"/>
        </w:rPr>
        <w:t xml:space="preserve"> la ora 16:00.</w:t>
      </w:r>
      <w:r w:rsidR="001F11E6">
        <w:rPr>
          <w:rFonts w:ascii="Times New Roman" w:eastAsia="Times New Roman" w:hAnsi="Times New Roman"/>
        </w:rPr>
        <w:t xml:space="preserve">                                       </w:t>
      </w:r>
      <w:proofErr w:type="spellStart"/>
      <w:r w:rsidR="001F11E6">
        <w:rPr>
          <w:rFonts w:ascii="Times New Roman" w:eastAsia="Times New Roman" w:hAnsi="Times New Roman"/>
        </w:rPr>
        <w:t>T</w:t>
      </w:r>
      <w:r>
        <w:rPr>
          <w:rFonts w:ascii="Times New Roman" w:eastAsia="Times New Roman" w:hAnsi="Times New Roman"/>
        </w:rPr>
        <w:t>elefon</w:t>
      </w:r>
      <w:proofErr w:type="spellEnd"/>
      <w:r>
        <w:rPr>
          <w:rFonts w:ascii="Times New Roman" w:eastAsia="Times New Roman" w:hAnsi="Times New Roman"/>
        </w:rPr>
        <w:t xml:space="preserve"> 0259 345 651, e-mail: </w:t>
      </w:r>
      <w:hyperlink r:id="rId9" w:history="1">
        <w:r w:rsidR="00E544AF" w:rsidRPr="001F11E6">
          <w:rPr>
            <w:rStyle w:val="Hyperlink"/>
            <w:rFonts w:ascii="Times New Roman" w:eastAsia="Times New Roman" w:hAnsi="Times New Roman"/>
            <w:u w:val="none"/>
          </w:rPr>
          <w:t>primaria_tileagd@yahoo.com</w:t>
        </w:r>
      </w:hyperlink>
      <w:r w:rsidRPr="001F11E6">
        <w:rPr>
          <w:rFonts w:ascii="Times New Roman" w:eastAsia="Times New Roman" w:hAnsi="Times New Roman"/>
        </w:rPr>
        <w:t>.</w:t>
      </w:r>
    </w:p>
    <w:p w14:paraId="0D6A65EF" w14:textId="77777777" w:rsidR="00E544AF" w:rsidRDefault="00E544AF" w:rsidP="00E544AF">
      <w:pPr>
        <w:spacing w:after="80" w:line="240" w:lineRule="auto"/>
        <w:jc w:val="both"/>
      </w:pPr>
    </w:p>
    <w:p w14:paraId="3A702EA8" w14:textId="7144F0D7" w:rsidR="00AF0270" w:rsidRDefault="00000000" w:rsidP="00E544AF">
      <w:pPr>
        <w:pStyle w:val="ListParagraph"/>
        <w:numPr>
          <w:ilvl w:val="0"/>
          <w:numId w:val="17"/>
        </w:numPr>
        <w:spacing w:after="80" w:line="240" w:lineRule="auto"/>
        <w:jc w:val="both"/>
      </w:pPr>
      <w:r w:rsidRPr="00E544AF">
        <w:rPr>
          <w:rFonts w:ascii="Times New Roman" w:eastAsia="Times New Roman" w:hAnsi="Times New Roman"/>
          <w:b/>
        </w:rPr>
        <w:t>PROBELE CONCURSULUI</w:t>
      </w:r>
    </w:p>
    <w:p w14:paraId="7CBAA6FD" w14:textId="77777777" w:rsidR="00AF0270" w:rsidRDefault="00000000" w:rsidP="00E544AF">
      <w:pPr>
        <w:pStyle w:val="ListBullet"/>
        <w:spacing w:after="40" w:line="240" w:lineRule="auto"/>
        <w:jc w:val="both"/>
      </w:pPr>
      <w:proofErr w:type="spellStart"/>
      <w:r>
        <w:rPr>
          <w:rFonts w:ascii="Times New Roman" w:eastAsia="Times New Roman" w:hAnsi="Times New Roman"/>
        </w:rPr>
        <w:t>selecția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dosarelor</w:t>
      </w:r>
      <w:proofErr w:type="spellEnd"/>
      <w:r>
        <w:rPr>
          <w:rFonts w:ascii="Times New Roman" w:eastAsia="Times New Roman" w:hAnsi="Times New Roman"/>
        </w:rPr>
        <w:t xml:space="preserve"> de </w:t>
      </w:r>
      <w:proofErr w:type="spellStart"/>
      <w:r>
        <w:rPr>
          <w:rFonts w:ascii="Times New Roman" w:eastAsia="Times New Roman" w:hAnsi="Times New Roman"/>
        </w:rPr>
        <w:t>înscriere</w:t>
      </w:r>
      <w:proofErr w:type="spellEnd"/>
      <w:r>
        <w:rPr>
          <w:rFonts w:ascii="Times New Roman" w:eastAsia="Times New Roman" w:hAnsi="Times New Roman"/>
        </w:rPr>
        <w:t>;</w:t>
      </w:r>
    </w:p>
    <w:p w14:paraId="1FA52E73" w14:textId="77777777" w:rsidR="00AF0270" w:rsidRDefault="00000000" w:rsidP="00E544AF">
      <w:pPr>
        <w:pStyle w:val="ListBullet"/>
        <w:spacing w:after="40" w:line="240" w:lineRule="auto"/>
        <w:jc w:val="both"/>
      </w:pPr>
      <w:proofErr w:type="spellStart"/>
      <w:r>
        <w:rPr>
          <w:rFonts w:ascii="Times New Roman" w:eastAsia="Times New Roman" w:hAnsi="Times New Roman"/>
        </w:rPr>
        <w:t>proba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scrisă</w:t>
      </w:r>
      <w:proofErr w:type="spellEnd"/>
      <w:r>
        <w:rPr>
          <w:rFonts w:ascii="Times New Roman" w:eastAsia="Times New Roman" w:hAnsi="Times New Roman"/>
        </w:rPr>
        <w:t>;</w:t>
      </w:r>
    </w:p>
    <w:p w14:paraId="1EF3B30B" w14:textId="77777777" w:rsidR="00AF0270" w:rsidRDefault="00000000" w:rsidP="00E544AF">
      <w:pPr>
        <w:pStyle w:val="ListBullet"/>
        <w:spacing w:after="40" w:line="240" w:lineRule="auto"/>
        <w:jc w:val="both"/>
      </w:pPr>
      <w:proofErr w:type="spellStart"/>
      <w:r>
        <w:rPr>
          <w:rFonts w:ascii="Times New Roman" w:eastAsia="Times New Roman" w:hAnsi="Times New Roman"/>
        </w:rPr>
        <w:t>interviul</w:t>
      </w:r>
      <w:proofErr w:type="spellEnd"/>
      <w:r>
        <w:rPr>
          <w:rFonts w:ascii="Times New Roman" w:eastAsia="Times New Roman" w:hAnsi="Times New Roman"/>
        </w:rPr>
        <w:t>.</w:t>
      </w:r>
    </w:p>
    <w:p w14:paraId="0628687E" w14:textId="77777777" w:rsidR="00AF0270" w:rsidRDefault="00000000" w:rsidP="00E544AF">
      <w:pPr>
        <w:spacing w:after="80" w:line="240" w:lineRule="auto"/>
        <w:jc w:val="both"/>
        <w:rPr>
          <w:rFonts w:ascii="Times New Roman" w:eastAsia="Times New Roman" w:hAnsi="Times New Roman"/>
        </w:rPr>
      </w:pPr>
      <w:proofErr w:type="spellStart"/>
      <w:r>
        <w:rPr>
          <w:rFonts w:ascii="Times New Roman" w:eastAsia="Times New Roman" w:hAnsi="Times New Roman"/>
        </w:rPr>
        <w:lastRenderedPageBreak/>
        <w:t>În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situația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în</w:t>
      </w:r>
      <w:proofErr w:type="spellEnd"/>
      <w:r>
        <w:rPr>
          <w:rFonts w:ascii="Times New Roman" w:eastAsia="Times New Roman" w:hAnsi="Times New Roman"/>
        </w:rPr>
        <w:t xml:space="preserve"> care la concurs se </w:t>
      </w:r>
      <w:proofErr w:type="spellStart"/>
      <w:r>
        <w:rPr>
          <w:rFonts w:ascii="Times New Roman" w:eastAsia="Times New Roman" w:hAnsi="Times New Roman"/>
        </w:rPr>
        <w:t>prezintă</w:t>
      </w:r>
      <w:proofErr w:type="spellEnd"/>
      <w:r>
        <w:rPr>
          <w:rFonts w:ascii="Times New Roman" w:eastAsia="Times New Roman" w:hAnsi="Times New Roman"/>
        </w:rPr>
        <w:t xml:space="preserve"> un </w:t>
      </w:r>
      <w:proofErr w:type="spellStart"/>
      <w:r>
        <w:rPr>
          <w:rFonts w:ascii="Times New Roman" w:eastAsia="Times New Roman" w:hAnsi="Times New Roman"/>
        </w:rPr>
        <w:t>singur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candidat</w:t>
      </w:r>
      <w:proofErr w:type="spellEnd"/>
      <w:r>
        <w:rPr>
          <w:rFonts w:ascii="Times New Roman" w:eastAsia="Times New Roman" w:hAnsi="Times New Roman"/>
        </w:rPr>
        <w:t xml:space="preserve">, </w:t>
      </w:r>
      <w:proofErr w:type="spellStart"/>
      <w:r>
        <w:rPr>
          <w:rFonts w:ascii="Times New Roman" w:eastAsia="Times New Roman" w:hAnsi="Times New Roman"/>
        </w:rPr>
        <w:t>ocuparea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postului</w:t>
      </w:r>
      <w:proofErr w:type="spellEnd"/>
      <w:r>
        <w:rPr>
          <w:rFonts w:ascii="Times New Roman" w:eastAsia="Times New Roman" w:hAnsi="Times New Roman"/>
        </w:rPr>
        <w:t xml:space="preserve"> se face </w:t>
      </w:r>
      <w:proofErr w:type="spellStart"/>
      <w:r>
        <w:rPr>
          <w:rFonts w:ascii="Times New Roman" w:eastAsia="Times New Roman" w:hAnsi="Times New Roman"/>
        </w:rPr>
        <w:t>prin</w:t>
      </w:r>
      <w:proofErr w:type="spellEnd"/>
      <w:r>
        <w:rPr>
          <w:rFonts w:ascii="Times New Roman" w:eastAsia="Times New Roman" w:hAnsi="Times New Roman"/>
        </w:rPr>
        <w:t xml:space="preserve"> examen, </w:t>
      </w:r>
      <w:proofErr w:type="spellStart"/>
      <w:r>
        <w:rPr>
          <w:rFonts w:ascii="Times New Roman" w:eastAsia="Times New Roman" w:hAnsi="Times New Roman"/>
        </w:rPr>
        <w:t>potrivit</w:t>
      </w:r>
      <w:proofErr w:type="spellEnd"/>
      <w:r>
        <w:rPr>
          <w:rFonts w:ascii="Times New Roman" w:eastAsia="Times New Roman" w:hAnsi="Times New Roman"/>
        </w:rPr>
        <w:t xml:space="preserve"> art. 14 </w:t>
      </w:r>
      <w:proofErr w:type="spellStart"/>
      <w:r>
        <w:rPr>
          <w:rFonts w:ascii="Times New Roman" w:eastAsia="Times New Roman" w:hAnsi="Times New Roman"/>
        </w:rPr>
        <w:t>alin</w:t>
      </w:r>
      <w:proofErr w:type="spellEnd"/>
      <w:r>
        <w:rPr>
          <w:rFonts w:ascii="Times New Roman" w:eastAsia="Times New Roman" w:hAnsi="Times New Roman"/>
        </w:rPr>
        <w:t>. (2) din H.G. nr. 1336/2022.</w:t>
      </w:r>
    </w:p>
    <w:p w14:paraId="54D2F597" w14:textId="77777777" w:rsidR="00BD2E52" w:rsidRDefault="00BD2E52" w:rsidP="00E544AF">
      <w:pPr>
        <w:spacing w:after="80" w:line="240" w:lineRule="auto"/>
        <w:jc w:val="both"/>
      </w:pPr>
    </w:p>
    <w:p w14:paraId="573D65CA" w14:textId="77777777" w:rsidR="00AF0270" w:rsidRDefault="00000000" w:rsidP="00E544AF">
      <w:pPr>
        <w:spacing w:after="80" w:line="240" w:lineRule="auto"/>
        <w:jc w:val="both"/>
      </w:pPr>
      <w:r>
        <w:rPr>
          <w:rFonts w:ascii="Times New Roman" w:eastAsia="Times New Roman" w:hAnsi="Times New Roman"/>
          <w:b/>
        </w:rPr>
        <w:t>VII. CALENDARUL CONCURSULUI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337"/>
        <w:gridCol w:w="4293"/>
      </w:tblGrid>
      <w:tr w:rsidR="00AF0270" w14:paraId="4EF5C4F7" w14:textId="77777777">
        <w:trPr>
          <w:jc w:val="center"/>
        </w:trPr>
        <w:tc>
          <w:tcPr>
            <w:tcW w:w="4929" w:type="dxa"/>
            <w:shd w:val="clear" w:color="auto" w:fill="D9EAF7"/>
          </w:tcPr>
          <w:p w14:paraId="6976E32D" w14:textId="77777777" w:rsidR="00AF0270" w:rsidRDefault="00000000" w:rsidP="00E544AF">
            <w:pPr>
              <w:jc w:val="both"/>
            </w:pPr>
            <w:r>
              <w:rPr>
                <w:rFonts w:ascii="Times New Roman" w:eastAsia="Times New Roman" w:hAnsi="Times New Roman"/>
                <w:b/>
                <w:sz w:val="20"/>
              </w:rPr>
              <w:t>Etapa</w:t>
            </w:r>
          </w:p>
        </w:tc>
        <w:tc>
          <w:tcPr>
            <w:tcW w:w="4929" w:type="dxa"/>
            <w:shd w:val="clear" w:color="auto" w:fill="D9EAF7"/>
          </w:tcPr>
          <w:p w14:paraId="10F62BAA" w14:textId="77777777" w:rsidR="00AF0270" w:rsidRDefault="00000000" w:rsidP="00E544AF">
            <w:pPr>
              <w:jc w:val="both"/>
            </w:pPr>
            <w:r>
              <w:rPr>
                <w:rFonts w:ascii="Times New Roman" w:eastAsia="Times New Roman" w:hAnsi="Times New Roman"/>
                <w:b/>
                <w:sz w:val="20"/>
              </w:rPr>
              <w:t>Data / ora</w:t>
            </w:r>
          </w:p>
        </w:tc>
      </w:tr>
      <w:tr w:rsidR="00AF0270" w14:paraId="4E12B51A" w14:textId="77777777">
        <w:trPr>
          <w:jc w:val="center"/>
        </w:trPr>
        <w:tc>
          <w:tcPr>
            <w:tcW w:w="4929" w:type="dxa"/>
          </w:tcPr>
          <w:p w14:paraId="45921803" w14:textId="77777777" w:rsidR="00AF0270" w:rsidRDefault="00000000" w:rsidP="00E544AF">
            <w:pPr>
              <w:jc w:val="both"/>
            </w:pPr>
            <w:proofErr w:type="spellStart"/>
            <w:r>
              <w:t>Publicarea</w:t>
            </w:r>
            <w:proofErr w:type="spellEnd"/>
            <w:r>
              <w:t xml:space="preserve"> </w:t>
            </w:r>
            <w:proofErr w:type="spellStart"/>
            <w:r>
              <w:t>și</w:t>
            </w:r>
            <w:proofErr w:type="spellEnd"/>
            <w:r>
              <w:t xml:space="preserve"> </w:t>
            </w:r>
            <w:proofErr w:type="spellStart"/>
            <w:r>
              <w:t>afișarea</w:t>
            </w:r>
            <w:proofErr w:type="spellEnd"/>
            <w:r>
              <w:t xml:space="preserve"> </w:t>
            </w:r>
            <w:proofErr w:type="spellStart"/>
            <w:r>
              <w:t>anunțului</w:t>
            </w:r>
            <w:proofErr w:type="spellEnd"/>
            <w:r>
              <w:t xml:space="preserve"> la </w:t>
            </w:r>
            <w:proofErr w:type="spellStart"/>
            <w:r>
              <w:t>sediul</w:t>
            </w:r>
            <w:proofErr w:type="spellEnd"/>
            <w:r>
              <w:t xml:space="preserve"> UAT </w:t>
            </w:r>
            <w:proofErr w:type="spellStart"/>
            <w:r>
              <w:t>și</w:t>
            </w:r>
            <w:proofErr w:type="spellEnd"/>
            <w:r>
              <w:t xml:space="preserve"> pe </w:t>
            </w:r>
            <w:proofErr w:type="spellStart"/>
            <w:r>
              <w:t>pagina</w:t>
            </w:r>
            <w:proofErr w:type="spellEnd"/>
            <w:r>
              <w:t xml:space="preserve"> de internet; </w:t>
            </w:r>
            <w:proofErr w:type="spellStart"/>
            <w:r>
              <w:t>transmiterea</w:t>
            </w:r>
            <w:proofErr w:type="spellEnd"/>
            <w:r>
              <w:t xml:space="preserve"> </w:t>
            </w:r>
            <w:proofErr w:type="spellStart"/>
            <w:r>
              <w:t>spre</w:t>
            </w:r>
            <w:proofErr w:type="spellEnd"/>
            <w:r>
              <w:t xml:space="preserve"> </w:t>
            </w:r>
            <w:proofErr w:type="spellStart"/>
            <w:r>
              <w:t>publicare</w:t>
            </w:r>
            <w:proofErr w:type="spellEnd"/>
            <w:r>
              <w:t xml:space="preserve"> la posturi.gov.ro.</w:t>
            </w:r>
          </w:p>
        </w:tc>
        <w:tc>
          <w:tcPr>
            <w:tcW w:w="4929" w:type="dxa"/>
          </w:tcPr>
          <w:p w14:paraId="10B01498" w14:textId="77777777" w:rsidR="00AF0270" w:rsidRDefault="00000000" w:rsidP="00E544AF">
            <w:pPr>
              <w:jc w:val="both"/>
            </w:pPr>
            <w:r>
              <w:t xml:space="preserve">06.10.2026, </w:t>
            </w:r>
            <w:proofErr w:type="spellStart"/>
            <w:r>
              <w:t>marți</w:t>
            </w:r>
            <w:proofErr w:type="spellEnd"/>
          </w:p>
        </w:tc>
      </w:tr>
      <w:tr w:rsidR="00AF0270" w14:paraId="6013EB1F" w14:textId="77777777">
        <w:trPr>
          <w:jc w:val="center"/>
        </w:trPr>
        <w:tc>
          <w:tcPr>
            <w:tcW w:w="4929" w:type="dxa"/>
          </w:tcPr>
          <w:p w14:paraId="3EBA94E4" w14:textId="77777777" w:rsidR="00AF0270" w:rsidRDefault="00000000" w:rsidP="00E544AF">
            <w:pPr>
              <w:jc w:val="both"/>
            </w:pPr>
            <w:proofErr w:type="spellStart"/>
            <w:r>
              <w:t>Depunerea</w:t>
            </w:r>
            <w:proofErr w:type="spellEnd"/>
            <w:r>
              <w:t xml:space="preserve"> </w:t>
            </w:r>
            <w:proofErr w:type="spellStart"/>
            <w:r>
              <w:t>dosarelor</w:t>
            </w:r>
            <w:proofErr w:type="spellEnd"/>
            <w:r>
              <w:t xml:space="preserve"> de concurs; termen de 10 </w:t>
            </w:r>
            <w:proofErr w:type="spellStart"/>
            <w:r>
              <w:t>zile</w:t>
            </w:r>
            <w:proofErr w:type="spellEnd"/>
            <w:r>
              <w:t xml:space="preserve"> </w:t>
            </w:r>
            <w:proofErr w:type="spellStart"/>
            <w:r>
              <w:t>lucrătoare</w:t>
            </w:r>
            <w:proofErr w:type="spellEnd"/>
            <w:r>
              <w:t xml:space="preserve"> de la </w:t>
            </w:r>
            <w:proofErr w:type="spellStart"/>
            <w:r>
              <w:t>afișarea</w:t>
            </w:r>
            <w:proofErr w:type="spellEnd"/>
            <w:r>
              <w:t xml:space="preserve"> </w:t>
            </w:r>
            <w:proofErr w:type="spellStart"/>
            <w:r>
              <w:t>anunțului</w:t>
            </w:r>
            <w:proofErr w:type="spellEnd"/>
            <w:r>
              <w:t>. Termen-</w:t>
            </w:r>
            <w:proofErr w:type="spellStart"/>
            <w:r>
              <w:t>limită</w:t>
            </w:r>
            <w:proofErr w:type="spellEnd"/>
            <w:r>
              <w:t>: 19.10.2026, ora 16:00.</w:t>
            </w:r>
          </w:p>
        </w:tc>
        <w:tc>
          <w:tcPr>
            <w:tcW w:w="4929" w:type="dxa"/>
          </w:tcPr>
          <w:p w14:paraId="16EEBEA1" w14:textId="5DE3AA38" w:rsidR="00AF0270" w:rsidRDefault="00000000" w:rsidP="00E544AF">
            <w:pPr>
              <w:jc w:val="both"/>
            </w:pPr>
            <w:r>
              <w:t>0</w:t>
            </w:r>
            <w:r w:rsidR="00120F61">
              <w:t>6</w:t>
            </w:r>
            <w:r>
              <w:t>–19.10.2026</w:t>
            </w:r>
          </w:p>
        </w:tc>
      </w:tr>
      <w:tr w:rsidR="00AF0270" w14:paraId="66B23401" w14:textId="77777777">
        <w:trPr>
          <w:jc w:val="center"/>
        </w:trPr>
        <w:tc>
          <w:tcPr>
            <w:tcW w:w="4929" w:type="dxa"/>
          </w:tcPr>
          <w:p w14:paraId="772FECC9" w14:textId="77777777" w:rsidR="00AF0270" w:rsidRDefault="00000000" w:rsidP="00E544AF">
            <w:pPr>
              <w:jc w:val="both"/>
            </w:pPr>
            <w:proofErr w:type="spellStart"/>
            <w:r>
              <w:t>Selecția</w:t>
            </w:r>
            <w:proofErr w:type="spellEnd"/>
            <w:r>
              <w:t xml:space="preserve"> </w:t>
            </w:r>
            <w:proofErr w:type="spellStart"/>
            <w:r>
              <w:t>dosarelor</w:t>
            </w:r>
            <w:proofErr w:type="spellEnd"/>
            <w:r>
              <w:t xml:space="preserve"> de concurs.</w:t>
            </w:r>
          </w:p>
        </w:tc>
        <w:tc>
          <w:tcPr>
            <w:tcW w:w="4929" w:type="dxa"/>
          </w:tcPr>
          <w:p w14:paraId="049BC3C6" w14:textId="77777777" w:rsidR="00AF0270" w:rsidRDefault="00000000" w:rsidP="00E544AF">
            <w:pPr>
              <w:jc w:val="both"/>
            </w:pPr>
            <w:r>
              <w:t>20.10.2026, ora 10:00</w:t>
            </w:r>
          </w:p>
        </w:tc>
      </w:tr>
      <w:tr w:rsidR="00AF0270" w14:paraId="60578524" w14:textId="77777777">
        <w:trPr>
          <w:jc w:val="center"/>
        </w:trPr>
        <w:tc>
          <w:tcPr>
            <w:tcW w:w="4929" w:type="dxa"/>
          </w:tcPr>
          <w:p w14:paraId="5D820997" w14:textId="77777777" w:rsidR="00AF0270" w:rsidRDefault="00000000" w:rsidP="00E544AF">
            <w:pPr>
              <w:jc w:val="both"/>
            </w:pPr>
            <w:proofErr w:type="spellStart"/>
            <w:r>
              <w:t>Afișarea</w:t>
            </w:r>
            <w:proofErr w:type="spellEnd"/>
            <w:r>
              <w:t xml:space="preserve"> </w:t>
            </w:r>
            <w:proofErr w:type="spellStart"/>
            <w:r>
              <w:t>rezultatelor</w:t>
            </w:r>
            <w:proofErr w:type="spellEnd"/>
            <w:r>
              <w:t xml:space="preserve"> </w:t>
            </w:r>
            <w:proofErr w:type="spellStart"/>
            <w:r>
              <w:t>selecției</w:t>
            </w:r>
            <w:proofErr w:type="spellEnd"/>
            <w:r>
              <w:t xml:space="preserve"> </w:t>
            </w:r>
            <w:proofErr w:type="spellStart"/>
            <w:r>
              <w:t>dosarelor</w:t>
            </w:r>
            <w:proofErr w:type="spellEnd"/>
            <w:r>
              <w:t>.</w:t>
            </w:r>
          </w:p>
        </w:tc>
        <w:tc>
          <w:tcPr>
            <w:tcW w:w="4929" w:type="dxa"/>
          </w:tcPr>
          <w:p w14:paraId="60B6D007" w14:textId="77777777" w:rsidR="00AF0270" w:rsidRDefault="00000000" w:rsidP="00E544AF">
            <w:pPr>
              <w:jc w:val="both"/>
            </w:pPr>
            <w:r>
              <w:t>20.10.2026, ora 15:00</w:t>
            </w:r>
          </w:p>
        </w:tc>
      </w:tr>
      <w:tr w:rsidR="00AF0270" w14:paraId="40DED376" w14:textId="77777777">
        <w:trPr>
          <w:jc w:val="center"/>
        </w:trPr>
        <w:tc>
          <w:tcPr>
            <w:tcW w:w="4929" w:type="dxa"/>
          </w:tcPr>
          <w:p w14:paraId="189BA5CD" w14:textId="77777777" w:rsidR="00AF0270" w:rsidRDefault="00000000" w:rsidP="00E544AF">
            <w:pPr>
              <w:jc w:val="both"/>
            </w:pPr>
            <w:r>
              <w:t>Termen-</w:t>
            </w:r>
            <w:proofErr w:type="spellStart"/>
            <w:r>
              <w:t>limită</w:t>
            </w:r>
            <w:proofErr w:type="spellEnd"/>
            <w:r>
              <w:t xml:space="preserve"> </w:t>
            </w:r>
            <w:proofErr w:type="spellStart"/>
            <w:r>
              <w:t>pentru</w:t>
            </w:r>
            <w:proofErr w:type="spellEnd"/>
            <w:r>
              <w:t xml:space="preserve"> </w:t>
            </w:r>
            <w:proofErr w:type="spellStart"/>
            <w:r>
              <w:t>contestațiile</w:t>
            </w:r>
            <w:proofErr w:type="spellEnd"/>
            <w:r>
              <w:t xml:space="preserve"> la </w:t>
            </w:r>
            <w:proofErr w:type="spellStart"/>
            <w:r>
              <w:t>selecția</w:t>
            </w:r>
            <w:proofErr w:type="spellEnd"/>
            <w:r>
              <w:t xml:space="preserve"> </w:t>
            </w:r>
            <w:proofErr w:type="spellStart"/>
            <w:r>
              <w:t>dosarelor</w:t>
            </w:r>
            <w:proofErr w:type="spellEnd"/>
            <w:r>
              <w:t>.</w:t>
            </w:r>
          </w:p>
        </w:tc>
        <w:tc>
          <w:tcPr>
            <w:tcW w:w="4929" w:type="dxa"/>
          </w:tcPr>
          <w:p w14:paraId="26345648" w14:textId="77777777" w:rsidR="00AF0270" w:rsidRDefault="00000000" w:rsidP="00E544AF">
            <w:pPr>
              <w:jc w:val="both"/>
            </w:pPr>
            <w:r>
              <w:t>21.10.2026, ora 15:00</w:t>
            </w:r>
          </w:p>
        </w:tc>
      </w:tr>
      <w:tr w:rsidR="00AF0270" w14:paraId="746F163E" w14:textId="77777777">
        <w:trPr>
          <w:jc w:val="center"/>
        </w:trPr>
        <w:tc>
          <w:tcPr>
            <w:tcW w:w="4929" w:type="dxa"/>
          </w:tcPr>
          <w:p w14:paraId="3F631E66" w14:textId="77777777" w:rsidR="00AF0270" w:rsidRDefault="00000000" w:rsidP="00E544AF">
            <w:pPr>
              <w:jc w:val="both"/>
            </w:pPr>
            <w:proofErr w:type="spellStart"/>
            <w:r>
              <w:t>Soluționarea</w:t>
            </w:r>
            <w:proofErr w:type="spellEnd"/>
            <w:r>
              <w:t xml:space="preserve"> </w:t>
            </w:r>
            <w:proofErr w:type="spellStart"/>
            <w:r>
              <w:t>și</w:t>
            </w:r>
            <w:proofErr w:type="spellEnd"/>
            <w:r>
              <w:t xml:space="preserve"> </w:t>
            </w:r>
            <w:proofErr w:type="spellStart"/>
            <w:r>
              <w:t>afișarea</w:t>
            </w:r>
            <w:proofErr w:type="spellEnd"/>
            <w:r>
              <w:t xml:space="preserve"> </w:t>
            </w:r>
            <w:proofErr w:type="spellStart"/>
            <w:r>
              <w:t>rezultatelor</w:t>
            </w:r>
            <w:proofErr w:type="spellEnd"/>
            <w:r>
              <w:t xml:space="preserve"> </w:t>
            </w:r>
            <w:proofErr w:type="spellStart"/>
            <w:r>
              <w:t>contestațiilor</w:t>
            </w:r>
            <w:proofErr w:type="spellEnd"/>
            <w:r>
              <w:t xml:space="preserve"> la </w:t>
            </w:r>
            <w:proofErr w:type="spellStart"/>
            <w:r>
              <w:t>selecția</w:t>
            </w:r>
            <w:proofErr w:type="spellEnd"/>
            <w:r>
              <w:t xml:space="preserve"> </w:t>
            </w:r>
            <w:proofErr w:type="spellStart"/>
            <w:r>
              <w:t>dosarelor</w:t>
            </w:r>
            <w:proofErr w:type="spellEnd"/>
            <w:r>
              <w:t>.</w:t>
            </w:r>
          </w:p>
        </w:tc>
        <w:tc>
          <w:tcPr>
            <w:tcW w:w="4929" w:type="dxa"/>
          </w:tcPr>
          <w:p w14:paraId="5892024D" w14:textId="77777777" w:rsidR="00AF0270" w:rsidRDefault="00000000" w:rsidP="00E544AF">
            <w:pPr>
              <w:jc w:val="both"/>
            </w:pPr>
            <w:r>
              <w:t>22.10.2026, ora 15:00</w:t>
            </w:r>
          </w:p>
        </w:tc>
      </w:tr>
      <w:tr w:rsidR="00AF0270" w14:paraId="70FA8C0D" w14:textId="77777777">
        <w:trPr>
          <w:jc w:val="center"/>
        </w:trPr>
        <w:tc>
          <w:tcPr>
            <w:tcW w:w="4929" w:type="dxa"/>
          </w:tcPr>
          <w:p w14:paraId="64B5334B" w14:textId="77777777" w:rsidR="00AF0270" w:rsidRDefault="00000000" w:rsidP="00E544AF">
            <w:pPr>
              <w:jc w:val="both"/>
            </w:pPr>
            <w:r>
              <w:t xml:space="preserve">Proba </w:t>
            </w:r>
            <w:proofErr w:type="spellStart"/>
            <w:r>
              <w:t>scrisă</w:t>
            </w:r>
            <w:proofErr w:type="spellEnd"/>
            <w:r>
              <w:t xml:space="preserve">. Data </w:t>
            </w:r>
            <w:proofErr w:type="spellStart"/>
            <w:r>
              <w:t>este</w:t>
            </w:r>
            <w:proofErr w:type="spellEnd"/>
            <w:r>
              <w:t xml:space="preserve"> </w:t>
            </w:r>
            <w:proofErr w:type="spellStart"/>
            <w:r>
              <w:t>stabilită</w:t>
            </w:r>
            <w:proofErr w:type="spellEnd"/>
            <w:r>
              <w:t xml:space="preserve"> cu </w:t>
            </w:r>
            <w:proofErr w:type="spellStart"/>
            <w:r>
              <w:t>respectarea</w:t>
            </w:r>
            <w:proofErr w:type="spellEnd"/>
            <w:r>
              <w:t xml:space="preserve"> </w:t>
            </w:r>
            <w:proofErr w:type="spellStart"/>
            <w:r>
              <w:t>termenului</w:t>
            </w:r>
            <w:proofErr w:type="spellEnd"/>
            <w:r>
              <w:t xml:space="preserve"> minim de 15 </w:t>
            </w:r>
            <w:proofErr w:type="spellStart"/>
            <w:r>
              <w:t>zile</w:t>
            </w:r>
            <w:proofErr w:type="spellEnd"/>
            <w:r>
              <w:t xml:space="preserve"> </w:t>
            </w:r>
            <w:proofErr w:type="spellStart"/>
            <w:r>
              <w:t>lucrătoare</w:t>
            </w:r>
            <w:proofErr w:type="spellEnd"/>
            <w:r>
              <w:t xml:space="preserve"> de la </w:t>
            </w:r>
            <w:proofErr w:type="spellStart"/>
            <w:r>
              <w:t>publicare</w:t>
            </w:r>
            <w:proofErr w:type="spellEnd"/>
            <w:r>
              <w:t>.</w:t>
            </w:r>
          </w:p>
        </w:tc>
        <w:tc>
          <w:tcPr>
            <w:tcW w:w="4929" w:type="dxa"/>
          </w:tcPr>
          <w:p w14:paraId="167DBE4F" w14:textId="77777777" w:rsidR="00AF0270" w:rsidRDefault="00000000" w:rsidP="00E544AF">
            <w:pPr>
              <w:jc w:val="both"/>
            </w:pPr>
            <w:r>
              <w:t>27.10.2026, ora 10:00</w:t>
            </w:r>
          </w:p>
        </w:tc>
      </w:tr>
      <w:tr w:rsidR="00AF0270" w14:paraId="0769D934" w14:textId="77777777">
        <w:trPr>
          <w:jc w:val="center"/>
        </w:trPr>
        <w:tc>
          <w:tcPr>
            <w:tcW w:w="4929" w:type="dxa"/>
          </w:tcPr>
          <w:p w14:paraId="56DBC722" w14:textId="77777777" w:rsidR="00AF0270" w:rsidRDefault="00000000" w:rsidP="00E544AF">
            <w:pPr>
              <w:jc w:val="both"/>
            </w:pPr>
            <w:proofErr w:type="spellStart"/>
            <w:r>
              <w:t>Afișarea</w:t>
            </w:r>
            <w:proofErr w:type="spellEnd"/>
            <w:r>
              <w:t xml:space="preserve"> </w:t>
            </w:r>
            <w:proofErr w:type="spellStart"/>
            <w:r>
              <w:t>rezultatelor</w:t>
            </w:r>
            <w:proofErr w:type="spellEnd"/>
            <w:r>
              <w:t xml:space="preserve"> la </w:t>
            </w:r>
            <w:proofErr w:type="spellStart"/>
            <w:r>
              <w:t>proba</w:t>
            </w:r>
            <w:proofErr w:type="spellEnd"/>
            <w:r>
              <w:t xml:space="preserve"> </w:t>
            </w:r>
            <w:proofErr w:type="spellStart"/>
            <w:r>
              <w:t>scrisă</w:t>
            </w:r>
            <w:proofErr w:type="spellEnd"/>
            <w:r>
              <w:t>.</w:t>
            </w:r>
          </w:p>
        </w:tc>
        <w:tc>
          <w:tcPr>
            <w:tcW w:w="4929" w:type="dxa"/>
          </w:tcPr>
          <w:p w14:paraId="4873394B" w14:textId="75DD0D5D" w:rsidR="00AF0270" w:rsidRDefault="00000000" w:rsidP="00E544AF">
            <w:pPr>
              <w:jc w:val="both"/>
            </w:pPr>
            <w:r>
              <w:t>27.10.2026, ora 1</w:t>
            </w:r>
            <w:r w:rsidR="004A71A3">
              <w:t>4</w:t>
            </w:r>
            <w:r>
              <w:t>:00</w:t>
            </w:r>
          </w:p>
        </w:tc>
      </w:tr>
      <w:tr w:rsidR="00AF0270" w14:paraId="21FC3B85" w14:textId="77777777">
        <w:trPr>
          <w:jc w:val="center"/>
        </w:trPr>
        <w:tc>
          <w:tcPr>
            <w:tcW w:w="4929" w:type="dxa"/>
          </w:tcPr>
          <w:p w14:paraId="02BE4309" w14:textId="77777777" w:rsidR="00AF0270" w:rsidRDefault="00000000" w:rsidP="00E544AF">
            <w:pPr>
              <w:jc w:val="both"/>
            </w:pPr>
            <w:r>
              <w:t>Termen-</w:t>
            </w:r>
            <w:proofErr w:type="spellStart"/>
            <w:r>
              <w:t>limită</w:t>
            </w:r>
            <w:proofErr w:type="spellEnd"/>
            <w:r>
              <w:t xml:space="preserve"> </w:t>
            </w:r>
            <w:proofErr w:type="spellStart"/>
            <w:r>
              <w:t>pentru</w:t>
            </w:r>
            <w:proofErr w:type="spellEnd"/>
            <w:r>
              <w:t xml:space="preserve"> </w:t>
            </w:r>
            <w:proofErr w:type="spellStart"/>
            <w:r>
              <w:t>contestațiile</w:t>
            </w:r>
            <w:proofErr w:type="spellEnd"/>
            <w:r>
              <w:t xml:space="preserve"> la </w:t>
            </w:r>
            <w:proofErr w:type="spellStart"/>
            <w:r>
              <w:t>proba</w:t>
            </w:r>
            <w:proofErr w:type="spellEnd"/>
            <w:r>
              <w:t xml:space="preserve"> </w:t>
            </w:r>
            <w:proofErr w:type="spellStart"/>
            <w:r>
              <w:t>scrisă</w:t>
            </w:r>
            <w:proofErr w:type="spellEnd"/>
            <w:r>
              <w:t>.</w:t>
            </w:r>
          </w:p>
        </w:tc>
        <w:tc>
          <w:tcPr>
            <w:tcW w:w="4929" w:type="dxa"/>
          </w:tcPr>
          <w:p w14:paraId="581E6B03" w14:textId="4EDE9802" w:rsidR="00AF0270" w:rsidRDefault="00000000" w:rsidP="00E544AF">
            <w:pPr>
              <w:jc w:val="both"/>
            </w:pPr>
            <w:r>
              <w:t>28.10.2026, ora 1</w:t>
            </w:r>
            <w:r w:rsidR="004A71A3">
              <w:t>4</w:t>
            </w:r>
            <w:r>
              <w:t>:00</w:t>
            </w:r>
          </w:p>
        </w:tc>
      </w:tr>
      <w:tr w:rsidR="00AF0270" w14:paraId="4C082DDB" w14:textId="77777777">
        <w:trPr>
          <w:jc w:val="center"/>
        </w:trPr>
        <w:tc>
          <w:tcPr>
            <w:tcW w:w="4929" w:type="dxa"/>
          </w:tcPr>
          <w:p w14:paraId="6484173C" w14:textId="77777777" w:rsidR="00AF0270" w:rsidRDefault="00000000" w:rsidP="00E544AF">
            <w:pPr>
              <w:jc w:val="both"/>
            </w:pPr>
            <w:proofErr w:type="spellStart"/>
            <w:r>
              <w:t>Soluționarea</w:t>
            </w:r>
            <w:proofErr w:type="spellEnd"/>
            <w:r>
              <w:t xml:space="preserve"> </w:t>
            </w:r>
            <w:proofErr w:type="spellStart"/>
            <w:r>
              <w:t>și</w:t>
            </w:r>
            <w:proofErr w:type="spellEnd"/>
            <w:r>
              <w:t xml:space="preserve"> </w:t>
            </w:r>
            <w:proofErr w:type="spellStart"/>
            <w:r>
              <w:t>afișarea</w:t>
            </w:r>
            <w:proofErr w:type="spellEnd"/>
            <w:r>
              <w:t xml:space="preserve"> </w:t>
            </w:r>
            <w:proofErr w:type="spellStart"/>
            <w:r>
              <w:t>rezultatelor</w:t>
            </w:r>
            <w:proofErr w:type="spellEnd"/>
            <w:r>
              <w:t xml:space="preserve"> </w:t>
            </w:r>
            <w:proofErr w:type="spellStart"/>
            <w:r>
              <w:t>contestațiilor</w:t>
            </w:r>
            <w:proofErr w:type="spellEnd"/>
            <w:r>
              <w:t xml:space="preserve"> la </w:t>
            </w:r>
            <w:proofErr w:type="spellStart"/>
            <w:r>
              <w:t>proba</w:t>
            </w:r>
            <w:proofErr w:type="spellEnd"/>
            <w:r>
              <w:t xml:space="preserve"> </w:t>
            </w:r>
            <w:proofErr w:type="spellStart"/>
            <w:r>
              <w:t>scrisă</w:t>
            </w:r>
            <w:proofErr w:type="spellEnd"/>
            <w:r>
              <w:t>.</w:t>
            </w:r>
          </w:p>
        </w:tc>
        <w:tc>
          <w:tcPr>
            <w:tcW w:w="4929" w:type="dxa"/>
          </w:tcPr>
          <w:p w14:paraId="3A7C424C" w14:textId="256EB851" w:rsidR="00AF0270" w:rsidRDefault="00000000" w:rsidP="00E544AF">
            <w:pPr>
              <w:jc w:val="both"/>
            </w:pPr>
            <w:r>
              <w:t>2</w:t>
            </w:r>
            <w:r w:rsidR="004A71A3">
              <w:t>8</w:t>
            </w:r>
            <w:r>
              <w:t>.10.2026, ora 1</w:t>
            </w:r>
            <w:r w:rsidR="004A71A3">
              <w:t>6</w:t>
            </w:r>
            <w:r>
              <w:t>:00</w:t>
            </w:r>
          </w:p>
        </w:tc>
      </w:tr>
      <w:tr w:rsidR="00AF0270" w14:paraId="2F490EF8" w14:textId="77777777">
        <w:trPr>
          <w:jc w:val="center"/>
        </w:trPr>
        <w:tc>
          <w:tcPr>
            <w:tcW w:w="4929" w:type="dxa"/>
          </w:tcPr>
          <w:p w14:paraId="70D41900" w14:textId="77777777" w:rsidR="00AF0270" w:rsidRDefault="00000000" w:rsidP="00E544AF">
            <w:pPr>
              <w:jc w:val="both"/>
            </w:pPr>
            <w:proofErr w:type="spellStart"/>
            <w:r>
              <w:t>Interviul</w:t>
            </w:r>
            <w:proofErr w:type="spellEnd"/>
            <w:r>
              <w:t xml:space="preserve">. Se </w:t>
            </w:r>
            <w:proofErr w:type="spellStart"/>
            <w:r>
              <w:t>desfășoară</w:t>
            </w:r>
            <w:proofErr w:type="spellEnd"/>
            <w:r>
              <w:t xml:space="preserve"> </w:t>
            </w:r>
            <w:proofErr w:type="spellStart"/>
            <w:r>
              <w:t>în</w:t>
            </w:r>
            <w:proofErr w:type="spellEnd"/>
            <w:r>
              <w:t xml:space="preserve"> </w:t>
            </w:r>
            <w:proofErr w:type="spellStart"/>
            <w:r>
              <w:t>termenul</w:t>
            </w:r>
            <w:proofErr w:type="spellEnd"/>
            <w:r>
              <w:t xml:space="preserve"> de maximum 4 </w:t>
            </w:r>
            <w:proofErr w:type="spellStart"/>
            <w:r>
              <w:t>zile</w:t>
            </w:r>
            <w:proofErr w:type="spellEnd"/>
            <w:r>
              <w:t xml:space="preserve"> </w:t>
            </w:r>
            <w:proofErr w:type="spellStart"/>
            <w:r>
              <w:t>lucrătoare</w:t>
            </w:r>
            <w:proofErr w:type="spellEnd"/>
            <w:r>
              <w:t xml:space="preserve"> de la </w:t>
            </w:r>
            <w:proofErr w:type="spellStart"/>
            <w:r>
              <w:t>proba</w:t>
            </w:r>
            <w:proofErr w:type="spellEnd"/>
            <w:r>
              <w:t xml:space="preserve"> </w:t>
            </w:r>
            <w:proofErr w:type="spellStart"/>
            <w:r>
              <w:t>scrisă</w:t>
            </w:r>
            <w:proofErr w:type="spellEnd"/>
            <w:r>
              <w:t xml:space="preserve"> </w:t>
            </w:r>
            <w:proofErr w:type="spellStart"/>
            <w:r>
              <w:t>și</w:t>
            </w:r>
            <w:proofErr w:type="spellEnd"/>
            <w:r>
              <w:t xml:space="preserve"> </w:t>
            </w:r>
            <w:proofErr w:type="spellStart"/>
            <w:r>
              <w:t>după</w:t>
            </w:r>
            <w:proofErr w:type="spellEnd"/>
            <w:r>
              <w:t xml:space="preserve"> </w:t>
            </w:r>
            <w:proofErr w:type="spellStart"/>
            <w:r>
              <w:t>soluționarea</w:t>
            </w:r>
            <w:proofErr w:type="spellEnd"/>
            <w:r>
              <w:t xml:space="preserve"> </w:t>
            </w:r>
            <w:proofErr w:type="spellStart"/>
            <w:r>
              <w:t>eventualelor</w:t>
            </w:r>
            <w:proofErr w:type="spellEnd"/>
            <w:r>
              <w:t xml:space="preserve"> </w:t>
            </w:r>
            <w:proofErr w:type="spellStart"/>
            <w:r>
              <w:t>contestații</w:t>
            </w:r>
            <w:proofErr w:type="spellEnd"/>
            <w:r>
              <w:t xml:space="preserve"> la </w:t>
            </w:r>
            <w:proofErr w:type="spellStart"/>
            <w:r>
              <w:t>proba</w:t>
            </w:r>
            <w:proofErr w:type="spellEnd"/>
            <w:r>
              <w:t xml:space="preserve"> </w:t>
            </w:r>
            <w:proofErr w:type="spellStart"/>
            <w:r>
              <w:t>scrisă</w:t>
            </w:r>
            <w:proofErr w:type="spellEnd"/>
            <w:r>
              <w:t>.</w:t>
            </w:r>
          </w:p>
        </w:tc>
        <w:tc>
          <w:tcPr>
            <w:tcW w:w="4929" w:type="dxa"/>
          </w:tcPr>
          <w:p w14:paraId="13D00B2A" w14:textId="4C544970" w:rsidR="00AF0270" w:rsidRDefault="004D4E2F" w:rsidP="00E544AF">
            <w:pPr>
              <w:jc w:val="both"/>
            </w:pPr>
            <w:r>
              <w:t>29.10.2026, ora 10:00</w:t>
            </w:r>
          </w:p>
        </w:tc>
      </w:tr>
      <w:tr w:rsidR="00AF0270" w14:paraId="31591EE9" w14:textId="77777777">
        <w:trPr>
          <w:jc w:val="center"/>
        </w:trPr>
        <w:tc>
          <w:tcPr>
            <w:tcW w:w="4929" w:type="dxa"/>
          </w:tcPr>
          <w:p w14:paraId="20D0093A" w14:textId="77777777" w:rsidR="00AF0270" w:rsidRDefault="00000000" w:rsidP="00E544AF">
            <w:pPr>
              <w:jc w:val="both"/>
            </w:pPr>
            <w:proofErr w:type="spellStart"/>
            <w:r>
              <w:t>Afișarea</w:t>
            </w:r>
            <w:proofErr w:type="spellEnd"/>
            <w:r>
              <w:t xml:space="preserve"> </w:t>
            </w:r>
            <w:proofErr w:type="spellStart"/>
            <w:r>
              <w:t>rezultatelor</w:t>
            </w:r>
            <w:proofErr w:type="spellEnd"/>
            <w:r>
              <w:t xml:space="preserve"> la </w:t>
            </w:r>
            <w:proofErr w:type="spellStart"/>
            <w:r>
              <w:t>interviu</w:t>
            </w:r>
            <w:proofErr w:type="spellEnd"/>
            <w:r>
              <w:t>.</w:t>
            </w:r>
          </w:p>
        </w:tc>
        <w:tc>
          <w:tcPr>
            <w:tcW w:w="4929" w:type="dxa"/>
          </w:tcPr>
          <w:p w14:paraId="67FEB455" w14:textId="40F54F58" w:rsidR="00AF0270" w:rsidRDefault="004D4E2F" w:rsidP="00E544AF">
            <w:pPr>
              <w:jc w:val="both"/>
            </w:pPr>
            <w:r>
              <w:t>29.10.2026, ora 13:00</w:t>
            </w:r>
          </w:p>
        </w:tc>
      </w:tr>
      <w:tr w:rsidR="00AF0270" w14:paraId="4F6D3321" w14:textId="77777777">
        <w:trPr>
          <w:jc w:val="center"/>
        </w:trPr>
        <w:tc>
          <w:tcPr>
            <w:tcW w:w="4929" w:type="dxa"/>
          </w:tcPr>
          <w:p w14:paraId="4303980D" w14:textId="77777777" w:rsidR="00AF0270" w:rsidRDefault="00000000" w:rsidP="00E544AF">
            <w:pPr>
              <w:jc w:val="both"/>
            </w:pPr>
            <w:r>
              <w:t>Termen-</w:t>
            </w:r>
            <w:proofErr w:type="spellStart"/>
            <w:r>
              <w:t>limită</w:t>
            </w:r>
            <w:proofErr w:type="spellEnd"/>
            <w:r>
              <w:t xml:space="preserve"> </w:t>
            </w:r>
            <w:proofErr w:type="spellStart"/>
            <w:r>
              <w:t>pentru</w:t>
            </w:r>
            <w:proofErr w:type="spellEnd"/>
            <w:r>
              <w:t xml:space="preserve"> </w:t>
            </w:r>
            <w:proofErr w:type="spellStart"/>
            <w:r>
              <w:t>contestațiile</w:t>
            </w:r>
            <w:proofErr w:type="spellEnd"/>
            <w:r>
              <w:t xml:space="preserve"> la </w:t>
            </w:r>
            <w:proofErr w:type="spellStart"/>
            <w:r>
              <w:t>interviu</w:t>
            </w:r>
            <w:proofErr w:type="spellEnd"/>
            <w:r>
              <w:t>.</w:t>
            </w:r>
          </w:p>
        </w:tc>
        <w:tc>
          <w:tcPr>
            <w:tcW w:w="4929" w:type="dxa"/>
          </w:tcPr>
          <w:p w14:paraId="7BED0888" w14:textId="55BAC8BA" w:rsidR="00AF0270" w:rsidRDefault="004D4E2F" w:rsidP="00E544AF">
            <w:pPr>
              <w:jc w:val="both"/>
            </w:pPr>
            <w:r>
              <w:t>30.10.2026, ora 13:00</w:t>
            </w:r>
          </w:p>
        </w:tc>
      </w:tr>
      <w:tr w:rsidR="00AF0270" w14:paraId="513DF8B5" w14:textId="77777777">
        <w:trPr>
          <w:jc w:val="center"/>
        </w:trPr>
        <w:tc>
          <w:tcPr>
            <w:tcW w:w="4929" w:type="dxa"/>
          </w:tcPr>
          <w:p w14:paraId="2B4F5E38" w14:textId="77777777" w:rsidR="00AF0270" w:rsidRDefault="00000000" w:rsidP="00E544AF">
            <w:pPr>
              <w:jc w:val="both"/>
            </w:pPr>
            <w:proofErr w:type="spellStart"/>
            <w:r>
              <w:t>Soluționarea</w:t>
            </w:r>
            <w:proofErr w:type="spellEnd"/>
            <w:r>
              <w:t xml:space="preserve"> </w:t>
            </w:r>
            <w:proofErr w:type="spellStart"/>
            <w:r>
              <w:t>și</w:t>
            </w:r>
            <w:proofErr w:type="spellEnd"/>
            <w:r>
              <w:t xml:space="preserve"> </w:t>
            </w:r>
            <w:proofErr w:type="spellStart"/>
            <w:r>
              <w:t>afișarea</w:t>
            </w:r>
            <w:proofErr w:type="spellEnd"/>
            <w:r>
              <w:t xml:space="preserve"> </w:t>
            </w:r>
            <w:proofErr w:type="spellStart"/>
            <w:r>
              <w:t>rezultatelor</w:t>
            </w:r>
            <w:proofErr w:type="spellEnd"/>
            <w:r>
              <w:t xml:space="preserve"> </w:t>
            </w:r>
            <w:proofErr w:type="spellStart"/>
            <w:r>
              <w:t>contestațiilor</w:t>
            </w:r>
            <w:proofErr w:type="spellEnd"/>
            <w:r>
              <w:t xml:space="preserve"> la </w:t>
            </w:r>
            <w:proofErr w:type="spellStart"/>
            <w:r>
              <w:t>interviu</w:t>
            </w:r>
            <w:proofErr w:type="spellEnd"/>
            <w:r>
              <w:t>.</w:t>
            </w:r>
          </w:p>
        </w:tc>
        <w:tc>
          <w:tcPr>
            <w:tcW w:w="4929" w:type="dxa"/>
          </w:tcPr>
          <w:p w14:paraId="1EDE4D08" w14:textId="7D65AAF5" w:rsidR="00AF0270" w:rsidRDefault="004D4E2F" w:rsidP="00E544AF">
            <w:pPr>
              <w:jc w:val="both"/>
            </w:pPr>
            <w:r>
              <w:t>30.10.2026, ora 15:00</w:t>
            </w:r>
          </w:p>
        </w:tc>
      </w:tr>
      <w:tr w:rsidR="00AF0270" w14:paraId="536F0D0C" w14:textId="77777777">
        <w:trPr>
          <w:jc w:val="center"/>
        </w:trPr>
        <w:tc>
          <w:tcPr>
            <w:tcW w:w="4929" w:type="dxa"/>
          </w:tcPr>
          <w:p w14:paraId="517B188F" w14:textId="77777777" w:rsidR="00AF0270" w:rsidRDefault="00000000" w:rsidP="00E544AF">
            <w:pPr>
              <w:jc w:val="both"/>
            </w:pPr>
            <w:proofErr w:type="spellStart"/>
            <w:r>
              <w:t>Afișarea</w:t>
            </w:r>
            <w:proofErr w:type="spellEnd"/>
            <w:r>
              <w:t xml:space="preserve"> </w:t>
            </w:r>
            <w:proofErr w:type="spellStart"/>
            <w:r>
              <w:t>rezultatelor</w:t>
            </w:r>
            <w:proofErr w:type="spellEnd"/>
            <w:r>
              <w:t xml:space="preserve"> finale ale </w:t>
            </w:r>
            <w:proofErr w:type="spellStart"/>
            <w:r>
              <w:t>concursului</w:t>
            </w:r>
            <w:proofErr w:type="spellEnd"/>
            <w:r>
              <w:t>.</w:t>
            </w:r>
          </w:p>
        </w:tc>
        <w:tc>
          <w:tcPr>
            <w:tcW w:w="4929" w:type="dxa"/>
          </w:tcPr>
          <w:p w14:paraId="7A6A19DC" w14:textId="3BD63820" w:rsidR="00AF0270" w:rsidRDefault="004D4E2F" w:rsidP="00E544AF">
            <w:pPr>
              <w:jc w:val="both"/>
            </w:pPr>
            <w:r>
              <w:t>30.10.2026, ora 15:30</w:t>
            </w:r>
          </w:p>
        </w:tc>
      </w:tr>
    </w:tbl>
    <w:p w14:paraId="3FE5BF20" w14:textId="77777777" w:rsidR="00E544AF" w:rsidRDefault="00E544AF" w:rsidP="00E544AF">
      <w:pPr>
        <w:spacing w:after="80" w:line="240" w:lineRule="auto"/>
        <w:jc w:val="both"/>
        <w:rPr>
          <w:rFonts w:ascii="Times New Roman" w:eastAsia="Times New Roman" w:hAnsi="Times New Roman"/>
          <w:b/>
        </w:rPr>
      </w:pPr>
    </w:p>
    <w:p w14:paraId="66547693" w14:textId="27F6190A" w:rsidR="00AF0270" w:rsidRDefault="00000000" w:rsidP="00E544AF">
      <w:pPr>
        <w:pStyle w:val="ListParagraph"/>
        <w:numPr>
          <w:ilvl w:val="0"/>
          <w:numId w:val="20"/>
        </w:numPr>
        <w:spacing w:after="80" w:line="240" w:lineRule="auto"/>
        <w:jc w:val="both"/>
      </w:pPr>
      <w:r w:rsidRPr="00E544AF">
        <w:rPr>
          <w:rFonts w:ascii="Times New Roman" w:eastAsia="Times New Roman" w:hAnsi="Times New Roman"/>
          <w:b/>
        </w:rPr>
        <w:t>BIBLIOGRAFIE</w:t>
      </w:r>
    </w:p>
    <w:p w14:paraId="5155D0D9" w14:textId="77777777" w:rsidR="00AF0270" w:rsidRDefault="00000000" w:rsidP="00E544AF">
      <w:pPr>
        <w:pStyle w:val="ListBullet"/>
        <w:spacing w:after="40" w:line="240" w:lineRule="auto"/>
        <w:jc w:val="both"/>
      </w:pPr>
      <w:r>
        <w:rPr>
          <w:rFonts w:ascii="Times New Roman" w:eastAsia="Times New Roman" w:hAnsi="Times New Roman"/>
        </w:rPr>
        <w:t xml:space="preserve">1. O.U.G. nr. 18/2017 </w:t>
      </w:r>
      <w:proofErr w:type="spellStart"/>
      <w:r>
        <w:rPr>
          <w:rFonts w:ascii="Times New Roman" w:eastAsia="Times New Roman" w:hAnsi="Times New Roman"/>
        </w:rPr>
        <w:t>privind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asistența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medicală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comunitară</w:t>
      </w:r>
      <w:proofErr w:type="spellEnd"/>
      <w:r>
        <w:rPr>
          <w:rFonts w:ascii="Times New Roman" w:eastAsia="Times New Roman" w:hAnsi="Times New Roman"/>
        </w:rPr>
        <w:t xml:space="preserve">, </w:t>
      </w:r>
      <w:proofErr w:type="spellStart"/>
      <w:r>
        <w:rPr>
          <w:rFonts w:ascii="Times New Roman" w:eastAsia="Times New Roman" w:hAnsi="Times New Roman"/>
        </w:rPr>
        <w:t>aprobată</w:t>
      </w:r>
      <w:proofErr w:type="spellEnd"/>
      <w:r>
        <w:rPr>
          <w:rFonts w:ascii="Times New Roman" w:eastAsia="Times New Roman" w:hAnsi="Times New Roman"/>
        </w:rPr>
        <w:t xml:space="preserve"> cu </w:t>
      </w:r>
      <w:proofErr w:type="spellStart"/>
      <w:r>
        <w:rPr>
          <w:rFonts w:ascii="Times New Roman" w:eastAsia="Times New Roman" w:hAnsi="Times New Roman"/>
        </w:rPr>
        <w:t>modificări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și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completări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prin</w:t>
      </w:r>
      <w:proofErr w:type="spellEnd"/>
      <w:r>
        <w:rPr>
          <w:rFonts w:ascii="Times New Roman" w:eastAsia="Times New Roman" w:hAnsi="Times New Roman"/>
        </w:rPr>
        <w:t xml:space="preserve"> Legea nr. 180/2017, cu </w:t>
      </w:r>
      <w:proofErr w:type="spellStart"/>
      <w:r>
        <w:rPr>
          <w:rFonts w:ascii="Times New Roman" w:eastAsia="Times New Roman" w:hAnsi="Times New Roman"/>
        </w:rPr>
        <w:t>modificările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și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completările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ulterioare</w:t>
      </w:r>
      <w:proofErr w:type="spellEnd"/>
      <w:r>
        <w:rPr>
          <w:rFonts w:ascii="Times New Roman" w:eastAsia="Times New Roman" w:hAnsi="Times New Roman"/>
        </w:rPr>
        <w:t xml:space="preserve"> – integral.</w:t>
      </w:r>
    </w:p>
    <w:p w14:paraId="643A00CD" w14:textId="77777777" w:rsidR="00AF0270" w:rsidRDefault="00000000" w:rsidP="00E544AF">
      <w:pPr>
        <w:pStyle w:val="ListBullet"/>
        <w:spacing w:after="40" w:line="240" w:lineRule="auto"/>
        <w:jc w:val="both"/>
      </w:pPr>
      <w:r>
        <w:rPr>
          <w:rFonts w:ascii="Times New Roman" w:eastAsia="Times New Roman" w:hAnsi="Times New Roman"/>
        </w:rPr>
        <w:t xml:space="preserve">2. H.G. nr. 324/2019 </w:t>
      </w:r>
      <w:proofErr w:type="spellStart"/>
      <w:r>
        <w:rPr>
          <w:rFonts w:ascii="Times New Roman" w:eastAsia="Times New Roman" w:hAnsi="Times New Roman"/>
        </w:rPr>
        <w:t>pentru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aprobarea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Normelor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metodologice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privind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organizarea</w:t>
      </w:r>
      <w:proofErr w:type="spellEnd"/>
      <w:r>
        <w:rPr>
          <w:rFonts w:ascii="Times New Roman" w:eastAsia="Times New Roman" w:hAnsi="Times New Roman"/>
        </w:rPr>
        <w:t xml:space="preserve">, </w:t>
      </w:r>
      <w:proofErr w:type="spellStart"/>
      <w:r>
        <w:rPr>
          <w:rFonts w:ascii="Times New Roman" w:eastAsia="Times New Roman" w:hAnsi="Times New Roman"/>
        </w:rPr>
        <w:t>funcționarea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și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finanțarea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activității</w:t>
      </w:r>
      <w:proofErr w:type="spellEnd"/>
      <w:r>
        <w:rPr>
          <w:rFonts w:ascii="Times New Roman" w:eastAsia="Times New Roman" w:hAnsi="Times New Roman"/>
        </w:rPr>
        <w:t xml:space="preserve"> de </w:t>
      </w:r>
      <w:proofErr w:type="spellStart"/>
      <w:r>
        <w:rPr>
          <w:rFonts w:ascii="Times New Roman" w:eastAsia="Times New Roman" w:hAnsi="Times New Roman"/>
        </w:rPr>
        <w:t>asistență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medicală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comunitară</w:t>
      </w:r>
      <w:proofErr w:type="spellEnd"/>
      <w:r>
        <w:rPr>
          <w:rFonts w:ascii="Times New Roman" w:eastAsia="Times New Roman" w:hAnsi="Times New Roman"/>
        </w:rPr>
        <w:t xml:space="preserve"> – integral.</w:t>
      </w:r>
    </w:p>
    <w:p w14:paraId="203DAEDD" w14:textId="77777777" w:rsidR="00AF0270" w:rsidRDefault="00000000" w:rsidP="00E544AF">
      <w:pPr>
        <w:pStyle w:val="ListBullet"/>
        <w:spacing w:after="40" w:line="240" w:lineRule="auto"/>
        <w:jc w:val="both"/>
      </w:pPr>
      <w:r>
        <w:rPr>
          <w:rFonts w:ascii="Times New Roman" w:eastAsia="Times New Roman" w:hAnsi="Times New Roman"/>
        </w:rPr>
        <w:t xml:space="preserve">3. O.U.G. nr. 144/2008 </w:t>
      </w:r>
      <w:proofErr w:type="spellStart"/>
      <w:r>
        <w:rPr>
          <w:rFonts w:ascii="Times New Roman" w:eastAsia="Times New Roman" w:hAnsi="Times New Roman"/>
        </w:rPr>
        <w:t>privind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exercitarea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profesiei</w:t>
      </w:r>
      <w:proofErr w:type="spellEnd"/>
      <w:r>
        <w:rPr>
          <w:rFonts w:ascii="Times New Roman" w:eastAsia="Times New Roman" w:hAnsi="Times New Roman"/>
        </w:rPr>
        <w:t xml:space="preserve"> de </w:t>
      </w:r>
      <w:proofErr w:type="spellStart"/>
      <w:r>
        <w:rPr>
          <w:rFonts w:ascii="Times New Roman" w:eastAsia="Times New Roman" w:hAnsi="Times New Roman"/>
        </w:rPr>
        <w:t>asistent</w:t>
      </w:r>
      <w:proofErr w:type="spellEnd"/>
      <w:r>
        <w:rPr>
          <w:rFonts w:ascii="Times New Roman" w:eastAsia="Times New Roman" w:hAnsi="Times New Roman"/>
        </w:rPr>
        <w:t xml:space="preserve"> medical generalist, a </w:t>
      </w:r>
      <w:proofErr w:type="spellStart"/>
      <w:r>
        <w:rPr>
          <w:rFonts w:ascii="Times New Roman" w:eastAsia="Times New Roman" w:hAnsi="Times New Roman"/>
        </w:rPr>
        <w:t>profesiei</w:t>
      </w:r>
      <w:proofErr w:type="spellEnd"/>
      <w:r>
        <w:rPr>
          <w:rFonts w:ascii="Times New Roman" w:eastAsia="Times New Roman" w:hAnsi="Times New Roman"/>
        </w:rPr>
        <w:t xml:space="preserve"> de </w:t>
      </w:r>
      <w:proofErr w:type="spellStart"/>
      <w:r>
        <w:rPr>
          <w:rFonts w:ascii="Times New Roman" w:eastAsia="Times New Roman" w:hAnsi="Times New Roman"/>
        </w:rPr>
        <w:t>moașă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și</w:t>
      </w:r>
      <w:proofErr w:type="spellEnd"/>
      <w:r>
        <w:rPr>
          <w:rFonts w:ascii="Times New Roman" w:eastAsia="Times New Roman" w:hAnsi="Times New Roman"/>
        </w:rPr>
        <w:t xml:space="preserve"> a </w:t>
      </w:r>
      <w:proofErr w:type="spellStart"/>
      <w:r>
        <w:rPr>
          <w:rFonts w:ascii="Times New Roman" w:eastAsia="Times New Roman" w:hAnsi="Times New Roman"/>
        </w:rPr>
        <w:t>profesiei</w:t>
      </w:r>
      <w:proofErr w:type="spellEnd"/>
      <w:r>
        <w:rPr>
          <w:rFonts w:ascii="Times New Roman" w:eastAsia="Times New Roman" w:hAnsi="Times New Roman"/>
        </w:rPr>
        <w:t xml:space="preserve"> de </w:t>
      </w:r>
      <w:proofErr w:type="spellStart"/>
      <w:r>
        <w:rPr>
          <w:rFonts w:ascii="Times New Roman" w:eastAsia="Times New Roman" w:hAnsi="Times New Roman"/>
        </w:rPr>
        <w:t>asistent</w:t>
      </w:r>
      <w:proofErr w:type="spellEnd"/>
      <w:r>
        <w:rPr>
          <w:rFonts w:ascii="Times New Roman" w:eastAsia="Times New Roman" w:hAnsi="Times New Roman"/>
        </w:rPr>
        <w:t xml:space="preserve"> medical, </w:t>
      </w:r>
      <w:proofErr w:type="spellStart"/>
      <w:r>
        <w:rPr>
          <w:rFonts w:ascii="Times New Roman" w:eastAsia="Times New Roman" w:hAnsi="Times New Roman"/>
        </w:rPr>
        <w:t>aprobată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prin</w:t>
      </w:r>
      <w:proofErr w:type="spellEnd"/>
      <w:r>
        <w:rPr>
          <w:rFonts w:ascii="Times New Roman" w:eastAsia="Times New Roman" w:hAnsi="Times New Roman"/>
        </w:rPr>
        <w:t xml:space="preserve"> Legea nr. 53/2014, cu </w:t>
      </w:r>
      <w:proofErr w:type="spellStart"/>
      <w:r>
        <w:rPr>
          <w:rFonts w:ascii="Times New Roman" w:eastAsia="Times New Roman" w:hAnsi="Times New Roman"/>
        </w:rPr>
        <w:t>modificările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și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completările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ulterioare</w:t>
      </w:r>
      <w:proofErr w:type="spellEnd"/>
      <w:r>
        <w:rPr>
          <w:rFonts w:ascii="Times New Roman" w:eastAsia="Times New Roman" w:hAnsi="Times New Roman"/>
        </w:rPr>
        <w:t xml:space="preserve"> – </w:t>
      </w:r>
      <w:proofErr w:type="spellStart"/>
      <w:r>
        <w:rPr>
          <w:rFonts w:ascii="Times New Roman" w:eastAsia="Times New Roman" w:hAnsi="Times New Roman"/>
        </w:rPr>
        <w:t>dispozițiile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privind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exercitarea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profesiei</w:t>
      </w:r>
      <w:proofErr w:type="spellEnd"/>
      <w:r>
        <w:rPr>
          <w:rFonts w:ascii="Times New Roman" w:eastAsia="Times New Roman" w:hAnsi="Times New Roman"/>
        </w:rPr>
        <w:t xml:space="preserve">, </w:t>
      </w:r>
      <w:proofErr w:type="spellStart"/>
      <w:r>
        <w:rPr>
          <w:rFonts w:ascii="Times New Roman" w:eastAsia="Times New Roman" w:hAnsi="Times New Roman"/>
        </w:rPr>
        <w:t>dreptul</w:t>
      </w:r>
      <w:proofErr w:type="spellEnd"/>
      <w:r>
        <w:rPr>
          <w:rFonts w:ascii="Times New Roman" w:eastAsia="Times New Roman" w:hAnsi="Times New Roman"/>
        </w:rPr>
        <w:t xml:space="preserve"> de </w:t>
      </w:r>
      <w:proofErr w:type="spellStart"/>
      <w:r>
        <w:rPr>
          <w:rFonts w:ascii="Times New Roman" w:eastAsia="Times New Roman" w:hAnsi="Times New Roman"/>
        </w:rPr>
        <w:t>liberă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practică</w:t>
      </w:r>
      <w:proofErr w:type="spellEnd"/>
      <w:r>
        <w:rPr>
          <w:rFonts w:ascii="Times New Roman" w:eastAsia="Times New Roman" w:hAnsi="Times New Roman"/>
        </w:rPr>
        <w:t xml:space="preserve">, </w:t>
      </w:r>
      <w:proofErr w:type="spellStart"/>
      <w:r>
        <w:rPr>
          <w:rFonts w:ascii="Times New Roman" w:eastAsia="Times New Roman" w:hAnsi="Times New Roman"/>
        </w:rPr>
        <w:t>nedemnitatea</w:t>
      </w:r>
      <w:proofErr w:type="spellEnd"/>
      <w:r>
        <w:rPr>
          <w:rFonts w:ascii="Times New Roman" w:eastAsia="Times New Roman" w:hAnsi="Times New Roman"/>
        </w:rPr>
        <w:t xml:space="preserve">, </w:t>
      </w:r>
      <w:proofErr w:type="spellStart"/>
      <w:r>
        <w:rPr>
          <w:rFonts w:ascii="Times New Roman" w:eastAsia="Times New Roman" w:hAnsi="Times New Roman"/>
        </w:rPr>
        <w:t>incompatibilitățile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și</w:t>
      </w:r>
      <w:proofErr w:type="spellEnd"/>
      <w:r>
        <w:rPr>
          <w:rFonts w:ascii="Times New Roman" w:eastAsia="Times New Roman" w:hAnsi="Times New Roman"/>
        </w:rPr>
        <w:t xml:space="preserve"> OAMGMAMR.</w:t>
      </w:r>
    </w:p>
    <w:p w14:paraId="796A0775" w14:textId="77777777" w:rsidR="00AF0270" w:rsidRDefault="00000000" w:rsidP="00E544AF">
      <w:pPr>
        <w:pStyle w:val="ListBullet"/>
        <w:spacing w:after="40" w:line="240" w:lineRule="auto"/>
        <w:jc w:val="both"/>
      </w:pPr>
      <w:r>
        <w:rPr>
          <w:rFonts w:ascii="Times New Roman" w:eastAsia="Times New Roman" w:hAnsi="Times New Roman"/>
        </w:rPr>
        <w:t xml:space="preserve">4. Legea nr. 95/2006 </w:t>
      </w:r>
      <w:proofErr w:type="spellStart"/>
      <w:r>
        <w:rPr>
          <w:rFonts w:ascii="Times New Roman" w:eastAsia="Times New Roman" w:hAnsi="Times New Roman"/>
        </w:rPr>
        <w:t>privind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reforma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în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domeniul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sănătății</w:t>
      </w:r>
      <w:proofErr w:type="spellEnd"/>
      <w:r>
        <w:rPr>
          <w:rFonts w:ascii="Times New Roman" w:eastAsia="Times New Roman" w:hAnsi="Times New Roman"/>
        </w:rPr>
        <w:t xml:space="preserve">, </w:t>
      </w:r>
      <w:proofErr w:type="spellStart"/>
      <w:r>
        <w:rPr>
          <w:rFonts w:ascii="Times New Roman" w:eastAsia="Times New Roman" w:hAnsi="Times New Roman"/>
        </w:rPr>
        <w:t>republicată</w:t>
      </w:r>
      <w:proofErr w:type="spellEnd"/>
      <w:r>
        <w:rPr>
          <w:rFonts w:ascii="Times New Roman" w:eastAsia="Times New Roman" w:hAnsi="Times New Roman"/>
        </w:rPr>
        <w:t xml:space="preserve">, cu </w:t>
      </w:r>
      <w:proofErr w:type="spellStart"/>
      <w:r>
        <w:rPr>
          <w:rFonts w:ascii="Times New Roman" w:eastAsia="Times New Roman" w:hAnsi="Times New Roman"/>
        </w:rPr>
        <w:t>modificările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și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completările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ulterioare</w:t>
      </w:r>
      <w:proofErr w:type="spellEnd"/>
      <w:r>
        <w:rPr>
          <w:rFonts w:ascii="Times New Roman" w:eastAsia="Times New Roman" w:hAnsi="Times New Roman"/>
        </w:rPr>
        <w:t xml:space="preserve"> – art. 207 </w:t>
      </w:r>
      <w:proofErr w:type="spellStart"/>
      <w:r>
        <w:rPr>
          <w:rFonts w:ascii="Times New Roman" w:eastAsia="Times New Roman" w:hAnsi="Times New Roman"/>
        </w:rPr>
        <w:t>și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dispozițiile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relevante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pentru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profesia</w:t>
      </w:r>
      <w:proofErr w:type="spellEnd"/>
      <w:r>
        <w:rPr>
          <w:rFonts w:ascii="Times New Roman" w:eastAsia="Times New Roman" w:hAnsi="Times New Roman"/>
        </w:rPr>
        <w:t xml:space="preserve"> de </w:t>
      </w:r>
      <w:proofErr w:type="spellStart"/>
      <w:r>
        <w:rPr>
          <w:rFonts w:ascii="Times New Roman" w:eastAsia="Times New Roman" w:hAnsi="Times New Roman"/>
        </w:rPr>
        <w:t>asistent</w:t>
      </w:r>
      <w:proofErr w:type="spellEnd"/>
      <w:r>
        <w:rPr>
          <w:rFonts w:ascii="Times New Roman" w:eastAsia="Times New Roman" w:hAnsi="Times New Roman"/>
        </w:rPr>
        <w:t xml:space="preserve"> medical.</w:t>
      </w:r>
    </w:p>
    <w:p w14:paraId="73AD1607" w14:textId="77777777" w:rsidR="00AF0270" w:rsidRDefault="00000000" w:rsidP="00E544AF">
      <w:pPr>
        <w:pStyle w:val="ListBullet"/>
        <w:spacing w:after="40" w:line="240" w:lineRule="auto"/>
        <w:jc w:val="both"/>
      </w:pPr>
      <w:r>
        <w:rPr>
          <w:rFonts w:ascii="Times New Roman" w:eastAsia="Times New Roman" w:hAnsi="Times New Roman"/>
        </w:rPr>
        <w:t xml:space="preserve">5. Legea nr. 46/2003 </w:t>
      </w:r>
      <w:proofErr w:type="spellStart"/>
      <w:r>
        <w:rPr>
          <w:rFonts w:ascii="Times New Roman" w:eastAsia="Times New Roman" w:hAnsi="Times New Roman"/>
        </w:rPr>
        <w:t>privind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drepturile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pacientului</w:t>
      </w:r>
      <w:proofErr w:type="spellEnd"/>
      <w:r>
        <w:rPr>
          <w:rFonts w:ascii="Times New Roman" w:eastAsia="Times New Roman" w:hAnsi="Times New Roman"/>
        </w:rPr>
        <w:t xml:space="preserve">, cu </w:t>
      </w:r>
      <w:proofErr w:type="spellStart"/>
      <w:r>
        <w:rPr>
          <w:rFonts w:ascii="Times New Roman" w:eastAsia="Times New Roman" w:hAnsi="Times New Roman"/>
        </w:rPr>
        <w:t>modificările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și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completările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ulterioare</w:t>
      </w:r>
      <w:proofErr w:type="spellEnd"/>
      <w:r>
        <w:rPr>
          <w:rFonts w:ascii="Times New Roman" w:eastAsia="Times New Roman" w:hAnsi="Times New Roman"/>
        </w:rPr>
        <w:t xml:space="preserve"> – integral.</w:t>
      </w:r>
    </w:p>
    <w:p w14:paraId="5232F491" w14:textId="77777777" w:rsidR="00AF0270" w:rsidRDefault="00000000" w:rsidP="00E544AF">
      <w:pPr>
        <w:pStyle w:val="ListBullet"/>
        <w:spacing w:after="40" w:line="240" w:lineRule="auto"/>
        <w:jc w:val="both"/>
      </w:pPr>
      <w:r>
        <w:rPr>
          <w:rFonts w:ascii="Times New Roman" w:eastAsia="Times New Roman" w:hAnsi="Times New Roman"/>
        </w:rPr>
        <w:t xml:space="preserve">6. </w:t>
      </w:r>
      <w:proofErr w:type="spellStart"/>
      <w:r>
        <w:rPr>
          <w:rFonts w:ascii="Times New Roman" w:eastAsia="Times New Roman" w:hAnsi="Times New Roman"/>
        </w:rPr>
        <w:t>Ordinul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ministrului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sănătății</w:t>
      </w:r>
      <w:proofErr w:type="spellEnd"/>
      <w:r>
        <w:rPr>
          <w:rFonts w:ascii="Times New Roman" w:eastAsia="Times New Roman" w:hAnsi="Times New Roman"/>
        </w:rPr>
        <w:t xml:space="preserve"> nr. 1410/2016 </w:t>
      </w:r>
      <w:proofErr w:type="spellStart"/>
      <w:r>
        <w:rPr>
          <w:rFonts w:ascii="Times New Roman" w:eastAsia="Times New Roman" w:hAnsi="Times New Roman"/>
        </w:rPr>
        <w:t>privind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aprobarea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Normelor</w:t>
      </w:r>
      <w:proofErr w:type="spellEnd"/>
      <w:r>
        <w:rPr>
          <w:rFonts w:ascii="Times New Roman" w:eastAsia="Times New Roman" w:hAnsi="Times New Roman"/>
        </w:rPr>
        <w:t xml:space="preserve"> de </w:t>
      </w:r>
      <w:proofErr w:type="spellStart"/>
      <w:r>
        <w:rPr>
          <w:rFonts w:ascii="Times New Roman" w:eastAsia="Times New Roman" w:hAnsi="Times New Roman"/>
        </w:rPr>
        <w:t>aplicare</w:t>
      </w:r>
      <w:proofErr w:type="spellEnd"/>
      <w:r>
        <w:rPr>
          <w:rFonts w:ascii="Times New Roman" w:eastAsia="Times New Roman" w:hAnsi="Times New Roman"/>
        </w:rPr>
        <w:t xml:space="preserve"> a </w:t>
      </w:r>
      <w:proofErr w:type="spellStart"/>
      <w:r>
        <w:rPr>
          <w:rFonts w:ascii="Times New Roman" w:eastAsia="Times New Roman" w:hAnsi="Times New Roman"/>
        </w:rPr>
        <w:t>Legii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drepturilor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pacientului</w:t>
      </w:r>
      <w:proofErr w:type="spellEnd"/>
      <w:r>
        <w:rPr>
          <w:rFonts w:ascii="Times New Roman" w:eastAsia="Times New Roman" w:hAnsi="Times New Roman"/>
        </w:rPr>
        <w:t xml:space="preserve"> nr. 46/2003 – integral.</w:t>
      </w:r>
    </w:p>
    <w:p w14:paraId="07DD396B" w14:textId="77777777" w:rsidR="00AF0270" w:rsidRDefault="00000000" w:rsidP="00E544AF">
      <w:pPr>
        <w:pStyle w:val="ListBullet"/>
        <w:spacing w:after="40" w:line="240" w:lineRule="auto"/>
        <w:jc w:val="both"/>
      </w:pPr>
      <w:r>
        <w:rPr>
          <w:rFonts w:ascii="Times New Roman" w:eastAsia="Times New Roman" w:hAnsi="Times New Roman"/>
        </w:rPr>
        <w:lastRenderedPageBreak/>
        <w:t xml:space="preserve">7. </w:t>
      </w:r>
      <w:proofErr w:type="spellStart"/>
      <w:r>
        <w:rPr>
          <w:rFonts w:ascii="Times New Roman" w:eastAsia="Times New Roman" w:hAnsi="Times New Roman"/>
        </w:rPr>
        <w:t>Ordinul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ministrului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sănătății</w:t>
      </w:r>
      <w:proofErr w:type="spellEnd"/>
      <w:r>
        <w:rPr>
          <w:rFonts w:ascii="Times New Roman" w:eastAsia="Times New Roman" w:hAnsi="Times New Roman"/>
        </w:rPr>
        <w:t xml:space="preserve"> nr. 1226/2012 </w:t>
      </w:r>
      <w:proofErr w:type="spellStart"/>
      <w:r>
        <w:rPr>
          <w:rFonts w:ascii="Times New Roman" w:eastAsia="Times New Roman" w:hAnsi="Times New Roman"/>
        </w:rPr>
        <w:t>privind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gestionarea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deșeurilor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rezultate</w:t>
      </w:r>
      <w:proofErr w:type="spellEnd"/>
      <w:r>
        <w:rPr>
          <w:rFonts w:ascii="Times New Roman" w:eastAsia="Times New Roman" w:hAnsi="Times New Roman"/>
        </w:rPr>
        <w:t xml:space="preserve"> din </w:t>
      </w:r>
      <w:proofErr w:type="spellStart"/>
      <w:r>
        <w:rPr>
          <w:rFonts w:ascii="Times New Roman" w:eastAsia="Times New Roman" w:hAnsi="Times New Roman"/>
        </w:rPr>
        <w:t>activități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medicale</w:t>
      </w:r>
      <w:proofErr w:type="spellEnd"/>
      <w:r>
        <w:rPr>
          <w:rFonts w:ascii="Times New Roman" w:eastAsia="Times New Roman" w:hAnsi="Times New Roman"/>
        </w:rPr>
        <w:t xml:space="preserve"> – </w:t>
      </w:r>
      <w:proofErr w:type="spellStart"/>
      <w:r>
        <w:rPr>
          <w:rFonts w:ascii="Times New Roman" w:eastAsia="Times New Roman" w:hAnsi="Times New Roman"/>
        </w:rPr>
        <w:t>anexele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relevante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pentru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activitatea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asistentului</w:t>
      </w:r>
      <w:proofErr w:type="spellEnd"/>
      <w:r>
        <w:rPr>
          <w:rFonts w:ascii="Times New Roman" w:eastAsia="Times New Roman" w:hAnsi="Times New Roman"/>
        </w:rPr>
        <w:t xml:space="preserve"> medical </w:t>
      </w:r>
      <w:proofErr w:type="spellStart"/>
      <w:r>
        <w:rPr>
          <w:rFonts w:ascii="Times New Roman" w:eastAsia="Times New Roman" w:hAnsi="Times New Roman"/>
        </w:rPr>
        <w:t>comunitar</w:t>
      </w:r>
      <w:proofErr w:type="spellEnd"/>
      <w:r>
        <w:rPr>
          <w:rFonts w:ascii="Times New Roman" w:eastAsia="Times New Roman" w:hAnsi="Times New Roman"/>
        </w:rPr>
        <w:t>.</w:t>
      </w:r>
    </w:p>
    <w:p w14:paraId="4CF07013" w14:textId="77777777" w:rsidR="00AF0270" w:rsidRDefault="00000000" w:rsidP="00E544AF">
      <w:pPr>
        <w:pStyle w:val="ListBullet"/>
        <w:spacing w:after="40" w:line="240" w:lineRule="auto"/>
        <w:jc w:val="both"/>
      </w:pPr>
      <w:r>
        <w:rPr>
          <w:rFonts w:ascii="Times New Roman" w:eastAsia="Times New Roman" w:hAnsi="Times New Roman"/>
        </w:rPr>
        <w:t xml:space="preserve">8. </w:t>
      </w:r>
      <w:proofErr w:type="spellStart"/>
      <w:r>
        <w:rPr>
          <w:rFonts w:ascii="Times New Roman" w:eastAsia="Times New Roman" w:hAnsi="Times New Roman"/>
        </w:rPr>
        <w:t>Ordinul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ministrului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sănătății</w:t>
      </w:r>
      <w:proofErr w:type="spellEnd"/>
      <w:r>
        <w:rPr>
          <w:rFonts w:ascii="Times New Roman" w:eastAsia="Times New Roman" w:hAnsi="Times New Roman"/>
        </w:rPr>
        <w:t xml:space="preserve"> nr. 2931/2021 </w:t>
      </w:r>
      <w:proofErr w:type="spellStart"/>
      <w:r>
        <w:rPr>
          <w:rFonts w:ascii="Times New Roman" w:eastAsia="Times New Roman" w:hAnsi="Times New Roman"/>
        </w:rPr>
        <w:t>privind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aprobarea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Manualului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centrelor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comunitare</w:t>
      </w:r>
      <w:proofErr w:type="spellEnd"/>
      <w:r>
        <w:rPr>
          <w:rFonts w:ascii="Times New Roman" w:eastAsia="Times New Roman" w:hAnsi="Times New Roman"/>
        </w:rPr>
        <w:t xml:space="preserve"> integrate – integral.</w:t>
      </w:r>
    </w:p>
    <w:p w14:paraId="3F085734" w14:textId="77777777" w:rsidR="00AF0270" w:rsidRDefault="00000000" w:rsidP="00E544AF">
      <w:pPr>
        <w:pStyle w:val="ListBullet"/>
        <w:spacing w:after="40" w:line="240" w:lineRule="auto"/>
        <w:jc w:val="both"/>
      </w:pPr>
      <w:r>
        <w:rPr>
          <w:rFonts w:ascii="Times New Roman" w:eastAsia="Times New Roman" w:hAnsi="Times New Roman"/>
        </w:rPr>
        <w:t xml:space="preserve">9. </w:t>
      </w:r>
      <w:proofErr w:type="spellStart"/>
      <w:r>
        <w:rPr>
          <w:rFonts w:ascii="Times New Roman" w:eastAsia="Times New Roman" w:hAnsi="Times New Roman"/>
        </w:rPr>
        <w:t>Ordinul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ministrului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sănătății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și</w:t>
      </w:r>
      <w:proofErr w:type="spellEnd"/>
      <w:r>
        <w:rPr>
          <w:rFonts w:ascii="Times New Roman" w:eastAsia="Times New Roman" w:hAnsi="Times New Roman"/>
        </w:rPr>
        <w:t xml:space="preserve"> al </w:t>
      </w:r>
      <w:proofErr w:type="spellStart"/>
      <w:r>
        <w:rPr>
          <w:rFonts w:ascii="Times New Roman" w:eastAsia="Times New Roman" w:hAnsi="Times New Roman"/>
        </w:rPr>
        <w:t>ministrului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dezvoltării</w:t>
      </w:r>
      <w:proofErr w:type="spellEnd"/>
      <w:r>
        <w:rPr>
          <w:rFonts w:ascii="Times New Roman" w:eastAsia="Times New Roman" w:hAnsi="Times New Roman"/>
        </w:rPr>
        <w:t xml:space="preserve">, </w:t>
      </w:r>
      <w:proofErr w:type="spellStart"/>
      <w:r>
        <w:rPr>
          <w:rFonts w:ascii="Times New Roman" w:eastAsia="Times New Roman" w:hAnsi="Times New Roman"/>
        </w:rPr>
        <w:t>lucrărilor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publice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și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administrației</w:t>
      </w:r>
      <w:proofErr w:type="spellEnd"/>
      <w:r>
        <w:rPr>
          <w:rFonts w:ascii="Times New Roman" w:eastAsia="Times New Roman" w:hAnsi="Times New Roman"/>
        </w:rPr>
        <w:t xml:space="preserve"> nr. 1282/728/2023 </w:t>
      </w:r>
      <w:proofErr w:type="spellStart"/>
      <w:r>
        <w:rPr>
          <w:rFonts w:ascii="Times New Roman" w:eastAsia="Times New Roman" w:hAnsi="Times New Roman"/>
        </w:rPr>
        <w:t>privind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aprobarea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Modelului</w:t>
      </w:r>
      <w:proofErr w:type="spellEnd"/>
      <w:r>
        <w:rPr>
          <w:rFonts w:ascii="Times New Roman" w:eastAsia="Times New Roman" w:hAnsi="Times New Roman"/>
        </w:rPr>
        <w:t xml:space="preserve"> de protocol-</w:t>
      </w:r>
      <w:proofErr w:type="spellStart"/>
      <w:r>
        <w:rPr>
          <w:rFonts w:ascii="Times New Roman" w:eastAsia="Times New Roman" w:hAnsi="Times New Roman"/>
        </w:rPr>
        <w:t>cadru</w:t>
      </w:r>
      <w:proofErr w:type="spellEnd"/>
      <w:r>
        <w:rPr>
          <w:rFonts w:ascii="Times New Roman" w:eastAsia="Times New Roman" w:hAnsi="Times New Roman"/>
        </w:rPr>
        <w:t xml:space="preserve"> de </w:t>
      </w:r>
      <w:proofErr w:type="spellStart"/>
      <w:r>
        <w:rPr>
          <w:rFonts w:ascii="Times New Roman" w:eastAsia="Times New Roman" w:hAnsi="Times New Roman"/>
        </w:rPr>
        <w:t>colaborare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între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unitatea</w:t>
      </w:r>
      <w:proofErr w:type="spellEnd"/>
      <w:r>
        <w:rPr>
          <w:rFonts w:ascii="Times New Roman" w:eastAsia="Times New Roman" w:hAnsi="Times New Roman"/>
        </w:rPr>
        <w:t>/</w:t>
      </w:r>
      <w:proofErr w:type="spellStart"/>
      <w:r>
        <w:rPr>
          <w:rFonts w:ascii="Times New Roman" w:eastAsia="Times New Roman" w:hAnsi="Times New Roman"/>
        </w:rPr>
        <w:t>subdiviziunea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administrativ-teritorială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și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cabinetele</w:t>
      </w:r>
      <w:proofErr w:type="spellEnd"/>
      <w:r>
        <w:rPr>
          <w:rFonts w:ascii="Times New Roman" w:eastAsia="Times New Roman" w:hAnsi="Times New Roman"/>
        </w:rPr>
        <w:t xml:space="preserve"> de </w:t>
      </w:r>
      <w:proofErr w:type="spellStart"/>
      <w:r>
        <w:rPr>
          <w:rFonts w:ascii="Times New Roman" w:eastAsia="Times New Roman" w:hAnsi="Times New Roman"/>
        </w:rPr>
        <w:t>medicină</w:t>
      </w:r>
      <w:proofErr w:type="spellEnd"/>
      <w:r>
        <w:rPr>
          <w:rFonts w:ascii="Times New Roman" w:eastAsia="Times New Roman" w:hAnsi="Times New Roman"/>
        </w:rPr>
        <w:t xml:space="preserve"> de </w:t>
      </w:r>
      <w:proofErr w:type="spellStart"/>
      <w:r>
        <w:rPr>
          <w:rFonts w:ascii="Times New Roman" w:eastAsia="Times New Roman" w:hAnsi="Times New Roman"/>
        </w:rPr>
        <w:t>familie</w:t>
      </w:r>
      <w:proofErr w:type="spellEnd"/>
      <w:r>
        <w:rPr>
          <w:rFonts w:ascii="Times New Roman" w:eastAsia="Times New Roman" w:hAnsi="Times New Roman"/>
        </w:rPr>
        <w:t xml:space="preserve"> – integral.</w:t>
      </w:r>
    </w:p>
    <w:p w14:paraId="3E06389D" w14:textId="77777777" w:rsidR="00AF0270" w:rsidRDefault="00000000" w:rsidP="00E544AF">
      <w:pPr>
        <w:pStyle w:val="ListBullet"/>
        <w:spacing w:after="40" w:line="240" w:lineRule="auto"/>
        <w:jc w:val="both"/>
      </w:pPr>
      <w:r>
        <w:rPr>
          <w:rFonts w:ascii="Times New Roman" w:eastAsia="Times New Roman" w:hAnsi="Times New Roman"/>
        </w:rPr>
        <w:t xml:space="preserve">10. </w:t>
      </w:r>
      <w:proofErr w:type="spellStart"/>
      <w:r>
        <w:rPr>
          <w:rFonts w:ascii="Times New Roman" w:eastAsia="Times New Roman" w:hAnsi="Times New Roman"/>
        </w:rPr>
        <w:t>Ordinul</w:t>
      </w:r>
      <w:proofErr w:type="spellEnd"/>
      <w:r>
        <w:rPr>
          <w:rFonts w:ascii="Times New Roman" w:eastAsia="Times New Roman" w:hAnsi="Times New Roman"/>
        </w:rPr>
        <w:t xml:space="preserve"> nr. 393/630/4236/2017 </w:t>
      </w:r>
      <w:proofErr w:type="spellStart"/>
      <w:r>
        <w:rPr>
          <w:rFonts w:ascii="Times New Roman" w:eastAsia="Times New Roman" w:hAnsi="Times New Roman"/>
        </w:rPr>
        <w:t>pentru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aprobarea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Protocolului</w:t>
      </w:r>
      <w:proofErr w:type="spellEnd"/>
      <w:r>
        <w:rPr>
          <w:rFonts w:ascii="Times New Roman" w:eastAsia="Times New Roman" w:hAnsi="Times New Roman"/>
        </w:rPr>
        <w:t xml:space="preserve"> de </w:t>
      </w:r>
      <w:proofErr w:type="spellStart"/>
      <w:r>
        <w:rPr>
          <w:rFonts w:ascii="Times New Roman" w:eastAsia="Times New Roman" w:hAnsi="Times New Roman"/>
        </w:rPr>
        <w:t>colaborare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în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vederea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implementării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serviciilor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comunitare</w:t>
      </w:r>
      <w:proofErr w:type="spellEnd"/>
      <w:r>
        <w:rPr>
          <w:rFonts w:ascii="Times New Roman" w:eastAsia="Times New Roman" w:hAnsi="Times New Roman"/>
        </w:rPr>
        <w:t xml:space="preserve"> integrate </w:t>
      </w:r>
      <w:proofErr w:type="spellStart"/>
      <w:r>
        <w:rPr>
          <w:rFonts w:ascii="Times New Roman" w:eastAsia="Times New Roman" w:hAnsi="Times New Roman"/>
        </w:rPr>
        <w:t>necesare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prevenirii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excluziunii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sociale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și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combaterii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sărăciei</w:t>
      </w:r>
      <w:proofErr w:type="spellEnd"/>
      <w:r>
        <w:rPr>
          <w:rFonts w:ascii="Times New Roman" w:eastAsia="Times New Roman" w:hAnsi="Times New Roman"/>
        </w:rPr>
        <w:t xml:space="preserve"> – integral.</w:t>
      </w:r>
    </w:p>
    <w:p w14:paraId="0FB6A6E5" w14:textId="77777777" w:rsidR="00AF0270" w:rsidRPr="00E544AF" w:rsidRDefault="00000000" w:rsidP="00E544AF">
      <w:pPr>
        <w:pStyle w:val="ListBullet"/>
        <w:spacing w:after="40" w:line="240" w:lineRule="auto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11. </w:t>
      </w:r>
      <w:proofErr w:type="spellStart"/>
      <w:r>
        <w:rPr>
          <w:rFonts w:ascii="Times New Roman" w:eastAsia="Times New Roman" w:hAnsi="Times New Roman"/>
        </w:rPr>
        <w:t>Ghidul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metodologic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privind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furnizarea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serviciilor</w:t>
      </w:r>
      <w:proofErr w:type="spellEnd"/>
      <w:r>
        <w:rPr>
          <w:rFonts w:ascii="Times New Roman" w:eastAsia="Times New Roman" w:hAnsi="Times New Roman"/>
        </w:rPr>
        <w:t xml:space="preserve"> de </w:t>
      </w:r>
      <w:proofErr w:type="spellStart"/>
      <w:r>
        <w:rPr>
          <w:rFonts w:ascii="Times New Roman" w:eastAsia="Times New Roman" w:hAnsi="Times New Roman"/>
        </w:rPr>
        <w:t>asistență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medicală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comunitară</w:t>
      </w:r>
      <w:proofErr w:type="spellEnd"/>
      <w:r>
        <w:rPr>
          <w:rFonts w:ascii="Times New Roman" w:eastAsia="Times New Roman" w:hAnsi="Times New Roman"/>
        </w:rPr>
        <w:t xml:space="preserve"> de </w:t>
      </w:r>
      <w:proofErr w:type="spellStart"/>
      <w:r>
        <w:rPr>
          <w:rFonts w:ascii="Times New Roman" w:eastAsia="Times New Roman" w:hAnsi="Times New Roman"/>
        </w:rPr>
        <w:t>către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asistentul</w:t>
      </w:r>
      <w:proofErr w:type="spellEnd"/>
      <w:r>
        <w:rPr>
          <w:rFonts w:ascii="Times New Roman" w:eastAsia="Times New Roman" w:hAnsi="Times New Roman"/>
        </w:rPr>
        <w:t xml:space="preserve"> medical </w:t>
      </w:r>
      <w:proofErr w:type="spellStart"/>
      <w:r>
        <w:rPr>
          <w:rFonts w:ascii="Times New Roman" w:eastAsia="Times New Roman" w:hAnsi="Times New Roman"/>
        </w:rPr>
        <w:t>comunitar</w:t>
      </w:r>
      <w:proofErr w:type="spellEnd"/>
      <w:r>
        <w:rPr>
          <w:rFonts w:ascii="Times New Roman" w:eastAsia="Times New Roman" w:hAnsi="Times New Roman"/>
        </w:rPr>
        <w:t xml:space="preserve">, </w:t>
      </w:r>
      <w:proofErr w:type="spellStart"/>
      <w:r>
        <w:rPr>
          <w:rFonts w:ascii="Times New Roman" w:eastAsia="Times New Roman" w:hAnsi="Times New Roman"/>
        </w:rPr>
        <w:t>aprobat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prin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Ordinul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ministrului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sănătății</w:t>
      </w:r>
      <w:proofErr w:type="spellEnd"/>
      <w:r>
        <w:rPr>
          <w:rFonts w:ascii="Times New Roman" w:eastAsia="Times New Roman" w:hAnsi="Times New Roman"/>
        </w:rPr>
        <w:t xml:space="preserve"> nr. 740/2024 – </w:t>
      </w:r>
      <w:proofErr w:type="spellStart"/>
      <w:r>
        <w:rPr>
          <w:rFonts w:ascii="Times New Roman" w:eastAsia="Times New Roman" w:hAnsi="Times New Roman"/>
        </w:rPr>
        <w:t>intervențiile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și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procedurile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relevante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activității</w:t>
      </w:r>
      <w:proofErr w:type="spellEnd"/>
      <w:r>
        <w:rPr>
          <w:rFonts w:ascii="Times New Roman" w:eastAsia="Times New Roman" w:hAnsi="Times New Roman"/>
        </w:rPr>
        <w:t xml:space="preserve"> AMC.</w:t>
      </w:r>
    </w:p>
    <w:p w14:paraId="20D90423" w14:textId="34A0367C" w:rsidR="00E544AF" w:rsidRPr="00E544AF" w:rsidRDefault="00E544AF" w:rsidP="00E544AF">
      <w:pPr>
        <w:pStyle w:val="ListBullet"/>
        <w:spacing w:after="40" w:line="240" w:lineRule="auto"/>
        <w:jc w:val="both"/>
        <w:rPr>
          <w:rFonts w:ascii="Times New Roman" w:eastAsia="Times New Roman" w:hAnsi="Times New Roman"/>
        </w:rPr>
      </w:pPr>
      <w:r w:rsidRPr="00E544AF">
        <w:rPr>
          <w:rFonts w:ascii="Times New Roman" w:eastAsia="Times New Roman" w:hAnsi="Times New Roman"/>
        </w:rPr>
        <w:t xml:space="preserve">12. </w:t>
      </w:r>
      <w:proofErr w:type="spellStart"/>
      <w:r w:rsidRPr="00E544AF">
        <w:rPr>
          <w:rFonts w:ascii="Times New Roman" w:eastAsia="Times New Roman" w:hAnsi="Times New Roman"/>
        </w:rPr>
        <w:t>Lucreţia</w:t>
      </w:r>
      <w:proofErr w:type="spellEnd"/>
      <w:r w:rsidRPr="00E544AF">
        <w:rPr>
          <w:rFonts w:ascii="Times New Roman" w:eastAsia="Times New Roman" w:hAnsi="Times New Roman"/>
        </w:rPr>
        <w:t xml:space="preserve"> </w:t>
      </w:r>
      <w:proofErr w:type="spellStart"/>
      <w:r w:rsidRPr="00E544AF">
        <w:rPr>
          <w:rFonts w:ascii="Times New Roman" w:eastAsia="Times New Roman" w:hAnsi="Times New Roman"/>
        </w:rPr>
        <w:t>Titircă</w:t>
      </w:r>
      <w:proofErr w:type="spellEnd"/>
      <w:r w:rsidRPr="00E544AF">
        <w:rPr>
          <w:rFonts w:ascii="Times New Roman" w:eastAsia="Times New Roman" w:hAnsi="Times New Roman"/>
        </w:rPr>
        <w:t xml:space="preserve">: </w:t>
      </w:r>
      <w:proofErr w:type="spellStart"/>
      <w:r w:rsidRPr="00E544AF">
        <w:rPr>
          <w:rFonts w:ascii="Times New Roman" w:eastAsia="Times New Roman" w:hAnsi="Times New Roman"/>
        </w:rPr>
        <w:t>Urgenţe</w:t>
      </w:r>
      <w:proofErr w:type="spellEnd"/>
      <w:r w:rsidRPr="00E544AF">
        <w:rPr>
          <w:rFonts w:ascii="Times New Roman" w:eastAsia="Times New Roman" w:hAnsi="Times New Roman"/>
        </w:rPr>
        <w:t xml:space="preserve"> medico-</w:t>
      </w:r>
      <w:proofErr w:type="spellStart"/>
      <w:r w:rsidRPr="00E544AF">
        <w:rPr>
          <w:rFonts w:ascii="Times New Roman" w:eastAsia="Times New Roman" w:hAnsi="Times New Roman"/>
        </w:rPr>
        <w:t>chirurgicale</w:t>
      </w:r>
      <w:proofErr w:type="spellEnd"/>
      <w:r w:rsidRPr="00E544AF">
        <w:rPr>
          <w:rFonts w:ascii="Times New Roman" w:eastAsia="Times New Roman" w:hAnsi="Times New Roman"/>
        </w:rPr>
        <w:t xml:space="preserve"> –</w:t>
      </w:r>
      <w:proofErr w:type="spellStart"/>
      <w:r w:rsidRPr="00E544AF">
        <w:rPr>
          <w:rFonts w:ascii="Times New Roman" w:eastAsia="Times New Roman" w:hAnsi="Times New Roman"/>
        </w:rPr>
        <w:t>Sinteze-Editura</w:t>
      </w:r>
      <w:proofErr w:type="spellEnd"/>
      <w:r w:rsidRPr="00E544AF">
        <w:rPr>
          <w:rFonts w:ascii="Times New Roman" w:eastAsia="Times New Roman" w:hAnsi="Times New Roman"/>
        </w:rPr>
        <w:t xml:space="preserve"> </w:t>
      </w:r>
      <w:proofErr w:type="spellStart"/>
      <w:r w:rsidRPr="00E544AF">
        <w:rPr>
          <w:rFonts w:ascii="Times New Roman" w:eastAsia="Times New Roman" w:hAnsi="Times New Roman"/>
        </w:rPr>
        <w:t>medicală</w:t>
      </w:r>
      <w:proofErr w:type="spellEnd"/>
      <w:r w:rsidRPr="00E544AF">
        <w:rPr>
          <w:rFonts w:ascii="Times New Roman" w:eastAsia="Times New Roman" w:hAnsi="Times New Roman"/>
        </w:rPr>
        <w:t xml:space="preserve">, </w:t>
      </w:r>
      <w:proofErr w:type="spellStart"/>
      <w:r w:rsidRPr="00E544AF">
        <w:rPr>
          <w:rFonts w:ascii="Times New Roman" w:eastAsia="Times New Roman" w:hAnsi="Times New Roman"/>
        </w:rPr>
        <w:t>Bucureşti</w:t>
      </w:r>
      <w:proofErr w:type="spellEnd"/>
      <w:r w:rsidRPr="00E544AF">
        <w:rPr>
          <w:rFonts w:ascii="Times New Roman" w:eastAsia="Times New Roman" w:hAnsi="Times New Roman"/>
        </w:rPr>
        <w:t xml:space="preserve"> 2019    </w:t>
      </w:r>
    </w:p>
    <w:p w14:paraId="745F47BA" w14:textId="729E0CE0" w:rsidR="00E544AF" w:rsidRPr="00E544AF" w:rsidRDefault="00E544AF" w:rsidP="00E544AF">
      <w:pPr>
        <w:pStyle w:val="ListBullet"/>
        <w:spacing w:after="40" w:line="240" w:lineRule="auto"/>
        <w:jc w:val="both"/>
        <w:rPr>
          <w:rFonts w:ascii="Times New Roman" w:eastAsia="Times New Roman" w:hAnsi="Times New Roman"/>
        </w:rPr>
      </w:pPr>
      <w:r w:rsidRPr="00E544AF">
        <w:rPr>
          <w:rFonts w:ascii="Times New Roman" w:eastAsia="Times New Roman" w:hAnsi="Times New Roman"/>
        </w:rPr>
        <w:t xml:space="preserve">13. C. </w:t>
      </w:r>
      <w:proofErr w:type="spellStart"/>
      <w:r w:rsidRPr="00E544AF">
        <w:rPr>
          <w:rFonts w:ascii="Times New Roman" w:eastAsia="Times New Roman" w:hAnsi="Times New Roman"/>
        </w:rPr>
        <w:t>Bocârnea</w:t>
      </w:r>
      <w:proofErr w:type="spellEnd"/>
      <w:r w:rsidRPr="00E544AF">
        <w:rPr>
          <w:rFonts w:ascii="Times New Roman" w:eastAsia="Times New Roman" w:hAnsi="Times New Roman"/>
        </w:rPr>
        <w:t xml:space="preserve">: Boli </w:t>
      </w:r>
      <w:proofErr w:type="spellStart"/>
      <w:r w:rsidRPr="00E544AF">
        <w:rPr>
          <w:rFonts w:ascii="Times New Roman" w:eastAsia="Times New Roman" w:hAnsi="Times New Roman"/>
        </w:rPr>
        <w:t>infecţioase</w:t>
      </w:r>
      <w:proofErr w:type="spellEnd"/>
      <w:r w:rsidRPr="00E544AF">
        <w:rPr>
          <w:rFonts w:ascii="Times New Roman" w:eastAsia="Times New Roman" w:hAnsi="Times New Roman"/>
        </w:rPr>
        <w:t xml:space="preserve"> </w:t>
      </w:r>
      <w:proofErr w:type="spellStart"/>
      <w:r w:rsidRPr="00E544AF">
        <w:rPr>
          <w:rFonts w:ascii="Times New Roman" w:eastAsia="Times New Roman" w:hAnsi="Times New Roman"/>
        </w:rPr>
        <w:t>si</w:t>
      </w:r>
      <w:proofErr w:type="spellEnd"/>
      <w:r w:rsidRPr="00E544AF">
        <w:rPr>
          <w:rFonts w:ascii="Times New Roman" w:eastAsia="Times New Roman" w:hAnsi="Times New Roman"/>
        </w:rPr>
        <w:t xml:space="preserve"> </w:t>
      </w:r>
      <w:proofErr w:type="spellStart"/>
      <w:r w:rsidRPr="00E544AF">
        <w:rPr>
          <w:rFonts w:ascii="Times New Roman" w:eastAsia="Times New Roman" w:hAnsi="Times New Roman"/>
        </w:rPr>
        <w:t>epidemiologie</w:t>
      </w:r>
      <w:proofErr w:type="spellEnd"/>
      <w:r w:rsidRPr="00E544AF">
        <w:rPr>
          <w:rFonts w:ascii="Times New Roman" w:eastAsia="Times New Roman" w:hAnsi="Times New Roman"/>
        </w:rPr>
        <w:t xml:space="preserve">: </w:t>
      </w:r>
      <w:proofErr w:type="spellStart"/>
      <w:proofErr w:type="gramStart"/>
      <w:r w:rsidRPr="00E544AF">
        <w:rPr>
          <w:rFonts w:ascii="Times New Roman" w:eastAsia="Times New Roman" w:hAnsi="Times New Roman"/>
        </w:rPr>
        <w:t>Ed.Info</w:t>
      </w:r>
      <w:proofErr w:type="spellEnd"/>
      <w:proofErr w:type="gramEnd"/>
      <w:r w:rsidRPr="00E544AF">
        <w:rPr>
          <w:rFonts w:ascii="Times New Roman" w:eastAsia="Times New Roman" w:hAnsi="Times New Roman"/>
        </w:rPr>
        <w:t>-team, 1993;</w:t>
      </w:r>
    </w:p>
    <w:p w14:paraId="418A433F" w14:textId="77777777" w:rsidR="00E544AF" w:rsidRDefault="00000000" w:rsidP="00E544AF">
      <w:pPr>
        <w:pStyle w:val="ListBullet"/>
        <w:spacing w:after="40" w:line="240" w:lineRule="auto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1</w:t>
      </w:r>
      <w:r w:rsidR="00E544AF">
        <w:rPr>
          <w:rFonts w:ascii="Times New Roman" w:eastAsia="Times New Roman" w:hAnsi="Times New Roman"/>
        </w:rPr>
        <w:t>4</w:t>
      </w:r>
      <w:r>
        <w:rPr>
          <w:rFonts w:ascii="Times New Roman" w:eastAsia="Times New Roman" w:hAnsi="Times New Roman"/>
        </w:rPr>
        <w:t xml:space="preserve">. </w:t>
      </w:r>
      <w:proofErr w:type="spellStart"/>
      <w:r>
        <w:rPr>
          <w:rFonts w:ascii="Times New Roman" w:eastAsia="Times New Roman" w:hAnsi="Times New Roman"/>
        </w:rPr>
        <w:t>Codul</w:t>
      </w:r>
      <w:proofErr w:type="spellEnd"/>
      <w:r>
        <w:rPr>
          <w:rFonts w:ascii="Times New Roman" w:eastAsia="Times New Roman" w:hAnsi="Times New Roman"/>
        </w:rPr>
        <w:t xml:space="preserve"> de </w:t>
      </w:r>
      <w:proofErr w:type="spellStart"/>
      <w:r>
        <w:rPr>
          <w:rFonts w:ascii="Times New Roman" w:eastAsia="Times New Roman" w:hAnsi="Times New Roman"/>
        </w:rPr>
        <w:t>etică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și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deontologie</w:t>
      </w:r>
      <w:proofErr w:type="spellEnd"/>
      <w:r>
        <w:rPr>
          <w:rFonts w:ascii="Times New Roman" w:eastAsia="Times New Roman" w:hAnsi="Times New Roman"/>
        </w:rPr>
        <w:t xml:space="preserve"> al </w:t>
      </w:r>
      <w:proofErr w:type="spellStart"/>
      <w:r>
        <w:rPr>
          <w:rFonts w:ascii="Times New Roman" w:eastAsia="Times New Roman" w:hAnsi="Times New Roman"/>
        </w:rPr>
        <w:t>asistentului</w:t>
      </w:r>
      <w:proofErr w:type="spellEnd"/>
      <w:r>
        <w:rPr>
          <w:rFonts w:ascii="Times New Roman" w:eastAsia="Times New Roman" w:hAnsi="Times New Roman"/>
        </w:rPr>
        <w:t xml:space="preserve"> medical generalist, al </w:t>
      </w:r>
      <w:proofErr w:type="spellStart"/>
      <w:r>
        <w:rPr>
          <w:rFonts w:ascii="Times New Roman" w:eastAsia="Times New Roman" w:hAnsi="Times New Roman"/>
        </w:rPr>
        <w:t>moașei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și</w:t>
      </w:r>
      <w:proofErr w:type="spellEnd"/>
      <w:r>
        <w:rPr>
          <w:rFonts w:ascii="Times New Roman" w:eastAsia="Times New Roman" w:hAnsi="Times New Roman"/>
        </w:rPr>
        <w:t xml:space="preserve"> al </w:t>
      </w:r>
      <w:proofErr w:type="spellStart"/>
      <w:r>
        <w:rPr>
          <w:rFonts w:ascii="Times New Roman" w:eastAsia="Times New Roman" w:hAnsi="Times New Roman"/>
        </w:rPr>
        <w:t>asistentului</w:t>
      </w:r>
      <w:proofErr w:type="spellEnd"/>
      <w:r>
        <w:rPr>
          <w:rFonts w:ascii="Times New Roman" w:eastAsia="Times New Roman" w:hAnsi="Times New Roman"/>
        </w:rPr>
        <w:t xml:space="preserve"> medical din </w:t>
      </w:r>
      <w:proofErr w:type="spellStart"/>
      <w:r>
        <w:rPr>
          <w:rFonts w:ascii="Times New Roman" w:eastAsia="Times New Roman" w:hAnsi="Times New Roman"/>
        </w:rPr>
        <w:t>România</w:t>
      </w:r>
      <w:proofErr w:type="spellEnd"/>
      <w:r>
        <w:rPr>
          <w:rFonts w:ascii="Times New Roman" w:eastAsia="Times New Roman" w:hAnsi="Times New Roman"/>
        </w:rPr>
        <w:t xml:space="preserve"> – </w:t>
      </w:r>
      <w:proofErr w:type="spellStart"/>
      <w:r>
        <w:rPr>
          <w:rFonts w:ascii="Times New Roman" w:eastAsia="Times New Roman" w:hAnsi="Times New Roman"/>
        </w:rPr>
        <w:t>Hotărârea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Adunării</w:t>
      </w:r>
      <w:proofErr w:type="spellEnd"/>
      <w:r>
        <w:rPr>
          <w:rFonts w:ascii="Times New Roman" w:eastAsia="Times New Roman" w:hAnsi="Times New Roman"/>
        </w:rPr>
        <w:t xml:space="preserve"> generale </w:t>
      </w:r>
      <w:proofErr w:type="spellStart"/>
      <w:r>
        <w:rPr>
          <w:rFonts w:ascii="Times New Roman" w:eastAsia="Times New Roman" w:hAnsi="Times New Roman"/>
        </w:rPr>
        <w:t>naționale</w:t>
      </w:r>
      <w:proofErr w:type="spellEnd"/>
      <w:r>
        <w:rPr>
          <w:rFonts w:ascii="Times New Roman" w:eastAsia="Times New Roman" w:hAnsi="Times New Roman"/>
        </w:rPr>
        <w:t xml:space="preserve"> a OAMGMAMR nr. 2/2009, cu </w:t>
      </w:r>
      <w:proofErr w:type="spellStart"/>
      <w:r>
        <w:rPr>
          <w:rFonts w:ascii="Times New Roman" w:eastAsia="Times New Roman" w:hAnsi="Times New Roman"/>
        </w:rPr>
        <w:t>modificările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și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completările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ulterioare</w:t>
      </w:r>
      <w:proofErr w:type="spellEnd"/>
      <w:r>
        <w:rPr>
          <w:rFonts w:ascii="Times New Roman" w:eastAsia="Times New Roman" w:hAnsi="Times New Roman"/>
        </w:rPr>
        <w:t>.</w:t>
      </w:r>
    </w:p>
    <w:p w14:paraId="4526C68E" w14:textId="77777777" w:rsidR="00E544AF" w:rsidRDefault="00E544AF" w:rsidP="00E544AF">
      <w:pPr>
        <w:pStyle w:val="ListBullet"/>
        <w:numPr>
          <w:ilvl w:val="0"/>
          <w:numId w:val="0"/>
        </w:numPr>
        <w:spacing w:after="40" w:line="240" w:lineRule="auto"/>
        <w:ind w:left="360"/>
        <w:jc w:val="both"/>
        <w:rPr>
          <w:rFonts w:ascii="Times New Roman" w:eastAsia="Times New Roman" w:hAnsi="Times New Roman"/>
        </w:rPr>
      </w:pPr>
    </w:p>
    <w:p w14:paraId="7FE5CEFC" w14:textId="70327309" w:rsidR="00AF0270" w:rsidRPr="00E544AF" w:rsidRDefault="00000000" w:rsidP="00E544AF">
      <w:pPr>
        <w:pStyle w:val="ListNumber"/>
        <w:numPr>
          <w:ilvl w:val="0"/>
          <w:numId w:val="13"/>
        </w:numPr>
        <w:spacing w:after="0"/>
        <w:rPr>
          <w:rFonts w:ascii="Times New Roman" w:eastAsia="Times New Roman" w:hAnsi="Times New Roman"/>
          <w:b/>
        </w:rPr>
      </w:pPr>
      <w:r w:rsidRPr="00E544AF">
        <w:rPr>
          <w:rFonts w:ascii="Times New Roman" w:eastAsia="Times New Roman" w:hAnsi="Times New Roman"/>
          <w:b/>
        </w:rPr>
        <w:t>TEMATICĂ</w:t>
      </w:r>
    </w:p>
    <w:p w14:paraId="2E42A763" w14:textId="77777777" w:rsidR="00AF0270" w:rsidRPr="00E544AF" w:rsidRDefault="00000000" w:rsidP="00E544AF">
      <w:pPr>
        <w:pStyle w:val="ListBullet"/>
        <w:spacing w:after="0" w:line="240" w:lineRule="auto"/>
        <w:jc w:val="both"/>
        <w:rPr>
          <w:rFonts w:ascii="Times New Roman" w:eastAsia="Times New Roman" w:hAnsi="Times New Roman"/>
        </w:rPr>
      </w:pPr>
      <w:proofErr w:type="spellStart"/>
      <w:r>
        <w:rPr>
          <w:rFonts w:ascii="Times New Roman" w:eastAsia="Times New Roman" w:hAnsi="Times New Roman"/>
        </w:rPr>
        <w:t>Asistența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medicală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comunitară</w:t>
      </w:r>
      <w:proofErr w:type="spellEnd"/>
      <w:r>
        <w:rPr>
          <w:rFonts w:ascii="Times New Roman" w:eastAsia="Times New Roman" w:hAnsi="Times New Roman"/>
        </w:rPr>
        <w:t xml:space="preserve">: </w:t>
      </w:r>
      <w:proofErr w:type="spellStart"/>
      <w:r>
        <w:rPr>
          <w:rFonts w:ascii="Times New Roman" w:eastAsia="Times New Roman" w:hAnsi="Times New Roman"/>
        </w:rPr>
        <w:t>organizare</w:t>
      </w:r>
      <w:proofErr w:type="spellEnd"/>
      <w:r>
        <w:rPr>
          <w:rFonts w:ascii="Times New Roman" w:eastAsia="Times New Roman" w:hAnsi="Times New Roman"/>
        </w:rPr>
        <w:t xml:space="preserve">, </w:t>
      </w:r>
      <w:proofErr w:type="spellStart"/>
      <w:r>
        <w:rPr>
          <w:rFonts w:ascii="Times New Roman" w:eastAsia="Times New Roman" w:hAnsi="Times New Roman"/>
        </w:rPr>
        <w:t>funcționare</w:t>
      </w:r>
      <w:proofErr w:type="spellEnd"/>
      <w:r>
        <w:rPr>
          <w:rFonts w:ascii="Times New Roman" w:eastAsia="Times New Roman" w:hAnsi="Times New Roman"/>
        </w:rPr>
        <w:t xml:space="preserve">, </w:t>
      </w:r>
      <w:proofErr w:type="spellStart"/>
      <w:r>
        <w:rPr>
          <w:rFonts w:ascii="Times New Roman" w:eastAsia="Times New Roman" w:hAnsi="Times New Roman"/>
        </w:rPr>
        <w:t>finanțare</w:t>
      </w:r>
      <w:proofErr w:type="spellEnd"/>
      <w:r>
        <w:rPr>
          <w:rFonts w:ascii="Times New Roman" w:eastAsia="Times New Roman" w:hAnsi="Times New Roman"/>
        </w:rPr>
        <w:t xml:space="preserve">, </w:t>
      </w:r>
      <w:proofErr w:type="spellStart"/>
      <w:r>
        <w:rPr>
          <w:rFonts w:ascii="Times New Roman" w:eastAsia="Times New Roman" w:hAnsi="Times New Roman"/>
        </w:rPr>
        <w:t>rolul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autorităților</w:t>
      </w:r>
      <w:proofErr w:type="spellEnd"/>
      <w:r>
        <w:rPr>
          <w:rFonts w:ascii="Times New Roman" w:eastAsia="Times New Roman" w:hAnsi="Times New Roman"/>
        </w:rPr>
        <w:t xml:space="preserve"> locale </w:t>
      </w:r>
      <w:proofErr w:type="spellStart"/>
      <w:r>
        <w:rPr>
          <w:rFonts w:ascii="Times New Roman" w:eastAsia="Times New Roman" w:hAnsi="Times New Roman"/>
        </w:rPr>
        <w:t>și</w:t>
      </w:r>
      <w:proofErr w:type="spellEnd"/>
      <w:r>
        <w:rPr>
          <w:rFonts w:ascii="Times New Roman" w:eastAsia="Times New Roman" w:hAnsi="Times New Roman"/>
        </w:rPr>
        <w:t xml:space="preserve"> al </w:t>
      </w:r>
      <w:proofErr w:type="spellStart"/>
      <w:r>
        <w:rPr>
          <w:rFonts w:ascii="Times New Roman" w:eastAsia="Times New Roman" w:hAnsi="Times New Roman"/>
        </w:rPr>
        <w:t>personalului</w:t>
      </w:r>
      <w:proofErr w:type="spellEnd"/>
      <w:r>
        <w:rPr>
          <w:rFonts w:ascii="Times New Roman" w:eastAsia="Times New Roman" w:hAnsi="Times New Roman"/>
        </w:rPr>
        <w:t xml:space="preserve"> AMC; </w:t>
      </w:r>
      <w:proofErr w:type="spellStart"/>
      <w:r>
        <w:rPr>
          <w:rFonts w:ascii="Times New Roman" w:eastAsia="Times New Roman" w:hAnsi="Times New Roman"/>
        </w:rPr>
        <w:t>legislația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specifică</w:t>
      </w:r>
      <w:proofErr w:type="spellEnd"/>
      <w:r>
        <w:rPr>
          <w:rFonts w:ascii="Times New Roman" w:eastAsia="Times New Roman" w:hAnsi="Times New Roman"/>
        </w:rPr>
        <w:t xml:space="preserve"> O.U.G. nr. 18/2017 </w:t>
      </w:r>
      <w:proofErr w:type="spellStart"/>
      <w:r>
        <w:rPr>
          <w:rFonts w:ascii="Times New Roman" w:eastAsia="Times New Roman" w:hAnsi="Times New Roman"/>
        </w:rPr>
        <w:t>și</w:t>
      </w:r>
      <w:proofErr w:type="spellEnd"/>
      <w:r>
        <w:rPr>
          <w:rFonts w:ascii="Times New Roman" w:eastAsia="Times New Roman" w:hAnsi="Times New Roman"/>
        </w:rPr>
        <w:t xml:space="preserve"> H.G. nr. 324/2019.</w:t>
      </w:r>
    </w:p>
    <w:p w14:paraId="4E1C54F5" w14:textId="77777777" w:rsidR="00AF0270" w:rsidRPr="00E544AF" w:rsidRDefault="00000000" w:rsidP="00E544AF">
      <w:pPr>
        <w:pStyle w:val="ListBullet"/>
        <w:spacing w:after="0" w:line="240" w:lineRule="auto"/>
        <w:jc w:val="both"/>
        <w:rPr>
          <w:rFonts w:ascii="Times New Roman" w:eastAsia="Times New Roman" w:hAnsi="Times New Roman"/>
        </w:rPr>
      </w:pPr>
      <w:proofErr w:type="spellStart"/>
      <w:r>
        <w:rPr>
          <w:rFonts w:ascii="Times New Roman" w:eastAsia="Times New Roman" w:hAnsi="Times New Roman"/>
        </w:rPr>
        <w:t>Identificarea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persoanelor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vulnerabile</w:t>
      </w:r>
      <w:proofErr w:type="spellEnd"/>
      <w:r>
        <w:rPr>
          <w:rFonts w:ascii="Times New Roman" w:eastAsia="Times New Roman" w:hAnsi="Times New Roman"/>
        </w:rPr>
        <w:t xml:space="preserve">, </w:t>
      </w:r>
      <w:proofErr w:type="spellStart"/>
      <w:r>
        <w:rPr>
          <w:rFonts w:ascii="Times New Roman" w:eastAsia="Times New Roman" w:hAnsi="Times New Roman"/>
        </w:rPr>
        <w:t>catagrafierea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populației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și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planificarea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activității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în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comunitate</w:t>
      </w:r>
      <w:proofErr w:type="spellEnd"/>
      <w:r>
        <w:rPr>
          <w:rFonts w:ascii="Times New Roman" w:eastAsia="Times New Roman" w:hAnsi="Times New Roman"/>
        </w:rPr>
        <w:t>.</w:t>
      </w:r>
    </w:p>
    <w:p w14:paraId="76996375" w14:textId="021724D5" w:rsidR="0023381E" w:rsidRPr="00E544AF" w:rsidRDefault="0023381E" w:rsidP="00E544AF">
      <w:pPr>
        <w:pStyle w:val="ListBullet"/>
        <w:spacing w:after="40" w:line="240" w:lineRule="auto"/>
        <w:jc w:val="both"/>
        <w:rPr>
          <w:rFonts w:ascii="Times New Roman" w:eastAsia="Times New Roman" w:hAnsi="Times New Roman"/>
        </w:rPr>
      </w:pPr>
      <w:proofErr w:type="spellStart"/>
      <w:r w:rsidRPr="00E544AF">
        <w:rPr>
          <w:rFonts w:ascii="Times New Roman" w:eastAsia="Times New Roman" w:hAnsi="Times New Roman"/>
        </w:rPr>
        <w:t>Diagnosticul</w:t>
      </w:r>
      <w:proofErr w:type="spellEnd"/>
      <w:r w:rsidRPr="00E544AF">
        <w:rPr>
          <w:rFonts w:ascii="Times New Roman" w:eastAsia="Times New Roman" w:hAnsi="Times New Roman"/>
        </w:rPr>
        <w:t xml:space="preserve"> </w:t>
      </w:r>
      <w:proofErr w:type="spellStart"/>
      <w:r w:rsidRPr="00E544AF">
        <w:rPr>
          <w:rFonts w:ascii="Times New Roman" w:eastAsia="Times New Roman" w:hAnsi="Times New Roman"/>
        </w:rPr>
        <w:t>comunitar</w:t>
      </w:r>
      <w:proofErr w:type="spellEnd"/>
      <w:r w:rsidRPr="00E544AF">
        <w:rPr>
          <w:rFonts w:ascii="Times New Roman" w:eastAsia="Times New Roman" w:hAnsi="Times New Roman"/>
        </w:rPr>
        <w:t xml:space="preserve"> din </w:t>
      </w:r>
      <w:proofErr w:type="spellStart"/>
      <w:r w:rsidRPr="00E544AF">
        <w:rPr>
          <w:rFonts w:ascii="Times New Roman" w:eastAsia="Times New Roman" w:hAnsi="Times New Roman"/>
        </w:rPr>
        <w:t>perspectiva</w:t>
      </w:r>
      <w:proofErr w:type="spellEnd"/>
      <w:r w:rsidRPr="00E544AF">
        <w:rPr>
          <w:rFonts w:ascii="Times New Roman" w:eastAsia="Times New Roman" w:hAnsi="Times New Roman"/>
        </w:rPr>
        <w:t xml:space="preserve"> </w:t>
      </w:r>
      <w:proofErr w:type="spellStart"/>
      <w:r w:rsidRPr="00E544AF">
        <w:rPr>
          <w:rFonts w:ascii="Times New Roman" w:eastAsia="Times New Roman" w:hAnsi="Times New Roman"/>
        </w:rPr>
        <w:t>nevoilor</w:t>
      </w:r>
      <w:proofErr w:type="spellEnd"/>
      <w:r w:rsidRPr="00E544AF">
        <w:rPr>
          <w:rFonts w:ascii="Times New Roman" w:eastAsia="Times New Roman" w:hAnsi="Times New Roman"/>
        </w:rPr>
        <w:t xml:space="preserve"> de </w:t>
      </w:r>
      <w:proofErr w:type="spellStart"/>
      <w:r w:rsidRPr="00E544AF">
        <w:rPr>
          <w:rFonts w:ascii="Times New Roman" w:eastAsia="Times New Roman" w:hAnsi="Times New Roman"/>
        </w:rPr>
        <w:t>sănătate</w:t>
      </w:r>
      <w:proofErr w:type="spellEnd"/>
      <w:r w:rsidRPr="00E544AF">
        <w:rPr>
          <w:rFonts w:ascii="Times New Roman" w:eastAsia="Times New Roman" w:hAnsi="Times New Roman"/>
        </w:rPr>
        <w:t xml:space="preserve"> </w:t>
      </w:r>
      <w:proofErr w:type="spellStart"/>
      <w:r w:rsidRPr="00E544AF">
        <w:rPr>
          <w:rFonts w:ascii="Times New Roman" w:eastAsia="Times New Roman" w:hAnsi="Times New Roman"/>
        </w:rPr>
        <w:t>și</w:t>
      </w:r>
      <w:proofErr w:type="spellEnd"/>
      <w:r w:rsidRPr="00E544AF">
        <w:rPr>
          <w:rFonts w:ascii="Times New Roman" w:eastAsia="Times New Roman" w:hAnsi="Times New Roman"/>
        </w:rPr>
        <w:t xml:space="preserve"> </w:t>
      </w:r>
      <w:proofErr w:type="spellStart"/>
      <w:r w:rsidRPr="00E544AF">
        <w:rPr>
          <w:rFonts w:ascii="Times New Roman" w:eastAsia="Times New Roman" w:hAnsi="Times New Roman"/>
        </w:rPr>
        <w:t>acces</w:t>
      </w:r>
      <w:proofErr w:type="spellEnd"/>
      <w:r w:rsidRPr="00E544AF">
        <w:rPr>
          <w:rFonts w:ascii="Times New Roman" w:eastAsia="Times New Roman" w:hAnsi="Times New Roman"/>
        </w:rPr>
        <w:t xml:space="preserve"> la </w:t>
      </w:r>
      <w:proofErr w:type="spellStart"/>
      <w:r w:rsidRPr="00E544AF">
        <w:rPr>
          <w:rFonts w:ascii="Times New Roman" w:eastAsia="Times New Roman" w:hAnsi="Times New Roman"/>
        </w:rPr>
        <w:t>servicii</w:t>
      </w:r>
      <w:proofErr w:type="spellEnd"/>
      <w:r w:rsidRPr="00E544AF">
        <w:rPr>
          <w:rFonts w:ascii="Times New Roman" w:eastAsia="Times New Roman" w:hAnsi="Times New Roman"/>
        </w:rPr>
        <w:t xml:space="preserve"> de </w:t>
      </w:r>
      <w:proofErr w:type="spellStart"/>
      <w:r w:rsidRPr="00E544AF">
        <w:rPr>
          <w:rFonts w:ascii="Times New Roman" w:eastAsia="Times New Roman" w:hAnsi="Times New Roman"/>
        </w:rPr>
        <w:t>sănătate</w:t>
      </w:r>
      <w:proofErr w:type="spellEnd"/>
      <w:r w:rsidRPr="00E544AF">
        <w:rPr>
          <w:rFonts w:ascii="Times New Roman" w:eastAsia="Times New Roman" w:hAnsi="Times New Roman"/>
        </w:rPr>
        <w:t xml:space="preserve"> a </w:t>
      </w:r>
      <w:proofErr w:type="spellStart"/>
      <w:r w:rsidRPr="00E544AF">
        <w:rPr>
          <w:rFonts w:ascii="Times New Roman" w:eastAsia="Times New Roman" w:hAnsi="Times New Roman"/>
        </w:rPr>
        <w:t>populației</w:t>
      </w:r>
      <w:proofErr w:type="spellEnd"/>
      <w:r w:rsidRPr="00E544AF">
        <w:rPr>
          <w:rFonts w:ascii="Times New Roman" w:eastAsia="Times New Roman" w:hAnsi="Times New Roman"/>
        </w:rPr>
        <w:t xml:space="preserve"> </w:t>
      </w:r>
      <w:proofErr w:type="spellStart"/>
      <w:r w:rsidRPr="00E544AF">
        <w:rPr>
          <w:rFonts w:ascii="Times New Roman" w:eastAsia="Times New Roman" w:hAnsi="Times New Roman"/>
        </w:rPr>
        <w:t>vulnerabile</w:t>
      </w:r>
      <w:proofErr w:type="spellEnd"/>
      <w:r w:rsidRPr="00E544AF">
        <w:rPr>
          <w:rFonts w:ascii="Times New Roman" w:eastAsia="Times New Roman" w:hAnsi="Times New Roman"/>
        </w:rPr>
        <w:t xml:space="preserve"> </w:t>
      </w:r>
    </w:p>
    <w:p w14:paraId="40760634" w14:textId="0AD8D1E9" w:rsidR="0023381E" w:rsidRPr="00E544AF" w:rsidRDefault="0023381E" w:rsidP="00E544AF">
      <w:pPr>
        <w:pStyle w:val="ListBullet"/>
        <w:spacing w:after="40" w:line="240" w:lineRule="auto"/>
        <w:jc w:val="both"/>
        <w:rPr>
          <w:rFonts w:ascii="Times New Roman" w:eastAsia="Times New Roman" w:hAnsi="Times New Roman"/>
        </w:rPr>
      </w:pPr>
      <w:r w:rsidRPr="00E544AF">
        <w:rPr>
          <w:rFonts w:ascii="Times New Roman" w:eastAsia="Times New Roman" w:hAnsi="Times New Roman"/>
        </w:rPr>
        <w:t xml:space="preserve">Ancheta </w:t>
      </w:r>
      <w:proofErr w:type="spellStart"/>
      <w:r w:rsidRPr="00E544AF">
        <w:rPr>
          <w:rFonts w:ascii="Times New Roman" w:eastAsia="Times New Roman" w:hAnsi="Times New Roman"/>
        </w:rPr>
        <w:t>epidemiologică</w:t>
      </w:r>
      <w:proofErr w:type="spellEnd"/>
      <w:r w:rsidRPr="00E544AF">
        <w:rPr>
          <w:rFonts w:ascii="Times New Roman" w:eastAsia="Times New Roman" w:hAnsi="Times New Roman"/>
        </w:rPr>
        <w:t xml:space="preserve">. </w:t>
      </w:r>
      <w:proofErr w:type="spellStart"/>
      <w:r w:rsidRPr="00E544AF">
        <w:rPr>
          <w:rFonts w:ascii="Times New Roman" w:eastAsia="Times New Roman" w:hAnsi="Times New Roman"/>
        </w:rPr>
        <w:t>Intervenția</w:t>
      </w:r>
      <w:proofErr w:type="spellEnd"/>
      <w:r w:rsidRPr="00E544AF">
        <w:rPr>
          <w:rFonts w:ascii="Times New Roman" w:eastAsia="Times New Roman" w:hAnsi="Times New Roman"/>
        </w:rPr>
        <w:t xml:space="preserve"> </w:t>
      </w:r>
      <w:proofErr w:type="spellStart"/>
      <w:r w:rsidRPr="00E544AF">
        <w:rPr>
          <w:rFonts w:ascii="Times New Roman" w:eastAsia="Times New Roman" w:hAnsi="Times New Roman"/>
        </w:rPr>
        <w:t>în</w:t>
      </w:r>
      <w:proofErr w:type="spellEnd"/>
      <w:r w:rsidRPr="00E544AF">
        <w:rPr>
          <w:rFonts w:ascii="Times New Roman" w:eastAsia="Times New Roman" w:hAnsi="Times New Roman"/>
        </w:rPr>
        <w:t xml:space="preserve"> </w:t>
      </w:r>
      <w:proofErr w:type="spellStart"/>
      <w:r w:rsidRPr="00E544AF">
        <w:rPr>
          <w:rFonts w:ascii="Times New Roman" w:eastAsia="Times New Roman" w:hAnsi="Times New Roman"/>
        </w:rPr>
        <w:t>focar</w:t>
      </w:r>
      <w:proofErr w:type="spellEnd"/>
      <w:r w:rsidRPr="00E544AF">
        <w:rPr>
          <w:rFonts w:ascii="Times New Roman" w:eastAsia="Times New Roman" w:hAnsi="Times New Roman"/>
        </w:rPr>
        <w:t xml:space="preserve">. </w:t>
      </w:r>
      <w:proofErr w:type="spellStart"/>
      <w:r w:rsidRPr="00E544AF">
        <w:rPr>
          <w:rFonts w:ascii="Times New Roman" w:eastAsia="Times New Roman" w:hAnsi="Times New Roman"/>
        </w:rPr>
        <w:t>Triajul</w:t>
      </w:r>
      <w:proofErr w:type="spellEnd"/>
      <w:r w:rsidRPr="00E544AF">
        <w:rPr>
          <w:rFonts w:ascii="Times New Roman" w:eastAsia="Times New Roman" w:hAnsi="Times New Roman"/>
        </w:rPr>
        <w:t xml:space="preserve"> Epidemiologic</w:t>
      </w:r>
    </w:p>
    <w:p w14:paraId="2C18554F" w14:textId="3C8D8028" w:rsidR="0023381E" w:rsidRPr="00E544AF" w:rsidRDefault="0023381E" w:rsidP="00E544AF">
      <w:pPr>
        <w:pStyle w:val="ListBullet"/>
        <w:spacing w:after="40" w:line="240" w:lineRule="auto"/>
        <w:jc w:val="both"/>
        <w:rPr>
          <w:rFonts w:ascii="Times New Roman" w:eastAsia="Times New Roman" w:hAnsi="Times New Roman"/>
        </w:rPr>
      </w:pPr>
      <w:proofErr w:type="spellStart"/>
      <w:r w:rsidRPr="00E544AF">
        <w:rPr>
          <w:rFonts w:ascii="Times New Roman" w:eastAsia="Times New Roman" w:hAnsi="Times New Roman"/>
        </w:rPr>
        <w:t>Rolul</w:t>
      </w:r>
      <w:proofErr w:type="spellEnd"/>
      <w:r w:rsidRPr="00E544AF">
        <w:rPr>
          <w:rFonts w:ascii="Times New Roman" w:eastAsia="Times New Roman" w:hAnsi="Times New Roman"/>
        </w:rPr>
        <w:t xml:space="preserve"> </w:t>
      </w:r>
      <w:proofErr w:type="spellStart"/>
      <w:r w:rsidRPr="00E544AF">
        <w:rPr>
          <w:rFonts w:ascii="Times New Roman" w:eastAsia="Times New Roman" w:hAnsi="Times New Roman"/>
        </w:rPr>
        <w:t>asistentului</w:t>
      </w:r>
      <w:proofErr w:type="spellEnd"/>
      <w:r w:rsidRPr="00E544AF">
        <w:rPr>
          <w:rFonts w:ascii="Times New Roman" w:eastAsia="Times New Roman" w:hAnsi="Times New Roman"/>
        </w:rPr>
        <w:t xml:space="preserve"> medical </w:t>
      </w:r>
      <w:proofErr w:type="spellStart"/>
      <w:r w:rsidRPr="00E544AF">
        <w:rPr>
          <w:rFonts w:ascii="Times New Roman" w:eastAsia="Times New Roman" w:hAnsi="Times New Roman"/>
        </w:rPr>
        <w:t>comunitar</w:t>
      </w:r>
      <w:proofErr w:type="spellEnd"/>
      <w:r w:rsidRPr="00E544AF">
        <w:rPr>
          <w:rFonts w:ascii="Times New Roman" w:eastAsia="Times New Roman" w:hAnsi="Times New Roman"/>
        </w:rPr>
        <w:t xml:space="preserve"> </w:t>
      </w:r>
      <w:proofErr w:type="spellStart"/>
      <w:r w:rsidRPr="00E544AF">
        <w:rPr>
          <w:rFonts w:ascii="Times New Roman" w:eastAsia="Times New Roman" w:hAnsi="Times New Roman"/>
        </w:rPr>
        <w:t>în</w:t>
      </w:r>
      <w:proofErr w:type="spellEnd"/>
      <w:r w:rsidRPr="00E544AF">
        <w:rPr>
          <w:rFonts w:ascii="Times New Roman" w:eastAsia="Times New Roman" w:hAnsi="Times New Roman"/>
        </w:rPr>
        <w:t xml:space="preserve"> </w:t>
      </w:r>
      <w:proofErr w:type="spellStart"/>
      <w:r w:rsidRPr="00E544AF">
        <w:rPr>
          <w:rFonts w:ascii="Times New Roman" w:eastAsia="Times New Roman" w:hAnsi="Times New Roman"/>
        </w:rPr>
        <w:t>cadrul</w:t>
      </w:r>
      <w:proofErr w:type="spellEnd"/>
      <w:r w:rsidRPr="00E544AF">
        <w:rPr>
          <w:rFonts w:ascii="Times New Roman" w:eastAsia="Times New Roman" w:hAnsi="Times New Roman"/>
        </w:rPr>
        <w:t xml:space="preserve"> </w:t>
      </w:r>
      <w:proofErr w:type="spellStart"/>
      <w:r w:rsidRPr="00E544AF">
        <w:rPr>
          <w:rFonts w:ascii="Times New Roman" w:eastAsia="Times New Roman" w:hAnsi="Times New Roman"/>
        </w:rPr>
        <w:t>îngrijirilor</w:t>
      </w:r>
      <w:proofErr w:type="spellEnd"/>
      <w:r w:rsidRPr="00E544AF">
        <w:rPr>
          <w:rFonts w:ascii="Times New Roman" w:eastAsia="Times New Roman" w:hAnsi="Times New Roman"/>
        </w:rPr>
        <w:t xml:space="preserve"> la </w:t>
      </w:r>
      <w:proofErr w:type="spellStart"/>
      <w:r w:rsidRPr="00E544AF">
        <w:rPr>
          <w:rFonts w:ascii="Times New Roman" w:eastAsia="Times New Roman" w:hAnsi="Times New Roman"/>
        </w:rPr>
        <w:t>domiciliu</w:t>
      </w:r>
      <w:proofErr w:type="spellEnd"/>
      <w:r w:rsidRPr="00E544AF">
        <w:rPr>
          <w:rFonts w:ascii="Times New Roman" w:eastAsia="Times New Roman" w:hAnsi="Times New Roman"/>
        </w:rPr>
        <w:t xml:space="preserve">, </w:t>
      </w:r>
      <w:proofErr w:type="spellStart"/>
      <w:r w:rsidRPr="00E544AF">
        <w:rPr>
          <w:rFonts w:ascii="Times New Roman" w:eastAsia="Times New Roman" w:hAnsi="Times New Roman"/>
        </w:rPr>
        <w:t>integrat</w:t>
      </w:r>
      <w:proofErr w:type="spellEnd"/>
      <w:r w:rsidRPr="00E544AF">
        <w:rPr>
          <w:rFonts w:ascii="Times New Roman" w:eastAsia="Times New Roman" w:hAnsi="Times New Roman"/>
        </w:rPr>
        <w:t xml:space="preserve"> cu </w:t>
      </w:r>
      <w:proofErr w:type="spellStart"/>
      <w:r w:rsidRPr="00E544AF">
        <w:rPr>
          <w:rFonts w:ascii="Times New Roman" w:eastAsia="Times New Roman" w:hAnsi="Times New Roman"/>
        </w:rPr>
        <w:t>rolul</w:t>
      </w:r>
      <w:proofErr w:type="spellEnd"/>
      <w:r w:rsidRPr="00E544AF">
        <w:rPr>
          <w:rFonts w:ascii="Times New Roman" w:eastAsia="Times New Roman" w:hAnsi="Times New Roman"/>
        </w:rPr>
        <w:t xml:space="preserve"> </w:t>
      </w:r>
      <w:proofErr w:type="spellStart"/>
      <w:r w:rsidRPr="00E544AF">
        <w:rPr>
          <w:rFonts w:ascii="Times New Roman" w:eastAsia="Times New Roman" w:hAnsi="Times New Roman"/>
        </w:rPr>
        <w:t>personalului</w:t>
      </w:r>
      <w:proofErr w:type="spellEnd"/>
      <w:r w:rsidRPr="00E544AF">
        <w:rPr>
          <w:rFonts w:ascii="Times New Roman" w:eastAsia="Times New Roman" w:hAnsi="Times New Roman"/>
        </w:rPr>
        <w:t xml:space="preserve"> </w:t>
      </w:r>
      <w:proofErr w:type="spellStart"/>
      <w:r w:rsidRPr="00E544AF">
        <w:rPr>
          <w:rFonts w:ascii="Times New Roman" w:eastAsia="Times New Roman" w:hAnsi="Times New Roman"/>
        </w:rPr>
        <w:t>specializat</w:t>
      </w:r>
      <w:proofErr w:type="spellEnd"/>
      <w:r w:rsidRPr="00E544AF">
        <w:rPr>
          <w:rFonts w:ascii="Times New Roman" w:eastAsia="Times New Roman" w:hAnsi="Times New Roman"/>
        </w:rPr>
        <w:t xml:space="preserve"> din </w:t>
      </w:r>
      <w:proofErr w:type="spellStart"/>
      <w:r w:rsidRPr="00E544AF">
        <w:rPr>
          <w:rFonts w:ascii="Times New Roman" w:eastAsia="Times New Roman" w:hAnsi="Times New Roman"/>
        </w:rPr>
        <w:t>echipa</w:t>
      </w:r>
      <w:proofErr w:type="spellEnd"/>
      <w:r w:rsidRPr="00E544AF">
        <w:rPr>
          <w:rFonts w:ascii="Times New Roman" w:eastAsia="Times New Roman" w:hAnsi="Times New Roman"/>
        </w:rPr>
        <w:t xml:space="preserve"> </w:t>
      </w:r>
      <w:proofErr w:type="spellStart"/>
      <w:r w:rsidRPr="00E544AF">
        <w:rPr>
          <w:rFonts w:ascii="Times New Roman" w:eastAsia="Times New Roman" w:hAnsi="Times New Roman"/>
        </w:rPr>
        <w:t>comunitară</w:t>
      </w:r>
      <w:proofErr w:type="spellEnd"/>
      <w:r w:rsidRPr="00E544AF">
        <w:rPr>
          <w:rFonts w:ascii="Times New Roman" w:eastAsia="Times New Roman" w:hAnsi="Times New Roman"/>
        </w:rPr>
        <w:t xml:space="preserve"> </w:t>
      </w:r>
      <w:proofErr w:type="spellStart"/>
      <w:r w:rsidRPr="00E544AF">
        <w:rPr>
          <w:rFonts w:ascii="Times New Roman" w:eastAsia="Times New Roman" w:hAnsi="Times New Roman"/>
        </w:rPr>
        <w:t>multidisciplinară</w:t>
      </w:r>
      <w:proofErr w:type="spellEnd"/>
      <w:r w:rsidRPr="00E544AF">
        <w:rPr>
          <w:rFonts w:ascii="Times New Roman" w:eastAsia="Times New Roman" w:hAnsi="Times New Roman"/>
        </w:rPr>
        <w:t>.</w:t>
      </w:r>
    </w:p>
    <w:p w14:paraId="69F378C1" w14:textId="6DCDC8C3" w:rsidR="0023381E" w:rsidRPr="00E544AF" w:rsidRDefault="0023381E" w:rsidP="00E544AF">
      <w:pPr>
        <w:pStyle w:val="ListBullet"/>
        <w:spacing w:after="40" w:line="240" w:lineRule="auto"/>
        <w:jc w:val="both"/>
        <w:rPr>
          <w:rFonts w:ascii="Times New Roman" w:eastAsia="Times New Roman" w:hAnsi="Times New Roman"/>
        </w:rPr>
      </w:pPr>
      <w:proofErr w:type="spellStart"/>
      <w:r w:rsidRPr="00E544AF">
        <w:rPr>
          <w:rFonts w:ascii="Times New Roman" w:eastAsia="Times New Roman" w:hAnsi="Times New Roman"/>
        </w:rPr>
        <w:t>Rolul</w:t>
      </w:r>
      <w:proofErr w:type="spellEnd"/>
      <w:r w:rsidRPr="00E544AF">
        <w:rPr>
          <w:rFonts w:ascii="Times New Roman" w:eastAsia="Times New Roman" w:hAnsi="Times New Roman"/>
        </w:rPr>
        <w:t xml:space="preserve"> </w:t>
      </w:r>
      <w:proofErr w:type="spellStart"/>
      <w:r w:rsidRPr="00E544AF">
        <w:rPr>
          <w:rFonts w:ascii="Times New Roman" w:eastAsia="Times New Roman" w:hAnsi="Times New Roman"/>
        </w:rPr>
        <w:t>asistentului</w:t>
      </w:r>
      <w:proofErr w:type="spellEnd"/>
      <w:r w:rsidRPr="00E544AF">
        <w:rPr>
          <w:rFonts w:ascii="Times New Roman" w:eastAsia="Times New Roman" w:hAnsi="Times New Roman"/>
        </w:rPr>
        <w:t xml:space="preserve"> medical </w:t>
      </w:r>
      <w:proofErr w:type="spellStart"/>
      <w:r w:rsidRPr="00E544AF">
        <w:rPr>
          <w:rFonts w:ascii="Times New Roman" w:eastAsia="Times New Roman" w:hAnsi="Times New Roman"/>
        </w:rPr>
        <w:t>comunitar</w:t>
      </w:r>
      <w:proofErr w:type="spellEnd"/>
      <w:r w:rsidRPr="00E544AF">
        <w:rPr>
          <w:rFonts w:ascii="Times New Roman" w:eastAsia="Times New Roman" w:hAnsi="Times New Roman"/>
        </w:rPr>
        <w:t xml:space="preserve"> </w:t>
      </w:r>
      <w:proofErr w:type="spellStart"/>
      <w:r w:rsidRPr="00E544AF">
        <w:rPr>
          <w:rFonts w:ascii="Times New Roman" w:eastAsia="Times New Roman" w:hAnsi="Times New Roman"/>
        </w:rPr>
        <w:t>în</w:t>
      </w:r>
      <w:proofErr w:type="spellEnd"/>
      <w:r w:rsidRPr="00E544AF">
        <w:rPr>
          <w:rFonts w:ascii="Times New Roman" w:eastAsia="Times New Roman" w:hAnsi="Times New Roman"/>
        </w:rPr>
        <w:t xml:space="preserve"> </w:t>
      </w:r>
      <w:proofErr w:type="spellStart"/>
      <w:r w:rsidRPr="00E544AF">
        <w:rPr>
          <w:rFonts w:ascii="Times New Roman" w:eastAsia="Times New Roman" w:hAnsi="Times New Roman"/>
        </w:rPr>
        <w:t>administrarea</w:t>
      </w:r>
      <w:proofErr w:type="spellEnd"/>
      <w:r w:rsidRPr="00E544AF">
        <w:rPr>
          <w:rFonts w:ascii="Times New Roman" w:eastAsia="Times New Roman" w:hAnsi="Times New Roman"/>
        </w:rPr>
        <w:t xml:space="preserve"> </w:t>
      </w:r>
      <w:proofErr w:type="spellStart"/>
      <w:r w:rsidRPr="00E544AF">
        <w:rPr>
          <w:rFonts w:ascii="Times New Roman" w:eastAsia="Times New Roman" w:hAnsi="Times New Roman"/>
        </w:rPr>
        <w:t>tratamentelor</w:t>
      </w:r>
      <w:proofErr w:type="spellEnd"/>
      <w:r w:rsidRPr="00E544AF">
        <w:rPr>
          <w:rFonts w:ascii="Times New Roman" w:eastAsia="Times New Roman" w:hAnsi="Times New Roman"/>
        </w:rPr>
        <w:t xml:space="preserve"> la </w:t>
      </w:r>
      <w:proofErr w:type="spellStart"/>
      <w:r w:rsidRPr="00E544AF">
        <w:rPr>
          <w:rFonts w:ascii="Times New Roman" w:eastAsia="Times New Roman" w:hAnsi="Times New Roman"/>
        </w:rPr>
        <w:t>domiciliu</w:t>
      </w:r>
      <w:proofErr w:type="spellEnd"/>
      <w:r w:rsidRPr="00E544AF">
        <w:rPr>
          <w:rFonts w:ascii="Times New Roman" w:eastAsia="Times New Roman" w:hAnsi="Times New Roman"/>
        </w:rPr>
        <w:t xml:space="preserve"> din </w:t>
      </w:r>
      <w:proofErr w:type="spellStart"/>
      <w:r w:rsidRPr="00E544AF">
        <w:rPr>
          <w:rFonts w:ascii="Times New Roman" w:eastAsia="Times New Roman" w:hAnsi="Times New Roman"/>
        </w:rPr>
        <w:t>prisma</w:t>
      </w:r>
      <w:proofErr w:type="spellEnd"/>
      <w:r w:rsidRPr="00E544AF">
        <w:rPr>
          <w:rFonts w:ascii="Times New Roman" w:eastAsia="Times New Roman" w:hAnsi="Times New Roman"/>
        </w:rPr>
        <w:t xml:space="preserve"> </w:t>
      </w:r>
      <w:proofErr w:type="spellStart"/>
      <w:r w:rsidRPr="00E544AF">
        <w:rPr>
          <w:rFonts w:ascii="Times New Roman" w:eastAsia="Times New Roman" w:hAnsi="Times New Roman"/>
        </w:rPr>
        <w:t>activității</w:t>
      </w:r>
      <w:proofErr w:type="spellEnd"/>
      <w:r w:rsidRPr="00E544AF">
        <w:rPr>
          <w:rFonts w:ascii="Times New Roman" w:eastAsia="Times New Roman" w:hAnsi="Times New Roman"/>
        </w:rPr>
        <w:t xml:space="preserve"> de </w:t>
      </w:r>
      <w:proofErr w:type="spellStart"/>
      <w:r w:rsidRPr="00E544AF">
        <w:rPr>
          <w:rFonts w:ascii="Times New Roman" w:eastAsia="Times New Roman" w:hAnsi="Times New Roman"/>
        </w:rPr>
        <w:t>asistență</w:t>
      </w:r>
      <w:proofErr w:type="spellEnd"/>
      <w:r w:rsidRPr="00E544AF">
        <w:rPr>
          <w:rFonts w:ascii="Times New Roman" w:eastAsia="Times New Roman" w:hAnsi="Times New Roman"/>
        </w:rPr>
        <w:t xml:space="preserve"> </w:t>
      </w:r>
      <w:proofErr w:type="spellStart"/>
      <w:r w:rsidRPr="00E544AF">
        <w:rPr>
          <w:rFonts w:ascii="Times New Roman" w:eastAsia="Times New Roman" w:hAnsi="Times New Roman"/>
        </w:rPr>
        <w:t>medicală</w:t>
      </w:r>
      <w:proofErr w:type="spellEnd"/>
      <w:r w:rsidRPr="00E544AF">
        <w:rPr>
          <w:rFonts w:ascii="Times New Roman" w:eastAsia="Times New Roman" w:hAnsi="Times New Roman"/>
        </w:rPr>
        <w:t xml:space="preserve"> </w:t>
      </w:r>
      <w:proofErr w:type="spellStart"/>
      <w:r w:rsidRPr="00E544AF">
        <w:rPr>
          <w:rFonts w:ascii="Times New Roman" w:eastAsia="Times New Roman" w:hAnsi="Times New Roman"/>
        </w:rPr>
        <w:t>comunitară</w:t>
      </w:r>
      <w:proofErr w:type="spellEnd"/>
      <w:r w:rsidRPr="00E544AF">
        <w:rPr>
          <w:rFonts w:ascii="Times New Roman" w:eastAsia="Times New Roman" w:hAnsi="Times New Roman"/>
        </w:rPr>
        <w:t xml:space="preserve"> integrate</w:t>
      </w:r>
    </w:p>
    <w:p w14:paraId="2FF42C99" w14:textId="7EE37200" w:rsidR="00AF0270" w:rsidRPr="00E544AF" w:rsidRDefault="00000000" w:rsidP="00E544AF">
      <w:pPr>
        <w:pStyle w:val="ListBullet"/>
        <w:spacing w:after="40" w:line="240" w:lineRule="auto"/>
        <w:jc w:val="both"/>
        <w:rPr>
          <w:rFonts w:ascii="Times New Roman" w:eastAsia="Times New Roman" w:hAnsi="Times New Roman"/>
        </w:rPr>
      </w:pPr>
      <w:proofErr w:type="spellStart"/>
      <w:r>
        <w:rPr>
          <w:rFonts w:ascii="Times New Roman" w:eastAsia="Times New Roman" w:hAnsi="Times New Roman"/>
        </w:rPr>
        <w:t>Promovarea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sănătății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și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educația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pentru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sănătate</w:t>
      </w:r>
      <w:proofErr w:type="spellEnd"/>
      <w:r>
        <w:rPr>
          <w:rFonts w:ascii="Times New Roman" w:eastAsia="Times New Roman" w:hAnsi="Times New Roman"/>
        </w:rPr>
        <w:t xml:space="preserve">; </w:t>
      </w:r>
      <w:proofErr w:type="spellStart"/>
      <w:r>
        <w:rPr>
          <w:rFonts w:ascii="Times New Roman" w:eastAsia="Times New Roman" w:hAnsi="Times New Roman"/>
        </w:rPr>
        <w:t>prevenirea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și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controlul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bolilor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transmisibile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și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participarea</w:t>
      </w:r>
      <w:proofErr w:type="spellEnd"/>
      <w:r>
        <w:rPr>
          <w:rFonts w:ascii="Times New Roman" w:eastAsia="Times New Roman" w:hAnsi="Times New Roman"/>
        </w:rPr>
        <w:t xml:space="preserve"> la </w:t>
      </w:r>
      <w:proofErr w:type="spellStart"/>
      <w:r>
        <w:rPr>
          <w:rFonts w:ascii="Times New Roman" w:eastAsia="Times New Roman" w:hAnsi="Times New Roman"/>
        </w:rPr>
        <w:t>activități</w:t>
      </w:r>
      <w:proofErr w:type="spellEnd"/>
      <w:r>
        <w:rPr>
          <w:rFonts w:ascii="Times New Roman" w:eastAsia="Times New Roman" w:hAnsi="Times New Roman"/>
        </w:rPr>
        <w:t xml:space="preserve"> de screening.</w:t>
      </w:r>
    </w:p>
    <w:p w14:paraId="455FAB25" w14:textId="1A613062" w:rsidR="00AF0270" w:rsidRPr="00E544AF" w:rsidRDefault="00000000" w:rsidP="00E544AF">
      <w:pPr>
        <w:pStyle w:val="ListBullet"/>
        <w:spacing w:after="40" w:line="240" w:lineRule="auto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Supravegherea </w:t>
      </w:r>
      <w:proofErr w:type="spellStart"/>
      <w:r>
        <w:rPr>
          <w:rFonts w:ascii="Times New Roman" w:eastAsia="Times New Roman" w:hAnsi="Times New Roman"/>
        </w:rPr>
        <w:t>gravidei</w:t>
      </w:r>
      <w:proofErr w:type="spellEnd"/>
      <w:r>
        <w:rPr>
          <w:rFonts w:ascii="Times New Roman" w:eastAsia="Times New Roman" w:hAnsi="Times New Roman"/>
        </w:rPr>
        <w:t xml:space="preserve">, </w:t>
      </w:r>
      <w:proofErr w:type="spellStart"/>
      <w:r>
        <w:rPr>
          <w:rFonts w:ascii="Times New Roman" w:eastAsia="Times New Roman" w:hAnsi="Times New Roman"/>
        </w:rPr>
        <w:t>lăuzei</w:t>
      </w:r>
      <w:proofErr w:type="spellEnd"/>
      <w:r>
        <w:rPr>
          <w:rFonts w:ascii="Times New Roman" w:eastAsia="Times New Roman" w:hAnsi="Times New Roman"/>
        </w:rPr>
        <w:t>, nou-</w:t>
      </w:r>
      <w:proofErr w:type="spellStart"/>
      <w:r>
        <w:rPr>
          <w:rFonts w:ascii="Times New Roman" w:eastAsia="Times New Roman" w:hAnsi="Times New Roman"/>
        </w:rPr>
        <w:t>născutului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și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copilului</w:t>
      </w:r>
      <w:proofErr w:type="spellEnd"/>
      <w:r>
        <w:rPr>
          <w:rFonts w:ascii="Times New Roman" w:eastAsia="Times New Roman" w:hAnsi="Times New Roman"/>
        </w:rPr>
        <w:t xml:space="preserve"> mic; </w:t>
      </w:r>
      <w:proofErr w:type="spellStart"/>
      <w:r>
        <w:rPr>
          <w:rFonts w:ascii="Times New Roman" w:eastAsia="Times New Roman" w:hAnsi="Times New Roman"/>
        </w:rPr>
        <w:t>monitorizarea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persoanelor</w:t>
      </w:r>
      <w:proofErr w:type="spellEnd"/>
      <w:r>
        <w:rPr>
          <w:rFonts w:ascii="Times New Roman" w:eastAsia="Times New Roman" w:hAnsi="Times New Roman"/>
        </w:rPr>
        <w:t xml:space="preserve"> cu </w:t>
      </w:r>
      <w:proofErr w:type="spellStart"/>
      <w:r>
        <w:rPr>
          <w:rFonts w:ascii="Times New Roman" w:eastAsia="Times New Roman" w:hAnsi="Times New Roman"/>
        </w:rPr>
        <w:t>boli</w:t>
      </w:r>
      <w:proofErr w:type="spellEnd"/>
      <w:r>
        <w:rPr>
          <w:rFonts w:ascii="Times New Roman" w:eastAsia="Times New Roman" w:hAnsi="Times New Roman"/>
        </w:rPr>
        <w:t xml:space="preserve"> </w:t>
      </w:r>
      <w:r w:rsidR="0023381E">
        <w:rPr>
          <w:rFonts w:ascii="Times New Roman" w:eastAsia="Times New Roman" w:hAnsi="Times New Roman"/>
        </w:rPr>
        <w:t xml:space="preserve">cornice, </w:t>
      </w:r>
      <w:proofErr w:type="spellStart"/>
      <w:r w:rsidR="0023381E" w:rsidRPr="00E544AF">
        <w:rPr>
          <w:rFonts w:ascii="Times New Roman" w:eastAsia="Times New Roman" w:hAnsi="Times New Roman"/>
        </w:rPr>
        <w:t>pacientul</w:t>
      </w:r>
      <w:proofErr w:type="spellEnd"/>
      <w:r w:rsidR="0023381E" w:rsidRPr="00E544AF">
        <w:rPr>
          <w:rFonts w:ascii="Times New Roman" w:eastAsia="Times New Roman" w:hAnsi="Times New Roman"/>
        </w:rPr>
        <w:t xml:space="preserve"> cu </w:t>
      </w:r>
      <w:proofErr w:type="spellStart"/>
      <w:r w:rsidR="0023381E" w:rsidRPr="00E544AF">
        <w:rPr>
          <w:rFonts w:ascii="Times New Roman" w:eastAsia="Times New Roman" w:hAnsi="Times New Roman"/>
        </w:rPr>
        <w:t>afecțiuni</w:t>
      </w:r>
      <w:proofErr w:type="spellEnd"/>
      <w:r w:rsidR="0023381E" w:rsidRPr="00E544AF">
        <w:rPr>
          <w:rFonts w:ascii="Times New Roman" w:eastAsia="Times New Roman" w:hAnsi="Times New Roman"/>
        </w:rPr>
        <w:t xml:space="preserve"> </w:t>
      </w:r>
      <w:proofErr w:type="spellStart"/>
      <w:r w:rsidR="0023381E" w:rsidRPr="00E544AF">
        <w:rPr>
          <w:rFonts w:ascii="Times New Roman" w:eastAsia="Times New Roman" w:hAnsi="Times New Roman"/>
        </w:rPr>
        <w:t>psihiatrice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și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gramStart"/>
      <w:r>
        <w:rPr>
          <w:rFonts w:ascii="Times New Roman" w:eastAsia="Times New Roman" w:hAnsi="Times New Roman"/>
        </w:rPr>
        <w:t>a</w:t>
      </w:r>
      <w:proofErr w:type="gram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altor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categorii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vulnerabile</w:t>
      </w:r>
      <w:proofErr w:type="spellEnd"/>
      <w:r>
        <w:rPr>
          <w:rFonts w:ascii="Times New Roman" w:eastAsia="Times New Roman" w:hAnsi="Times New Roman"/>
        </w:rPr>
        <w:t>.</w:t>
      </w:r>
    </w:p>
    <w:p w14:paraId="59C1B418" w14:textId="77777777" w:rsidR="00AF0270" w:rsidRPr="00E544AF" w:rsidRDefault="00000000" w:rsidP="00E544AF">
      <w:pPr>
        <w:pStyle w:val="ListBullet"/>
        <w:spacing w:after="40" w:line="240" w:lineRule="auto"/>
        <w:jc w:val="both"/>
        <w:rPr>
          <w:rFonts w:ascii="Times New Roman" w:eastAsia="Times New Roman" w:hAnsi="Times New Roman"/>
        </w:rPr>
      </w:pPr>
      <w:proofErr w:type="spellStart"/>
      <w:r>
        <w:rPr>
          <w:rFonts w:ascii="Times New Roman" w:eastAsia="Times New Roman" w:hAnsi="Times New Roman"/>
        </w:rPr>
        <w:t>Identificarea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și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gestionarea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urgențelor</w:t>
      </w:r>
      <w:proofErr w:type="spellEnd"/>
      <w:r>
        <w:rPr>
          <w:rFonts w:ascii="Times New Roman" w:eastAsia="Times New Roman" w:hAnsi="Times New Roman"/>
        </w:rPr>
        <w:t xml:space="preserve"> medico-</w:t>
      </w:r>
      <w:proofErr w:type="spellStart"/>
      <w:r>
        <w:rPr>
          <w:rFonts w:ascii="Times New Roman" w:eastAsia="Times New Roman" w:hAnsi="Times New Roman"/>
        </w:rPr>
        <w:t>chirurgicale</w:t>
      </w:r>
      <w:proofErr w:type="spellEnd"/>
      <w:r>
        <w:rPr>
          <w:rFonts w:ascii="Times New Roman" w:eastAsia="Times New Roman" w:hAnsi="Times New Roman"/>
        </w:rPr>
        <w:t xml:space="preserve"> la </w:t>
      </w:r>
      <w:proofErr w:type="spellStart"/>
      <w:r>
        <w:rPr>
          <w:rFonts w:ascii="Times New Roman" w:eastAsia="Times New Roman" w:hAnsi="Times New Roman"/>
        </w:rPr>
        <w:t>nivel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comunitar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și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noțiuni</w:t>
      </w:r>
      <w:proofErr w:type="spellEnd"/>
      <w:r>
        <w:rPr>
          <w:rFonts w:ascii="Times New Roman" w:eastAsia="Times New Roman" w:hAnsi="Times New Roman"/>
        </w:rPr>
        <w:t xml:space="preserve"> de prim </w:t>
      </w:r>
      <w:proofErr w:type="spellStart"/>
      <w:r>
        <w:rPr>
          <w:rFonts w:ascii="Times New Roman" w:eastAsia="Times New Roman" w:hAnsi="Times New Roman"/>
        </w:rPr>
        <w:t>ajutor</w:t>
      </w:r>
      <w:proofErr w:type="spellEnd"/>
      <w:r>
        <w:rPr>
          <w:rFonts w:ascii="Times New Roman" w:eastAsia="Times New Roman" w:hAnsi="Times New Roman"/>
        </w:rPr>
        <w:t>.</w:t>
      </w:r>
    </w:p>
    <w:p w14:paraId="3AF65DC8" w14:textId="37C2E790" w:rsidR="00E544AF" w:rsidRPr="00E544AF" w:rsidRDefault="00E544AF" w:rsidP="00E544AF">
      <w:pPr>
        <w:pStyle w:val="ListBullet"/>
        <w:spacing w:after="40" w:line="240" w:lineRule="auto"/>
        <w:jc w:val="both"/>
        <w:rPr>
          <w:rFonts w:ascii="Times New Roman" w:eastAsia="Times New Roman" w:hAnsi="Times New Roman"/>
        </w:rPr>
      </w:pPr>
      <w:r w:rsidRPr="00E544AF">
        <w:rPr>
          <w:rFonts w:ascii="Times New Roman" w:eastAsia="Times New Roman" w:hAnsi="Times New Roman"/>
        </w:rPr>
        <w:t xml:space="preserve">Boli </w:t>
      </w:r>
      <w:proofErr w:type="spellStart"/>
      <w:r w:rsidRPr="00E544AF">
        <w:rPr>
          <w:rFonts w:ascii="Times New Roman" w:eastAsia="Times New Roman" w:hAnsi="Times New Roman"/>
        </w:rPr>
        <w:t>infecțioase</w:t>
      </w:r>
      <w:proofErr w:type="spellEnd"/>
      <w:r w:rsidRPr="00E544AF">
        <w:rPr>
          <w:rFonts w:ascii="Times New Roman" w:eastAsia="Times New Roman" w:hAnsi="Times New Roman"/>
        </w:rPr>
        <w:t xml:space="preserve"> </w:t>
      </w:r>
      <w:proofErr w:type="spellStart"/>
      <w:r w:rsidRPr="00E544AF">
        <w:rPr>
          <w:rFonts w:ascii="Times New Roman" w:eastAsia="Times New Roman" w:hAnsi="Times New Roman"/>
        </w:rPr>
        <w:t>și</w:t>
      </w:r>
      <w:proofErr w:type="spellEnd"/>
      <w:r w:rsidRPr="00E544AF">
        <w:rPr>
          <w:rFonts w:ascii="Times New Roman" w:eastAsia="Times New Roman" w:hAnsi="Times New Roman"/>
        </w:rPr>
        <w:t xml:space="preserve"> </w:t>
      </w:r>
      <w:proofErr w:type="spellStart"/>
      <w:r w:rsidRPr="00E544AF">
        <w:rPr>
          <w:rFonts w:ascii="Times New Roman" w:eastAsia="Times New Roman" w:hAnsi="Times New Roman"/>
        </w:rPr>
        <w:t>epidemiologie</w:t>
      </w:r>
      <w:proofErr w:type="spellEnd"/>
      <w:r w:rsidRPr="00E544AF">
        <w:rPr>
          <w:rFonts w:ascii="Times New Roman" w:eastAsia="Times New Roman" w:hAnsi="Times New Roman"/>
        </w:rPr>
        <w:t xml:space="preserve"> – </w:t>
      </w:r>
      <w:proofErr w:type="spellStart"/>
      <w:r w:rsidRPr="00E544AF">
        <w:rPr>
          <w:rFonts w:ascii="Times New Roman" w:eastAsia="Times New Roman" w:hAnsi="Times New Roman"/>
        </w:rPr>
        <w:t>noțiuni</w:t>
      </w:r>
      <w:proofErr w:type="spellEnd"/>
      <w:r w:rsidRPr="00E544AF">
        <w:rPr>
          <w:rFonts w:ascii="Times New Roman" w:eastAsia="Times New Roman" w:hAnsi="Times New Roman"/>
        </w:rPr>
        <w:t xml:space="preserve"> generale </w:t>
      </w:r>
      <w:proofErr w:type="spellStart"/>
      <w:r w:rsidRPr="00E544AF">
        <w:rPr>
          <w:rFonts w:ascii="Times New Roman" w:eastAsia="Times New Roman" w:hAnsi="Times New Roman"/>
        </w:rPr>
        <w:t>privind</w:t>
      </w:r>
      <w:proofErr w:type="spellEnd"/>
      <w:r w:rsidRPr="00E544AF">
        <w:rPr>
          <w:rFonts w:ascii="Times New Roman" w:eastAsia="Times New Roman" w:hAnsi="Times New Roman"/>
        </w:rPr>
        <w:t xml:space="preserve"> </w:t>
      </w:r>
      <w:proofErr w:type="spellStart"/>
      <w:r w:rsidRPr="00E544AF">
        <w:rPr>
          <w:rFonts w:ascii="Times New Roman" w:eastAsia="Times New Roman" w:hAnsi="Times New Roman"/>
        </w:rPr>
        <w:t>etiologia</w:t>
      </w:r>
      <w:proofErr w:type="spellEnd"/>
      <w:r w:rsidRPr="00E544AF">
        <w:rPr>
          <w:rFonts w:ascii="Times New Roman" w:eastAsia="Times New Roman" w:hAnsi="Times New Roman"/>
        </w:rPr>
        <w:t xml:space="preserve">, </w:t>
      </w:r>
      <w:proofErr w:type="spellStart"/>
      <w:r w:rsidRPr="00E544AF">
        <w:rPr>
          <w:rFonts w:ascii="Times New Roman" w:eastAsia="Times New Roman" w:hAnsi="Times New Roman"/>
        </w:rPr>
        <w:t>transmiterea</w:t>
      </w:r>
      <w:proofErr w:type="spellEnd"/>
      <w:r w:rsidRPr="00E544AF">
        <w:rPr>
          <w:rFonts w:ascii="Times New Roman" w:eastAsia="Times New Roman" w:hAnsi="Times New Roman"/>
        </w:rPr>
        <w:t xml:space="preserve">, </w:t>
      </w:r>
      <w:proofErr w:type="spellStart"/>
      <w:r w:rsidRPr="00E544AF">
        <w:rPr>
          <w:rFonts w:ascii="Times New Roman" w:eastAsia="Times New Roman" w:hAnsi="Times New Roman"/>
        </w:rPr>
        <w:t>manifestările</w:t>
      </w:r>
      <w:proofErr w:type="spellEnd"/>
      <w:r w:rsidRPr="00E544AF">
        <w:rPr>
          <w:rFonts w:ascii="Times New Roman" w:eastAsia="Times New Roman" w:hAnsi="Times New Roman"/>
        </w:rPr>
        <w:t xml:space="preserve">, </w:t>
      </w:r>
      <w:proofErr w:type="spellStart"/>
      <w:r w:rsidRPr="00E544AF">
        <w:rPr>
          <w:rFonts w:ascii="Times New Roman" w:eastAsia="Times New Roman" w:hAnsi="Times New Roman"/>
        </w:rPr>
        <w:t>prevenirea</w:t>
      </w:r>
      <w:proofErr w:type="spellEnd"/>
      <w:r w:rsidRPr="00E544AF">
        <w:rPr>
          <w:rFonts w:ascii="Times New Roman" w:eastAsia="Times New Roman" w:hAnsi="Times New Roman"/>
        </w:rPr>
        <w:t xml:space="preserve"> </w:t>
      </w:r>
      <w:proofErr w:type="spellStart"/>
      <w:r w:rsidRPr="00E544AF">
        <w:rPr>
          <w:rFonts w:ascii="Times New Roman" w:eastAsia="Times New Roman" w:hAnsi="Times New Roman"/>
        </w:rPr>
        <w:t>și</w:t>
      </w:r>
      <w:proofErr w:type="spellEnd"/>
      <w:r w:rsidRPr="00E544AF">
        <w:rPr>
          <w:rFonts w:ascii="Times New Roman" w:eastAsia="Times New Roman" w:hAnsi="Times New Roman"/>
        </w:rPr>
        <w:t xml:space="preserve"> </w:t>
      </w:r>
      <w:proofErr w:type="spellStart"/>
      <w:r w:rsidRPr="00E544AF">
        <w:rPr>
          <w:rFonts w:ascii="Times New Roman" w:eastAsia="Times New Roman" w:hAnsi="Times New Roman"/>
        </w:rPr>
        <w:t>combaterea</w:t>
      </w:r>
      <w:proofErr w:type="spellEnd"/>
      <w:r w:rsidRPr="00E544AF">
        <w:rPr>
          <w:rFonts w:ascii="Times New Roman" w:eastAsia="Times New Roman" w:hAnsi="Times New Roman"/>
        </w:rPr>
        <w:t xml:space="preserve"> </w:t>
      </w:r>
      <w:proofErr w:type="spellStart"/>
      <w:r w:rsidRPr="00E544AF">
        <w:rPr>
          <w:rFonts w:ascii="Times New Roman" w:eastAsia="Times New Roman" w:hAnsi="Times New Roman"/>
        </w:rPr>
        <w:t>bolilor</w:t>
      </w:r>
      <w:proofErr w:type="spellEnd"/>
      <w:r w:rsidRPr="00E544AF">
        <w:rPr>
          <w:rFonts w:ascii="Times New Roman" w:eastAsia="Times New Roman" w:hAnsi="Times New Roman"/>
        </w:rPr>
        <w:t xml:space="preserve"> </w:t>
      </w:r>
      <w:proofErr w:type="spellStart"/>
      <w:r w:rsidRPr="00E544AF">
        <w:rPr>
          <w:rFonts w:ascii="Times New Roman" w:eastAsia="Times New Roman" w:hAnsi="Times New Roman"/>
        </w:rPr>
        <w:t>transmisibile</w:t>
      </w:r>
      <w:proofErr w:type="spellEnd"/>
    </w:p>
    <w:p w14:paraId="0A5C7EF3" w14:textId="65C09967" w:rsidR="00E544AF" w:rsidRPr="00E544AF" w:rsidRDefault="00E544AF" w:rsidP="00E544AF">
      <w:pPr>
        <w:pStyle w:val="ListBullet"/>
        <w:spacing w:after="40" w:line="240" w:lineRule="auto"/>
        <w:jc w:val="both"/>
        <w:rPr>
          <w:rFonts w:ascii="Times New Roman" w:eastAsia="Times New Roman" w:hAnsi="Times New Roman"/>
        </w:rPr>
      </w:pPr>
      <w:proofErr w:type="spellStart"/>
      <w:r w:rsidRPr="00E544AF">
        <w:rPr>
          <w:rFonts w:ascii="Times New Roman" w:eastAsia="Times New Roman" w:hAnsi="Times New Roman"/>
        </w:rPr>
        <w:t>Urgențe</w:t>
      </w:r>
      <w:proofErr w:type="spellEnd"/>
      <w:r w:rsidRPr="00E544AF">
        <w:rPr>
          <w:rFonts w:ascii="Times New Roman" w:eastAsia="Times New Roman" w:hAnsi="Times New Roman"/>
        </w:rPr>
        <w:t xml:space="preserve"> medico-</w:t>
      </w:r>
      <w:proofErr w:type="spellStart"/>
      <w:r w:rsidRPr="00E544AF">
        <w:rPr>
          <w:rFonts w:ascii="Times New Roman" w:eastAsia="Times New Roman" w:hAnsi="Times New Roman"/>
        </w:rPr>
        <w:t>chirurgicale</w:t>
      </w:r>
      <w:proofErr w:type="spellEnd"/>
      <w:r w:rsidRPr="00E544AF">
        <w:rPr>
          <w:rFonts w:ascii="Times New Roman" w:eastAsia="Times New Roman" w:hAnsi="Times New Roman"/>
        </w:rPr>
        <w:t xml:space="preserve"> – </w:t>
      </w:r>
      <w:proofErr w:type="spellStart"/>
      <w:r w:rsidRPr="00E544AF">
        <w:rPr>
          <w:rFonts w:ascii="Times New Roman" w:eastAsia="Times New Roman" w:hAnsi="Times New Roman"/>
        </w:rPr>
        <w:t>identificarea</w:t>
      </w:r>
      <w:proofErr w:type="spellEnd"/>
      <w:r w:rsidRPr="00E544AF">
        <w:rPr>
          <w:rFonts w:ascii="Times New Roman" w:eastAsia="Times New Roman" w:hAnsi="Times New Roman"/>
        </w:rPr>
        <w:t xml:space="preserve"> </w:t>
      </w:r>
      <w:proofErr w:type="spellStart"/>
      <w:r w:rsidRPr="00E544AF">
        <w:rPr>
          <w:rFonts w:ascii="Times New Roman" w:eastAsia="Times New Roman" w:hAnsi="Times New Roman"/>
        </w:rPr>
        <w:t>stărilor</w:t>
      </w:r>
      <w:proofErr w:type="spellEnd"/>
      <w:r w:rsidRPr="00E544AF">
        <w:rPr>
          <w:rFonts w:ascii="Times New Roman" w:eastAsia="Times New Roman" w:hAnsi="Times New Roman"/>
        </w:rPr>
        <w:t xml:space="preserve"> de </w:t>
      </w:r>
      <w:proofErr w:type="spellStart"/>
      <w:r w:rsidRPr="00E544AF">
        <w:rPr>
          <w:rFonts w:ascii="Times New Roman" w:eastAsia="Times New Roman" w:hAnsi="Times New Roman"/>
        </w:rPr>
        <w:t>urgență</w:t>
      </w:r>
      <w:proofErr w:type="spellEnd"/>
      <w:r w:rsidRPr="00E544AF">
        <w:rPr>
          <w:rFonts w:ascii="Times New Roman" w:eastAsia="Times New Roman" w:hAnsi="Times New Roman"/>
        </w:rPr>
        <w:t xml:space="preserve">, </w:t>
      </w:r>
      <w:proofErr w:type="spellStart"/>
      <w:r w:rsidRPr="00E544AF">
        <w:rPr>
          <w:rFonts w:ascii="Times New Roman" w:eastAsia="Times New Roman" w:hAnsi="Times New Roman"/>
        </w:rPr>
        <w:t>evaluarea</w:t>
      </w:r>
      <w:proofErr w:type="spellEnd"/>
      <w:r w:rsidRPr="00E544AF">
        <w:rPr>
          <w:rFonts w:ascii="Times New Roman" w:eastAsia="Times New Roman" w:hAnsi="Times New Roman"/>
        </w:rPr>
        <w:t xml:space="preserve"> </w:t>
      </w:r>
      <w:proofErr w:type="spellStart"/>
      <w:r w:rsidRPr="00E544AF">
        <w:rPr>
          <w:rFonts w:ascii="Times New Roman" w:eastAsia="Times New Roman" w:hAnsi="Times New Roman"/>
        </w:rPr>
        <w:t>semnelor</w:t>
      </w:r>
      <w:proofErr w:type="spellEnd"/>
      <w:r w:rsidRPr="00E544AF">
        <w:rPr>
          <w:rFonts w:ascii="Times New Roman" w:eastAsia="Times New Roman" w:hAnsi="Times New Roman"/>
        </w:rPr>
        <w:t xml:space="preserve"> </w:t>
      </w:r>
      <w:proofErr w:type="spellStart"/>
      <w:r w:rsidRPr="00E544AF">
        <w:rPr>
          <w:rFonts w:ascii="Times New Roman" w:eastAsia="Times New Roman" w:hAnsi="Times New Roman"/>
        </w:rPr>
        <w:t>și</w:t>
      </w:r>
      <w:proofErr w:type="spellEnd"/>
      <w:r w:rsidRPr="00E544AF">
        <w:rPr>
          <w:rFonts w:ascii="Times New Roman" w:eastAsia="Times New Roman" w:hAnsi="Times New Roman"/>
        </w:rPr>
        <w:t xml:space="preserve"> </w:t>
      </w:r>
      <w:proofErr w:type="spellStart"/>
      <w:r w:rsidRPr="00E544AF">
        <w:rPr>
          <w:rFonts w:ascii="Times New Roman" w:eastAsia="Times New Roman" w:hAnsi="Times New Roman"/>
        </w:rPr>
        <w:t>simptomelor</w:t>
      </w:r>
      <w:proofErr w:type="spellEnd"/>
      <w:r w:rsidRPr="00E544AF">
        <w:rPr>
          <w:rFonts w:ascii="Times New Roman" w:eastAsia="Times New Roman" w:hAnsi="Times New Roman"/>
        </w:rPr>
        <w:t xml:space="preserve"> </w:t>
      </w:r>
      <w:proofErr w:type="spellStart"/>
      <w:r w:rsidRPr="00E544AF">
        <w:rPr>
          <w:rFonts w:ascii="Times New Roman" w:eastAsia="Times New Roman" w:hAnsi="Times New Roman"/>
        </w:rPr>
        <w:t>și</w:t>
      </w:r>
      <w:proofErr w:type="spellEnd"/>
      <w:r w:rsidRPr="00E544AF">
        <w:rPr>
          <w:rFonts w:ascii="Times New Roman" w:eastAsia="Times New Roman" w:hAnsi="Times New Roman"/>
        </w:rPr>
        <w:t xml:space="preserve"> </w:t>
      </w:r>
      <w:proofErr w:type="spellStart"/>
      <w:r w:rsidRPr="00E544AF">
        <w:rPr>
          <w:rFonts w:ascii="Times New Roman" w:eastAsia="Times New Roman" w:hAnsi="Times New Roman"/>
        </w:rPr>
        <w:t>măsurile</w:t>
      </w:r>
      <w:proofErr w:type="spellEnd"/>
      <w:r w:rsidRPr="00E544AF">
        <w:rPr>
          <w:rFonts w:ascii="Times New Roman" w:eastAsia="Times New Roman" w:hAnsi="Times New Roman"/>
        </w:rPr>
        <w:t xml:space="preserve"> de prim </w:t>
      </w:r>
      <w:proofErr w:type="spellStart"/>
      <w:r w:rsidRPr="00E544AF">
        <w:rPr>
          <w:rFonts w:ascii="Times New Roman" w:eastAsia="Times New Roman" w:hAnsi="Times New Roman"/>
        </w:rPr>
        <w:t>ajutor</w:t>
      </w:r>
      <w:proofErr w:type="spellEnd"/>
    </w:p>
    <w:p w14:paraId="7726EB03" w14:textId="77777777" w:rsidR="00AF0270" w:rsidRPr="00E544AF" w:rsidRDefault="00000000" w:rsidP="00E544AF">
      <w:pPr>
        <w:pStyle w:val="ListBullet"/>
        <w:spacing w:after="40" w:line="240" w:lineRule="auto"/>
        <w:jc w:val="both"/>
        <w:rPr>
          <w:rFonts w:ascii="Times New Roman" w:eastAsia="Times New Roman" w:hAnsi="Times New Roman"/>
        </w:rPr>
      </w:pPr>
      <w:proofErr w:type="spellStart"/>
      <w:r>
        <w:rPr>
          <w:rFonts w:ascii="Times New Roman" w:eastAsia="Times New Roman" w:hAnsi="Times New Roman"/>
        </w:rPr>
        <w:t>Gestionarea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deșeurilor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rezultate</w:t>
      </w:r>
      <w:proofErr w:type="spellEnd"/>
      <w:r>
        <w:rPr>
          <w:rFonts w:ascii="Times New Roman" w:eastAsia="Times New Roman" w:hAnsi="Times New Roman"/>
        </w:rPr>
        <w:t xml:space="preserve"> din </w:t>
      </w:r>
      <w:proofErr w:type="spellStart"/>
      <w:r>
        <w:rPr>
          <w:rFonts w:ascii="Times New Roman" w:eastAsia="Times New Roman" w:hAnsi="Times New Roman"/>
        </w:rPr>
        <w:t>activități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medicale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și</w:t>
      </w:r>
      <w:proofErr w:type="spellEnd"/>
      <w:r>
        <w:rPr>
          <w:rFonts w:ascii="Times New Roman" w:eastAsia="Times New Roman" w:hAnsi="Times New Roman"/>
        </w:rPr>
        <w:t xml:space="preserve"> reguli de </w:t>
      </w:r>
      <w:proofErr w:type="spellStart"/>
      <w:r>
        <w:rPr>
          <w:rFonts w:ascii="Times New Roman" w:eastAsia="Times New Roman" w:hAnsi="Times New Roman"/>
        </w:rPr>
        <w:t>igienă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și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prevenire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gramStart"/>
      <w:r>
        <w:rPr>
          <w:rFonts w:ascii="Times New Roman" w:eastAsia="Times New Roman" w:hAnsi="Times New Roman"/>
        </w:rPr>
        <w:t>a</w:t>
      </w:r>
      <w:proofErr w:type="gram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infecțiilor</w:t>
      </w:r>
      <w:proofErr w:type="spellEnd"/>
      <w:r>
        <w:rPr>
          <w:rFonts w:ascii="Times New Roman" w:eastAsia="Times New Roman" w:hAnsi="Times New Roman"/>
        </w:rPr>
        <w:t>.</w:t>
      </w:r>
    </w:p>
    <w:p w14:paraId="2B12D152" w14:textId="77777777" w:rsidR="00AF0270" w:rsidRPr="00E544AF" w:rsidRDefault="00000000" w:rsidP="00E544AF">
      <w:pPr>
        <w:pStyle w:val="ListBullet"/>
        <w:spacing w:after="40" w:line="240" w:lineRule="auto"/>
        <w:jc w:val="both"/>
        <w:rPr>
          <w:rFonts w:ascii="Times New Roman" w:eastAsia="Times New Roman" w:hAnsi="Times New Roman"/>
        </w:rPr>
      </w:pPr>
      <w:proofErr w:type="spellStart"/>
      <w:r>
        <w:rPr>
          <w:rFonts w:ascii="Times New Roman" w:eastAsia="Times New Roman" w:hAnsi="Times New Roman"/>
        </w:rPr>
        <w:t>Drepturile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pacientului</w:t>
      </w:r>
      <w:proofErr w:type="spellEnd"/>
      <w:r>
        <w:rPr>
          <w:rFonts w:ascii="Times New Roman" w:eastAsia="Times New Roman" w:hAnsi="Times New Roman"/>
        </w:rPr>
        <w:t xml:space="preserve">, </w:t>
      </w:r>
      <w:proofErr w:type="spellStart"/>
      <w:r>
        <w:rPr>
          <w:rFonts w:ascii="Times New Roman" w:eastAsia="Times New Roman" w:hAnsi="Times New Roman"/>
        </w:rPr>
        <w:t>confidențialitatea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și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comunicarea</w:t>
      </w:r>
      <w:proofErr w:type="spellEnd"/>
      <w:r>
        <w:rPr>
          <w:rFonts w:ascii="Times New Roman" w:eastAsia="Times New Roman" w:hAnsi="Times New Roman"/>
        </w:rPr>
        <w:t xml:space="preserve"> cu </w:t>
      </w:r>
      <w:proofErr w:type="spellStart"/>
      <w:r>
        <w:rPr>
          <w:rFonts w:ascii="Times New Roman" w:eastAsia="Times New Roman" w:hAnsi="Times New Roman"/>
        </w:rPr>
        <w:t>beneficiarii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serviciilor</w:t>
      </w:r>
      <w:proofErr w:type="spellEnd"/>
      <w:r>
        <w:rPr>
          <w:rFonts w:ascii="Times New Roman" w:eastAsia="Times New Roman" w:hAnsi="Times New Roman"/>
        </w:rPr>
        <w:t xml:space="preserve"> de </w:t>
      </w:r>
      <w:proofErr w:type="spellStart"/>
      <w:r>
        <w:rPr>
          <w:rFonts w:ascii="Times New Roman" w:eastAsia="Times New Roman" w:hAnsi="Times New Roman"/>
        </w:rPr>
        <w:t>sănătate</w:t>
      </w:r>
      <w:proofErr w:type="spellEnd"/>
      <w:r>
        <w:rPr>
          <w:rFonts w:ascii="Times New Roman" w:eastAsia="Times New Roman" w:hAnsi="Times New Roman"/>
        </w:rPr>
        <w:t>.</w:t>
      </w:r>
    </w:p>
    <w:p w14:paraId="0BF4FAC1" w14:textId="77777777" w:rsidR="00AF0270" w:rsidRPr="00E544AF" w:rsidRDefault="00000000" w:rsidP="00E544AF">
      <w:pPr>
        <w:pStyle w:val="ListBullet"/>
        <w:spacing w:after="40" w:line="240" w:lineRule="auto"/>
        <w:jc w:val="both"/>
        <w:rPr>
          <w:rFonts w:ascii="Times New Roman" w:eastAsia="Times New Roman" w:hAnsi="Times New Roman"/>
        </w:rPr>
      </w:pPr>
      <w:proofErr w:type="spellStart"/>
      <w:r>
        <w:rPr>
          <w:rFonts w:ascii="Times New Roman" w:eastAsia="Times New Roman" w:hAnsi="Times New Roman"/>
        </w:rPr>
        <w:t>Rolul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asistentului</w:t>
      </w:r>
      <w:proofErr w:type="spellEnd"/>
      <w:r>
        <w:rPr>
          <w:rFonts w:ascii="Times New Roman" w:eastAsia="Times New Roman" w:hAnsi="Times New Roman"/>
        </w:rPr>
        <w:t xml:space="preserve"> medical </w:t>
      </w:r>
      <w:proofErr w:type="spellStart"/>
      <w:r>
        <w:rPr>
          <w:rFonts w:ascii="Times New Roman" w:eastAsia="Times New Roman" w:hAnsi="Times New Roman"/>
        </w:rPr>
        <w:t>comunitar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în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Echipa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Comunitară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Integrată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și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colaborarea</w:t>
      </w:r>
      <w:proofErr w:type="spellEnd"/>
      <w:r>
        <w:rPr>
          <w:rFonts w:ascii="Times New Roman" w:eastAsia="Times New Roman" w:hAnsi="Times New Roman"/>
        </w:rPr>
        <w:t xml:space="preserve"> cu </w:t>
      </w:r>
      <w:proofErr w:type="spellStart"/>
      <w:r>
        <w:rPr>
          <w:rFonts w:ascii="Times New Roman" w:eastAsia="Times New Roman" w:hAnsi="Times New Roman"/>
        </w:rPr>
        <w:t>medicul</w:t>
      </w:r>
      <w:proofErr w:type="spellEnd"/>
      <w:r>
        <w:rPr>
          <w:rFonts w:ascii="Times New Roman" w:eastAsia="Times New Roman" w:hAnsi="Times New Roman"/>
        </w:rPr>
        <w:t xml:space="preserve"> de </w:t>
      </w:r>
      <w:proofErr w:type="spellStart"/>
      <w:r>
        <w:rPr>
          <w:rFonts w:ascii="Times New Roman" w:eastAsia="Times New Roman" w:hAnsi="Times New Roman"/>
        </w:rPr>
        <w:t>familie</w:t>
      </w:r>
      <w:proofErr w:type="spellEnd"/>
      <w:r>
        <w:rPr>
          <w:rFonts w:ascii="Times New Roman" w:eastAsia="Times New Roman" w:hAnsi="Times New Roman"/>
        </w:rPr>
        <w:t xml:space="preserve">, </w:t>
      </w:r>
      <w:proofErr w:type="spellStart"/>
      <w:r>
        <w:rPr>
          <w:rFonts w:ascii="Times New Roman" w:eastAsia="Times New Roman" w:hAnsi="Times New Roman"/>
        </w:rPr>
        <w:t>serviciile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sociale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și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serviciile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educaționale</w:t>
      </w:r>
      <w:proofErr w:type="spellEnd"/>
      <w:r>
        <w:rPr>
          <w:rFonts w:ascii="Times New Roman" w:eastAsia="Times New Roman" w:hAnsi="Times New Roman"/>
        </w:rPr>
        <w:t>.</w:t>
      </w:r>
    </w:p>
    <w:p w14:paraId="627C21CC" w14:textId="77777777" w:rsidR="0023381E" w:rsidRPr="00E544AF" w:rsidRDefault="00000000" w:rsidP="00E544AF">
      <w:pPr>
        <w:pStyle w:val="ListBullet"/>
        <w:spacing w:after="40" w:line="240" w:lineRule="auto"/>
        <w:jc w:val="both"/>
        <w:rPr>
          <w:rFonts w:ascii="Times New Roman" w:eastAsia="Times New Roman" w:hAnsi="Times New Roman"/>
        </w:rPr>
      </w:pPr>
      <w:proofErr w:type="spellStart"/>
      <w:r>
        <w:rPr>
          <w:rFonts w:ascii="Times New Roman" w:eastAsia="Times New Roman" w:hAnsi="Times New Roman"/>
        </w:rPr>
        <w:t>Etica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și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deontologia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profesională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gramStart"/>
      <w:r>
        <w:rPr>
          <w:rFonts w:ascii="Times New Roman" w:eastAsia="Times New Roman" w:hAnsi="Times New Roman"/>
        </w:rPr>
        <w:t>a</w:t>
      </w:r>
      <w:proofErr w:type="gram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asistentului</w:t>
      </w:r>
      <w:proofErr w:type="spellEnd"/>
      <w:r>
        <w:rPr>
          <w:rFonts w:ascii="Times New Roman" w:eastAsia="Times New Roman" w:hAnsi="Times New Roman"/>
        </w:rPr>
        <w:t xml:space="preserve"> medical.</w:t>
      </w:r>
    </w:p>
    <w:p w14:paraId="1B88C91E" w14:textId="77777777" w:rsidR="00E544AF" w:rsidRPr="00E544AF" w:rsidRDefault="0023381E" w:rsidP="00E544AF">
      <w:pPr>
        <w:pStyle w:val="ListBullet"/>
        <w:spacing w:after="40" w:line="240" w:lineRule="auto"/>
        <w:jc w:val="both"/>
        <w:rPr>
          <w:rFonts w:ascii="Times New Roman" w:eastAsia="Times New Roman" w:hAnsi="Times New Roman"/>
        </w:rPr>
      </w:pPr>
      <w:proofErr w:type="spellStart"/>
      <w:r w:rsidRPr="00E544AF">
        <w:rPr>
          <w:rFonts w:ascii="Times New Roman" w:eastAsia="Times New Roman" w:hAnsi="Times New Roman"/>
        </w:rPr>
        <w:t>Activităţile</w:t>
      </w:r>
      <w:proofErr w:type="spellEnd"/>
      <w:r w:rsidRPr="00E544AF">
        <w:rPr>
          <w:rFonts w:ascii="Times New Roman" w:eastAsia="Times New Roman" w:hAnsi="Times New Roman"/>
        </w:rPr>
        <w:t xml:space="preserve"> </w:t>
      </w:r>
      <w:proofErr w:type="spellStart"/>
      <w:r w:rsidRPr="00E544AF">
        <w:rPr>
          <w:rFonts w:ascii="Times New Roman" w:eastAsia="Times New Roman" w:hAnsi="Times New Roman"/>
        </w:rPr>
        <w:t>exercitate</w:t>
      </w:r>
      <w:proofErr w:type="spellEnd"/>
      <w:r w:rsidRPr="00E544AF">
        <w:rPr>
          <w:rFonts w:ascii="Times New Roman" w:eastAsia="Times New Roman" w:hAnsi="Times New Roman"/>
        </w:rPr>
        <w:t xml:space="preserve"> cu </w:t>
      </w:r>
      <w:proofErr w:type="spellStart"/>
      <w:r w:rsidRPr="00E544AF">
        <w:rPr>
          <w:rFonts w:ascii="Times New Roman" w:eastAsia="Times New Roman" w:hAnsi="Times New Roman"/>
        </w:rPr>
        <w:t>titlul</w:t>
      </w:r>
      <w:proofErr w:type="spellEnd"/>
      <w:r w:rsidRPr="00E544AF">
        <w:rPr>
          <w:rFonts w:ascii="Times New Roman" w:eastAsia="Times New Roman" w:hAnsi="Times New Roman"/>
        </w:rPr>
        <w:t xml:space="preserve"> </w:t>
      </w:r>
      <w:proofErr w:type="spellStart"/>
      <w:r w:rsidRPr="00E544AF">
        <w:rPr>
          <w:rFonts w:ascii="Times New Roman" w:eastAsia="Times New Roman" w:hAnsi="Times New Roman"/>
        </w:rPr>
        <w:t>profesional</w:t>
      </w:r>
      <w:proofErr w:type="spellEnd"/>
      <w:r w:rsidRPr="00E544AF">
        <w:rPr>
          <w:rFonts w:ascii="Times New Roman" w:eastAsia="Times New Roman" w:hAnsi="Times New Roman"/>
        </w:rPr>
        <w:t xml:space="preserve"> de </w:t>
      </w:r>
      <w:proofErr w:type="spellStart"/>
      <w:r w:rsidRPr="00E544AF">
        <w:rPr>
          <w:rFonts w:ascii="Times New Roman" w:eastAsia="Times New Roman" w:hAnsi="Times New Roman"/>
        </w:rPr>
        <w:t>asistent</w:t>
      </w:r>
      <w:proofErr w:type="spellEnd"/>
      <w:r w:rsidRPr="00E544AF">
        <w:rPr>
          <w:rFonts w:ascii="Times New Roman" w:eastAsia="Times New Roman" w:hAnsi="Times New Roman"/>
        </w:rPr>
        <w:t xml:space="preserve"> medical generalist ca </w:t>
      </w:r>
      <w:proofErr w:type="spellStart"/>
      <w:r w:rsidRPr="00E544AF">
        <w:rPr>
          <w:rFonts w:ascii="Times New Roman" w:eastAsia="Times New Roman" w:hAnsi="Times New Roman"/>
        </w:rPr>
        <w:t>urmare</w:t>
      </w:r>
      <w:proofErr w:type="spellEnd"/>
      <w:r w:rsidRPr="00E544AF">
        <w:rPr>
          <w:rFonts w:ascii="Times New Roman" w:eastAsia="Times New Roman" w:hAnsi="Times New Roman"/>
        </w:rPr>
        <w:t xml:space="preserve"> a </w:t>
      </w:r>
      <w:proofErr w:type="spellStart"/>
      <w:r w:rsidRPr="00E544AF">
        <w:rPr>
          <w:rFonts w:ascii="Times New Roman" w:eastAsia="Times New Roman" w:hAnsi="Times New Roman"/>
        </w:rPr>
        <w:t>însuşirii</w:t>
      </w:r>
      <w:proofErr w:type="spellEnd"/>
      <w:r w:rsidRPr="00E544AF">
        <w:rPr>
          <w:rFonts w:ascii="Times New Roman" w:eastAsia="Times New Roman" w:hAnsi="Times New Roman"/>
        </w:rPr>
        <w:t xml:space="preserve"> </w:t>
      </w:r>
      <w:proofErr w:type="spellStart"/>
      <w:r w:rsidRPr="00E544AF">
        <w:rPr>
          <w:rFonts w:ascii="Times New Roman" w:eastAsia="Times New Roman" w:hAnsi="Times New Roman"/>
        </w:rPr>
        <w:t>competenţelor</w:t>
      </w:r>
      <w:proofErr w:type="spellEnd"/>
      <w:r w:rsidRPr="00E544AF">
        <w:rPr>
          <w:rFonts w:ascii="Times New Roman" w:eastAsia="Times New Roman" w:hAnsi="Times New Roman"/>
        </w:rPr>
        <w:t xml:space="preserve"> de </w:t>
      </w:r>
      <w:proofErr w:type="spellStart"/>
      <w:r w:rsidRPr="00E544AF">
        <w:rPr>
          <w:rFonts w:ascii="Times New Roman" w:eastAsia="Times New Roman" w:hAnsi="Times New Roman"/>
        </w:rPr>
        <w:t>bază</w:t>
      </w:r>
      <w:proofErr w:type="spellEnd"/>
      <w:r w:rsidRPr="00E544AF">
        <w:rPr>
          <w:rFonts w:ascii="Times New Roman" w:eastAsia="Times New Roman" w:hAnsi="Times New Roman"/>
        </w:rPr>
        <w:t xml:space="preserve"> </w:t>
      </w:r>
      <w:proofErr w:type="spellStart"/>
      <w:r w:rsidRPr="00E544AF">
        <w:rPr>
          <w:rFonts w:ascii="Times New Roman" w:eastAsia="Times New Roman" w:hAnsi="Times New Roman"/>
        </w:rPr>
        <w:t>în</w:t>
      </w:r>
      <w:proofErr w:type="spellEnd"/>
      <w:r w:rsidRPr="00E544AF">
        <w:rPr>
          <w:rFonts w:ascii="Times New Roman" w:eastAsia="Times New Roman" w:hAnsi="Times New Roman"/>
        </w:rPr>
        <w:t xml:space="preserve"> </w:t>
      </w:r>
      <w:proofErr w:type="spellStart"/>
      <w:r w:rsidRPr="00E544AF">
        <w:rPr>
          <w:rFonts w:ascii="Times New Roman" w:eastAsia="Times New Roman" w:hAnsi="Times New Roman"/>
        </w:rPr>
        <w:t>cursul</w:t>
      </w:r>
      <w:proofErr w:type="spellEnd"/>
      <w:r w:rsidRPr="00E544AF">
        <w:rPr>
          <w:rFonts w:ascii="Times New Roman" w:eastAsia="Times New Roman" w:hAnsi="Times New Roman"/>
        </w:rPr>
        <w:t xml:space="preserve"> </w:t>
      </w:r>
      <w:proofErr w:type="spellStart"/>
      <w:r w:rsidRPr="00E544AF">
        <w:rPr>
          <w:rFonts w:ascii="Times New Roman" w:eastAsia="Times New Roman" w:hAnsi="Times New Roman"/>
        </w:rPr>
        <w:t>formării</w:t>
      </w:r>
      <w:proofErr w:type="spellEnd"/>
      <w:r w:rsidRPr="00E544AF">
        <w:rPr>
          <w:rFonts w:ascii="Times New Roman" w:eastAsia="Times New Roman" w:hAnsi="Times New Roman"/>
        </w:rPr>
        <w:t xml:space="preserve"> </w:t>
      </w:r>
      <w:proofErr w:type="spellStart"/>
      <w:r w:rsidRPr="00E544AF">
        <w:rPr>
          <w:rFonts w:ascii="Times New Roman" w:eastAsia="Times New Roman" w:hAnsi="Times New Roman"/>
        </w:rPr>
        <w:t>profesionale</w:t>
      </w:r>
      <w:proofErr w:type="spellEnd"/>
      <w:r w:rsidRPr="00E544AF">
        <w:rPr>
          <w:rFonts w:ascii="Times New Roman" w:eastAsia="Times New Roman" w:hAnsi="Times New Roman"/>
        </w:rPr>
        <w:t xml:space="preserve"> de </w:t>
      </w:r>
      <w:proofErr w:type="spellStart"/>
      <w:r w:rsidRPr="00E544AF">
        <w:rPr>
          <w:rFonts w:ascii="Times New Roman" w:eastAsia="Times New Roman" w:hAnsi="Times New Roman"/>
        </w:rPr>
        <w:t>nivel</w:t>
      </w:r>
      <w:proofErr w:type="spellEnd"/>
      <w:r w:rsidRPr="00E544AF">
        <w:rPr>
          <w:rFonts w:ascii="Times New Roman" w:eastAsia="Times New Roman" w:hAnsi="Times New Roman"/>
        </w:rPr>
        <w:t xml:space="preserve"> </w:t>
      </w:r>
      <w:proofErr w:type="spellStart"/>
      <w:r w:rsidRPr="00E544AF">
        <w:rPr>
          <w:rFonts w:ascii="Times New Roman" w:eastAsia="Times New Roman" w:hAnsi="Times New Roman"/>
        </w:rPr>
        <w:t>postliceal</w:t>
      </w:r>
      <w:proofErr w:type="spellEnd"/>
      <w:r w:rsidRPr="00E544AF">
        <w:rPr>
          <w:rFonts w:ascii="Times New Roman" w:eastAsia="Times New Roman" w:hAnsi="Times New Roman"/>
        </w:rPr>
        <w:t xml:space="preserve"> </w:t>
      </w:r>
      <w:proofErr w:type="spellStart"/>
      <w:r w:rsidRPr="00E544AF">
        <w:rPr>
          <w:rFonts w:ascii="Times New Roman" w:eastAsia="Times New Roman" w:hAnsi="Times New Roman"/>
        </w:rPr>
        <w:t>sau</w:t>
      </w:r>
      <w:proofErr w:type="spellEnd"/>
      <w:r w:rsidRPr="00E544AF">
        <w:rPr>
          <w:rFonts w:ascii="Times New Roman" w:eastAsia="Times New Roman" w:hAnsi="Times New Roman"/>
        </w:rPr>
        <w:t xml:space="preserve"> </w:t>
      </w:r>
      <w:proofErr w:type="spellStart"/>
      <w:r w:rsidRPr="00E544AF">
        <w:rPr>
          <w:rFonts w:ascii="Times New Roman" w:eastAsia="Times New Roman" w:hAnsi="Times New Roman"/>
        </w:rPr>
        <w:t>universitar</w:t>
      </w:r>
      <w:proofErr w:type="spellEnd"/>
    </w:p>
    <w:p w14:paraId="7DE0275A" w14:textId="61C51909" w:rsidR="0023381E" w:rsidRDefault="0023381E" w:rsidP="00E544AF">
      <w:pPr>
        <w:pStyle w:val="ListBullet"/>
        <w:spacing w:after="40" w:line="240" w:lineRule="auto"/>
        <w:jc w:val="both"/>
        <w:rPr>
          <w:rFonts w:ascii="Times New Roman" w:eastAsia="Times New Roman" w:hAnsi="Times New Roman"/>
        </w:rPr>
      </w:pPr>
      <w:proofErr w:type="spellStart"/>
      <w:r w:rsidRPr="00E544AF">
        <w:rPr>
          <w:rFonts w:ascii="Times New Roman" w:eastAsia="Times New Roman" w:hAnsi="Times New Roman"/>
        </w:rPr>
        <w:t>Ariile</w:t>
      </w:r>
      <w:proofErr w:type="spellEnd"/>
      <w:r w:rsidRPr="00E544AF">
        <w:rPr>
          <w:rFonts w:ascii="Times New Roman" w:eastAsia="Times New Roman" w:hAnsi="Times New Roman"/>
        </w:rPr>
        <w:t xml:space="preserve"> considerate </w:t>
      </w:r>
      <w:proofErr w:type="spellStart"/>
      <w:r w:rsidRPr="00E544AF">
        <w:rPr>
          <w:rFonts w:ascii="Times New Roman" w:eastAsia="Times New Roman" w:hAnsi="Times New Roman"/>
        </w:rPr>
        <w:t>relevante</w:t>
      </w:r>
      <w:proofErr w:type="spellEnd"/>
      <w:r w:rsidRPr="00E544AF">
        <w:rPr>
          <w:rFonts w:ascii="Times New Roman" w:eastAsia="Times New Roman" w:hAnsi="Times New Roman"/>
        </w:rPr>
        <w:t xml:space="preserve"> </w:t>
      </w:r>
      <w:proofErr w:type="spellStart"/>
      <w:r w:rsidRPr="00E544AF">
        <w:rPr>
          <w:rFonts w:ascii="Times New Roman" w:eastAsia="Times New Roman" w:hAnsi="Times New Roman"/>
        </w:rPr>
        <w:t>în</w:t>
      </w:r>
      <w:proofErr w:type="spellEnd"/>
      <w:r w:rsidRPr="00E544AF">
        <w:rPr>
          <w:rFonts w:ascii="Times New Roman" w:eastAsia="Times New Roman" w:hAnsi="Times New Roman"/>
        </w:rPr>
        <w:t xml:space="preserve"> </w:t>
      </w:r>
      <w:proofErr w:type="spellStart"/>
      <w:r w:rsidRPr="00E544AF">
        <w:rPr>
          <w:rFonts w:ascii="Times New Roman" w:eastAsia="Times New Roman" w:hAnsi="Times New Roman"/>
        </w:rPr>
        <w:t>procesul</w:t>
      </w:r>
      <w:proofErr w:type="spellEnd"/>
      <w:r w:rsidRPr="00E544AF">
        <w:rPr>
          <w:rFonts w:ascii="Times New Roman" w:eastAsia="Times New Roman" w:hAnsi="Times New Roman"/>
        </w:rPr>
        <w:t xml:space="preserve"> de </w:t>
      </w:r>
      <w:proofErr w:type="spellStart"/>
      <w:r w:rsidRPr="00E544AF">
        <w:rPr>
          <w:rFonts w:ascii="Times New Roman" w:eastAsia="Times New Roman" w:hAnsi="Times New Roman"/>
        </w:rPr>
        <w:t>combatere</w:t>
      </w:r>
      <w:proofErr w:type="spellEnd"/>
      <w:r w:rsidRPr="00E544AF">
        <w:rPr>
          <w:rFonts w:ascii="Times New Roman" w:eastAsia="Times New Roman" w:hAnsi="Times New Roman"/>
        </w:rPr>
        <w:t xml:space="preserve"> </w:t>
      </w:r>
      <w:proofErr w:type="gramStart"/>
      <w:r w:rsidRPr="00E544AF">
        <w:rPr>
          <w:rFonts w:ascii="Times New Roman" w:eastAsia="Times New Roman" w:hAnsi="Times New Roman"/>
        </w:rPr>
        <w:t>a</w:t>
      </w:r>
      <w:proofErr w:type="gramEnd"/>
      <w:r w:rsidRPr="00E544AF">
        <w:rPr>
          <w:rFonts w:ascii="Times New Roman" w:eastAsia="Times New Roman" w:hAnsi="Times New Roman"/>
        </w:rPr>
        <w:t xml:space="preserve"> </w:t>
      </w:r>
      <w:proofErr w:type="spellStart"/>
      <w:r w:rsidRPr="00E544AF">
        <w:rPr>
          <w:rFonts w:ascii="Times New Roman" w:eastAsia="Times New Roman" w:hAnsi="Times New Roman"/>
        </w:rPr>
        <w:t>excluziunii</w:t>
      </w:r>
      <w:proofErr w:type="spellEnd"/>
      <w:r w:rsidRPr="00E544AF">
        <w:rPr>
          <w:rFonts w:ascii="Times New Roman" w:eastAsia="Times New Roman" w:hAnsi="Times New Roman"/>
        </w:rPr>
        <w:t xml:space="preserve"> </w:t>
      </w:r>
      <w:proofErr w:type="spellStart"/>
      <w:r w:rsidRPr="00E544AF">
        <w:rPr>
          <w:rFonts w:ascii="Times New Roman" w:eastAsia="Times New Roman" w:hAnsi="Times New Roman"/>
        </w:rPr>
        <w:t>sociale</w:t>
      </w:r>
      <w:proofErr w:type="spellEnd"/>
      <w:r w:rsidRPr="00E544AF">
        <w:rPr>
          <w:rFonts w:ascii="Times New Roman" w:eastAsia="Times New Roman" w:hAnsi="Times New Roman"/>
        </w:rPr>
        <w:t xml:space="preserve"> </w:t>
      </w:r>
      <w:proofErr w:type="spellStart"/>
      <w:r w:rsidRPr="00E544AF">
        <w:rPr>
          <w:rFonts w:ascii="Times New Roman" w:eastAsia="Times New Roman" w:hAnsi="Times New Roman"/>
        </w:rPr>
        <w:t>şi</w:t>
      </w:r>
      <w:proofErr w:type="spellEnd"/>
      <w:r w:rsidRPr="00E544AF">
        <w:rPr>
          <w:rFonts w:ascii="Times New Roman" w:eastAsia="Times New Roman" w:hAnsi="Times New Roman"/>
        </w:rPr>
        <w:t xml:space="preserve"> a </w:t>
      </w:r>
      <w:proofErr w:type="spellStart"/>
      <w:r w:rsidRPr="00E544AF">
        <w:rPr>
          <w:rFonts w:ascii="Times New Roman" w:eastAsia="Times New Roman" w:hAnsi="Times New Roman"/>
        </w:rPr>
        <w:t>sărăciei</w:t>
      </w:r>
      <w:proofErr w:type="spellEnd"/>
      <w:r w:rsidRPr="00E544AF">
        <w:rPr>
          <w:rFonts w:ascii="Times New Roman" w:eastAsia="Times New Roman" w:hAnsi="Times New Roman"/>
        </w:rPr>
        <w:t xml:space="preserve"> </w:t>
      </w:r>
      <w:proofErr w:type="spellStart"/>
      <w:r w:rsidRPr="00E544AF">
        <w:rPr>
          <w:rFonts w:ascii="Times New Roman" w:eastAsia="Times New Roman" w:hAnsi="Times New Roman"/>
        </w:rPr>
        <w:t>și</w:t>
      </w:r>
      <w:proofErr w:type="spellEnd"/>
      <w:r w:rsidRPr="00E544AF">
        <w:rPr>
          <w:rFonts w:ascii="Times New Roman" w:eastAsia="Times New Roman" w:hAnsi="Times New Roman"/>
        </w:rPr>
        <w:t xml:space="preserve"> </w:t>
      </w:r>
      <w:proofErr w:type="spellStart"/>
      <w:r w:rsidRPr="00E544AF">
        <w:rPr>
          <w:rFonts w:ascii="Times New Roman" w:eastAsia="Times New Roman" w:hAnsi="Times New Roman"/>
        </w:rPr>
        <w:t>indicatorii</w:t>
      </w:r>
      <w:proofErr w:type="spellEnd"/>
      <w:r w:rsidRPr="00E544AF">
        <w:rPr>
          <w:rFonts w:ascii="Times New Roman" w:eastAsia="Times New Roman" w:hAnsi="Times New Roman"/>
        </w:rPr>
        <w:t xml:space="preserve"> care pot fi </w:t>
      </w:r>
      <w:proofErr w:type="spellStart"/>
      <w:r w:rsidRPr="00E544AF">
        <w:rPr>
          <w:rFonts w:ascii="Times New Roman" w:eastAsia="Times New Roman" w:hAnsi="Times New Roman"/>
        </w:rPr>
        <w:t>urmăriţi</w:t>
      </w:r>
      <w:proofErr w:type="spellEnd"/>
      <w:r w:rsidRPr="00E544AF">
        <w:rPr>
          <w:rFonts w:ascii="Times New Roman" w:eastAsia="Times New Roman" w:hAnsi="Times New Roman"/>
        </w:rPr>
        <w:t xml:space="preserve"> </w:t>
      </w:r>
      <w:proofErr w:type="spellStart"/>
      <w:r w:rsidRPr="00E544AF">
        <w:rPr>
          <w:rFonts w:ascii="Times New Roman" w:eastAsia="Times New Roman" w:hAnsi="Times New Roman"/>
        </w:rPr>
        <w:t>prin</w:t>
      </w:r>
      <w:proofErr w:type="spellEnd"/>
      <w:r w:rsidRPr="00E544AF">
        <w:rPr>
          <w:rFonts w:ascii="Times New Roman" w:eastAsia="Times New Roman" w:hAnsi="Times New Roman"/>
        </w:rPr>
        <w:t xml:space="preserve"> </w:t>
      </w:r>
      <w:proofErr w:type="spellStart"/>
      <w:r w:rsidRPr="00E544AF">
        <w:rPr>
          <w:rFonts w:ascii="Times New Roman" w:eastAsia="Times New Roman" w:hAnsi="Times New Roman"/>
        </w:rPr>
        <w:t>intermediul</w:t>
      </w:r>
      <w:proofErr w:type="spellEnd"/>
      <w:r w:rsidRPr="00E544AF">
        <w:rPr>
          <w:rFonts w:ascii="Times New Roman" w:eastAsia="Times New Roman" w:hAnsi="Times New Roman"/>
        </w:rPr>
        <w:t xml:space="preserve"> </w:t>
      </w:r>
      <w:proofErr w:type="spellStart"/>
      <w:r w:rsidRPr="00E544AF">
        <w:rPr>
          <w:rFonts w:ascii="Times New Roman" w:eastAsia="Times New Roman" w:hAnsi="Times New Roman"/>
        </w:rPr>
        <w:t>serviciului</w:t>
      </w:r>
      <w:proofErr w:type="spellEnd"/>
      <w:r w:rsidRPr="00E544AF">
        <w:rPr>
          <w:rFonts w:ascii="Times New Roman" w:eastAsia="Times New Roman" w:hAnsi="Times New Roman"/>
        </w:rPr>
        <w:t xml:space="preserve"> </w:t>
      </w:r>
      <w:proofErr w:type="spellStart"/>
      <w:r w:rsidRPr="00E544AF">
        <w:rPr>
          <w:rFonts w:ascii="Times New Roman" w:eastAsia="Times New Roman" w:hAnsi="Times New Roman"/>
        </w:rPr>
        <w:t>comunitar</w:t>
      </w:r>
      <w:proofErr w:type="spellEnd"/>
      <w:r w:rsidRPr="00E544AF">
        <w:rPr>
          <w:rFonts w:ascii="Times New Roman" w:eastAsia="Times New Roman" w:hAnsi="Times New Roman"/>
        </w:rPr>
        <w:t xml:space="preserve"> </w:t>
      </w:r>
      <w:proofErr w:type="spellStart"/>
      <w:r w:rsidRPr="00E544AF">
        <w:rPr>
          <w:rFonts w:ascii="Times New Roman" w:eastAsia="Times New Roman" w:hAnsi="Times New Roman"/>
        </w:rPr>
        <w:t>integrat</w:t>
      </w:r>
      <w:proofErr w:type="spellEnd"/>
      <w:r w:rsidRPr="00E544AF">
        <w:rPr>
          <w:rFonts w:ascii="Times New Roman" w:eastAsia="Times New Roman" w:hAnsi="Times New Roman"/>
        </w:rPr>
        <w:t xml:space="preserve"> </w:t>
      </w:r>
    </w:p>
    <w:p w14:paraId="0FAD57EC" w14:textId="77777777" w:rsidR="00E544AF" w:rsidRDefault="00E544AF" w:rsidP="00E544AF">
      <w:pPr>
        <w:pStyle w:val="ListBullet"/>
        <w:numPr>
          <w:ilvl w:val="0"/>
          <w:numId w:val="0"/>
        </w:numPr>
        <w:spacing w:after="40" w:line="240" w:lineRule="auto"/>
        <w:ind w:left="360"/>
        <w:jc w:val="both"/>
        <w:rPr>
          <w:rFonts w:ascii="Times New Roman" w:eastAsia="Times New Roman" w:hAnsi="Times New Roman"/>
        </w:rPr>
      </w:pPr>
    </w:p>
    <w:p w14:paraId="49767CF7" w14:textId="77777777" w:rsidR="0023381E" w:rsidRDefault="0023381E" w:rsidP="00E544AF">
      <w:pPr>
        <w:pStyle w:val="ListBullet"/>
        <w:numPr>
          <w:ilvl w:val="0"/>
          <w:numId w:val="0"/>
        </w:numPr>
        <w:spacing w:after="40" w:line="240" w:lineRule="auto"/>
        <w:ind w:left="360" w:hanging="360"/>
        <w:jc w:val="both"/>
      </w:pPr>
    </w:p>
    <w:p w14:paraId="6B53B035" w14:textId="03884C64" w:rsidR="00AF0270" w:rsidRDefault="00000000" w:rsidP="00E544AF">
      <w:pPr>
        <w:pStyle w:val="ListParagraph"/>
        <w:numPr>
          <w:ilvl w:val="0"/>
          <w:numId w:val="15"/>
        </w:numPr>
        <w:spacing w:after="80" w:line="240" w:lineRule="auto"/>
        <w:jc w:val="both"/>
      </w:pPr>
      <w:r w:rsidRPr="00E544AF">
        <w:rPr>
          <w:rFonts w:ascii="Times New Roman" w:eastAsia="Times New Roman" w:hAnsi="Times New Roman"/>
          <w:b/>
        </w:rPr>
        <w:t>DESFĂȘURAREA ȘI EVALUAREA PROBELOR</w:t>
      </w:r>
    </w:p>
    <w:p w14:paraId="049BDB8A" w14:textId="77777777" w:rsidR="00AF0270" w:rsidRDefault="00000000" w:rsidP="00E544AF">
      <w:pPr>
        <w:pStyle w:val="ListBullet"/>
        <w:spacing w:after="40" w:line="240" w:lineRule="auto"/>
        <w:jc w:val="both"/>
      </w:pPr>
      <w:r>
        <w:rPr>
          <w:rFonts w:ascii="Times New Roman" w:eastAsia="Times New Roman" w:hAnsi="Times New Roman"/>
        </w:rPr>
        <w:t xml:space="preserve">Proba </w:t>
      </w:r>
      <w:proofErr w:type="spellStart"/>
      <w:r>
        <w:rPr>
          <w:rFonts w:ascii="Times New Roman" w:eastAsia="Times New Roman" w:hAnsi="Times New Roman"/>
        </w:rPr>
        <w:t>scrisă</w:t>
      </w:r>
      <w:proofErr w:type="spellEnd"/>
      <w:r>
        <w:rPr>
          <w:rFonts w:ascii="Times New Roman" w:eastAsia="Times New Roman" w:hAnsi="Times New Roman"/>
        </w:rPr>
        <w:t xml:space="preserve"> se </w:t>
      </w:r>
      <w:proofErr w:type="spellStart"/>
      <w:r>
        <w:rPr>
          <w:rFonts w:ascii="Times New Roman" w:eastAsia="Times New Roman" w:hAnsi="Times New Roman"/>
        </w:rPr>
        <w:t>promovează</w:t>
      </w:r>
      <w:proofErr w:type="spellEnd"/>
      <w:r>
        <w:rPr>
          <w:rFonts w:ascii="Times New Roman" w:eastAsia="Times New Roman" w:hAnsi="Times New Roman"/>
        </w:rPr>
        <w:t xml:space="preserve"> cu minimum 50 de </w:t>
      </w:r>
      <w:proofErr w:type="spellStart"/>
      <w:r>
        <w:rPr>
          <w:rFonts w:ascii="Times New Roman" w:eastAsia="Times New Roman" w:hAnsi="Times New Roman"/>
        </w:rPr>
        <w:t>puncte</w:t>
      </w:r>
      <w:proofErr w:type="spellEnd"/>
      <w:r>
        <w:rPr>
          <w:rFonts w:ascii="Times New Roman" w:eastAsia="Times New Roman" w:hAnsi="Times New Roman"/>
        </w:rPr>
        <w:t xml:space="preserve"> din maximum 100 de </w:t>
      </w:r>
      <w:proofErr w:type="spellStart"/>
      <w:r>
        <w:rPr>
          <w:rFonts w:ascii="Times New Roman" w:eastAsia="Times New Roman" w:hAnsi="Times New Roman"/>
        </w:rPr>
        <w:t>puncte</w:t>
      </w:r>
      <w:proofErr w:type="spellEnd"/>
      <w:r>
        <w:rPr>
          <w:rFonts w:ascii="Times New Roman" w:eastAsia="Times New Roman" w:hAnsi="Times New Roman"/>
        </w:rPr>
        <w:t>.</w:t>
      </w:r>
    </w:p>
    <w:p w14:paraId="6A420164" w14:textId="77777777" w:rsidR="00AF0270" w:rsidRDefault="00000000" w:rsidP="00E544AF">
      <w:pPr>
        <w:pStyle w:val="ListBullet"/>
        <w:spacing w:after="40" w:line="240" w:lineRule="auto"/>
        <w:jc w:val="both"/>
      </w:pPr>
      <w:proofErr w:type="spellStart"/>
      <w:r>
        <w:rPr>
          <w:rFonts w:ascii="Times New Roman" w:eastAsia="Times New Roman" w:hAnsi="Times New Roman"/>
        </w:rPr>
        <w:t>Interviul</w:t>
      </w:r>
      <w:proofErr w:type="spellEnd"/>
      <w:r>
        <w:rPr>
          <w:rFonts w:ascii="Times New Roman" w:eastAsia="Times New Roman" w:hAnsi="Times New Roman"/>
        </w:rPr>
        <w:t xml:space="preserve"> se </w:t>
      </w:r>
      <w:proofErr w:type="spellStart"/>
      <w:r>
        <w:rPr>
          <w:rFonts w:ascii="Times New Roman" w:eastAsia="Times New Roman" w:hAnsi="Times New Roman"/>
        </w:rPr>
        <w:t>promovează</w:t>
      </w:r>
      <w:proofErr w:type="spellEnd"/>
      <w:r>
        <w:rPr>
          <w:rFonts w:ascii="Times New Roman" w:eastAsia="Times New Roman" w:hAnsi="Times New Roman"/>
        </w:rPr>
        <w:t xml:space="preserve"> cu minimum 50 de </w:t>
      </w:r>
      <w:proofErr w:type="spellStart"/>
      <w:r>
        <w:rPr>
          <w:rFonts w:ascii="Times New Roman" w:eastAsia="Times New Roman" w:hAnsi="Times New Roman"/>
        </w:rPr>
        <w:t>puncte</w:t>
      </w:r>
      <w:proofErr w:type="spellEnd"/>
      <w:r>
        <w:rPr>
          <w:rFonts w:ascii="Times New Roman" w:eastAsia="Times New Roman" w:hAnsi="Times New Roman"/>
        </w:rPr>
        <w:t xml:space="preserve"> din maximum 100 de </w:t>
      </w:r>
      <w:proofErr w:type="spellStart"/>
      <w:r>
        <w:rPr>
          <w:rFonts w:ascii="Times New Roman" w:eastAsia="Times New Roman" w:hAnsi="Times New Roman"/>
        </w:rPr>
        <w:t>puncte</w:t>
      </w:r>
      <w:proofErr w:type="spellEnd"/>
      <w:r>
        <w:rPr>
          <w:rFonts w:ascii="Times New Roman" w:eastAsia="Times New Roman" w:hAnsi="Times New Roman"/>
        </w:rPr>
        <w:t>.</w:t>
      </w:r>
    </w:p>
    <w:p w14:paraId="013C4561" w14:textId="77777777" w:rsidR="00AF0270" w:rsidRDefault="00000000" w:rsidP="00E544AF">
      <w:pPr>
        <w:pStyle w:val="ListBullet"/>
        <w:spacing w:after="40" w:line="240" w:lineRule="auto"/>
        <w:jc w:val="both"/>
      </w:pPr>
      <w:proofErr w:type="spellStart"/>
      <w:r>
        <w:rPr>
          <w:rFonts w:ascii="Times New Roman" w:eastAsia="Times New Roman" w:hAnsi="Times New Roman"/>
        </w:rPr>
        <w:t>Punctajul</w:t>
      </w:r>
      <w:proofErr w:type="spellEnd"/>
      <w:r>
        <w:rPr>
          <w:rFonts w:ascii="Times New Roman" w:eastAsia="Times New Roman" w:hAnsi="Times New Roman"/>
        </w:rPr>
        <w:t xml:space="preserve"> final se </w:t>
      </w:r>
      <w:proofErr w:type="spellStart"/>
      <w:r>
        <w:rPr>
          <w:rFonts w:ascii="Times New Roman" w:eastAsia="Times New Roman" w:hAnsi="Times New Roman"/>
        </w:rPr>
        <w:t>calculează</w:t>
      </w:r>
      <w:proofErr w:type="spellEnd"/>
      <w:r>
        <w:rPr>
          <w:rFonts w:ascii="Times New Roman" w:eastAsia="Times New Roman" w:hAnsi="Times New Roman"/>
        </w:rPr>
        <w:t xml:space="preserve"> ca </w:t>
      </w:r>
      <w:proofErr w:type="spellStart"/>
      <w:r>
        <w:rPr>
          <w:rFonts w:ascii="Times New Roman" w:eastAsia="Times New Roman" w:hAnsi="Times New Roman"/>
        </w:rPr>
        <w:t>medie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aritmetică</w:t>
      </w:r>
      <w:proofErr w:type="spellEnd"/>
      <w:r>
        <w:rPr>
          <w:rFonts w:ascii="Times New Roman" w:eastAsia="Times New Roman" w:hAnsi="Times New Roman"/>
        </w:rPr>
        <w:t xml:space="preserve"> a </w:t>
      </w:r>
      <w:proofErr w:type="spellStart"/>
      <w:r>
        <w:rPr>
          <w:rFonts w:ascii="Times New Roman" w:eastAsia="Times New Roman" w:hAnsi="Times New Roman"/>
        </w:rPr>
        <w:t>punctajelor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obținute</w:t>
      </w:r>
      <w:proofErr w:type="spellEnd"/>
      <w:r>
        <w:rPr>
          <w:rFonts w:ascii="Times New Roman" w:eastAsia="Times New Roman" w:hAnsi="Times New Roman"/>
        </w:rPr>
        <w:t xml:space="preserve"> la </w:t>
      </w:r>
      <w:proofErr w:type="spellStart"/>
      <w:r>
        <w:rPr>
          <w:rFonts w:ascii="Times New Roman" w:eastAsia="Times New Roman" w:hAnsi="Times New Roman"/>
        </w:rPr>
        <w:t>proba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scrisă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și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interviu</w:t>
      </w:r>
      <w:proofErr w:type="spellEnd"/>
      <w:r>
        <w:rPr>
          <w:rFonts w:ascii="Times New Roman" w:eastAsia="Times New Roman" w:hAnsi="Times New Roman"/>
        </w:rPr>
        <w:t>.</w:t>
      </w:r>
    </w:p>
    <w:p w14:paraId="003E4ADF" w14:textId="77777777" w:rsidR="00AF0270" w:rsidRDefault="00000000" w:rsidP="00E544AF">
      <w:pPr>
        <w:pStyle w:val="ListBullet"/>
        <w:spacing w:after="40" w:line="240" w:lineRule="auto"/>
        <w:jc w:val="both"/>
      </w:pPr>
      <w:proofErr w:type="spellStart"/>
      <w:r>
        <w:rPr>
          <w:rFonts w:ascii="Times New Roman" w:eastAsia="Times New Roman" w:hAnsi="Times New Roman"/>
        </w:rPr>
        <w:t>Rezultatele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fiecărei</w:t>
      </w:r>
      <w:proofErr w:type="spellEnd"/>
      <w:r>
        <w:rPr>
          <w:rFonts w:ascii="Times New Roman" w:eastAsia="Times New Roman" w:hAnsi="Times New Roman"/>
        </w:rPr>
        <w:t xml:space="preserve"> probe </w:t>
      </w:r>
      <w:proofErr w:type="spellStart"/>
      <w:r>
        <w:rPr>
          <w:rFonts w:ascii="Times New Roman" w:eastAsia="Times New Roman" w:hAnsi="Times New Roman"/>
        </w:rPr>
        <w:t>și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rezultatele</w:t>
      </w:r>
      <w:proofErr w:type="spellEnd"/>
      <w:r>
        <w:rPr>
          <w:rFonts w:ascii="Times New Roman" w:eastAsia="Times New Roman" w:hAnsi="Times New Roman"/>
        </w:rPr>
        <w:t xml:space="preserve"> finale se </w:t>
      </w:r>
      <w:proofErr w:type="spellStart"/>
      <w:r>
        <w:rPr>
          <w:rFonts w:ascii="Times New Roman" w:eastAsia="Times New Roman" w:hAnsi="Times New Roman"/>
        </w:rPr>
        <w:t>comunică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prin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afișare</w:t>
      </w:r>
      <w:proofErr w:type="spellEnd"/>
      <w:r>
        <w:rPr>
          <w:rFonts w:ascii="Times New Roman" w:eastAsia="Times New Roman" w:hAnsi="Times New Roman"/>
        </w:rPr>
        <w:t xml:space="preserve"> la </w:t>
      </w:r>
      <w:proofErr w:type="spellStart"/>
      <w:r>
        <w:rPr>
          <w:rFonts w:ascii="Times New Roman" w:eastAsia="Times New Roman" w:hAnsi="Times New Roman"/>
        </w:rPr>
        <w:t>sediul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instituției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și</w:t>
      </w:r>
      <w:proofErr w:type="spellEnd"/>
      <w:r>
        <w:rPr>
          <w:rFonts w:ascii="Times New Roman" w:eastAsia="Times New Roman" w:hAnsi="Times New Roman"/>
        </w:rPr>
        <w:t xml:space="preserve"> pe </w:t>
      </w:r>
      <w:proofErr w:type="spellStart"/>
      <w:r>
        <w:rPr>
          <w:rFonts w:ascii="Times New Roman" w:eastAsia="Times New Roman" w:hAnsi="Times New Roman"/>
        </w:rPr>
        <w:t>pagina</w:t>
      </w:r>
      <w:proofErr w:type="spellEnd"/>
      <w:r>
        <w:rPr>
          <w:rFonts w:ascii="Times New Roman" w:eastAsia="Times New Roman" w:hAnsi="Times New Roman"/>
        </w:rPr>
        <w:t xml:space="preserve"> de internet, </w:t>
      </w:r>
      <w:proofErr w:type="spellStart"/>
      <w:r>
        <w:rPr>
          <w:rFonts w:ascii="Times New Roman" w:eastAsia="Times New Roman" w:hAnsi="Times New Roman"/>
        </w:rPr>
        <w:t>prin</w:t>
      </w:r>
      <w:proofErr w:type="spellEnd"/>
      <w:r>
        <w:rPr>
          <w:rFonts w:ascii="Times New Roman" w:eastAsia="Times New Roman" w:hAnsi="Times New Roman"/>
        </w:rPr>
        <w:t xml:space="preserve"> cod numeric de </w:t>
      </w:r>
      <w:proofErr w:type="spellStart"/>
      <w:r>
        <w:rPr>
          <w:rFonts w:ascii="Times New Roman" w:eastAsia="Times New Roman" w:hAnsi="Times New Roman"/>
        </w:rPr>
        <w:t>identificare</w:t>
      </w:r>
      <w:proofErr w:type="spellEnd"/>
      <w:r>
        <w:rPr>
          <w:rFonts w:ascii="Times New Roman" w:eastAsia="Times New Roman" w:hAnsi="Times New Roman"/>
        </w:rPr>
        <w:t xml:space="preserve">, </w:t>
      </w:r>
      <w:proofErr w:type="spellStart"/>
      <w:r>
        <w:rPr>
          <w:rFonts w:ascii="Times New Roman" w:eastAsia="Times New Roman" w:hAnsi="Times New Roman"/>
        </w:rPr>
        <w:t>în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condițiile</w:t>
      </w:r>
      <w:proofErr w:type="spellEnd"/>
      <w:r>
        <w:rPr>
          <w:rFonts w:ascii="Times New Roman" w:eastAsia="Times New Roman" w:hAnsi="Times New Roman"/>
        </w:rPr>
        <w:t xml:space="preserve"> H.G. nr. 1336/2022.</w:t>
      </w:r>
    </w:p>
    <w:p w14:paraId="70CAFC11" w14:textId="77777777" w:rsidR="00AF0270" w:rsidRPr="00E544AF" w:rsidRDefault="00000000" w:rsidP="00E544AF">
      <w:pPr>
        <w:pStyle w:val="ListBullet"/>
        <w:spacing w:after="40" w:line="240" w:lineRule="auto"/>
        <w:jc w:val="both"/>
      </w:pPr>
      <w:proofErr w:type="spellStart"/>
      <w:r>
        <w:rPr>
          <w:rFonts w:ascii="Times New Roman" w:eastAsia="Times New Roman" w:hAnsi="Times New Roman"/>
        </w:rPr>
        <w:t>Contestațiile</w:t>
      </w:r>
      <w:proofErr w:type="spellEnd"/>
      <w:r>
        <w:rPr>
          <w:rFonts w:ascii="Times New Roman" w:eastAsia="Times New Roman" w:hAnsi="Times New Roman"/>
        </w:rPr>
        <w:t xml:space="preserve"> se </w:t>
      </w:r>
      <w:proofErr w:type="spellStart"/>
      <w:r>
        <w:rPr>
          <w:rFonts w:ascii="Times New Roman" w:eastAsia="Times New Roman" w:hAnsi="Times New Roman"/>
        </w:rPr>
        <w:t>depun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în</w:t>
      </w:r>
      <w:proofErr w:type="spellEnd"/>
      <w:r>
        <w:rPr>
          <w:rFonts w:ascii="Times New Roman" w:eastAsia="Times New Roman" w:hAnsi="Times New Roman"/>
        </w:rPr>
        <w:t xml:space="preserve"> termen de cel </w:t>
      </w:r>
      <w:proofErr w:type="spellStart"/>
      <w:r>
        <w:rPr>
          <w:rFonts w:ascii="Times New Roman" w:eastAsia="Times New Roman" w:hAnsi="Times New Roman"/>
        </w:rPr>
        <w:t>mult</w:t>
      </w:r>
      <w:proofErr w:type="spellEnd"/>
      <w:r>
        <w:rPr>
          <w:rFonts w:ascii="Times New Roman" w:eastAsia="Times New Roman" w:hAnsi="Times New Roman"/>
        </w:rPr>
        <w:t xml:space="preserve"> o zi </w:t>
      </w:r>
      <w:proofErr w:type="spellStart"/>
      <w:r>
        <w:rPr>
          <w:rFonts w:ascii="Times New Roman" w:eastAsia="Times New Roman" w:hAnsi="Times New Roman"/>
        </w:rPr>
        <w:t>lucrătoare</w:t>
      </w:r>
      <w:proofErr w:type="spellEnd"/>
      <w:r>
        <w:rPr>
          <w:rFonts w:ascii="Times New Roman" w:eastAsia="Times New Roman" w:hAnsi="Times New Roman"/>
        </w:rPr>
        <w:t xml:space="preserve"> de la data </w:t>
      </w:r>
      <w:proofErr w:type="spellStart"/>
      <w:r>
        <w:rPr>
          <w:rFonts w:ascii="Times New Roman" w:eastAsia="Times New Roman" w:hAnsi="Times New Roman"/>
        </w:rPr>
        <w:t>afișării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rezultatului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fiecărei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etape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contestabile</w:t>
      </w:r>
      <w:proofErr w:type="spellEnd"/>
      <w:r>
        <w:rPr>
          <w:rFonts w:ascii="Times New Roman" w:eastAsia="Times New Roman" w:hAnsi="Times New Roman"/>
        </w:rPr>
        <w:t>.</w:t>
      </w:r>
    </w:p>
    <w:p w14:paraId="23415199" w14:textId="77777777" w:rsidR="00E544AF" w:rsidRDefault="00E544AF" w:rsidP="00E544AF">
      <w:pPr>
        <w:pStyle w:val="ListBullet"/>
        <w:numPr>
          <w:ilvl w:val="0"/>
          <w:numId w:val="0"/>
        </w:numPr>
        <w:spacing w:after="40" w:line="240" w:lineRule="auto"/>
        <w:ind w:left="360"/>
        <w:jc w:val="both"/>
      </w:pPr>
    </w:p>
    <w:p w14:paraId="36350036" w14:textId="58694046" w:rsidR="00AF0270" w:rsidRDefault="00000000" w:rsidP="00E544AF">
      <w:pPr>
        <w:pStyle w:val="ListParagraph"/>
        <w:numPr>
          <w:ilvl w:val="0"/>
          <w:numId w:val="15"/>
        </w:numPr>
        <w:spacing w:after="80" w:line="240" w:lineRule="auto"/>
        <w:jc w:val="both"/>
      </w:pPr>
      <w:r w:rsidRPr="00E544AF">
        <w:rPr>
          <w:rFonts w:ascii="Times New Roman" w:eastAsia="Times New Roman" w:hAnsi="Times New Roman"/>
          <w:b/>
        </w:rPr>
        <w:t>INFORMAȚII SUPLIMENTARE</w:t>
      </w:r>
    </w:p>
    <w:p w14:paraId="2A55F880" w14:textId="77777777" w:rsidR="00AF0270" w:rsidRDefault="00000000" w:rsidP="00E544AF">
      <w:pPr>
        <w:spacing w:after="80" w:line="240" w:lineRule="auto"/>
        <w:jc w:val="both"/>
        <w:rPr>
          <w:rFonts w:ascii="Times New Roman" w:eastAsia="Times New Roman" w:hAnsi="Times New Roman"/>
        </w:rPr>
      </w:pPr>
      <w:proofErr w:type="spellStart"/>
      <w:r>
        <w:rPr>
          <w:rFonts w:ascii="Times New Roman" w:eastAsia="Times New Roman" w:hAnsi="Times New Roman"/>
        </w:rPr>
        <w:t>Relații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suplimentare</w:t>
      </w:r>
      <w:proofErr w:type="spellEnd"/>
      <w:r>
        <w:rPr>
          <w:rFonts w:ascii="Times New Roman" w:eastAsia="Times New Roman" w:hAnsi="Times New Roman"/>
        </w:rPr>
        <w:t xml:space="preserve"> se pot </w:t>
      </w:r>
      <w:proofErr w:type="spellStart"/>
      <w:r>
        <w:rPr>
          <w:rFonts w:ascii="Times New Roman" w:eastAsia="Times New Roman" w:hAnsi="Times New Roman"/>
        </w:rPr>
        <w:t>obține</w:t>
      </w:r>
      <w:proofErr w:type="spellEnd"/>
      <w:r>
        <w:rPr>
          <w:rFonts w:ascii="Times New Roman" w:eastAsia="Times New Roman" w:hAnsi="Times New Roman"/>
        </w:rPr>
        <w:t xml:space="preserve"> la </w:t>
      </w:r>
      <w:proofErr w:type="spellStart"/>
      <w:r>
        <w:rPr>
          <w:rFonts w:ascii="Times New Roman" w:eastAsia="Times New Roman" w:hAnsi="Times New Roman"/>
        </w:rPr>
        <w:t>sediul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Comunei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Tileagd</w:t>
      </w:r>
      <w:proofErr w:type="spellEnd"/>
      <w:r>
        <w:rPr>
          <w:rFonts w:ascii="Times New Roman" w:eastAsia="Times New Roman" w:hAnsi="Times New Roman"/>
        </w:rPr>
        <w:t xml:space="preserve">, str. </w:t>
      </w:r>
      <w:proofErr w:type="spellStart"/>
      <w:r>
        <w:rPr>
          <w:rFonts w:ascii="Times New Roman" w:eastAsia="Times New Roman" w:hAnsi="Times New Roman"/>
        </w:rPr>
        <w:t>Trandafirilor</w:t>
      </w:r>
      <w:proofErr w:type="spellEnd"/>
      <w:r>
        <w:rPr>
          <w:rFonts w:ascii="Times New Roman" w:eastAsia="Times New Roman" w:hAnsi="Times New Roman"/>
        </w:rPr>
        <w:t xml:space="preserve"> nr. 30, </w:t>
      </w:r>
      <w:proofErr w:type="spellStart"/>
      <w:r>
        <w:rPr>
          <w:rFonts w:ascii="Times New Roman" w:eastAsia="Times New Roman" w:hAnsi="Times New Roman"/>
        </w:rPr>
        <w:t>județul</w:t>
      </w:r>
      <w:proofErr w:type="spellEnd"/>
      <w:r>
        <w:rPr>
          <w:rFonts w:ascii="Times New Roman" w:eastAsia="Times New Roman" w:hAnsi="Times New Roman"/>
        </w:rPr>
        <w:t xml:space="preserve"> Bihor, la </w:t>
      </w:r>
      <w:proofErr w:type="spellStart"/>
      <w:r>
        <w:rPr>
          <w:rFonts w:ascii="Times New Roman" w:eastAsia="Times New Roman" w:hAnsi="Times New Roman"/>
        </w:rPr>
        <w:t>telefon</w:t>
      </w:r>
      <w:proofErr w:type="spellEnd"/>
      <w:r>
        <w:rPr>
          <w:rFonts w:ascii="Times New Roman" w:eastAsia="Times New Roman" w:hAnsi="Times New Roman"/>
        </w:rPr>
        <w:t xml:space="preserve"> 0259 345 651 </w:t>
      </w:r>
      <w:proofErr w:type="spellStart"/>
      <w:r>
        <w:rPr>
          <w:rFonts w:ascii="Times New Roman" w:eastAsia="Times New Roman" w:hAnsi="Times New Roman"/>
        </w:rPr>
        <w:t>și</w:t>
      </w:r>
      <w:proofErr w:type="spellEnd"/>
      <w:r>
        <w:rPr>
          <w:rFonts w:ascii="Times New Roman" w:eastAsia="Times New Roman" w:hAnsi="Times New Roman"/>
        </w:rPr>
        <w:t xml:space="preserve"> la </w:t>
      </w:r>
      <w:proofErr w:type="spellStart"/>
      <w:r>
        <w:rPr>
          <w:rFonts w:ascii="Times New Roman" w:eastAsia="Times New Roman" w:hAnsi="Times New Roman"/>
        </w:rPr>
        <w:t>adresa</w:t>
      </w:r>
      <w:proofErr w:type="spellEnd"/>
      <w:r>
        <w:rPr>
          <w:rFonts w:ascii="Times New Roman" w:eastAsia="Times New Roman" w:hAnsi="Times New Roman"/>
        </w:rPr>
        <w:t xml:space="preserve"> de e-mail primaria_tileagd@yahoo.com. </w:t>
      </w:r>
      <w:proofErr w:type="spellStart"/>
      <w:r>
        <w:rPr>
          <w:rFonts w:ascii="Times New Roman" w:eastAsia="Times New Roman" w:hAnsi="Times New Roman"/>
        </w:rPr>
        <w:t>Anunțul</w:t>
      </w:r>
      <w:proofErr w:type="spellEnd"/>
      <w:r>
        <w:rPr>
          <w:rFonts w:ascii="Times New Roman" w:eastAsia="Times New Roman" w:hAnsi="Times New Roman"/>
        </w:rPr>
        <w:t xml:space="preserve"> se </w:t>
      </w:r>
      <w:proofErr w:type="spellStart"/>
      <w:r>
        <w:rPr>
          <w:rFonts w:ascii="Times New Roman" w:eastAsia="Times New Roman" w:hAnsi="Times New Roman"/>
        </w:rPr>
        <w:t>va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transmite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spre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publicare</w:t>
      </w:r>
      <w:proofErr w:type="spellEnd"/>
      <w:r>
        <w:rPr>
          <w:rFonts w:ascii="Times New Roman" w:eastAsia="Times New Roman" w:hAnsi="Times New Roman"/>
        </w:rPr>
        <w:t xml:space="preserve"> pe </w:t>
      </w:r>
      <w:proofErr w:type="spellStart"/>
      <w:r>
        <w:rPr>
          <w:rFonts w:ascii="Times New Roman" w:eastAsia="Times New Roman" w:hAnsi="Times New Roman"/>
        </w:rPr>
        <w:t>portalul</w:t>
      </w:r>
      <w:proofErr w:type="spellEnd"/>
      <w:r>
        <w:rPr>
          <w:rFonts w:ascii="Times New Roman" w:eastAsia="Times New Roman" w:hAnsi="Times New Roman"/>
        </w:rPr>
        <w:t xml:space="preserve"> posturi.gov.ro </w:t>
      </w:r>
      <w:proofErr w:type="spellStart"/>
      <w:r>
        <w:rPr>
          <w:rFonts w:ascii="Times New Roman" w:eastAsia="Times New Roman" w:hAnsi="Times New Roman"/>
        </w:rPr>
        <w:t>și</w:t>
      </w:r>
      <w:proofErr w:type="spellEnd"/>
      <w:r>
        <w:rPr>
          <w:rFonts w:ascii="Times New Roman" w:eastAsia="Times New Roman" w:hAnsi="Times New Roman"/>
        </w:rPr>
        <w:t xml:space="preserve"> se </w:t>
      </w:r>
      <w:proofErr w:type="spellStart"/>
      <w:r>
        <w:rPr>
          <w:rFonts w:ascii="Times New Roman" w:eastAsia="Times New Roman" w:hAnsi="Times New Roman"/>
        </w:rPr>
        <w:t>va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menține</w:t>
      </w:r>
      <w:proofErr w:type="spellEnd"/>
      <w:r>
        <w:rPr>
          <w:rFonts w:ascii="Times New Roman" w:eastAsia="Times New Roman" w:hAnsi="Times New Roman"/>
        </w:rPr>
        <w:t xml:space="preserve"> pe </w:t>
      </w:r>
      <w:proofErr w:type="spellStart"/>
      <w:r>
        <w:rPr>
          <w:rFonts w:ascii="Times New Roman" w:eastAsia="Times New Roman" w:hAnsi="Times New Roman"/>
        </w:rPr>
        <w:t>pagina</w:t>
      </w:r>
      <w:proofErr w:type="spellEnd"/>
      <w:r>
        <w:rPr>
          <w:rFonts w:ascii="Times New Roman" w:eastAsia="Times New Roman" w:hAnsi="Times New Roman"/>
        </w:rPr>
        <w:t xml:space="preserve"> de internet </w:t>
      </w:r>
      <w:proofErr w:type="gramStart"/>
      <w:r>
        <w:rPr>
          <w:rFonts w:ascii="Times New Roman" w:eastAsia="Times New Roman" w:hAnsi="Times New Roman"/>
        </w:rPr>
        <w:t>a</w:t>
      </w:r>
      <w:proofErr w:type="gram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instituției</w:t>
      </w:r>
      <w:proofErr w:type="spellEnd"/>
      <w:r>
        <w:rPr>
          <w:rFonts w:ascii="Times New Roman" w:eastAsia="Times New Roman" w:hAnsi="Times New Roman"/>
        </w:rPr>
        <w:t xml:space="preserve"> cel </w:t>
      </w:r>
      <w:proofErr w:type="spellStart"/>
      <w:r>
        <w:rPr>
          <w:rFonts w:ascii="Times New Roman" w:eastAsia="Times New Roman" w:hAnsi="Times New Roman"/>
        </w:rPr>
        <w:t>puțin</w:t>
      </w:r>
      <w:proofErr w:type="spellEnd"/>
      <w:r>
        <w:rPr>
          <w:rFonts w:ascii="Times New Roman" w:eastAsia="Times New Roman" w:hAnsi="Times New Roman"/>
        </w:rPr>
        <w:t xml:space="preserve"> 2 </w:t>
      </w:r>
      <w:proofErr w:type="spellStart"/>
      <w:r>
        <w:rPr>
          <w:rFonts w:ascii="Times New Roman" w:eastAsia="Times New Roman" w:hAnsi="Times New Roman"/>
        </w:rPr>
        <w:t>zile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lucrătoare</w:t>
      </w:r>
      <w:proofErr w:type="spellEnd"/>
      <w:r>
        <w:rPr>
          <w:rFonts w:ascii="Times New Roman" w:eastAsia="Times New Roman" w:hAnsi="Times New Roman"/>
        </w:rPr>
        <w:t xml:space="preserve"> de la </w:t>
      </w:r>
      <w:proofErr w:type="spellStart"/>
      <w:r>
        <w:rPr>
          <w:rFonts w:ascii="Times New Roman" w:eastAsia="Times New Roman" w:hAnsi="Times New Roman"/>
        </w:rPr>
        <w:t>afișarea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rezultatelor</w:t>
      </w:r>
      <w:proofErr w:type="spellEnd"/>
      <w:r>
        <w:rPr>
          <w:rFonts w:ascii="Times New Roman" w:eastAsia="Times New Roman" w:hAnsi="Times New Roman"/>
        </w:rPr>
        <w:t xml:space="preserve"> finale.</w:t>
      </w:r>
    </w:p>
    <w:p w14:paraId="73814446" w14:textId="77777777" w:rsidR="007D581C" w:rsidRDefault="007D581C" w:rsidP="00E544AF">
      <w:pPr>
        <w:spacing w:after="80" w:line="240" w:lineRule="auto"/>
        <w:jc w:val="both"/>
      </w:pPr>
    </w:p>
    <w:p w14:paraId="3F2B1B05" w14:textId="705AB9BF" w:rsidR="00AF0270" w:rsidRDefault="00000000" w:rsidP="007D581C">
      <w:pPr>
        <w:spacing w:after="80" w:line="240" w:lineRule="auto"/>
      </w:pPr>
      <w:r>
        <w:rPr>
          <w:rFonts w:ascii="Times New Roman" w:eastAsia="Times New Roman" w:hAnsi="Times New Roman"/>
          <w:b/>
        </w:rPr>
        <w:t>PRIMAR,</w:t>
      </w:r>
      <w:r>
        <w:rPr>
          <w:rFonts w:ascii="Times New Roman" w:eastAsia="Times New Roman" w:hAnsi="Times New Roman"/>
          <w:b/>
        </w:rPr>
        <w:br/>
      </w:r>
      <w:proofErr w:type="spellStart"/>
      <w:r w:rsidR="007D581C">
        <w:rPr>
          <w:rFonts w:ascii="Times New Roman" w:eastAsia="Times New Roman" w:hAnsi="Times New Roman"/>
          <w:b/>
        </w:rPr>
        <w:t>Codrean</w:t>
      </w:r>
      <w:proofErr w:type="spellEnd"/>
      <w:r w:rsidR="007D581C">
        <w:rPr>
          <w:rFonts w:ascii="Times New Roman" w:eastAsia="Times New Roman" w:hAnsi="Times New Roman"/>
          <w:b/>
        </w:rPr>
        <w:t xml:space="preserve"> Adrian Romus</w:t>
      </w:r>
      <w:r>
        <w:rPr>
          <w:rFonts w:ascii="Times New Roman" w:eastAsia="Times New Roman" w:hAnsi="Times New Roman"/>
          <w:b/>
        </w:rPr>
        <w:br/>
      </w:r>
    </w:p>
    <w:sectPr w:rsidR="00AF0270" w:rsidSect="00BD2E52">
      <w:pgSz w:w="12240" w:h="15840"/>
      <w:pgMar w:top="851" w:right="1800" w:bottom="1134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6B6682" w14:textId="77777777" w:rsidR="00376493" w:rsidRDefault="00376493">
      <w:pPr>
        <w:spacing w:after="0" w:line="240" w:lineRule="auto"/>
      </w:pPr>
      <w:r>
        <w:separator/>
      </w:r>
    </w:p>
  </w:endnote>
  <w:endnote w:type="continuationSeparator" w:id="0">
    <w:p w14:paraId="3D987F36" w14:textId="77777777" w:rsidR="00376493" w:rsidRDefault="003764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9B86C7" w14:textId="77777777" w:rsidR="00376493" w:rsidRDefault="00376493">
      <w:pPr>
        <w:spacing w:after="0" w:line="240" w:lineRule="auto"/>
      </w:pPr>
      <w:r>
        <w:separator/>
      </w:r>
    </w:p>
  </w:footnote>
  <w:footnote w:type="continuationSeparator" w:id="0">
    <w:p w14:paraId="300E1F97" w14:textId="77777777" w:rsidR="00376493" w:rsidRDefault="0037649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04180013"/>
    <w:lvl w:ilvl="0">
      <w:start w:val="1"/>
      <w:numFmt w:val="upperRoman"/>
      <w:lvlText w:val="%1."/>
      <w:lvlJc w:val="right"/>
      <w:pPr>
        <w:ind w:left="360" w:hanging="360"/>
      </w:pPr>
      <w:rPr>
        <w:rFonts w:hint="default"/>
      </w:rPr>
    </w:lvl>
  </w:abstractNum>
  <w:abstractNum w:abstractNumId="8" w15:restartNumberingAfterBreak="0">
    <w:nsid w:val="FFFFFF89"/>
    <w:multiLevelType w:val="singleLevel"/>
    <w:tmpl w:val="C3F64E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8E9719B"/>
    <w:multiLevelType w:val="hybridMultilevel"/>
    <w:tmpl w:val="C0DA0972"/>
    <w:lvl w:ilvl="0" w:tplc="04180013">
      <w:start w:val="1"/>
      <w:numFmt w:val="upperRoman"/>
      <w:lvlText w:val="%1."/>
      <w:lvlJc w:val="righ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232307C"/>
    <w:multiLevelType w:val="hybridMultilevel"/>
    <w:tmpl w:val="7C8A1A60"/>
    <w:lvl w:ilvl="0" w:tplc="04180013">
      <w:start w:val="1"/>
      <w:numFmt w:val="upperRoman"/>
      <w:lvlText w:val="%1."/>
      <w:lvlJc w:val="righ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F9C6BF5"/>
    <w:multiLevelType w:val="hybridMultilevel"/>
    <w:tmpl w:val="7760374C"/>
    <w:lvl w:ilvl="0" w:tplc="336AE2E0">
      <w:start w:val="8"/>
      <w:numFmt w:val="upperRoman"/>
      <w:lvlText w:val="%1."/>
      <w:lvlJc w:val="left"/>
      <w:pPr>
        <w:ind w:left="1080" w:hanging="720"/>
      </w:pPr>
      <w:rPr>
        <w:rFonts w:ascii="Times New Roman" w:eastAsia="Times New Roman" w:hAnsi="Times New Roman"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CB35D96"/>
    <w:multiLevelType w:val="hybridMultilevel"/>
    <w:tmpl w:val="5F387A9E"/>
    <w:lvl w:ilvl="0" w:tplc="336AE2E0">
      <w:start w:val="1"/>
      <w:numFmt w:val="upperRoman"/>
      <w:lvlText w:val="%1."/>
      <w:lvlJc w:val="left"/>
      <w:pPr>
        <w:ind w:left="1080" w:hanging="720"/>
      </w:pPr>
      <w:rPr>
        <w:rFonts w:ascii="Times New Roman" w:eastAsia="Times New Roman" w:hAnsi="Times New Roman"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DB35F88"/>
    <w:multiLevelType w:val="hybridMultilevel"/>
    <w:tmpl w:val="41363832"/>
    <w:lvl w:ilvl="0" w:tplc="E1622614">
      <w:start w:val="1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0405315"/>
    <w:multiLevelType w:val="hybridMultilevel"/>
    <w:tmpl w:val="E1C4BE04"/>
    <w:lvl w:ilvl="0" w:tplc="CAA6DC7A">
      <w:start w:val="10"/>
      <w:numFmt w:val="upperRoman"/>
      <w:lvlText w:val="%1."/>
      <w:lvlJc w:val="left"/>
      <w:pPr>
        <w:ind w:left="1080" w:hanging="720"/>
      </w:pPr>
      <w:rPr>
        <w:rFonts w:ascii="Times New Roman" w:eastAsia="Times New Roman" w:hAnsi="Times New Roman"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9EB361E"/>
    <w:multiLevelType w:val="hybridMultilevel"/>
    <w:tmpl w:val="9BC67FBC"/>
    <w:lvl w:ilvl="0" w:tplc="04180013">
      <w:start w:val="1"/>
      <w:numFmt w:val="upperRoman"/>
      <w:lvlText w:val="%1."/>
      <w:lvlJc w:val="righ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5FB7304"/>
    <w:multiLevelType w:val="hybridMultilevel"/>
    <w:tmpl w:val="8870C074"/>
    <w:lvl w:ilvl="0" w:tplc="336AE2E0">
      <w:start w:val="1"/>
      <w:numFmt w:val="upperRoman"/>
      <w:lvlText w:val="%1."/>
      <w:lvlJc w:val="left"/>
      <w:pPr>
        <w:ind w:left="1080" w:hanging="720"/>
      </w:pPr>
      <w:rPr>
        <w:rFonts w:ascii="Times New Roman" w:eastAsia="Times New Roman" w:hAnsi="Times New Roman"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6AB5A69"/>
    <w:multiLevelType w:val="hybridMultilevel"/>
    <w:tmpl w:val="F15E2676"/>
    <w:lvl w:ilvl="0" w:tplc="04180013">
      <w:start w:val="1"/>
      <w:numFmt w:val="upperRoman"/>
      <w:lvlText w:val="%1."/>
      <w:lvlJc w:val="righ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05066560">
    <w:abstractNumId w:val="8"/>
  </w:num>
  <w:num w:numId="2" w16cid:durableId="156960547">
    <w:abstractNumId w:val="6"/>
  </w:num>
  <w:num w:numId="3" w16cid:durableId="739980237">
    <w:abstractNumId w:val="5"/>
  </w:num>
  <w:num w:numId="4" w16cid:durableId="1027485717">
    <w:abstractNumId w:val="4"/>
  </w:num>
  <w:num w:numId="5" w16cid:durableId="15741883">
    <w:abstractNumId w:val="7"/>
  </w:num>
  <w:num w:numId="6" w16cid:durableId="1974096433">
    <w:abstractNumId w:val="3"/>
  </w:num>
  <w:num w:numId="7" w16cid:durableId="830024014">
    <w:abstractNumId w:val="2"/>
  </w:num>
  <w:num w:numId="8" w16cid:durableId="1301837529">
    <w:abstractNumId w:val="1"/>
  </w:num>
  <w:num w:numId="9" w16cid:durableId="1093355121">
    <w:abstractNumId w:val="0"/>
  </w:num>
  <w:num w:numId="10" w16cid:durableId="507208123">
    <w:abstractNumId w:val="8"/>
  </w:num>
  <w:num w:numId="11" w16cid:durableId="1887639562">
    <w:abstractNumId w:val="15"/>
  </w:num>
  <w:num w:numId="12" w16cid:durableId="1334719341">
    <w:abstractNumId w:val="7"/>
    <w:lvlOverride w:ilvl="0">
      <w:startOverride w:val="9"/>
    </w:lvlOverride>
  </w:num>
  <w:num w:numId="13" w16cid:durableId="204216710">
    <w:abstractNumId w:val="13"/>
  </w:num>
  <w:num w:numId="14" w16cid:durableId="357510403">
    <w:abstractNumId w:val="9"/>
  </w:num>
  <w:num w:numId="15" w16cid:durableId="1659848370">
    <w:abstractNumId w:val="14"/>
  </w:num>
  <w:num w:numId="16" w16cid:durableId="1321038715">
    <w:abstractNumId w:val="10"/>
  </w:num>
  <w:num w:numId="17" w16cid:durableId="1451631924">
    <w:abstractNumId w:val="17"/>
  </w:num>
  <w:num w:numId="18" w16cid:durableId="1139608750">
    <w:abstractNumId w:val="12"/>
  </w:num>
  <w:num w:numId="19" w16cid:durableId="1740203794">
    <w:abstractNumId w:val="16"/>
  </w:num>
  <w:num w:numId="20" w16cid:durableId="11101809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26E5D"/>
    <w:rsid w:val="00034616"/>
    <w:rsid w:val="0006063C"/>
    <w:rsid w:val="000B4CA7"/>
    <w:rsid w:val="00120F61"/>
    <w:rsid w:val="0015074B"/>
    <w:rsid w:val="001F11E6"/>
    <w:rsid w:val="002034E2"/>
    <w:rsid w:val="0023381E"/>
    <w:rsid w:val="0029639D"/>
    <w:rsid w:val="002E02EF"/>
    <w:rsid w:val="00326F90"/>
    <w:rsid w:val="00376493"/>
    <w:rsid w:val="00490F71"/>
    <w:rsid w:val="004A71A3"/>
    <w:rsid w:val="004B09A9"/>
    <w:rsid w:val="004D4E2F"/>
    <w:rsid w:val="00511241"/>
    <w:rsid w:val="006400CF"/>
    <w:rsid w:val="00655E6A"/>
    <w:rsid w:val="007D581C"/>
    <w:rsid w:val="008327DE"/>
    <w:rsid w:val="008A66AB"/>
    <w:rsid w:val="00961665"/>
    <w:rsid w:val="00A07972"/>
    <w:rsid w:val="00A21E9F"/>
    <w:rsid w:val="00A43F3C"/>
    <w:rsid w:val="00AA1D8D"/>
    <w:rsid w:val="00AF0270"/>
    <w:rsid w:val="00B47730"/>
    <w:rsid w:val="00BD2E52"/>
    <w:rsid w:val="00C72DB7"/>
    <w:rsid w:val="00CB0664"/>
    <w:rsid w:val="00D16067"/>
    <w:rsid w:val="00D465BA"/>
    <w:rsid w:val="00E544AF"/>
    <w:rsid w:val="00F25CFA"/>
    <w:rsid w:val="00F3592A"/>
    <w:rsid w:val="00F750C9"/>
    <w:rsid w:val="00FA6E55"/>
    <w:rsid w:val="00FB7E3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D476081"/>
  <w14:defaultImageDpi w14:val="300"/>
  <w15:docId w15:val="{87C8A789-5980-40A5-BFEC-4DB6DC8E7D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E544AF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544A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primaria_tileagd@yahoo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1965</Words>
  <Characters>11400</Characters>
  <Application>Microsoft Office Word</Application>
  <DocSecurity>0</DocSecurity>
  <Lines>95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13339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COSMIN INDRIES</cp:lastModifiedBy>
  <cp:revision>16</cp:revision>
  <dcterms:created xsi:type="dcterms:W3CDTF">2026-10-02T11:02:00Z</dcterms:created>
  <dcterms:modified xsi:type="dcterms:W3CDTF">2026-10-05T12:26:00Z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b27b3fc853d138186d1d901704dae561432ce6d668018ae9b4a65cbca29f96f5</vt:lpwstr>
  </property>
</Properties>
</file>