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15B2E" w14:textId="77777777" w:rsidR="00625D2B" w:rsidRDefault="00A34AC9">
      <w:pPr>
        <w:spacing w:before="160" w:after="40"/>
        <w:jc w:val="center"/>
      </w:pPr>
      <w:r>
        <w:rPr>
          <w:b/>
          <w:sz w:val="28"/>
        </w:rPr>
        <w:t>ANUNȚ CONCURS</w:t>
      </w:r>
    </w:p>
    <w:p w14:paraId="3273DEA3" w14:textId="77777777" w:rsidR="00625D2B" w:rsidRDefault="00A34AC9">
      <w:pPr>
        <w:spacing w:after="160"/>
        <w:jc w:val="center"/>
      </w:pPr>
      <w:r>
        <w:rPr>
          <w:b/>
        </w:rPr>
        <w:t>pentru ocuparea postului contractual temporar vacant</w:t>
      </w:r>
      <w:r w:rsidR="00724878">
        <w:rPr>
          <w:b/>
        </w:rPr>
        <w:t xml:space="preserve"> de MUNCITOR CALIFICAT </w:t>
      </w:r>
    </w:p>
    <w:p w14:paraId="2230CE7C" w14:textId="77777777" w:rsidR="00625D2B" w:rsidRDefault="00A34AC9">
      <w:pPr>
        <w:ind w:firstLine="454"/>
      </w:pPr>
      <w:r>
        <w:t>Școala Gimnazială Nr. 1 Rebra, cu sediul în localitatea Rebra, județul Bistrița-Năsăud, organizează concurs pentru ocuparea unui post contractual temporar vacant de muncitor calificat – fochist, pe perioadă determinată, până la revenirea titularului din concediul medical, în conformitate cu prevederile H.G. nr. 1336/08.11.2022, cu modificările și completările ulterioare.</w:t>
      </w:r>
    </w:p>
    <w:p w14:paraId="456E3886" w14:textId="77777777" w:rsidR="00625D2B" w:rsidRDefault="00A34AC9">
      <w:pPr>
        <w:spacing w:before="120"/>
      </w:pPr>
      <w:r>
        <w:rPr>
          <w:b/>
        </w:rPr>
        <w:t>I. DATE PRIVIND POSTUL</w:t>
      </w:r>
    </w:p>
    <w:p w14:paraId="307B3F7A" w14:textId="77777777" w:rsidR="00625D2B" w:rsidRDefault="00A34AC9">
      <w:pPr>
        <w:spacing w:after="40"/>
        <w:ind w:left="227"/>
      </w:pPr>
      <w:r>
        <w:rPr>
          <w:b/>
        </w:rPr>
        <w:t xml:space="preserve">1. Nivelul postului: </w:t>
      </w:r>
      <w:r>
        <w:t>execuție</w:t>
      </w:r>
    </w:p>
    <w:p w14:paraId="033EFA26" w14:textId="77777777" w:rsidR="00625D2B" w:rsidRDefault="00A34AC9">
      <w:pPr>
        <w:spacing w:after="40"/>
        <w:ind w:left="227"/>
      </w:pPr>
      <w:r>
        <w:rPr>
          <w:b/>
        </w:rPr>
        <w:t>2. Denumirea postul</w:t>
      </w:r>
      <w:r w:rsidR="00724878">
        <w:rPr>
          <w:b/>
        </w:rPr>
        <w:t xml:space="preserve">ui: muncitor calificat </w:t>
      </w:r>
    </w:p>
    <w:p w14:paraId="220F3A94" w14:textId="77777777" w:rsidR="00625D2B" w:rsidRDefault="00A34AC9">
      <w:pPr>
        <w:spacing w:after="40"/>
        <w:ind w:left="227"/>
      </w:pPr>
      <w:r>
        <w:rPr>
          <w:b/>
        </w:rPr>
        <w:t xml:space="preserve">3. Numărul de posturi: </w:t>
      </w:r>
      <w:r>
        <w:t>1 post temporar vacant</w:t>
      </w:r>
    </w:p>
    <w:p w14:paraId="3D471124" w14:textId="77777777" w:rsidR="00625D2B" w:rsidRDefault="00A34AC9">
      <w:pPr>
        <w:spacing w:after="40"/>
        <w:ind w:left="227"/>
      </w:pPr>
      <w:r>
        <w:rPr>
          <w:b/>
        </w:rPr>
        <w:t xml:space="preserve">4. Durata contractului individual de muncă: </w:t>
      </w:r>
      <w:r>
        <w:t>perioadă determinată, până la revenirea titularului din concediul medical</w:t>
      </w:r>
    </w:p>
    <w:p w14:paraId="6A696698" w14:textId="77777777" w:rsidR="00625D2B" w:rsidRDefault="00A34AC9">
      <w:pPr>
        <w:spacing w:after="40"/>
        <w:ind w:left="227"/>
      </w:pPr>
      <w:r>
        <w:rPr>
          <w:b/>
        </w:rPr>
        <w:t xml:space="preserve">5. Durata timpului de lucru: </w:t>
      </w:r>
      <w:r>
        <w:t>8 ore/zi, 40 ore/săptămână</w:t>
      </w:r>
    </w:p>
    <w:p w14:paraId="6891D139" w14:textId="77777777" w:rsidR="00625D2B" w:rsidRDefault="00A34AC9">
      <w:pPr>
        <w:spacing w:after="40"/>
        <w:ind w:left="227"/>
      </w:pPr>
      <w:r>
        <w:rPr>
          <w:b/>
        </w:rPr>
        <w:t xml:space="preserve">6. Nivelul studiilor: </w:t>
      </w:r>
      <w:r>
        <w:t>studii medii</w:t>
      </w:r>
    </w:p>
    <w:p w14:paraId="3D146926" w14:textId="77777777" w:rsidR="00625D2B" w:rsidRDefault="00A34AC9">
      <w:pPr>
        <w:spacing w:after="40"/>
        <w:ind w:left="227"/>
      </w:pPr>
      <w:r>
        <w:rPr>
          <w:b/>
        </w:rPr>
        <w:t xml:space="preserve">7. Vechime în muncă: </w:t>
      </w:r>
      <w:r>
        <w:t>nu se solicită</w:t>
      </w:r>
    </w:p>
    <w:p w14:paraId="5312B0CB" w14:textId="77777777" w:rsidR="00625D2B" w:rsidRDefault="00A34AC9">
      <w:pPr>
        <w:spacing w:after="40"/>
        <w:ind w:left="227"/>
      </w:pPr>
      <w:r>
        <w:rPr>
          <w:b/>
        </w:rPr>
        <w:t xml:space="preserve">8. Locul de muncă: </w:t>
      </w:r>
      <w:r>
        <w:t>Școala Gimnazială Nr. 1 Rebra</w:t>
      </w:r>
    </w:p>
    <w:p w14:paraId="0F153B5C" w14:textId="77777777" w:rsidR="00625D2B" w:rsidRDefault="00A34AC9">
      <w:pPr>
        <w:spacing w:before="120"/>
      </w:pPr>
      <w:r>
        <w:rPr>
          <w:b/>
        </w:rPr>
        <w:t>II. CONDIȚII GENERALE DE PARTICIPARE</w:t>
      </w:r>
    </w:p>
    <w:p w14:paraId="3C92E335" w14:textId="77777777" w:rsidR="00625D2B" w:rsidRDefault="00A34AC9">
      <w:pPr>
        <w:ind w:firstLine="454"/>
      </w:pPr>
      <w:r>
        <w:t>Poate ocupa postul persoana care îndeplinește condițiile generale prevăzute de art. 15 din H.G. nr. 1336/2022:</w:t>
      </w:r>
    </w:p>
    <w:p w14:paraId="6A23373A" w14:textId="77777777" w:rsidR="00625D2B" w:rsidRDefault="00A34AC9">
      <w:pPr>
        <w:spacing w:after="40"/>
        <w:ind w:left="397" w:hanging="198"/>
      </w:pPr>
      <w:r>
        <w:t>• a) are cetățenia română sau cetățenia unui alt stat membru al Uniunii Europene, a unui stat parte la Acordul privind Spațiul Economic European (SEE) ori cetățenia Confederației Elvețiene;</w:t>
      </w:r>
    </w:p>
    <w:p w14:paraId="640A9724" w14:textId="77777777" w:rsidR="00625D2B" w:rsidRDefault="00A34AC9">
      <w:pPr>
        <w:spacing w:after="40"/>
        <w:ind w:left="397" w:hanging="198"/>
      </w:pPr>
      <w:r>
        <w:t>• b) cunoaște limba română, scris și vorbit;</w:t>
      </w:r>
    </w:p>
    <w:p w14:paraId="05552F93" w14:textId="77777777" w:rsidR="00625D2B" w:rsidRDefault="00A34AC9">
      <w:pPr>
        <w:spacing w:after="40"/>
        <w:ind w:left="397" w:hanging="198"/>
      </w:pPr>
      <w:r>
        <w:t>• c) are capacitate de muncă în conformitate cu prevederile Legii nr. 53/2003 - Codul muncii, republicată, cu modificările și completările ulterioare;</w:t>
      </w:r>
    </w:p>
    <w:p w14:paraId="300ED8AB" w14:textId="77777777" w:rsidR="00625D2B" w:rsidRDefault="00A34AC9">
      <w:pPr>
        <w:spacing w:after="40"/>
        <w:ind w:left="397" w:hanging="198"/>
      </w:pPr>
      <w:r>
        <w:t>• d) are o stare de sănătate corespunzătoare postului pentru care candidează, atestată pe baza adeverinței medicale eliberate de medicul de familie sau de unitățile sanitare abilitate;</w:t>
      </w:r>
    </w:p>
    <w:p w14:paraId="449AEFCA" w14:textId="77777777" w:rsidR="00625D2B" w:rsidRDefault="00A34AC9">
      <w:pPr>
        <w:spacing w:after="40"/>
        <w:ind w:left="397" w:hanging="198"/>
      </w:pPr>
      <w:r>
        <w:t>• e) îndeplinește condițiile de studii și celelalte condiții specifice potrivit cerințelor postului scos la concurs;</w:t>
      </w:r>
    </w:p>
    <w:p w14:paraId="06EDDFCB" w14:textId="77777777" w:rsidR="00625D2B" w:rsidRDefault="00A34AC9">
      <w:pPr>
        <w:spacing w:after="40"/>
        <w:ind w:left="397" w:hanging="198"/>
      </w:pPr>
      <w:r>
        <w:t>• f) nu a fost condamnată definitiv pentru săvârșirea unei infracțiuni incompatibile cu exercitarea funcției contractuale, cu excepția situației în care a intervenit reabilitarea;</w:t>
      </w:r>
    </w:p>
    <w:p w14:paraId="6EAF2631" w14:textId="77777777" w:rsidR="00625D2B" w:rsidRDefault="00A34AC9">
      <w:pPr>
        <w:spacing w:after="40"/>
        <w:ind w:left="397" w:hanging="198"/>
      </w:pPr>
      <w:r>
        <w:t>• g) nu execută o pedeapsă complementară prin care i-a fost interzisă exercitarea dreptului de a ocupa funcția, de a exercita profesia sau meseria;</w:t>
      </w:r>
    </w:p>
    <w:p w14:paraId="50590F86" w14:textId="77777777" w:rsidR="00625D2B" w:rsidRDefault="00A34AC9">
      <w:pPr>
        <w:spacing w:after="40"/>
        <w:ind w:left="397" w:hanging="198"/>
      </w:pPr>
      <w:r>
        <w:t>• h) nu a comis infracțiunile prevăzute de Legea nr. 118/2019, în situațiile în care aceasta este aplicabilă.</w:t>
      </w:r>
    </w:p>
    <w:p w14:paraId="03B56CE9" w14:textId="77777777" w:rsidR="00625D2B" w:rsidRDefault="00A34AC9">
      <w:pPr>
        <w:spacing w:before="120"/>
      </w:pPr>
      <w:r>
        <w:rPr>
          <w:b/>
        </w:rPr>
        <w:t>III. CONDIȚII SPECIFICE DE PARTICIPARE LA CONCURS PENTRU POSTUL</w:t>
      </w:r>
      <w:r w:rsidR="005755B4">
        <w:rPr>
          <w:b/>
        </w:rPr>
        <w:t xml:space="preserve"> DE MUNCITOR CALIFICAT</w:t>
      </w:r>
    </w:p>
    <w:p w14:paraId="621FE954" w14:textId="77777777" w:rsidR="00625D2B" w:rsidRDefault="00A34AC9">
      <w:pPr>
        <w:spacing w:after="40"/>
        <w:ind w:left="397" w:hanging="198"/>
      </w:pPr>
      <w:r>
        <w:t>• studii medii absolvite;</w:t>
      </w:r>
    </w:p>
    <w:p w14:paraId="7D472EAD" w14:textId="77777777" w:rsidR="00625D2B" w:rsidRDefault="00A34AC9">
      <w:pPr>
        <w:spacing w:after="40"/>
        <w:ind w:left="397" w:hanging="198"/>
      </w:pPr>
      <w:r>
        <w:t>• vechime: nu se solicită;</w:t>
      </w:r>
    </w:p>
    <w:p w14:paraId="2ED6AA05" w14:textId="77777777" w:rsidR="00625D2B" w:rsidRDefault="00A34AC9">
      <w:pPr>
        <w:spacing w:after="40"/>
        <w:ind w:left="397" w:hanging="198"/>
      </w:pPr>
      <w:r>
        <w:t>• abilități, calități și aptitudini necesare: manipularea și folosirea utilajelor de întreținere (drujbă, cositoare etc.), întreținerea clădirilor la interior și exterior, cunoștințe în domeniul instalațiilor termice și sanitare;</w:t>
      </w:r>
    </w:p>
    <w:p w14:paraId="7C454F5D" w14:textId="77777777" w:rsidR="00625D2B" w:rsidRDefault="00A34AC9">
      <w:pPr>
        <w:spacing w:after="40"/>
        <w:ind w:left="397" w:hanging="198"/>
      </w:pPr>
      <w:r>
        <w:lastRenderedPageBreak/>
        <w:t>• capacitatea de exploatare, supraveghere și întreținere curentă a centralei termice pe combustibil solid (lemn), conform instrucțiunilor tehnice și normelor de securitate;</w:t>
      </w:r>
    </w:p>
    <w:p w14:paraId="0A02A2EB" w14:textId="77777777" w:rsidR="00625D2B" w:rsidRDefault="00A34AC9">
      <w:pPr>
        <w:spacing w:after="40"/>
        <w:ind w:left="397" w:hanging="198"/>
      </w:pPr>
      <w:r>
        <w:t>• disponibilitate pentru desfășurarea activităților specifice de fochist și pentru intervenții necesare funcționării instalației termice;</w:t>
      </w:r>
    </w:p>
    <w:p w14:paraId="2230B5DD" w14:textId="77777777" w:rsidR="00625D2B" w:rsidRDefault="00A34AC9">
      <w:pPr>
        <w:spacing w:after="40"/>
        <w:ind w:left="397" w:hanging="198"/>
      </w:pPr>
      <w:r>
        <w:t>• cunoașterea și respectarea normelor de securitate și sănătate în muncă și de apărare împotriva incendiilor;</w:t>
      </w:r>
    </w:p>
    <w:p w14:paraId="41BDA45F" w14:textId="77777777" w:rsidR="00625D2B" w:rsidRDefault="00A34AC9">
      <w:pPr>
        <w:spacing w:after="40"/>
        <w:ind w:left="397" w:hanging="198"/>
      </w:pPr>
      <w:r>
        <w:t>• comportament corespunzător desfășurării activității într-o unitate de învățământ.</w:t>
      </w:r>
    </w:p>
    <w:p w14:paraId="2357961F" w14:textId="77777777" w:rsidR="00625D2B" w:rsidRDefault="00A34AC9">
      <w:pPr>
        <w:spacing w:before="120"/>
      </w:pPr>
      <w:r>
        <w:rPr>
          <w:b/>
        </w:rPr>
        <w:t>IV. ATRIBUȚII PRINCIPALE</w:t>
      </w:r>
    </w:p>
    <w:p w14:paraId="7226F348" w14:textId="77777777" w:rsidR="00625D2B" w:rsidRDefault="00A34AC9">
      <w:pPr>
        <w:spacing w:after="40"/>
        <w:ind w:left="397" w:hanging="198"/>
      </w:pPr>
      <w:r>
        <w:t>• efectuarea lucrărilor de întreținere și reparații curente în spațiile unității de învățământ;</w:t>
      </w:r>
    </w:p>
    <w:p w14:paraId="5B50110F" w14:textId="77777777" w:rsidR="00625D2B" w:rsidRDefault="00A34AC9">
      <w:pPr>
        <w:spacing w:after="40"/>
        <w:ind w:left="397" w:hanging="198"/>
      </w:pPr>
      <w:r>
        <w:t>• exploatarea, supravegherea și întreținerea curentă a centralei termice pe combustibil solid (lemn), precum și verificarea instalațiilor sanitare și termice;</w:t>
      </w:r>
    </w:p>
    <w:p w14:paraId="29AB48B0" w14:textId="77777777" w:rsidR="00625D2B" w:rsidRDefault="00A34AC9">
      <w:pPr>
        <w:spacing w:after="40"/>
        <w:ind w:left="397" w:hanging="198"/>
      </w:pPr>
      <w:r>
        <w:t>• efectuarea unor lucrări simple de tâmplărie, lăcătușerie, zugrăveli și alte reparații;</w:t>
      </w:r>
    </w:p>
    <w:p w14:paraId="2B10526B" w14:textId="77777777" w:rsidR="00625D2B" w:rsidRDefault="00A34AC9">
      <w:pPr>
        <w:spacing w:after="40"/>
        <w:ind w:left="397" w:hanging="198"/>
      </w:pPr>
      <w:r>
        <w:t>• întreținerea curții și a spațiilor exterioare ale unității;</w:t>
      </w:r>
    </w:p>
    <w:p w14:paraId="2C369B7A" w14:textId="77777777" w:rsidR="00625D2B" w:rsidRDefault="00A34AC9">
      <w:pPr>
        <w:spacing w:after="40"/>
        <w:ind w:left="397" w:hanging="198"/>
      </w:pPr>
      <w:r>
        <w:t>• alimentarea centralei cu combustibil, curățarea și menținerea în stare corespunzătoare a spațiului centralei, urmărirea parametrilor de funcționare și semnalarea imediată a eventualelor defecțiuni;</w:t>
      </w:r>
    </w:p>
    <w:p w14:paraId="45F77189" w14:textId="77777777" w:rsidR="00625D2B" w:rsidRDefault="00A34AC9">
      <w:pPr>
        <w:spacing w:after="40"/>
        <w:ind w:left="397" w:hanging="198"/>
      </w:pPr>
      <w:r>
        <w:t>• sprijinirea activităților de gospodărire și întreținere a patrimoniului școlii;</w:t>
      </w:r>
    </w:p>
    <w:p w14:paraId="40CB62EC" w14:textId="77777777" w:rsidR="00625D2B" w:rsidRDefault="00A34AC9">
      <w:pPr>
        <w:spacing w:after="40"/>
        <w:ind w:left="397" w:hanging="198"/>
      </w:pPr>
      <w:r>
        <w:t>• respectarea normelor SSM și PSI;</w:t>
      </w:r>
    </w:p>
    <w:p w14:paraId="559EBC84" w14:textId="77777777" w:rsidR="00625D2B" w:rsidRDefault="00A34AC9">
      <w:pPr>
        <w:spacing w:after="40"/>
        <w:ind w:left="397" w:hanging="198"/>
      </w:pPr>
      <w:r>
        <w:t>• îndeplinirea atribuțiilor prevăzute în fișa postului.</w:t>
      </w:r>
    </w:p>
    <w:p w14:paraId="45B30A6A" w14:textId="77777777" w:rsidR="00625D2B" w:rsidRDefault="00A34AC9">
      <w:pPr>
        <w:spacing w:before="120"/>
      </w:pPr>
      <w:r>
        <w:rPr>
          <w:b/>
        </w:rPr>
        <w:t>V. DOCUMENTE SOLICITATE PENTRU DOSARUL DE CONCURS</w:t>
      </w:r>
    </w:p>
    <w:p w14:paraId="00A36505" w14:textId="77777777" w:rsidR="00625D2B" w:rsidRDefault="00A34AC9">
      <w:pPr>
        <w:spacing w:after="40"/>
        <w:ind w:left="397" w:hanging="198"/>
      </w:pPr>
      <w:r>
        <w:t>• a) cerere de înscriere la concurs;</w:t>
      </w:r>
    </w:p>
    <w:p w14:paraId="1767227F" w14:textId="77777777" w:rsidR="00625D2B" w:rsidRDefault="00A34AC9">
      <w:pPr>
        <w:spacing w:after="40"/>
        <w:ind w:left="397" w:hanging="198"/>
      </w:pPr>
      <w:r>
        <w:t>• b) copia actului de identitate sau orice alt document care atestă identitatea, potrivit legii, aflat în termen de valabilitate;</w:t>
      </w:r>
    </w:p>
    <w:p w14:paraId="6AA32605" w14:textId="77777777" w:rsidR="00625D2B" w:rsidRDefault="00A34AC9">
      <w:pPr>
        <w:spacing w:after="40"/>
        <w:ind w:left="397" w:hanging="198"/>
      </w:pPr>
      <w:r>
        <w:t>• c) copia certificatului de căsătorie sau a altui document prin care s-a realizat schimbarea de nume, după caz;</w:t>
      </w:r>
    </w:p>
    <w:p w14:paraId="0FF688E4" w14:textId="77777777" w:rsidR="00625D2B" w:rsidRDefault="00A34AC9">
      <w:pPr>
        <w:spacing w:after="40"/>
        <w:ind w:left="397" w:hanging="198"/>
      </w:pPr>
      <w:r>
        <w:t>• d) copiile documentelor care atestă nivelul studiilor și ale altor acte care atestă efectuarea unor specializări, precum și documentele care atestă îndeplinirea condițiilor specifice ale postului;</w:t>
      </w:r>
    </w:p>
    <w:p w14:paraId="7FEE4062" w14:textId="77777777" w:rsidR="00625D2B" w:rsidRDefault="00A34AC9">
      <w:pPr>
        <w:spacing w:after="40"/>
        <w:ind w:left="397" w:hanging="198"/>
      </w:pPr>
      <w:r>
        <w:t>• e) copia carnetului de muncă și/sau adeverințe eliberate de angajatori, după caz, care să ateste vechimea în muncă;</w:t>
      </w:r>
    </w:p>
    <w:p w14:paraId="7228DA39" w14:textId="77777777" w:rsidR="00625D2B" w:rsidRDefault="00A34AC9">
      <w:pPr>
        <w:spacing w:after="40"/>
        <w:ind w:left="397" w:hanging="198"/>
      </w:pPr>
      <w:r>
        <w:t>• f) certificat de cazier judiciar sau, după caz, extras de pe cazierul judiciar;</w:t>
      </w:r>
    </w:p>
    <w:p w14:paraId="2448A8D5" w14:textId="77777777" w:rsidR="00625D2B" w:rsidRDefault="00A34AC9">
      <w:pPr>
        <w:spacing w:after="40"/>
        <w:ind w:left="397" w:hanging="198"/>
      </w:pPr>
      <w:r>
        <w:t>• g) adeverință medicală care să ateste starea de sănătate corespunzătoare, eliberată cu cel mult 6 luni anterior derulării concursului;</w:t>
      </w:r>
    </w:p>
    <w:p w14:paraId="1281AB0E" w14:textId="77777777" w:rsidR="00625D2B" w:rsidRDefault="00A34AC9">
      <w:pPr>
        <w:spacing w:after="40"/>
        <w:ind w:left="397" w:hanging="198"/>
      </w:pPr>
      <w:r>
        <w:t>• h) certificat de integritate comportamentală, potrivit Legii nr. 118/2019;</w:t>
      </w:r>
    </w:p>
    <w:p w14:paraId="138BE9FE" w14:textId="77777777" w:rsidR="00625D2B" w:rsidRDefault="00A34AC9">
      <w:pPr>
        <w:spacing w:after="40"/>
        <w:ind w:left="397" w:hanging="198"/>
      </w:pPr>
      <w:r>
        <w:t>• i) curriculum vitae, model comun european.</w:t>
      </w:r>
    </w:p>
    <w:p w14:paraId="799C67B2" w14:textId="77777777" w:rsidR="00625D2B" w:rsidRDefault="00A34AC9">
      <w:r>
        <w:t>j) copie a certificatului/diplomei de absolvire a cursului de fochist și a autorizației ISCIR valabile sau, după caz, dovada că persoana este în curs de autorizare ISCIR;</w:t>
      </w:r>
    </w:p>
    <w:p w14:paraId="0043213D" w14:textId="77777777" w:rsidR="00625D2B" w:rsidRDefault="00A34AC9">
      <w:pPr>
        <w:spacing w:before="120"/>
      </w:pPr>
      <w:r>
        <w:rPr>
          <w:b/>
        </w:rPr>
        <w:t>VI. BIBLIOGRAFIE ȘI TEMATICĂ</w:t>
      </w:r>
    </w:p>
    <w:p w14:paraId="2A5EC128" w14:textId="77777777" w:rsidR="00625D2B" w:rsidRDefault="00A34AC9">
      <w:pPr>
        <w:spacing w:after="40"/>
        <w:ind w:left="397" w:hanging="198"/>
      </w:pPr>
      <w:r>
        <w:t>• 1. Legea nr. 319/2006 a securității și sănătății în muncă, cu modificările și completările ulterioare, și Normele metodologice de aplicare aprobate prin H.G. nr. 1425/2006;</w:t>
      </w:r>
    </w:p>
    <w:p w14:paraId="1024E484" w14:textId="77777777" w:rsidR="00625D2B" w:rsidRDefault="00A34AC9">
      <w:pPr>
        <w:spacing w:after="40"/>
        <w:ind w:left="397" w:hanging="198"/>
      </w:pPr>
      <w:r>
        <w:t>• 2. Legea nr. 307/2006 privind apărarea împotriva incendiilor, cu modificările și completările ulterioare;</w:t>
      </w:r>
    </w:p>
    <w:p w14:paraId="725F5AAA" w14:textId="77777777" w:rsidR="00625D2B" w:rsidRDefault="00A34AC9">
      <w:pPr>
        <w:spacing w:after="40"/>
        <w:ind w:left="397" w:hanging="198"/>
      </w:pPr>
      <w:r>
        <w:t>• 3. H.G. nr. 1048/2006 privind cerințele minime de securitate și sănătate pentru utilizarea de către lucrători a echipamentelor individuale de protecție la locul de muncă;</w:t>
      </w:r>
    </w:p>
    <w:p w14:paraId="4F262D3C" w14:textId="77777777" w:rsidR="00625D2B" w:rsidRDefault="00A34AC9">
      <w:pPr>
        <w:spacing w:after="40"/>
        <w:ind w:left="397" w:hanging="198"/>
      </w:pPr>
      <w:r>
        <w:t>• 4. Legea nr. 53/2003 - Codul muncii, republicată, cu modificările și completările ulterioare;</w:t>
      </w:r>
    </w:p>
    <w:p w14:paraId="06A22BD8" w14:textId="77777777" w:rsidR="00625D2B" w:rsidRDefault="00A34AC9">
      <w:pPr>
        <w:spacing w:after="40"/>
        <w:ind w:left="397" w:hanging="198"/>
      </w:pPr>
      <w:r>
        <w:lastRenderedPageBreak/>
        <w:t>• 5. Atribuțiile prevăzute în fișa postului de muncitor calificat.</w:t>
      </w:r>
    </w:p>
    <w:p w14:paraId="1678B72B" w14:textId="77777777" w:rsidR="00625D2B" w:rsidRDefault="00A34AC9">
      <w:pPr>
        <w:spacing w:before="120"/>
      </w:pPr>
      <w:r>
        <w:rPr>
          <w:b/>
        </w:rPr>
        <w:t>VII. PROBELE CONCURSULUI</w:t>
      </w:r>
    </w:p>
    <w:p w14:paraId="30179ADA" w14:textId="77777777" w:rsidR="00625D2B" w:rsidRDefault="00A34AC9">
      <w:pPr>
        <w:ind w:firstLine="454"/>
      </w:pPr>
      <w:r>
        <w:t>Concursul constă în: selecția dosarelor de înscriere, proba scrisă, proba practică și interviu.</w:t>
      </w:r>
    </w:p>
    <w:p w14:paraId="149C79CF" w14:textId="77777777" w:rsidR="00625D2B" w:rsidRDefault="00A34AC9">
      <w:pPr>
        <w:spacing w:before="120"/>
      </w:pPr>
      <w:r>
        <w:rPr>
          <w:b/>
        </w:rPr>
        <w:t>VIII. CALENDARUL DE DESFĂȘURARE A CONCURSULUI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76"/>
        <w:gridCol w:w="2835"/>
      </w:tblGrid>
      <w:tr w:rsidR="00625D2B" w14:paraId="7CAD2E46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51F9C128" w14:textId="77777777" w:rsidR="00625D2B" w:rsidRDefault="00A34AC9">
            <w:pPr>
              <w:jc w:val="center"/>
            </w:pPr>
            <w:r>
              <w:rPr>
                <w:b/>
                <w:sz w:val="22"/>
              </w:rPr>
              <w:t>Etapa concursului</w:t>
            </w:r>
          </w:p>
        </w:tc>
        <w:tc>
          <w:tcPr>
            <w:tcW w:w="2835" w:type="dxa"/>
            <w:vAlign w:val="center"/>
          </w:tcPr>
          <w:p w14:paraId="7573F5E4" w14:textId="77777777" w:rsidR="00625D2B" w:rsidRDefault="00A34AC9">
            <w:pPr>
              <w:jc w:val="center"/>
            </w:pPr>
            <w:r>
              <w:rPr>
                <w:b/>
                <w:sz w:val="22"/>
              </w:rPr>
              <w:t>Data / ora</w:t>
            </w:r>
          </w:p>
        </w:tc>
      </w:tr>
      <w:tr w:rsidR="00625D2B" w14:paraId="0BC8079B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1AD53CC7" w14:textId="77777777" w:rsidR="00625D2B" w:rsidRDefault="00A34AC9">
            <w:pPr>
              <w:spacing w:after="0"/>
            </w:pPr>
            <w:r>
              <w:rPr>
                <w:sz w:val="21"/>
              </w:rPr>
              <w:t>Publicarea și afișarea anunțului de concurs</w:t>
            </w:r>
          </w:p>
        </w:tc>
        <w:tc>
          <w:tcPr>
            <w:tcW w:w="2835" w:type="dxa"/>
            <w:vAlign w:val="center"/>
          </w:tcPr>
          <w:p w14:paraId="01894FD3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02.10.2026</w:t>
            </w:r>
          </w:p>
        </w:tc>
      </w:tr>
      <w:tr w:rsidR="00625D2B" w14:paraId="09D9B017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13D87066" w14:textId="77777777" w:rsidR="00625D2B" w:rsidRDefault="00A34AC9">
            <w:pPr>
              <w:spacing w:after="0"/>
            </w:pPr>
            <w:r>
              <w:rPr>
                <w:sz w:val="21"/>
              </w:rPr>
              <w:t>Termenul limită de depunere a dosarelor</w:t>
            </w:r>
          </w:p>
        </w:tc>
        <w:tc>
          <w:tcPr>
            <w:tcW w:w="2835" w:type="dxa"/>
            <w:vAlign w:val="center"/>
          </w:tcPr>
          <w:p w14:paraId="715CA2AD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14.10.2026, ora 12:00</w:t>
            </w:r>
          </w:p>
        </w:tc>
      </w:tr>
      <w:tr w:rsidR="00625D2B" w14:paraId="4932DFB1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7F450724" w14:textId="77777777" w:rsidR="00625D2B" w:rsidRDefault="00A34AC9">
            <w:pPr>
              <w:spacing w:after="0"/>
            </w:pPr>
            <w:r>
              <w:rPr>
                <w:sz w:val="21"/>
              </w:rPr>
              <w:t>Selecția dosarelor</w:t>
            </w:r>
          </w:p>
        </w:tc>
        <w:tc>
          <w:tcPr>
            <w:tcW w:w="2835" w:type="dxa"/>
            <w:vAlign w:val="center"/>
          </w:tcPr>
          <w:p w14:paraId="162FF767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15.10.2026, ora 10:00</w:t>
            </w:r>
          </w:p>
        </w:tc>
      </w:tr>
      <w:tr w:rsidR="00625D2B" w14:paraId="706CFDF0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3FBC68C3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selecției dosarelor</w:t>
            </w:r>
          </w:p>
        </w:tc>
        <w:tc>
          <w:tcPr>
            <w:tcW w:w="2835" w:type="dxa"/>
            <w:vAlign w:val="center"/>
          </w:tcPr>
          <w:p w14:paraId="3A0BC40D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15.10.2026, ora 12:00</w:t>
            </w:r>
          </w:p>
        </w:tc>
      </w:tr>
      <w:tr w:rsidR="00625D2B" w14:paraId="7402A72F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2056CA83" w14:textId="77777777" w:rsidR="00625D2B" w:rsidRDefault="00A34AC9">
            <w:pPr>
              <w:spacing w:after="0"/>
            </w:pPr>
            <w:r>
              <w:rPr>
                <w:sz w:val="21"/>
              </w:rPr>
              <w:t>Depunerea contestațiilor la selecția dosarelor</w:t>
            </w:r>
          </w:p>
        </w:tc>
        <w:tc>
          <w:tcPr>
            <w:tcW w:w="2835" w:type="dxa"/>
            <w:vAlign w:val="center"/>
          </w:tcPr>
          <w:p w14:paraId="3CA3D3D7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16.10.2026, ora 12:00</w:t>
            </w:r>
          </w:p>
        </w:tc>
      </w:tr>
      <w:tr w:rsidR="00625D2B" w14:paraId="748A8824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24D4AC3D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la contestațiile privind selecția dosarelor</w:t>
            </w:r>
          </w:p>
        </w:tc>
        <w:tc>
          <w:tcPr>
            <w:tcW w:w="2835" w:type="dxa"/>
            <w:vAlign w:val="center"/>
          </w:tcPr>
          <w:p w14:paraId="0DE064DF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16.10.2026, ora 14:00</w:t>
            </w:r>
          </w:p>
        </w:tc>
      </w:tr>
      <w:tr w:rsidR="00625D2B" w14:paraId="38838A83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0195B1B6" w14:textId="77777777" w:rsidR="00625D2B" w:rsidRDefault="00A34AC9">
            <w:pPr>
              <w:spacing w:after="0"/>
            </w:pPr>
            <w:r>
              <w:rPr>
                <w:sz w:val="21"/>
              </w:rPr>
              <w:t>Proba scrisă</w:t>
            </w:r>
          </w:p>
        </w:tc>
        <w:tc>
          <w:tcPr>
            <w:tcW w:w="2835" w:type="dxa"/>
            <w:vAlign w:val="center"/>
          </w:tcPr>
          <w:p w14:paraId="66CF447E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22.10.2026, ora 10:00</w:t>
            </w:r>
          </w:p>
        </w:tc>
      </w:tr>
      <w:tr w:rsidR="00625D2B" w14:paraId="0271D3BC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2965A8BF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probei scrise</w:t>
            </w:r>
          </w:p>
        </w:tc>
        <w:tc>
          <w:tcPr>
            <w:tcW w:w="2835" w:type="dxa"/>
            <w:vAlign w:val="center"/>
          </w:tcPr>
          <w:p w14:paraId="3C07631B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22.10.2026, ora 14:00</w:t>
            </w:r>
          </w:p>
        </w:tc>
      </w:tr>
      <w:tr w:rsidR="00625D2B" w14:paraId="732109B7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63D48D5D" w14:textId="77777777" w:rsidR="00625D2B" w:rsidRDefault="00A34AC9">
            <w:pPr>
              <w:spacing w:after="0"/>
            </w:pPr>
            <w:r>
              <w:rPr>
                <w:sz w:val="21"/>
              </w:rPr>
              <w:t>Depunerea contestațiilor la proba scrisă</w:t>
            </w:r>
          </w:p>
        </w:tc>
        <w:tc>
          <w:tcPr>
            <w:tcW w:w="2835" w:type="dxa"/>
            <w:vAlign w:val="center"/>
          </w:tcPr>
          <w:p w14:paraId="6C402039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23.10.2026, ora 14:00</w:t>
            </w:r>
          </w:p>
        </w:tc>
      </w:tr>
      <w:tr w:rsidR="00625D2B" w14:paraId="14583033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557E979B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la contestațiile probei scrise</w:t>
            </w:r>
          </w:p>
        </w:tc>
        <w:tc>
          <w:tcPr>
            <w:tcW w:w="2835" w:type="dxa"/>
            <w:vAlign w:val="center"/>
          </w:tcPr>
          <w:p w14:paraId="748B0553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23.10.2026, ora 15:30</w:t>
            </w:r>
          </w:p>
        </w:tc>
      </w:tr>
      <w:tr w:rsidR="00625D2B" w14:paraId="3A3FAFBA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163DCF80" w14:textId="77777777" w:rsidR="00625D2B" w:rsidRDefault="00A34AC9">
            <w:pPr>
              <w:spacing w:after="0"/>
            </w:pPr>
            <w:r>
              <w:rPr>
                <w:sz w:val="21"/>
              </w:rPr>
              <w:t>Proba practică</w:t>
            </w:r>
          </w:p>
        </w:tc>
        <w:tc>
          <w:tcPr>
            <w:tcW w:w="2835" w:type="dxa"/>
            <w:vAlign w:val="center"/>
          </w:tcPr>
          <w:p w14:paraId="5C4E131A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26.10.2026, ora 10:00</w:t>
            </w:r>
          </w:p>
        </w:tc>
      </w:tr>
      <w:tr w:rsidR="00625D2B" w14:paraId="4D0EFC93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38453FE6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probei practice</w:t>
            </w:r>
          </w:p>
        </w:tc>
        <w:tc>
          <w:tcPr>
            <w:tcW w:w="2835" w:type="dxa"/>
            <w:vAlign w:val="center"/>
          </w:tcPr>
          <w:p w14:paraId="53B11F6A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26.10.2026, ora 14:00</w:t>
            </w:r>
          </w:p>
        </w:tc>
      </w:tr>
      <w:tr w:rsidR="00625D2B" w14:paraId="374928D6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52FC6FCA" w14:textId="77777777" w:rsidR="00625D2B" w:rsidRDefault="00A34AC9">
            <w:pPr>
              <w:spacing w:after="0"/>
            </w:pPr>
            <w:r>
              <w:rPr>
                <w:sz w:val="21"/>
              </w:rPr>
              <w:t>Depunerea contestațiilor la proba practică</w:t>
            </w:r>
          </w:p>
        </w:tc>
        <w:tc>
          <w:tcPr>
            <w:tcW w:w="2835" w:type="dxa"/>
            <w:vAlign w:val="center"/>
          </w:tcPr>
          <w:p w14:paraId="395970CD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27.10.2026, ora 14:00</w:t>
            </w:r>
          </w:p>
        </w:tc>
      </w:tr>
      <w:tr w:rsidR="00625D2B" w14:paraId="2CFF8239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0CB074B5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la contestațiile probei practice</w:t>
            </w:r>
          </w:p>
        </w:tc>
        <w:tc>
          <w:tcPr>
            <w:tcW w:w="2835" w:type="dxa"/>
            <w:vAlign w:val="center"/>
          </w:tcPr>
          <w:p w14:paraId="687A0ADC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27.10.2026, ora 15:00</w:t>
            </w:r>
          </w:p>
        </w:tc>
      </w:tr>
      <w:tr w:rsidR="00625D2B" w14:paraId="53DC4D8B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6133988D" w14:textId="77777777" w:rsidR="00625D2B" w:rsidRDefault="00A34AC9">
            <w:pPr>
              <w:spacing w:after="0"/>
            </w:pPr>
            <w:r>
              <w:rPr>
                <w:sz w:val="21"/>
              </w:rPr>
              <w:t>Interviul</w:t>
            </w:r>
          </w:p>
        </w:tc>
        <w:tc>
          <w:tcPr>
            <w:tcW w:w="2835" w:type="dxa"/>
            <w:vAlign w:val="center"/>
          </w:tcPr>
          <w:p w14:paraId="13703CE1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28.10.2026, ora 10:00</w:t>
            </w:r>
          </w:p>
        </w:tc>
      </w:tr>
      <w:tr w:rsidR="00625D2B" w14:paraId="71C7A419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4597A41D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interviului</w:t>
            </w:r>
          </w:p>
        </w:tc>
        <w:tc>
          <w:tcPr>
            <w:tcW w:w="2835" w:type="dxa"/>
            <w:vAlign w:val="center"/>
          </w:tcPr>
          <w:p w14:paraId="657FC579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28.10.2026, ora 14:00</w:t>
            </w:r>
          </w:p>
        </w:tc>
      </w:tr>
      <w:tr w:rsidR="00625D2B" w14:paraId="12EEAA85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12EF3790" w14:textId="77777777" w:rsidR="00625D2B" w:rsidRDefault="00A34AC9">
            <w:pPr>
              <w:spacing w:after="0"/>
            </w:pPr>
            <w:r>
              <w:rPr>
                <w:sz w:val="21"/>
              </w:rPr>
              <w:t>Depunerea contestațiilor la interviu</w:t>
            </w:r>
          </w:p>
        </w:tc>
        <w:tc>
          <w:tcPr>
            <w:tcW w:w="2835" w:type="dxa"/>
            <w:vAlign w:val="center"/>
          </w:tcPr>
          <w:p w14:paraId="7E33591D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29.10.2026, ora 14:00</w:t>
            </w:r>
          </w:p>
        </w:tc>
      </w:tr>
      <w:tr w:rsidR="00625D2B" w14:paraId="2D87CF93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691062E4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la contestațiile interviului</w:t>
            </w:r>
          </w:p>
        </w:tc>
        <w:tc>
          <w:tcPr>
            <w:tcW w:w="2835" w:type="dxa"/>
            <w:vAlign w:val="center"/>
          </w:tcPr>
          <w:p w14:paraId="34AEB5F9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29.10.2026, ora 15:00</w:t>
            </w:r>
          </w:p>
        </w:tc>
      </w:tr>
      <w:tr w:rsidR="00625D2B" w14:paraId="25004910" w14:textId="77777777">
        <w:trPr>
          <w:cantSplit/>
          <w:jc w:val="center"/>
        </w:trPr>
        <w:tc>
          <w:tcPr>
            <w:tcW w:w="6576" w:type="dxa"/>
            <w:vAlign w:val="center"/>
          </w:tcPr>
          <w:p w14:paraId="4E330422" w14:textId="77777777" w:rsidR="00625D2B" w:rsidRDefault="00A34AC9">
            <w:pPr>
              <w:spacing w:after="0"/>
            </w:pPr>
            <w:r>
              <w:rPr>
                <w:sz w:val="21"/>
              </w:rPr>
              <w:t>Afișarea rezultatelor finale</w:t>
            </w:r>
          </w:p>
        </w:tc>
        <w:tc>
          <w:tcPr>
            <w:tcW w:w="2835" w:type="dxa"/>
            <w:vAlign w:val="center"/>
          </w:tcPr>
          <w:p w14:paraId="16325C01" w14:textId="77777777" w:rsidR="00625D2B" w:rsidRDefault="00A34AC9">
            <w:pPr>
              <w:spacing w:after="0"/>
              <w:jc w:val="center"/>
            </w:pPr>
            <w:r>
              <w:rPr>
                <w:sz w:val="21"/>
              </w:rPr>
              <w:t>29.10.2026, ora 15:30</w:t>
            </w:r>
          </w:p>
        </w:tc>
      </w:tr>
    </w:tbl>
    <w:p w14:paraId="16FFB538" w14:textId="77777777" w:rsidR="00625D2B" w:rsidRDefault="00A34AC9">
      <w:pPr>
        <w:spacing w:after="160"/>
        <w:ind w:firstLine="454"/>
      </w:pPr>
      <w:r>
        <w:t>Dosarele de concurs se depun la secretariatul Școlii Gimnaziale Nr. 1 Rebra, în intervalul orar de funcționare al instituției. Informații suplimentare se pot obține la secretariatul unității de învățământ.</w:t>
      </w:r>
    </w:p>
    <w:p w14:paraId="6AD7E6FB" w14:textId="77777777" w:rsidR="00625D2B" w:rsidRDefault="00A34AC9">
      <w:pPr>
        <w:spacing w:before="200"/>
      </w:pPr>
      <w:r>
        <w:rPr>
          <w:b/>
        </w:rPr>
        <w:t>DIRECTOR,</w:t>
      </w:r>
    </w:p>
    <w:p w14:paraId="77C50984" w14:textId="77777777" w:rsidR="00625D2B" w:rsidRDefault="00A34AC9">
      <w:pPr>
        <w:spacing w:after="0"/>
      </w:pPr>
      <w:r>
        <w:rPr>
          <w:b/>
        </w:rPr>
        <w:t>Gheorghiță Aurora</w:t>
      </w:r>
    </w:p>
    <w:sectPr w:rsidR="00625D2B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03731" w14:textId="77777777" w:rsidR="00E46E6A" w:rsidRDefault="00E46E6A">
      <w:pPr>
        <w:spacing w:after="0"/>
      </w:pPr>
      <w:r>
        <w:separator/>
      </w:r>
    </w:p>
  </w:endnote>
  <w:endnote w:type="continuationSeparator" w:id="0">
    <w:p w14:paraId="2E6AFDD1" w14:textId="77777777" w:rsidR="00E46E6A" w:rsidRDefault="00E46E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3C36" w14:textId="77777777" w:rsidR="00625D2B" w:rsidRDefault="00A34AC9">
    <w:pPr>
      <w:pStyle w:val="Footer"/>
      <w:jc w:val="center"/>
    </w:pPr>
    <w:proofErr w:type="spellStart"/>
    <w:r>
      <w:rPr>
        <w:sz w:val="20"/>
      </w:rPr>
      <w:t>Pagina</w:t>
    </w:r>
    <w:proofErr w:type="spellEnd"/>
    <w:r>
      <w:rPr>
        <w:sz w:val="20"/>
      </w:rPr>
      <w:t xml:space="preserve">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5755B4"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D768" w14:textId="77777777" w:rsidR="00E46E6A" w:rsidRDefault="00E46E6A">
      <w:pPr>
        <w:spacing w:after="0"/>
      </w:pPr>
      <w:r>
        <w:separator/>
      </w:r>
    </w:p>
  </w:footnote>
  <w:footnote w:type="continuationSeparator" w:id="0">
    <w:p w14:paraId="51843B6C" w14:textId="77777777" w:rsidR="00E46E6A" w:rsidRDefault="00E46E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6EE0" w14:textId="77777777" w:rsidR="00625D2B" w:rsidRDefault="00A34AC9">
    <w:pPr>
      <w:pStyle w:val="Header"/>
      <w:pBdr>
        <w:bottom w:val="single" w:sz="6" w:space="1" w:color="000000"/>
      </w:pBdr>
      <w:jc w:val="center"/>
    </w:pPr>
    <w:r>
      <w:rPr>
        <w:b/>
      </w:rPr>
      <w:t>ȘCOALA GIMNAZIALĂ NR. 1 REBRA</w:t>
    </w:r>
  </w:p>
  <w:p w14:paraId="15CB33E3" w14:textId="77777777" w:rsidR="00625D2B" w:rsidRDefault="00A34AC9">
    <w:pPr>
      <w:jc w:val="center"/>
    </w:pPr>
    <w:proofErr w:type="spellStart"/>
    <w:r>
      <w:rPr>
        <w:sz w:val="22"/>
      </w:rPr>
      <w:t>Județul</w:t>
    </w:r>
    <w:proofErr w:type="spellEnd"/>
    <w:r>
      <w:rPr>
        <w:sz w:val="22"/>
      </w:rPr>
      <w:t xml:space="preserve"> Bistrița-</w:t>
    </w:r>
    <w:proofErr w:type="spellStart"/>
    <w:r>
      <w:rPr>
        <w:sz w:val="22"/>
      </w:rPr>
      <w:t>Năsăud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5477985">
    <w:abstractNumId w:val="8"/>
  </w:num>
  <w:num w:numId="2" w16cid:durableId="168637383">
    <w:abstractNumId w:val="6"/>
  </w:num>
  <w:num w:numId="3" w16cid:durableId="2135781114">
    <w:abstractNumId w:val="5"/>
  </w:num>
  <w:num w:numId="4" w16cid:durableId="739407358">
    <w:abstractNumId w:val="4"/>
  </w:num>
  <w:num w:numId="5" w16cid:durableId="174155048">
    <w:abstractNumId w:val="7"/>
  </w:num>
  <w:num w:numId="6" w16cid:durableId="53086804">
    <w:abstractNumId w:val="3"/>
  </w:num>
  <w:num w:numId="7" w16cid:durableId="600800689">
    <w:abstractNumId w:val="2"/>
  </w:num>
  <w:num w:numId="8" w16cid:durableId="1966036025">
    <w:abstractNumId w:val="1"/>
  </w:num>
  <w:num w:numId="9" w16cid:durableId="541870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55B4"/>
    <w:rsid w:val="00625D2B"/>
    <w:rsid w:val="006C0AB3"/>
    <w:rsid w:val="00724878"/>
    <w:rsid w:val="00A34AC9"/>
    <w:rsid w:val="00AA1D8D"/>
    <w:rsid w:val="00AB788E"/>
    <w:rsid w:val="00B47730"/>
    <w:rsid w:val="00CB0664"/>
    <w:rsid w:val="00E46E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D3A639"/>
  <w14:defaultImageDpi w14:val="300"/>
  <w15:docId w15:val="{600D5AFF-4067-496E-BCB9-254A2B7C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41D1F7-75A5-43CD-821D-58FD4932A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Anunț concurs muncitor calificat - Școala Gimnazială Nr. 1 Rebra</vt:lpstr>
    </vt:vector>
  </TitlesOfParts>
  <Manager/>
  <Company/>
  <LinksUpToDate>false</LinksUpToDate>
  <CharactersWithSpaces>7215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concurs muncitor calificat - Școala Gimnazială Nr. 1 Rebra</dc:title>
  <dc:subject>Concurs post contractual temporar vacant - 01.10.2026</dc:subject>
  <dc:creator>Școala Gimnazială Nr. 1 Rebra</dc:creator>
  <cp:keywords/>
  <dc:description>generated by python-docx</dc:description>
  <cp:lastModifiedBy>User</cp:lastModifiedBy>
  <cp:revision>2</cp:revision>
  <cp:lastPrinted>2026-10-02T07:47:00Z</cp:lastPrinted>
  <dcterms:created xsi:type="dcterms:W3CDTF">2026-10-02T08:12:00Z</dcterms:created>
  <dcterms:modified xsi:type="dcterms:W3CDTF">2026-10-02T08:12:00Z</dcterms:modified>
  <cp:category/>
</cp:coreProperties>
</file>