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page" w:tblpX="10434" w:tblpY="-621"/>
        <w:tblW w:w="0" w:type="auto"/>
        <w:tblLook w:val="04A0" w:firstRow="1" w:lastRow="0" w:firstColumn="1" w:lastColumn="0" w:noHBand="0" w:noVBand="1"/>
      </w:tblPr>
      <w:tblGrid>
        <w:gridCol w:w="1489"/>
      </w:tblGrid>
      <w:tr w:rsidR="00531E91" w:rsidRPr="00520A4F" w:rsidTr="00531E91">
        <w:trPr>
          <w:trHeight w:val="680"/>
        </w:trPr>
        <w:tc>
          <w:tcPr>
            <w:tcW w:w="1489" w:type="dxa"/>
          </w:tcPr>
          <w:p w:rsidR="00531E91" w:rsidRPr="00520A4F" w:rsidRDefault="00531E91" w:rsidP="00531E91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520A4F">
              <w:rPr>
                <w:rFonts w:ascii="Arial" w:hAnsi="Arial" w:cs="Arial"/>
                <w:b/>
                <w:i/>
                <w:color w:val="000000"/>
                <w:spacing w:val="-3"/>
                <w:sz w:val="10"/>
                <w:szCs w:val="10"/>
                <w:lang w:val="pt-BR"/>
              </w:rPr>
              <w:t>“Împreună spre performanţă</w:t>
            </w:r>
            <w:r w:rsidRPr="00520A4F">
              <w:rPr>
                <w:rFonts w:ascii="Arial" w:hAnsi="Arial" w:cs="Arial"/>
                <w:color w:val="000000"/>
                <w:spacing w:val="-3"/>
                <w:sz w:val="10"/>
                <w:szCs w:val="10"/>
              </w:rPr>
              <w:t>!</w:t>
            </w:r>
            <w:r w:rsidRPr="00520A4F">
              <w:rPr>
                <w:rFonts w:ascii="Arial" w:hAnsi="Arial" w:cs="Arial"/>
                <w:b/>
                <w:i/>
                <w:color w:val="000000"/>
                <w:spacing w:val="-3"/>
                <w:sz w:val="10"/>
                <w:szCs w:val="10"/>
                <w:lang w:val="pt-BR"/>
              </w:rPr>
              <w:t xml:space="preserve"> ”</w:t>
            </w:r>
          </w:p>
          <w:p w:rsidR="00531E91" w:rsidRPr="00520A4F" w:rsidRDefault="00531E91" w:rsidP="00531E91">
            <w:pPr>
              <w:ind w:firstLine="90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520A4F">
              <w:rPr>
                <w:sz w:val="10"/>
                <w:szCs w:val="10"/>
              </w:rPr>
              <w:object w:dxaOrig="3105" w:dyaOrig="325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62" type="#_x0000_t75" style="width:58.25pt;height:61.35pt" o:ole="">
                  <v:imagedata r:id="rId8" o:title=""/>
                </v:shape>
                <o:OLEObject Type="Embed" ProgID="CorelDRAW.Graphic.12" ShapeID="_x0000_i1062" DrawAspect="Content" ObjectID="_1852873300" r:id="rId9"/>
              </w:object>
            </w:r>
          </w:p>
          <w:p w:rsidR="00531E91" w:rsidRPr="00520A4F" w:rsidRDefault="00531E91" w:rsidP="00531E91">
            <w:pPr>
              <w:spacing w:after="0" w:line="240" w:lineRule="auto"/>
              <w:ind w:right="-120"/>
              <w:jc w:val="center"/>
              <w:rPr>
                <w:rFonts w:ascii="Arial" w:hAnsi="Arial" w:cs="Arial"/>
                <w:sz w:val="10"/>
                <w:szCs w:val="10"/>
                <w:lang w:val="fr-FR"/>
              </w:rPr>
            </w:pPr>
            <w:r w:rsidRPr="00520A4F">
              <w:rPr>
                <w:rFonts w:ascii="Arial" w:hAnsi="Arial" w:cs="Arial"/>
                <w:sz w:val="10"/>
                <w:szCs w:val="10"/>
                <w:lang w:val="fr-FR"/>
              </w:rPr>
              <w:t>Sistem de management al c</w:t>
            </w:r>
            <w:r w:rsidRPr="00520A4F">
              <w:rPr>
                <w:rFonts w:ascii="Arial" w:hAnsi="Arial" w:cs="Arial"/>
                <w:sz w:val="10"/>
                <w:szCs w:val="10"/>
              </w:rPr>
              <w:t>alităţii</w:t>
            </w:r>
            <w:r w:rsidRPr="00520A4F">
              <w:rPr>
                <w:rFonts w:ascii="Arial" w:hAnsi="Arial" w:cs="Arial"/>
                <w:sz w:val="10"/>
                <w:szCs w:val="10"/>
                <w:lang w:val="fr-FR"/>
              </w:rPr>
              <w:t xml:space="preserve"> </w:t>
            </w:r>
          </w:p>
          <w:p w:rsidR="00531E91" w:rsidRPr="00520A4F" w:rsidRDefault="00531E91" w:rsidP="00531E91">
            <w:pPr>
              <w:spacing w:after="0" w:line="240" w:lineRule="auto"/>
              <w:ind w:right="-120"/>
              <w:jc w:val="center"/>
              <w:rPr>
                <w:rFonts w:ascii="Arial" w:hAnsi="Arial" w:cs="Arial"/>
                <w:sz w:val="10"/>
                <w:szCs w:val="10"/>
                <w:lang w:val="pt-PT"/>
              </w:rPr>
            </w:pPr>
            <w:r w:rsidRPr="00520A4F">
              <w:rPr>
                <w:rFonts w:ascii="Arial" w:hAnsi="Arial" w:cs="Arial"/>
                <w:sz w:val="10"/>
                <w:szCs w:val="10"/>
                <w:lang w:val="pt-PT"/>
              </w:rPr>
              <w:t xml:space="preserve">conform cu </w:t>
            </w:r>
          </w:p>
          <w:p w:rsidR="00531E91" w:rsidRDefault="00531E91" w:rsidP="00531E91">
            <w:pPr>
              <w:spacing w:after="0" w:line="240" w:lineRule="auto"/>
              <w:jc w:val="center"/>
              <w:rPr>
                <w:rFonts w:ascii="Arial" w:hAnsi="Arial" w:cs="Arial"/>
                <w:b/>
                <w:sz w:val="10"/>
                <w:szCs w:val="10"/>
                <w:lang w:val="pt-PT"/>
              </w:rPr>
            </w:pPr>
            <w:r w:rsidRPr="00520A4F">
              <w:rPr>
                <w:rFonts w:ascii="Arial" w:hAnsi="Arial" w:cs="Arial"/>
                <w:sz w:val="10"/>
                <w:szCs w:val="10"/>
                <w:lang w:val="pt-PT"/>
              </w:rPr>
              <w:t xml:space="preserve"> </w:t>
            </w:r>
            <w:r>
              <w:rPr>
                <w:rFonts w:ascii="Arial" w:hAnsi="Arial" w:cs="Arial"/>
                <w:b/>
                <w:sz w:val="10"/>
                <w:szCs w:val="10"/>
                <w:lang w:val="pt-PT"/>
              </w:rPr>
              <w:t>SR EN ISO 9001:2015</w:t>
            </w:r>
          </w:p>
          <w:p w:rsidR="00531E91" w:rsidRPr="00520A4F" w:rsidRDefault="00531E91" w:rsidP="00531E91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0"/>
                <w:szCs w:val="10"/>
                <w:lang w:val="pt-PT"/>
              </w:rPr>
            </w:pPr>
            <w:r>
              <w:rPr>
                <w:rFonts w:ascii="Arial" w:hAnsi="Arial" w:cs="Arial"/>
                <w:b/>
                <w:color w:val="000000"/>
                <w:sz w:val="10"/>
                <w:szCs w:val="10"/>
                <w:lang w:val="pt-PT"/>
              </w:rPr>
              <w:t>CERTIFICAT Nr.259</w:t>
            </w:r>
            <w:r w:rsidRPr="00520A4F">
              <w:rPr>
                <w:rFonts w:ascii="Arial" w:hAnsi="Arial" w:cs="Arial"/>
                <w:b/>
                <w:color w:val="000000"/>
                <w:sz w:val="10"/>
                <w:szCs w:val="10"/>
                <w:lang w:val="pt-PT"/>
              </w:rPr>
              <w:t xml:space="preserve"> C</w:t>
            </w:r>
          </w:p>
          <w:p w:rsidR="00531E91" w:rsidRPr="00520A4F" w:rsidRDefault="00531E91" w:rsidP="00531E91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</w:tr>
    </w:tbl>
    <w:p w:rsidR="00531E91" w:rsidRPr="00531E91" w:rsidRDefault="00531E91" w:rsidP="00531E91">
      <w:pPr>
        <w:pStyle w:val="NoSpacing"/>
        <w:jc w:val="center"/>
        <w:rPr>
          <w:rFonts w:ascii="Times New Roman" w:hAnsi="Times New Roman" w:cs="Times New Roman"/>
          <w:sz w:val="20"/>
          <w:szCs w:val="20"/>
        </w:rPr>
      </w:pPr>
      <w:r w:rsidRPr="00531E91">
        <w:rPr>
          <w:rFonts w:ascii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658752" behindDoc="1" locked="0" layoutInCell="1" allowOverlap="1" wp14:anchorId="14A59811" wp14:editId="2FC787D6">
            <wp:simplePos x="0" y="0"/>
            <wp:positionH relativeFrom="column">
              <wp:posOffset>-534619</wp:posOffset>
            </wp:positionH>
            <wp:positionV relativeFrom="paragraph">
              <wp:posOffset>-183033</wp:posOffset>
            </wp:positionV>
            <wp:extent cx="695325" cy="1244600"/>
            <wp:effectExtent l="0" t="0" r="0" b="0"/>
            <wp:wrapThrough wrapText="bothSides">
              <wp:wrapPolygon edited="0">
                <wp:start x="8877" y="0"/>
                <wp:lineTo x="2367" y="2976"/>
                <wp:lineTo x="1184" y="3967"/>
                <wp:lineTo x="2367" y="5290"/>
                <wp:lineTo x="0" y="6943"/>
                <wp:lineTo x="0" y="16861"/>
                <wp:lineTo x="7101" y="21159"/>
                <wp:lineTo x="8877" y="21159"/>
                <wp:lineTo x="13019" y="21159"/>
                <wp:lineTo x="14203" y="21159"/>
                <wp:lineTo x="21304" y="16531"/>
                <wp:lineTo x="21304" y="6943"/>
                <wp:lineTo x="20712" y="3967"/>
                <wp:lineTo x="17753" y="1653"/>
                <wp:lineTo x="12427" y="0"/>
                <wp:lineTo x="8877" y="0"/>
              </wp:wrapPolygon>
            </wp:wrapThrough>
            <wp:docPr id="7" name="Imagine 7" descr="Stema_bucur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tema_bucuresti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124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531E91">
        <w:rPr>
          <w:rFonts w:ascii="Times New Roman" w:hAnsi="Times New Roman" w:cs="Times New Roman"/>
          <w:sz w:val="20"/>
          <w:szCs w:val="20"/>
        </w:rPr>
        <w:t>MUNICIPIUL BUCUREŞTI - CONSILIUL LOCAL AL SECTORULUI 4</w:t>
      </w:r>
    </w:p>
    <w:p w:rsidR="00531E91" w:rsidRPr="00531E91" w:rsidRDefault="00531E91" w:rsidP="00531E91">
      <w:pPr>
        <w:pStyle w:val="NoSpacing"/>
        <w:jc w:val="center"/>
        <w:rPr>
          <w:rFonts w:ascii="Times New Roman" w:hAnsi="Times New Roman" w:cs="Times New Roman"/>
          <w:sz w:val="20"/>
          <w:szCs w:val="20"/>
        </w:rPr>
      </w:pPr>
      <w:r w:rsidRPr="00531E91">
        <w:rPr>
          <w:rFonts w:ascii="Times New Roman" w:hAnsi="Times New Roman" w:cs="Times New Roman"/>
          <w:sz w:val="20"/>
          <w:szCs w:val="20"/>
        </w:rPr>
        <w:t>DIRECŢIA GENERALĂ DE ASISTENŢĂ SOCIALĂ ŞI PROTECŢIA COPILULUI SECTOR 4</w:t>
      </w:r>
    </w:p>
    <w:p w:rsidR="00531E91" w:rsidRPr="00CD141B" w:rsidRDefault="00531E91" w:rsidP="00531E91">
      <w:pPr>
        <w:pStyle w:val="Header"/>
        <w:tabs>
          <w:tab w:val="left" w:pos="708"/>
        </w:tabs>
        <w:jc w:val="both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-39370</wp:posOffset>
                </wp:positionH>
                <wp:positionV relativeFrom="paragraph">
                  <wp:posOffset>52400</wp:posOffset>
                </wp:positionV>
                <wp:extent cx="5303520" cy="57785"/>
                <wp:effectExtent l="0" t="0" r="11430" b="37465"/>
                <wp:wrapNone/>
                <wp:docPr id="2064865182" name="Group 2064865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10800000">
                          <a:off x="0" y="0"/>
                          <a:ext cx="5303520" cy="57785"/>
                          <a:chOff x="0" y="0"/>
                          <a:chExt cx="19062" cy="20020"/>
                        </a:xfrm>
                      </wpg:grpSpPr>
                      <wps:wsp>
                        <wps:cNvPr id="1745344953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19062" cy="22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FF0000"/>
                            </a:solidFill>
                            <a:round/>
                            <a:headEnd type="none" w="sm" len="sm"/>
                            <a:tailEnd type="none" w="sm" len="sm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2264327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0" y="19800"/>
                            <a:ext cx="19062" cy="22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FF"/>
                            </a:solidFill>
                            <a:round/>
                            <a:headEnd type="none" w="sm" len="sm"/>
                            <a:tailEnd type="none" w="sm" len="sm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7029084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0" y="11220"/>
                            <a:ext cx="19062" cy="22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FFFF00"/>
                            </a:solidFill>
                            <a:round/>
                            <a:headEnd type="none" w="sm" len="sm"/>
                            <a:tailEnd type="none" w="sm" len="sm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639DE4" id="Group 2064865182" o:spid="_x0000_s1026" style="position:absolute;margin-left:-3.1pt;margin-top:4.15pt;width:417.6pt;height:4.55pt;rotation:180;z-index:251661824" coordsize="19062,20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">
                <v:line id="Line 4" o:spid="_x0000_s1027" style="position:absolute;visibility:visible;mso-wrap-style:square" from="0,0" to="19062,2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" strokecolor="red" strokeweight="2pt">
                  <v:stroke startarrowwidth="narrow" startarrowlength="short" endarrowwidth="narrow" endarrowlength="short"/>
                </v:line>
                <v:line id="Line 5" o:spid="_x0000_s1028" style="position:absolute;visibility:visible;mso-wrap-style:square" from="0,19800" to="19062,200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" strokecolor="blue" strokeweight="2pt">
                  <v:stroke startarrowwidth="narrow" startarrowlength="short" endarrowwidth="narrow" endarrowlength="short"/>
                </v:line>
                <v:line id="Line 6" o:spid="_x0000_s1029" style="position:absolute;visibility:visible;mso-wrap-style:square" from="0,11220" to="19062,114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" strokecolor="yellow" strokeweight="2pt">
                  <v:stroke startarrowwidth="narrow" startarrowlength="short" endarrowwidth="narrow" endarrowlength="short"/>
                </v:line>
              </v:group>
            </w:pict>
          </mc:Fallback>
        </mc:AlternateContent>
      </w:r>
      <w:r>
        <w:rPr>
          <w:sz w:val="20"/>
        </w:rPr>
        <w:tab/>
      </w:r>
    </w:p>
    <w:p w:rsidR="00531E91" w:rsidRPr="00531E91" w:rsidRDefault="00531E91" w:rsidP="00531E91">
      <w:pPr>
        <w:pStyle w:val="Header"/>
        <w:tabs>
          <w:tab w:val="left" w:pos="480"/>
          <w:tab w:val="left" w:pos="708"/>
        </w:tabs>
        <w:rPr>
          <w:rFonts w:ascii="Times New Roman" w:hAnsi="Times New Roman" w:cs="Times New Roman"/>
          <w:sz w:val="20"/>
          <w:szCs w:val="20"/>
        </w:rPr>
      </w:pPr>
      <w:r w:rsidRPr="00531E91">
        <w:rPr>
          <w:rFonts w:ascii="Times New Roman" w:hAnsi="Times New Roman" w:cs="Times New Roman"/>
          <w:sz w:val="20"/>
          <w:szCs w:val="20"/>
        </w:rPr>
        <w:t>CENTRUL MEDICO – SOCIA „SFÂNTUL ANDREI” Şos.Berceni Nr.12A sector 4 Bucureşti</w:t>
      </w:r>
    </w:p>
    <w:p w:rsidR="00531E91" w:rsidRPr="00531E91" w:rsidRDefault="00531E91" w:rsidP="00531E91">
      <w:pPr>
        <w:pStyle w:val="Header"/>
        <w:tabs>
          <w:tab w:val="left" w:pos="480"/>
          <w:tab w:val="left" w:pos="708"/>
        </w:tabs>
        <w:jc w:val="center"/>
        <w:rPr>
          <w:rFonts w:ascii="Times New Roman" w:hAnsi="Times New Roman" w:cs="Times New Roman"/>
          <w:sz w:val="20"/>
          <w:szCs w:val="20"/>
        </w:rPr>
      </w:pPr>
      <w:hyperlink r:id="rId11" w:history="1">
        <w:r w:rsidRPr="00B11B6C">
          <w:rPr>
            <w:rStyle w:val="Hyperlink"/>
            <w:rFonts w:ascii="Times New Roman" w:hAnsi="Times New Roman" w:cs="Times New Roman"/>
            <w:sz w:val="20"/>
            <w:szCs w:val="20"/>
          </w:rPr>
          <w:t>Tel: 021.334.37.25</w:t>
        </w:r>
      </w:hyperlink>
      <w:r w:rsidRPr="00531E91">
        <w:rPr>
          <w:rFonts w:ascii="Times New Roman" w:hAnsi="Times New Roman" w:cs="Times New Roman"/>
          <w:sz w:val="20"/>
          <w:szCs w:val="20"/>
        </w:rPr>
        <w:t>;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531E91">
        <w:rPr>
          <w:rFonts w:ascii="Times New Roman" w:hAnsi="Times New Roman" w:cs="Times New Roman"/>
          <w:sz w:val="20"/>
          <w:szCs w:val="20"/>
        </w:rPr>
        <w:t>021.334.37.36;</w:t>
      </w:r>
      <w:r w:rsidR="00DD6D3F">
        <w:rPr>
          <w:rFonts w:ascii="Times New Roman" w:hAnsi="Times New Roman" w:cs="Times New Roman"/>
          <w:sz w:val="20"/>
          <w:szCs w:val="20"/>
        </w:rPr>
        <w:t xml:space="preserve"> </w:t>
      </w:r>
      <w:r w:rsidRPr="00531E91">
        <w:rPr>
          <w:rFonts w:ascii="Times New Roman" w:hAnsi="Times New Roman" w:cs="Times New Roman"/>
          <w:sz w:val="20"/>
          <w:szCs w:val="20"/>
        </w:rPr>
        <w:t>E-mail:</w:t>
      </w:r>
      <w:hyperlink r:id="rId12" w:history="1">
        <w:r w:rsidRPr="00531E91">
          <w:rPr>
            <w:rStyle w:val="Hyperlink"/>
            <w:rFonts w:ascii="Times New Roman" w:hAnsi="Times New Roman" w:cs="Times New Roman"/>
            <w:sz w:val="20"/>
            <w:szCs w:val="20"/>
          </w:rPr>
          <w:t>cms.sector4@yahoo.ro</w:t>
        </w:r>
      </w:hyperlink>
      <w:r w:rsidRPr="00531E91">
        <w:rPr>
          <w:rFonts w:ascii="Times New Roman" w:hAnsi="Times New Roman" w:cs="Times New Roman"/>
          <w:sz w:val="20"/>
          <w:szCs w:val="20"/>
        </w:rPr>
        <w:t xml:space="preserve">, </w:t>
      </w:r>
      <w:hyperlink r:id="rId13" w:history="1">
        <w:r w:rsidRPr="00531E91">
          <w:rPr>
            <w:rStyle w:val="Hyperlink"/>
            <w:rFonts w:ascii="Times New Roman" w:hAnsi="Times New Roman" w:cs="Times New Roman"/>
            <w:sz w:val="20"/>
            <w:szCs w:val="20"/>
          </w:rPr>
          <w:t>cms.sector4@dgaspc4.ro</w:t>
        </w:r>
      </w:hyperlink>
    </w:p>
    <w:p w:rsidR="00531E91" w:rsidRPr="00531E91" w:rsidRDefault="00531E91" w:rsidP="00531E91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531E91" w:rsidRPr="0067775C" w:rsidRDefault="00531E91" w:rsidP="00531E91">
      <w:pPr>
        <w:jc w:val="both"/>
        <w:rPr>
          <w:b/>
        </w:rPr>
      </w:pPr>
    </w:p>
    <w:p w:rsidR="00531E91" w:rsidRDefault="00531E91" w:rsidP="00531E91">
      <w:pPr>
        <w:spacing w:line="240" w:lineRule="auto"/>
        <w:ind w:left="709"/>
        <w:rPr>
          <w:rFonts w:ascii="Times New Roman" w:hAnsi="Times New Roman"/>
          <w:b/>
          <w:szCs w:val="24"/>
          <w:lang w:val="pt-PT"/>
        </w:rPr>
      </w:pPr>
    </w:p>
    <w:p w:rsidR="00DD6D3F" w:rsidRPr="00EE5EA8" w:rsidRDefault="00DD6D3F" w:rsidP="00531E91">
      <w:pPr>
        <w:spacing w:line="240" w:lineRule="auto"/>
        <w:ind w:left="709"/>
        <w:rPr>
          <w:rFonts w:ascii="Times New Roman" w:hAnsi="Times New Roman"/>
          <w:b/>
          <w:szCs w:val="24"/>
          <w:lang w:val="pt-PT"/>
        </w:rPr>
      </w:pPr>
    </w:p>
    <w:p w:rsidR="00DD6D3F" w:rsidRPr="00DD6D3F" w:rsidRDefault="00531E91" w:rsidP="00DD6D3F">
      <w:pPr>
        <w:spacing w:after="480" w:line="240" w:lineRule="auto"/>
        <w:ind w:left="709"/>
        <w:jc w:val="center"/>
        <w:rPr>
          <w:rFonts w:ascii="Times New Roman" w:hAnsi="Times New Roman" w:cs="Times New Roman"/>
          <w:b/>
          <w:szCs w:val="24"/>
        </w:rPr>
      </w:pPr>
      <w:bookmarkStart w:id="0" w:name="_GoBack"/>
      <w:r w:rsidRPr="009C43C4">
        <w:rPr>
          <w:rFonts w:ascii="Times New Roman" w:hAnsi="Times New Roman"/>
          <w:b/>
          <w:sz w:val="28"/>
          <w:szCs w:val="28"/>
        </w:rPr>
        <w:t>A N U N Ț</w:t>
      </w:r>
      <w:r w:rsidR="00AC23E8" w:rsidRPr="00531E91">
        <w:rPr>
          <w:rFonts w:ascii="Times New Roman" w:hAnsi="Times New Roman" w:cs="Times New Roman"/>
          <w:b/>
          <w:szCs w:val="24"/>
        </w:rPr>
        <w:br/>
      </w:r>
      <w:r w:rsidR="00AC23E8" w:rsidRPr="00DD6D3F">
        <w:rPr>
          <w:rFonts w:ascii="Times New Roman" w:hAnsi="Times New Roman" w:cs="Times New Roman"/>
          <w:b/>
          <w:szCs w:val="24"/>
        </w:rPr>
        <w:t xml:space="preserve">privind amânarea </w:t>
      </w:r>
      <w:r w:rsidR="00AC23E8" w:rsidRPr="00DD6D3F">
        <w:rPr>
          <w:rFonts w:ascii="Times New Roman" w:hAnsi="Times New Roman" w:cs="Times New Roman"/>
          <w:b/>
          <w:szCs w:val="24"/>
        </w:rPr>
        <w:t>probelor unui concurs pentru ocuparea unor posturi vacante</w:t>
      </w:r>
    </w:p>
    <w:bookmarkEnd w:id="0"/>
    <w:p w:rsidR="00531E91" w:rsidRPr="00531E91" w:rsidRDefault="00531E91" w:rsidP="00DD6D3F">
      <w:pPr>
        <w:spacing w:after="0"/>
        <w:ind w:firstLine="709"/>
        <w:jc w:val="both"/>
        <w:rPr>
          <w:rFonts w:ascii="Times New Roman" w:hAnsi="Times New Roman" w:cs="Times New Roman"/>
          <w:szCs w:val="24"/>
        </w:rPr>
      </w:pPr>
      <w:r w:rsidRPr="009C43C4">
        <w:rPr>
          <w:rFonts w:ascii="Times New Roman" w:hAnsi="Times New Roman"/>
          <w:szCs w:val="24"/>
        </w:rPr>
        <w:t xml:space="preserve">Centrul Medico-Social „Sfântul Andrei”, cu sediul în București, Sos. Berceni nr. 12A, sector 4, </w:t>
      </w:r>
      <w:r w:rsidR="00AC23E8" w:rsidRPr="00531E91">
        <w:rPr>
          <w:rFonts w:ascii="Times New Roman" w:hAnsi="Times New Roman" w:cs="Times New Roman"/>
          <w:szCs w:val="24"/>
        </w:rPr>
        <w:t>în conformitate cu prevederile</w:t>
      </w:r>
      <w:r>
        <w:rPr>
          <w:rFonts w:ascii="Times New Roman" w:hAnsi="Times New Roman" w:cs="Times New Roman"/>
          <w:szCs w:val="24"/>
        </w:rPr>
        <w:t xml:space="preserve"> art. 63 din</w:t>
      </w:r>
      <w:r w:rsidR="005F710B">
        <w:rPr>
          <w:rFonts w:ascii="Times New Roman" w:hAnsi="Times New Roman" w:cs="Times New Roman"/>
          <w:szCs w:val="24"/>
        </w:rPr>
        <w:t xml:space="preserve"> Hotărârea</w:t>
      </w:r>
      <w:r w:rsidR="00AC23E8" w:rsidRPr="00531E91">
        <w:rPr>
          <w:rFonts w:ascii="Times New Roman" w:hAnsi="Times New Roman" w:cs="Times New Roman"/>
          <w:szCs w:val="24"/>
        </w:rPr>
        <w:t xml:space="preserve"> Guvernului nr. 1336/2022 pentru aprobarea Regulamentului</w:t>
      </w:r>
      <w:r w:rsidR="00AC23E8" w:rsidRPr="00531E91">
        <w:rPr>
          <w:rFonts w:ascii="Times New Roman" w:hAnsi="Times New Roman" w:cs="Times New Roman"/>
          <w:szCs w:val="24"/>
        </w:rPr>
        <w:t>-cadru privind organizarea și dezvoltarea carierei personalului c</w:t>
      </w:r>
      <w:r>
        <w:rPr>
          <w:rFonts w:ascii="Times New Roman" w:hAnsi="Times New Roman" w:cs="Times New Roman"/>
          <w:szCs w:val="24"/>
        </w:rPr>
        <w:t>ontractual, aduce la cunoștinț</w:t>
      </w:r>
      <w:r>
        <w:rPr>
          <w:rFonts w:ascii="Times New Roman" w:hAnsi="Times New Roman" w:cs="Times New Roman"/>
          <w:szCs w:val="24"/>
          <w:lang w:val="ro-RO"/>
        </w:rPr>
        <w:t xml:space="preserve">ă </w:t>
      </w:r>
      <w:r w:rsidR="00AC23E8" w:rsidRPr="00531E91">
        <w:rPr>
          <w:rFonts w:ascii="Times New Roman" w:hAnsi="Times New Roman" w:cs="Times New Roman"/>
          <w:b/>
          <w:szCs w:val="24"/>
        </w:rPr>
        <w:t>AMÂNAREA probelor</w:t>
      </w:r>
      <w:r w:rsidR="00AC23E8" w:rsidRPr="00531E91">
        <w:rPr>
          <w:rFonts w:ascii="Times New Roman" w:hAnsi="Times New Roman" w:cs="Times New Roman"/>
          <w:szCs w:val="24"/>
        </w:rPr>
        <w:t xml:space="preserve"> din cadrul concursului org</w:t>
      </w:r>
      <w:r>
        <w:rPr>
          <w:rFonts w:ascii="Times New Roman" w:hAnsi="Times New Roman" w:cs="Times New Roman"/>
          <w:szCs w:val="24"/>
        </w:rPr>
        <w:t xml:space="preserve">anizat pentru ocuparea </w:t>
      </w:r>
      <w:r w:rsidR="00AC23E8" w:rsidRPr="00531E91">
        <w:rPr>
          <w:rFonts w:ascii="Times New Roman" w:hAnsi="Times New Roman" w:cs="Times New Roman"/>
          <w:szCs w:val="24"/>
        </w:rPr>
        <w:t>posturilor vacante de:</w:t>
      </w:r>
    </w:p>
    <w:p w:rsidR="00531E91" w:rsidRPr="009C43C4" w:rsidRDefault="00531E91" w:rsidP="00DD6D3F">
      <w:pPr>
        <w:pStyle w:val="NormalWeb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New" w:hAnsi="New"/>
        </w:rPr>
      </w:pPr>
      <w:r w:rsidRPr="009C43C4">
        <w:rPr>
          <w:rFonts w:ascii="New" w:hAnsi="New"/>
          <w:lang w:val="it-IT"/>
        </w:rPr>
        <w:t>DENUMIREA POSTULUI: </w:t>
      </w:r>
      <w:r>
        <w:rPr>
          <w:rFonts w:ascii="New" w:hAnsi="New"/>
          <w:b/>
          <w:bCs/>
          <w:lang w:val="it-IT"/>
        </w:rPr>
        <w:t>Asistent medical principal (PL)</w:t>
      </w:r>
    </w:p>
    <w:p w:rsidR="00531E91" w:rsidRPr="009C43C4" w:rsidRDefault="00531E91" w:rsidP="00531E91">
      <w:pPr>
        <w:pStyle w:val="NormalWeb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New" w:hAnsi="New"/>
        </w:rPr>
      </w:pPr>
      <w:r w:rsidRPr="009C43C4">
        <w:rPr>
          <w:rFonts w:ascii="New" w:hAnsi="New"/>
          <w:lang w:val="it-IT"/>
        </w:rPr>
        <w:t>NUMĂRUL POSTURILOR: 1 post vacant</w:t>
      </w:r>
    </w:p>
    <w:p w:rsidR="00531E91" w:rsidRPr="009C43C4" w:rsidRDefault="00531E91" w:rsidP="00531E91">
      <w:pPr>
        <w:pStyle w:val="NormalWeb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New" w:hAnsi="New"/>
        </w:rPr>
      </w:pPr>
      <w:r w:rsidRPr="009C43C4">
        <w:rPr>
          <w:rFonts w:ascii="New" w:hAnsi="New"/>
          <w:lang w:val="it-IT"/>
        </w:rPr>
        <w:t>NIVELUL POSTULUI: funcție de execuție</w:t>
      </w:r>
    </w:p>
    <w:p w:rsidR="00531E91" w:rsidRPr="009C43C4" w:rsidRDefault="00531E91" w:rsidP="00531E91">
      <w:pPr>
        <w:pStyle w:val="NormalWeb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New" w:hAnsi="New"/>
        </w:rPr>
      </w:pPr>
      <w:r w:rsidRPr="009C43C4">
        <w:rPr>
          <w:rFonts w:ascii="New" w:hAnsi="New"/>
          <w:lang w:val="it-IT"/>
        </w:rPr>
        <w:t>COMPARTIMENT/STRUCTURĂ: Sec</w:t>
      </w:r>
      <w:r>
        <w:rPr>
          <w:rFonts w:ascii="New" w:hAnsi="New"/>
          <w:lang w:val="it-IT"/>
        </w:rPr>
        <w:t>ț</w:t>
      </w:r>
      <w:r w:rsidRPr="009C43C4">
        <w:rPr>
          <w:rFonts w:ascii="New" w:hAnsi="New"/>
          <w:lang w:val="it-IT"/>
        </w:rPr>
        <w:t>ia medical</w:t>
      </w:r>
      <w:r>
        <w:rPr>
          <w:rFonts w:ascii="New" w:hAnsi="New"/>
          <w:lang w:val="it-IT"/>
        </w:rPr>
        <w:t>ă</w:t>
      </w:r>
    </w:p>
    <w:p w:rsidR="00531E91" w:rsidRPr="009C43C4" w:rsidRDefault="00531E91" w:rsidP="00531E91">
      <w:pPr>
        <w:pStyle w:val="NormalWeb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New" w:hAnsi="New"/>
        </w:rPr>
      </w:pPr>
      <w:r w:rsidRPr="009C43C4">
        <w:rPr>
          <w:rFonts w:ascii="New" w:hAnsi="New"/>
          <w:lang w:val="it-IT"/>
        </w:rPr>
        <w:t>DURATA TIMPULUI DE LUCRU: 8 ore pe zi; 40 de ore pe săptămână</w:t>
      </w:r>
    </w:p>
    <w:p w:rsidR="00531E91" w:rsidRDefault="00531E91" w:rsidP="00531E91">
      <w:pPr>
        <w:pStyle w:val="NormalWeb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New" w:hAnsi="New"/>
          <w:lang w:val="it-IT"/>
        </w:rPr>
      </w:pPr>
      <w:r w:rsidRPr="009C43C4">
        <w:rPr>
          <w:rFonts w:ascii="New" w:hAnsi="New"/>
          <w:lang w:val="it-IT"/>
        </w:rPr>
        <w:t>PERIOADA: nedeterminată</w:t>
      </w:r>
    </w:p>
    <w:p w:rsidR="00531E91" w:rsidRDefault="00531E91" w:rsidP="00531E91">
      <w:pPr>
        <w:pStyle w:val="NormalWeb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New" w:hAnsi="New"/>
          <w:lang w:val="it-IT"/>
        </w:rPr>
      </w:pPr>
    </w:p>
    <w:p w:rsidR="00531E91" w:rsidRPr="009C43C4" w:rsidRDefault="00531E91" w:rsidP="00531E91">
      <w:pPr>
        <w:pStyle w:val="NormalWeb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New" w:hAnsi="New"/>
        </w:rPr>
      </w:pPr>
      <w:r w:rsidRPr="009C43C4">
        <w:rPr>
          <w:rFonts w:ascii="New" w:hAnsi="New"/>
          <w:lang w:val="it-IT"/>
        </w:rPr>
        <w:t>DENUMIREA POSTULUI: </w:t>
      </w:r>
      <w:r>
        <w:rPr>
          <w:rFonts w:ascii="New" w:hAnsi="New"/>
          <w:b/>
          <w:bCs/>
          <w:lang w:val="it-IT"/>
        </w:rPr>
        <w:t>Infirmieră</w:t>
      </w:r>
    </w:p>
    <w:p w:rsidR="00531E91" w:rsidRPr="009C43C4" w:rsidRDefault="00531E91" w:rsidP="00531E91">
      <w:pPr>
        <w:pStyle w:val="NormalWeb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New" w:hAnsi="New"/>
        </w:rPr>
      </w:pPr>
      <w:r w:rsidRPr="009C43C4">
        <w:rPr>
          <w:rFonts w:ascii="New" w:hAnsi="New"/>
          <w:lang w:val="it-IT"/>
        </w:rPr>
        <w:t xml:space="preserve">NUMĂRUL POSTURILOR: </w:t>
      </w:r>
      <w:r>
        <w:rPr>
          <w:rFonts w:ascii="New" w:hAnsi="New"/>
          <w:lang w:val="it-IT"/>
        </w:rPr>
        <w:t>6</w:t>
      </w:r>
      <w:r w:rsidRPr="009C43C4">
        <w:rPr>
          <w:rFonts w:ascii="New" w:hAnsi="New"/>
          <w:lang w:val="it-IT"/>
        </w:rPr>
        <w:t xml:space="preserve"> post</w:t>
      </w:r>
      <w:r>
        <w:rPr>
          <w:rFonts w:ascii="New" w:hAnsi="New"/>
          <w:lang w:val="it-IT"/>
        </w:rPr>
        <w:t>uri</w:t>
      </w:r>
      <w:r w:rsidRPr="009C43C4">
        <w:rPr>
          <w:rFonts w:ascii="New" w:hAnsi="New"/>
          <w:lang w:val="it-IT"/>
        </w:rPr>
        <w:t xml:space="preserve"> vacant</w:t>
      </w:r>
      <w:r>
        <w:rPr>
          <w:rFonts w:ascii="New" w:hAnsi="New"/>
          <w:lang w:val="it-IT"/>
        </w:rPr>
        <w:t>e</w:t>
      </w:r>
    </w:p>
    <w:p w:rsidR="00531E91" w:rsidRPr="009C43C4" w:rsidRDefault="00531E91" w:rsidP="00531E91">
      <w:pPr>
        <w:pStyle w:val="NormalWeb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New" w:hAnsi="New"/>
        </w:rPr>
      </w:pPr>
      <w:r w:rsidRPr="009C43C4">
        <w:rPr>
          <w:rFonts w:ascii="New" w:hAnsi="New"/>
          <w:lang w:val="it-IT"/>
        </w:rPr>
        <w:t>NIVELUL POSTULUI: funcție de execuție</w:t>
      </w:r>
    </w:p>
    <w:p w:rsidR="00531E91" w:rsidRPr="009C43C4" w:rsidRDefault="00531E91" w:rsidP="00531E91">
      <w:pPr>
        <w:pStyle w:val="NormalWeb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New" w:hAnsi="New"/>
        </w:rPr>
      </w:pPr>
      <w:r w:rsidRPr="009C43C4">
        <w:rPr>
          <w:rFonts w:ascii="New" w:hAnsi="New"/>
          <w:lang w:val="it-IT"/>
        </w:rPr>
        <w:t>COMPARTIMENT/STRUCTURĂ: Sec</w:t>
      </w:r>
      <w:r>
        <w:rPr>
          <w:rFonts w:ascii="New" w:hAnsi="New"/>
          <w:lang w:val="it-IT"/>
        </w:rPr>
        <w:t>ț</w:t>
      </w:r>
      <w:r w:rsidRPr="009C43C4">
        <w:rPr>
          <w:rFonts w:ascii="New" w:hAnsi="New"/>
          <w:lang w:val="it-IT"/>
        </w:rPr>
        <w:t>ia medical</w:t>
      </w:r>
      <w:r>
        <w:rPr>
          <w:rFonts w:ascii="New" w:hAnsi="New"/>
          <w:lang w:val="it-IT"/>
        </w:rPr>
        <w:t>ă</w:t>
      </w:r>
    </w:p>
    <w:p w:rsidR="00531E91" w:rsidRPr="009C43C4" w:rsidRDefault="00531E91" w:rsidP="00531E91">
      <w:pPr>
        <w:pStyle w:val="NormalWeb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New" w:hAnsi="New"/>
        </w:rPr>
      </w:pPr>
      <w:r w:rsidRPr="009C43C4">
        <w:rPr>
          <w:rFonts w:ascii="New" w:hAnsi="New"/>
          <w:lang w:val="it-IT"/>
        </w:rPr>
        <w:t>DURATA TIMPULUI DE LUCRU: 8 ore pe zi; 40 de ore pe săptămână</w:t>
      </w:r>
    </w:p>
    <w:p w:rsidR="00531E91" w:rsidRPr="009C43C4" w:rsidRDefault="00531E91" w:rsidP="00531E91">
      <w:pPr>
        <w:pStyle w:val="NormalWeb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New" w:hAnsi="New"/>
          <w:lang w:val="it-IT"/>
        </w:rPr>
      </w:pPr>
      <w:r w:rsidRPr="009C43C4">
        <w:rPr>
          <w:rFonts w:ascii="New" w:hAnsi="New"/>
          <w:lang w:val="it-IT"/>
        </w:rPr>
        <w:t>PERIOADA: nedeterminată</w:t>
      </w:r>
    </w:p>
    <w:p w:rsidR="00531E91" w:rsidRDefault="00531E91" w:rsidP="00531E91">
      <w:pPr>
        <w:pStyle w:val="NormalWeb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New" w:hAnsi="New"/>
          <w:lang w:val="it-IT"/>
        </w:rPr>
      </w:pPr>
    </w:p>
    <w:p w:rsidR="00531E91" w:rsidRPr="009C43C4" w:rsidRDefault="00531E91" w:rsidP="00531E91">
      <w:pPr>
        <w:pStyle w:val="NormalWeb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New" w:hAnsi="New"/>
        </w:rPr>
      </w:pPr>
      <w:r w:rsidRPr="009C43C4">
        <w:rPr>
          <w:rFonts w:ascii="New" w:hAnsi="New"/>
          <w:lang w:val="it-IT"/>
        </w:rPr>
        <w:t>DENUMIREA POSTULUI: </w:t>
      </w:r>
      <w:r>
        <w:rPr>
          <w:rFonts w:ascii="New" w:hAnsi="New"/>
          <w:b/>
          <w:bCs/>
          <w:lang w:val="it-IT"/>
        </w:rPr>
        <w:t>Îngrijitoare curățenie</w:t>
      </w:r>
    </w:p>
    <w:p w:rsidR="00531E91" w:rsidRPr="009C43C4" w:rsidRDefault="00531E91" w:rsidP="00531E91">
      <w:pPr>
        <w:pStyle w:val="NormalWeb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New" w:hAnsi="New"/>
        </w:rPr>
      </w:pPr>
      <w:r w:rsidRPr="009C43C4">
        <w:rPr>
          <w:rFonts w:ascii="New" w:hAnsi="New"/>
          <w:lang w:val="it-IT"/>
        </w:rPr>
        <w:t>NUMĂRUL POSTURILOR: 1 post vacant</w:t>
      </w:r>
    </w:p>
    <w:p w:rsidR="00531E91" w:rsidRPr="009C43C4" w:rsidRDefault="00531E91" w:rsidP="00531E91">
      <w:pPr>
        <w:pStyle w:val="NormalWeb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New" w:hAnsi="New"/>
        </w:rPr>
      </w:pPr>
      <w:r w:rsidRPr="009C43C4">
        <w:rPr>
          <w:rFonts w:ascii="New" w:hAnsi="New"/>
          <w:lang w:val="it-IT"/>
        </w:rPr>
        <w:t>NIVELUL POSTULUI: funcție de execuție</w:t>
      </w:r>
    </w:p>
    <w:p w:rsidR="00531E91" w:rsidRPr="009C43C4" w:rsidRDefault="00531E91" w:rsidP="00531E91">
      <w:pPr>
        <w:pStyle w:val="NormalWeb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New" w:hAnsi="New"/>
        </w:rPr>
      </w:pPr>
      <w:r w:rsidRPr="009C43C4">
        <w:rPr>
          <w:rFonts w:ascii="New" w:hAnsi="New"/>
          <w:lang w:val="it-IT"/>
        </w:rPr>
        <w:t>COMPARTIMENT/STRUCTURĂ: Sec</w:t>
      </w:r>
      <w:r>
        <w:rPr>
          <w:rFonts w:ascii="New" w:hAnsi="New"/>
          <w:lang w:val="it-IT"/>
        </w:rPr>
        <w:t>ț</w:t>
      </w:r>
      <w:r w:rsidRPr="009C43C4">
        <w:rPr>
          <w:rFonts w:ascii="New" w:hAnsi="New"/>
          <w:lang w:val="it-IT"/>
        </w:rPr>
        <w:t>ia medical</w:t>
      </w:r>
      <w:r>
        <w:rPr>
          <w:rFonts w:ascii="New" w:hAnsi="New"/>
          <w:lang w:val="it-IT"/>
        </w:rPr>
        <w:t>ă</w:t>
      </w:r>
    </w:p>
    <w:p w:rsidR="00531E91" w:rsidRPr="009C43C4" w:rsidRDefault="00531E91" w:rsidP="00531E91">
      <w:pPr>
        <w:pStyle w:val="NormalWeb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New" w:hAnsi="New"/>
        </w:rPr>
      </w:pPr>
      <w:r w:rsidRPr="009C43C4">
        <w:rPr>
          <w:rFonts w:ascii="New" w:hAnsi="New"/>
          <w:lang w:val="it-IT"/>
        </w:rPr>
        <w:t>DURATA TIMPULUI DE LUCRU: 8 ore pe zi; 40 de ore pe săptămână</w:t>
      </w:r>
    </w:p>
    <w:p w:rsidR="00531E91" w:rsidRDefault="00531E91" w:rsidP="00531E91">
      <w:pPr>
        <w:pStyle w:val="NormalWeb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New" w:hAnsi="New"/>
          <w:lang w:val="it-IT"/>
        </w:rPr>
      </w:pPr>
      <w:r w:rsidRPr="009C43C4">
        <w:rPr>
          <w:rFonts w:ascii="New" w:hAnsi="New"/>
          <w:lang w:val="it-IT"/>
        </w:rPr>
        <w:t>PERIOADA: nedeterminată</w:t>
      </w:r>
    </w:p>
    <w:p w:rsidR="00531E91" w:rsidRDefault="00531E91" w:rsidP="00531E91">
      <w:pPr>
        <w:pStyle w:val="NormalWeb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New" w:hAnsi="New"/>
          <w:lang w:val="it-IT"/>
        </w:rPr>
      </w:pPr>
    </w:p>
    <w:p w:rsidR="00531E91" w:rsidRPr="009C43C4" w:rsidRDefault="00531E91" w:rsidP="00531E91">
      <w:pPr>
        <w:pStyle w:val="NormalWeb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New" w:hAnsi="New"/>
        </w:rPr>
      </w:pPr>
      <w:r w:rsidRPr="009C43C4">
        <w:rPr>
          <w:rFonts w:ascii="New" w:hAnsi="New"/>
          <w:lang w:val="it-IT"/>
        </w:rPr>
        <w:t>DENUMIREA POSTULUI: </w:t>
      </w:r>
      <w:r>
        <w:rPr>
          <w:rFonts w:ascii="New" w:hAnsi="New"/>
          <w:b/>
          <w:bCs/>
          <w:lang w:val="it-IT"/>
        </w:rPr>
        <w:t>Spălătoreasă</w:t>
      </w:r>
    </w:p>
    <w:p w:rsidR="00531E91" w:rsidRPr="009C43C4" w:rsidRDefault="00531E91" w:rsidP="00531E91">
      <w:pPr>
        <w:pStyle w:val="NormalWeb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New" w:hAnsi="New"/>
        </w:rPr>
      </w:pPr>
      <w:r w:rsidRPr="009C43C4">
        <w:rPr>
          <w:rFonts w:ascii="New" w:hAnsi="New"/>
          <w:lang w:val="it-IT"/>
        </w:rPr>
        <w:t>NUMĂRUL POSTURILOR: 1 post vacant</w:t>
      </w:r>
    </w:p>
    <w:p w:rsidR="00531E91" w:rsidRPr="009C43C4" w:rsidRDefault="00531E91" w:rsidP="00531E91">
      <w:pPr>
        <w:pStyle w:val="NormalWeb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New" w:hAnsi="New"/>
        </w:rPr>
      </w:pPr>
      <w:r w:rsidRPr="009C43C4">
        <w:rPr>
          <w:rFonts w:ascii="New" w:hAnsi="New"/>
          <w:lang w:val="it-IT"/>
        </w:rPr>
        <w:t>NIVELUL POSTULUI: funcție de execuție</w:t>
      </w:r>
    </w:p>
    <w:p w:rsidR="00531E91" w:rsidRPr="009C43C4" w:rsidRDefault="00531E91" w:rsidP="00531E91">
      <w:pPr>
        <w:pStyle w:val="NormalWeb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New" w:hAnsi="New"/>
        </w:rPr>
      </w:pPr>
      <w:r w:rsidRPr="009C43C4">
        <w:rPr>
          <w:rFonts w:ascii="New" w:hAnsi="New"/>
          <w:lang w:val="it-IT"/>
        </w:rPr>
        <w:lastRenderedPageBreak/>
        <w:t>COMPARTIMENT/STRUCTURĂ: Sec</w:t>
      </w:r>
      <w:r>
        <w:rPr>
          <w:rFonts w:ascii="New" w:hAnsi="New"/>
          <w:lang w:val="it-IT"/>
        </w:rPr>
        <w:t>ț</w:t>
      </w:r>
      <w:r w:rsidRPr="009C43C4">
        <w:rPr>
          <w:rFonts w:ascii="New" w:hAnsi="New"/>
          <w:lang w:val="it-IT"/>
        </w:rPr>
        <w:t>ia medical</w:t>
      </w:r>
      <w:r>
        <w:rPr>
          <w:rFonts w:ascii="New" w:hAnsi="New"/>
          <w:lang w:val="it-IT"/>
        </w:rPr>
        <w:t>ă</w:t>
      </w:r>
    </w:p>
    <w:p w:rsidR="00531E91" w:rsidRPr="009C43C4" w:rsidRDefault="00531E91" w:rsidP="00531E91">
      <w:pPr>
        <w:pStyle w:val="NormalWeb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New" w:hAnsi="New"/>
        </w:rPr>
      </w:pPr>
      <w:r w:rsidRPr="009C43C4">
        <w:rPr>
          <w:rFonts w:ascii="New" w:hAnsi="New"/>
          <w:lang w:val="it-IT"/>
        </w:rPr>
        <w:t>DURATA TIMPULUI DE LUCRU: 8 ore pe zi; 40 de ore pe săptămână</w:t>
      </w:r>
    </w:p>
    <w:p w:rsidR="00531E91" w:rsidRDefault="00531E91" w:rsidP="00531E91">
      <w:pPr>
        <w:pStyle w:val="NormalWeb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New" w:hAnsi="New"/>
          <w:lang w:val="it-IT"/>
        </w:rPr>
      </w:pPr>
      <w:r w:rsidRPr="009C43C4">
        <w:rPr>
          <w:rFonts w:ascii="New" w:hAnsi="New"/>
          <w:lang w:val="it-IT"/>
        </w:rPr>
        <w:t>PERIOADA: nedeterminată</w:t>
      </w:r>
    </w:p>
    <w:p w:rsidR="00531E91" w:rsidRPr="00215F83" w:rsidRDefault="00531E91" w:rsidP="00531E91">
      <w:pPr>
        <w:pStyle w:val="NormalWeb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New" w:hAnsi="New"/>
          <w:lang w:val="it-IT"/>
        </w:rPr>
      </w:pPr>
    </w:p>
    <w:p w:rsidR="00531E91" w:rsidRPr="009C43C4" w:rsidRDefault="00531E91" w:rsidP="00531E91">
      <w:pPr>
        <w:pStyle w:val="NormalWeb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New" w:hAnsi="New"/>
        </w:rPr>
      </w:pPr>
      <w:r w:rsidRPr="009C43C4">
        <w:rPr>
          <w:rFonts w:ascii="New" w:hAnsi="New"/>
          <w:lang w:val="it-IT"/>
        </w:rPr>
        <w:t>DENUMIREA POSTULUI: </w:t>
      </w:r>
      <w:r>
        <w:rPr>
          <w:rFonts w:ascii="New" w:hAnsi="New"/>
          <w:b/>
          <w:bCs/>
          <w:lang w:val="it-IT"/>
        </w:rPr>
        <w:t>Brancardier</w:t>
      </w:r>
    </w:p>
    <w:p w:rsidR="00531E91" w:rsidRPr="009C43C4" w:rsidRDefault="00531E91" w:rsidP="00531E91">
      <w:pPr>
        <w:pStyle w:val="NormalWeb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New" w:hAnsi="New"/>
        </w:rPr>
      </w:pPr>
      <w:r w:rsidRPr="009C43C4">
        <w:rPr>
          <w:rFonts w:ascii="New" w:hAnsi="New"/>
          <w:lang w:val="it-IT"/>
        </w:rPr>
        <w:t>NUMĂRUL POSTURILOR: 1 post vacant</w:t>
      </w:r>
    </w:p>
    <w:p w:rsidR="00531E91" w:rsidRPr="009C43C4" w:rsidRDefault="00531E91" w:rsidP="00531E91">
      <w:pPr>
        <w:pStyle w:val="NormalWeb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New" w:hAnsi="New"/>
        </w:rPr>
      </w:pPr>
      <w:r w:rsidRPr="009C43C4">
        <w:rPr>
          <w:rFonts w:ascii="New" w:hAnsi="New"/>
          <w:lang w:val="it-IT"/>
        </w:rPr>
        <w:t>NIVELUL POSTULUI: funcție de execuție</w:t>
      </w:r>
    </w:p>
    <w:p w:rsidR="00531E91" w:rsidRPr="009C43C4" w:rsidRDefault="00531E91" w:rsidP="00531E91">
      <w:pPr>
        <w:pStyle w:val="NormalWeb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New" w:hAnsi="New"/>
        </w:rPr>
      </w:pPr>
      <w:r w:rsidRPr="009C43C4">
        <w:rPr>
          <w:rFonts w:ascii="New" w:hAnsi="New"/>
          <w:lang w:val="it-IT"/>
        </w:rPr>
        <w:t>COMPARTIMENT/STRUCTURĂ: Sec</w:t>
      </w:r>
      <w:r>
        <w:rPr>
          <w:rFonts w:ascii="New" w:hAnsi="New"/>
          <w:lang w:val="it-IT"/>
        </w:rPr>
        <w:t>ț</w:t>
      </w:r>
      <w:r w:rsidRPr="009C43C4">
        <w:rPr>
          <w:rFonts w:ascii="New" w:hAnsi="New"/>
          <w:lang w:val="it-IT"/>
        </w:rPr>
        <w:t>ia medical</w:t>
      </w:r>
      <w:r>
        <w:rPr>
          <w:rFonts w:ascii="New" w:hAnsi="New"/>
          <w:lang w:val="it-IT"/>
        </w:rPr>
        <w:t>ă</w:t>
      </w:r>
    </w:p>
    <w:p w:rsidR="00531E91" w:rsidRPr="009C43C4" w:rsidRDefault="00531E91" w:rsidP="00531E91">
      <w:pPr>
        <w:pStyle w:val="NormalWeb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New" w:hAnsi="New"/>
        </w:rPr>
      </w:pPr>
      <w:r w:rsidRPr="009C43C4">
        <w:rPr>
          <w:rFonts w:ascii="New" w:hAnsi="New"/>
          <w:lang w:val="it-IT"/>
        </w:rPr>
        <w:t>DURATA TIMPULUI DE LUCRU: 8 ore pe zi; 40 de ore pe săptămână</w:t>
      </w:r>
    </w:p>
    <w:p w:rsidR="004E72DA" w:rsidRPr="005F710B" w:rsidRDefault="00531E91" w:rsidP="005F710B">
      <w:pPr>
        <w:pStyle w:val="NormalWeb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New" w:hAnsi="New"/>
          <w:lang w:val="it-IT"/>
        </w:rPr>
      </w:pPr>
      <w:r w:rsidRPr="009C43C4">
        <w:rPr>
          <w:rFonts w:ascii="New" w:hAnsi="New"/>
          <w:lang w:val="it-IT"/>
        </w:rPr>
        <w:t>PERIOADA: nedeterminată</w:t>
      </w:r>
    </w:p>
    <w:p w:rsidR="004E72DA" w:rsidRPr="00531E91" w:rsidRDefault="00AC23E8">
      <w:pPr>
        <w:spacing w:after="240"/>
        <w:ind w:firstLine="720"/>
        <w:jc w:val="both"/>
        <w:rPr>
          <w:rFonts w:ascii="Times New Roman" w:hAnsi="Times New Roman" w:cs="Times New Roman"/>
          <w:szCs w:val="24"/>
        </w:rPr>
      </w:pPr>
      <w:r w:rsidRPr="00531E91">
        <w:rPr>
          <w:rFonts w:ascii="Times New Roman" w:hAnsi="Times New Roman" w:cs="Times New Roman"/>
          <w:szCs w:val="24"/>
        </w:rPr>
        <w:t xml:space="preserve">Concursul a fost anunțat inițial </w:t>
      </w:r>
      <w:r w:rsidR="005F710B">
        <w:rPr>
          <w:rFonts w:ascii="Times New Roman" w:hAnsi="Times New Roman" w:cs="Times New Roman"/>
          <w:szCs w:val="24"/>
        </w:rPr>
        <w:t>pe site-ul posture.gov.ro, afișat</w:t>
      </w:r>
      <w:r w:rsidRPr="00531E91">
        <w:rPr>
          <w:rFonts w:ascii="Times New Roman" w:hAnsi="Times New Roman" w:cs="Times New Roman"/>
          <w:szCs w:val="24"/>
        </w:rPr>
        <w:t xml:space="preserve"> la sediul instituției și pe p</w:t>
      </w:r>
      <w:r w:rsidRPr="00531E91">
        <w:rPr>
          <w:rFonts w:ascii="Times New Roman" w:hAnsi="Times New Roman" w:cs="Times New Roman"/>
          <w:szCs w:val="24"/>
        </w:rPr>
        <w:t>agina de internet</w:t>
      </w:r>
      <w:r w:rsidR="005F710B">
        <w:rPr>
          <w:rFonts w:ascii="Times New Roman" w:hAnsi="Times New Roman" w:cs="Times New Roman"/>
          <w:szCs w:val="24"/>
        </w:rPr>
        <w:t xml:space="preserve"> a instituției</w:t>
      </w:r>
      <w:r w:rsidRPr="00531E91">
        <w:rPr>
          <w:rFonts w:ascii="Times New Roman" w:hAnsi="Times New Roman" w:cs="Times New Roman"/>
          <w:szCs w:val="24"/>
        </w:rPr>
        <w:t>. Din motive obiective</w:t>
      </w:r>
      <w:r w:rsidRPr="00531E91">
        <w:rPr>
          <w:rFonts w:ascii="Times New Roman" w:hAnsi="Times New Roman" w:cs="Times New Roman"/>
          <w:szCs w:val="24"/>
        </w:rPr>
        <w:t xml:space="preserve">, </w:t>
      </w:r>
      <w:r w:rsidRPr="00531E91">
        <w:rPr>
          <w:rFonts w:ascii="Times New Roman" w:hAnsi="Times New Roman" w:cs="Times New Roman"/>
          <w:szCs w:val="24"/>
        </w:rPr>
        <w:t>calendarul de desfășurare a probelor se</w:t>
      </w:r>
      <w:r w:rsidRPr="00531E91">
        <w:rPr>
          <w:rFonts w:ascii="Times New Roman" w:hAnsi="Times New Roman" w:cs="Times New Roman"/>
          <w:szCs w:val="24"/>
        </w:rPr>
        <w:t xml:space="preserve"> modifică după cum urmează:</w:t>
      </w:r>
    </w:p>
    <w:tbl>
      <w:tblPr>
        <w:tblW w:w="10228" w:type="dxa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7"/>
        <w:gridCol w:w="6473"/>
        <w:gridCol w:w="3118"/>
      </w:tblGrid>
      <w:tr w:rsidR="005F710B" w:rsidRPr="009C43C4" w:rsidTr="005F710B">
        <w:trPr>
          <w:trHeight w:val="284"/>
        </w:trPr>
        <w:tc>
          <w:tcPr>
            <w:tcW w:w="637" w:type="dxa"/>
          </w:tcPr>
          <w:p w:rsidR="005F710B" w:rsidRPr="009C43C4" w:rsidRDefault="005F710B" w:rsidP="008562AF">
            <w:pPr>
              <w:pStyle w:val="TableParagraph"/>
              <w:spacing w:before="120" w:line="270" w:lineRule="atLeast"/>
              <w:ind w:left="141" w:right="113" w:firstLine="7"/>
              <w:rPr>
                <w:b/>
                <w:sz w:val="24"/>
                <w:szCs w:val="24"/>
              </w:rPr>
            </w:pPr>
            <w:r w:rsidRPr="009C43C4">
              <w:rPr>
                <w:b/>
                <w:sz w:val="24"/>
                <w:szCs w:val="24"/>
              </w:rPr>
              <w:t>Nr.</w:t>
            </w:r>
            <w:r w:rsidRPr="009C43C4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9C43C4">
              <w:rPr>
                <w:b/>
                <w:sz w:val="24"/>
                <w:szCs w:val="24"/>
              </w:rPr>
              <w:t>crt.</w:t>
            </w:r>
          </w:p>
        </w:tc>
        <w:tc>
          <w:tcPr>
            <w:tcW w:w="6473" w:type="dxa"/>
          </w:tcPr>
          <w:p w:rsidR="005F710B" w:rsidRPr="009C43C4" w:rsidRDefault="005F710B" w:rsidP="008562AF">
            <w:pPr>
              <w:pStyle w:val="TableParagraph"/>
              <w:spacing w:before="120"/>
              <w:ind w:left="94" w:right="142"/>
              <w:jc w:val="center"/>
              <w:rPr>
                <w:b/>
                <w:sz w:val="24"/>
                <w:szCs w:val="24"/>
              </w:rPr>
            </w:pPr>
            <w:r w:rsidRPr="009C43C4">
              <w:rPr>
                <w:b/>
                <w:sz w:val="24"/>
                <w:szCs w:val="24"/>
              </w:rPr>
              <w:t>Activităţi</w:t>
            </w:r>
          </w:p>
        </w:tc>
        <w:tc>
          <w:tcPr>
            <w:tcW w:w="3118" w:type="dxa"/>
          </w:tcPr>
          <w:p w:rsidR="005F710B" w:rsidRPr="009C43C4" w:rsidRDefault="005F710B" w:rsidP="008562AF">
            <w:pPr>
              <w:pStyle w:val="TableParagraph"/>
              <w:spacing w:before="120"/>
              <w:ind w:left="206" w:right="197"/>
              <w:rPr>
                <w:b/>
                <w:sz w:val="24"/>
                <w:szCs w:val="24"/>
              </w:rPr>
            </w:pPr>
            <w:r w:rsidRPr="009C43C4">
              <w:rPr>
                <w:b/>
                <w:sz w:val="24"/>
                <w:szCs w:val="24"/>
              </w:rPr>
              <w:t>Data</w:t>
            </w:r>
          </w:p>
        </w:tc>
      </w:tr>
      <w:tr w:rsidR="005F710B" w:rsidRPr="009C43C4" w:rsidTr="005F710B">
        <w:trPr>
          <w:trHeight w:val="284"/>
        </w:trPr>
        <w:tc>
          <w:tcPr>
            <w:tcW w:w="637" w:type="dxa"/>
          </w:tcPr>
          <w:p w:rsidR="005F710B" w:rsidRPr="009C6751" w:rsidRDefault="005F710B" w:rsidP="008562AF">
            <w:pPr>
              <w:pStyle w:val="TableParagraph"/>
              <w:spacing w:before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473" w:type="dxa"/>
          </w:tcPr>
          <w:p w:rsidR="005F710B" w:rsidRPr="00850C54" w:rsidRDefault="005F710B" w:rsidP="008562AF">
            <w:pPr>
              <w:pStyle w:val="TableParagraph"/>
              <w:spacing w:before="120"/>
              <w:ind w:left="107"/>
              <w:rPr>
                <w:b/>
                <w:sz w:val="24"/>
                <w:szCs w:val="24"/>
              </w:rPr>
            </w:pPr>
            <w:r w:rsidRPr="00850C54">
              <w:rPr>
                <w:b/>
                <w:sz w:val="24"/>
                <w:szCs w:val="24"/>
              </w:rPr>
              <w:t>Susţinerea</w:t>
            </w:r>
            <w:r w:rsidRPr="00850C54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850C54">
              <w:rPr>
                <w:b/>
                <w:sz w:val="24"/>
                <w:szCs w:val="24"/>
              </w:rPr>
              <w:t>probei</w:t>
            </w:r>
            <w:r w:rsidRPr="00850C54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850C54">
              <w:rPr>
                <w:b/>
                <w:sz w:val="24"/>
                <w:szCs w:val="24"/>
              </w:rPr>
              <w:t>scrise</w:t>
            </w:r>
          </w:p>
        </w:tc>
        <w:tc>
          <w:tcPr>
            <w:tcW w:w="3118" w:type="dxa"/>
          </w:tcPr>
          <w:p w:rsidR="005F710B" w:rsidRPr="00850C54" w:rsidRDefault="005F710B" w:rsidP="008562AF">
            <w:pPr>
              <w:pStyle w:val="TableParagraph"/>
              <w:spacing w:before="120"/>
              <w:ind w:left="205" w:right="19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</w:t>
            </w:r>
            <w:r w:rsidRPr="00850C54">
              <w:rPr>
                <w:b/>
                <w:sz w:val="24"/>
                <w:szCs w:val="24"/>
              </w:rPr>
              <w:t>.10.2026, ora 10.00</w:t>
            </w:r>
          </w:p>
        </w:tc>
      </w:tr>
      <w:tr w:rsidR="005F710B" w:rsidRPr="009C43C4" w:rsidTr="005F710B">
        <w:trPr>
          <w:trHeight w:val="284"/>
        </w:trPr>
        <w:tc>
          <w:tcPr>
            <w:tcW w:w="637" w:type="dxa"/>
          </w:tcPr>
          <w:p w:rsidR="005F710B" w:rsidRPr="009C6751" w:rsidRDefault="005F710B" w:rsidP="008562AF">
            <w:pPr>
              <w:pStyle w:val="TableParagraph"/>
              <w:spacing w:before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473" w:type="dxa"/>
          </w:tcPr>
          <w:p w:rsidR="005F710B" w:rsidRPr="009C43C4" w:rsidRDefault="005F710B" w:rsidP="008562AF">
            <w:pPr>
              <w:pStyle w:val="TableParagraph"/>
              <w:spacing w:before="120"/>
              <w:ind w:left="108"/>
              <w:rPr>
                <w:sz w:val="24"/>
                <w:szCs w:val="24"/>
              </w:rPr>
            </w:pPr>
            <w:r w:rsidRPr="009C43C4">
              <w:rPr>
                <w:sz w:val="24"/>
                <w:szCs w:val="24"/>
              </w:rPr>
              <w:t>Afişarea</w:t>
            </w:r>
            <w:r w:rsidRPr="009C43C4">
              <w:rPr>
                <w:spacing w:val="-3"/>
                <w:sz w:val="24"/>
                <w:szCs w:val="24"/>
              </w:rPr>
              <w:t xml:space="preserve"> </w:t>
            </w:r>
            <w:r w:rsidRPr="009C43C4">
              <w:rPr>
                <w:sz w:val="24"/>
                <w:szCs w:val="24"/>
              </w:rPr>
              <w:t>rezultatului</w:t>
            </w:r>
            <w:r w:rsidRPr="009C43C4">
              <w:rPr>
                <w:spacing w:val="-2"/>
                <w:sz w:val="24"/>
                <w:szCs w:val="24"/>
              </w:rPr>
              <w:t xml:space="preserve"> </w:t>
            </w:r>
            <w:r w:rsidRPr="009C43C4">
              <w:rPr>
                <w:sz w:val="24"/>
                <w:szCs w:val="24"/>
              </w:rPr>
              <w:t>probei</w:t>
            </w:r>
            <w:r w:rsidRPr="009C43C4">
              <w:rPr>
                <w:spacing w:val="-2"/>
                <w:sz w:val="24"/>
                <w:szCs w:val="24"/>
              </w:rPr>
              <w:t xml:space="preserve"> </w:t>
            </w:r>
            <w:r w:rsidRPr="009C43C4">
              <w:rPr>
                <w:sz w:val="24"/>
                <w:szCs w:val="24"/>
              </w:rPr>
              <w:t>scrise</w:t>
            </w:r>
          </w:p>
        </w:tc>
        <w:tc>
          <w:tcPr>
            <w:tcW w:w="3118" w:type="dxa"/>
          </w:tcPr>
          <w:p w:rsidR="005F710B" w:rsidRPr="009C43C4" w:rsidRDefault="005F710B" w:rsidP="008562AF">
            <w:pPr>
              <w:pStyle w:val="TableParagraph"/>
              <w:spacing w:before="120"/>
              <w:ind w:left="205" w:right="19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>
              <w:rPr>
                <w:sz w:val="24"/>
                <w:szCs w:val="24"/>
              </w:rPr>
              <w:t>.10.2026</w:t>
            </w:r>
            <w:r w:rsidRPr="009C43C4">
              <w:rPr>
                <w:sz w:val="24"/>
                <w:szCs w:val="24"/>
              </w:rPr>
              <w:t>, ora 15.00</w:t>
            </w:r>
          </w:p>
        </w:tc>
      </w:tr>
      <w:tr w:rsidR="005F710B" w:rsidRPr="009C43C4" w:rsidTr="005F710B">
        <w:trPr>
          <w:trHeight w:val="284"/>
        </w:trPr>
        <w:tc>
          <w:tcPr>
            <w:tcW w:w="637" w:type="dxa"/>
          </w:tcPr>
          <w:p w:rsidR="005F710B" w:rsidRPr="009C6751" w:rsidRDefault="005F710B" w:rsidP="008562AF">
            <w:pPr>
              <w:pStyle w:val="TableParagraph"/>
              <w:spacing w:before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473" w:type="dxa"/>
          </w:tcPr>
          <w:p w:rsidR="005F710B" w:rsidRPr="009C43C4" w:rsidRDefault="005F710B" w:rsidP="008562AF">
            <w:pPr>
              <w:pStyle w:val="TableParagraph"/>
              <w:spacing w:before="120" w:line="270" w:lineRule="atLeast"/>
              <w:ind w:left="107" w:right="580"/>
              <w:rPr>
                <w:sz w:val="24"/>
                <w:szCs w:val="24"/>
              </w:rPr>
            </w:pPr>
            <w:r w:rsidRPr="009C43C4">
              <w:rPr>
                <w:sz w:val="24"/>
                <w:szCs w:val="24"/>
              </w:rPr>
              <w:t>Depunerea contestaţiilor privind rezultatele probei scrise</w:t>
            </w:r>
            <w:r w:rsidRPr="009C43C4">
              <w:rPr>
                <w:spacing w:val="-57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</w:tcPr>
          <w:p w:rsidR="005F710B" w:rsidRPr="009C43C4" w:rsidRDefault="005F710B" w:rsidP="008562AF">
            <w:pPr>
              <w:pStyle w:val="TableParagraph"/>
              <w:spacing w:before="120"/>
              <w:ind w:left="205" w:right="19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>
              <w:rPr>
                <w:sz w:val="24"/>
                <w:szCs w:val="24"/>
              </w:rPr>
              <w:t>.10.2026</w:t>
            </w:r>
            <w:r w:rsidRPr="009C43C4">
              <w:rPr>
                <w:sz w:val="24"/>
                <w:szCs w:val="24"/>
              </w:rPr>
              <w:t xml:space="preserve">, ora </w:t>
            </w:r>
            <w:r>
              <w:rPr>
                <w:sz w:val="24"/>
                <w:szCs w:val="24"/>
              </w:rPr>
              <w:t>09</w:t>
            </w:r>
            <w:r w:rsidRPr="009C43C4">
              <w:rPr>
                <w:sz w:val="24"/>
                <w:szCs w:val="24"/>
              </w:rPr>
              <w:t>.00</w:t>
            </w:r>
          </w:p>
        </w:tc>
      </w:tr>
      <w:tr w:rsidR="005F710B" w:rsidRPr="009C43C4" w:rsidTr="005F710B">
        <w:trPr>
          <w:trHeight w:val="284"/>
        </w:trPr>
        <w:tc>
          <w:tcPr>
            <w:tcW w:w="637" w:type="dxa"/>
          </w:tcPr>
          <w:p w:rsidR="005F710B" w:rsidRPr="009C6751" w:rsidRDefault="005F710B" w:rsidP="008562AF">
            <w:pPr>
              <w:pStyle w:val="TableParagraph"/>
              <w:spacing w:before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473" w:type="dxa"/>
          </w:tcPr>
          <w:p w:rsidR="005F710B" w:rsidRPr="009C43C4" w:rsidRDefault="005F710B" w:rsidP="008562AF">
            <w:pPr>
              <w:pStyle w:val="TableParagraph"/>
              <w:spacing w:before="120"/>
              <w:ind w:left="108"/>
              <w:rPr>
                <w:sz w:val="24"/>
                <w:szCs w:val="24"/>
              </w:rPr>
            </w:pPr>
            <w:r w:rsidRPr="009C43C4">
              <w:rPr>
                <w:sz w:val="24"/>
                <w:szCs w:val="24"/>
              </w:rPr>
              <w:t>Afişarea</w:t>
            </w:r>
            <w:r w:rsidRPr="009C43C4">
              <w:rPr>
                <w:spacing w:val="-3"/>
                <w:sz w:val="24"/>
                <w:szCs w:val="24"/>
              </w:rPr>
              <w:t xml:space="preserve"> </w:t>
            </w:r>
            <w:r w:rsidRPr="009C43C4">
              <w:rPr>
                <w:sz w:val="24"/>
                <w:szCs w:val="24"/>
              </w:rPr>
              <w:t>rezultatului</w:t>
            </w:r>
            <w:r w:rsidRPr="009C43C4">
              <w:rPr>
                <w:spacing w:val="-3"/>
                <w:sz w:val="24"/>
                <w:szCs w:val="24"/>
              </w:rPr>
              <w:t xml:space="preserve"> </w:t>
            </w:r>
            <w:r w:rsidRPr="009C43C4">
              <w:rPr>
                <w:sz w:val="24"/>
                <w:szCs w:val="24"/>
              </w:rPr>
              <w:t>soluţionării</w:t>
            </w:r>
            <w:r w:rsidRPr="009C43C4">
              <w:rPr>
                <w:spacing w:val="-3"/>
                <w:sz w:val="24"/>
                <w:szCs w:val="24"/>
              </w:rPr>
              <w:t xml:space="preserve"> </w:t>
            </w:r>
            <w:r w:rsidRPr="009C43C4">
              <w:rPr>
                <w:sz w:val="24"/>
                <w:szCs w:val="24"/>
              </w:rPr>
              <w:t>contestaţiilor</w:t>
            </w:r>
          </w:p>
        </w:tc>
        <w:tc>
          <w:tcPr>
            <w:tcW w:w="3118" w:type="dxa"/>
          </w:tcPr>
          <w:p w:rsidR="005F710B" w:rsidRPr="009C43C4" w:rsidRDefault="005F710B" w:rsidP="008562AF">
            <w:pPr>
              <w:pStyle w:val="TableParagraph"/>
              <w:spacing w:before="120"/>
              <w:ind w:left="205" w:right="19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>.10.2026</w:t>
            </w:r>
            <w:r w:rsidRPr="009C43C4">
              <w:rPr>
                <w:sz w:val="24"/>
                <w:szCs w:val="24"/>
              </w:rPr>
              <w:t>, ora 15.00</w:t>
            </w:r>
          </w:p>
        </w:tc>
      </w:tr>
      <w:tr w:rsidR="005F710B" w:rsidRPr="009C43C4" w:rsidTr="005F710B">
        <w:trPr>
          <w:trHeight w:val="340"/>
        </w:trPr>
        <w:tc>
          <w:tcPr>
            <w:tcW w:w="637" w:type="dxa"/>
          </w:tcPr>
          <w:p w:rsidR="005F710B" w:rsidRPr="009C6751" w:rsidRDefault="005F710B" w:rsidP="008562AF">
            <w:pPr>
              <w:pStyle w:val="TableParagraph"/>
              <w:spacing w:before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473" w:type="dxa"/>
          </w:tcPr>
          <w:p w:rsidR="005F710B" w:rsidRPr="00850C54" w:rsidRDefault="005F710B" w:rsidP="008562AF">
            <w:pPr>
              <w:pStyle w:val="TableParagraph"/>
              <w:spacing w:before="120"/>
              <w:ind w:left="108"/>
              <w:rPr>
                <w:b/>
                <w:sz w:val="24"/>
                <w:szCs w:val="24"/>
              </w:rPr>
            </w:pPr>
            <w:r w:rsidRPr="00850C54">
              <w:rPr>
                <w:b/>
                <w:sz w:val="24"/>
                <w:szCs w:val="24"/>
              </w:rPr>
              <w:t>Susţinerea</w:t>
            </w:r>
            <w:r w:rsidRPr="00850C54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850C54">
              <w:rPr>
                <w:b/>
                <w:sz w:val="24"/>
                <w:szCs w:val="24"/>
              </w:rPr>
              <w:t>interviului</w:t>
            </w:r>
          </w:p>
        </w:tc>
        <w:tc>
          <w:tcPr>
            <w:tcW w:w="3118" w:type="dxa"/>
          </w:tcPr>
          <w:p w:rsidR="005F710B" w:rsidRPr="00850C54" w:rsidRDefault="005F710B" w:rsidP="008562AF">
            <w:pPr>
              <w:pStyle w:val="TableParagraph"/>
              <w:spacing w:before="120"/>
              <w:ind w:left="205" w:right="19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</w:t>
            </w:r>
            <w:r w:rsidRPr="00850C54">
              <w:rPr>
                <w:b/>
                <w:sz w:val="24"/>
                <w:szCs w:val="24"/>
              </w:rPr>
              <w:t>.10.2026, ora 10.00</w:t>
            </w:r>
          </w:p>
        </w:tc>
      </w:tr>
      <w:tr w:rsidR="005F710B" w:rsidRPr="009C43C4" w:rsidTr="005F710B">
        <w:trPr>
          <w:trHeight w:val="284"/>
        </w:trPr>
        <w:tc>
          <w:tcPr>
            <w:tcW w:w="637" w:type="dxa"/>
          </w:tcPr>
          <w:p w:rsidR="005F710B" w:rsidRPr="009C6751" w:rsidRDefault="005F710B" w:rsidP="008562AF">
            <w:pPr>
              <w:pStyle w:val="TableParagraph"/>
              <w:spacing w:before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473" w:type="dxa"/>
          </w:tcPr>
          <w:p w:rsidR="005F710B" w:rsidRPr="009C43C4" w:rsidRDefault="005F710B" w:rsidP="008562AF">
            <w:pPr>
              <w:pStyle w:val="TableParagraph"/>
              <w:spacing w:before="120"/>
              <w:ind w:left="108"/>
              <w:rPr>
                <w:sz w:val="24"/>
                <w:szCs w:val="24"/>
              </w:rPr>
            </w:pPr>
            <w:r w:rsidRPr="009C43C4">
              <w:rPr>
                <w:sz w:val="24"/>
                <w:szCs w:val="24"/>
              </w:rPr>
              <w:t>Comunicarea</w:t>
            </w:r>
            <w:r w:rsidRPr="009C43C4">
              <w:rPr>
                <w:spacing w:val="-3"/>
                <w:sz w:val="24"/>
                <w:szCs w:val="24"/>
              </w:rPr>
              <w:t xml:space="preserve"> </w:t>
            </w:r>
            <w:r w:rsidRPr="009C43C4">
              <w:rPr>
                <w:sz w:val="24"/>
                <w:szCs w:val="24"/>
              </w:rPr>
              <w:t>rezultatelor</w:t>
            </w:r>
            <w:r w:rsidRPr="009C43C4">
              <w:rPr>
                <w:spacing w:val="-2"/>
                <w:sz w:val="24"/>
                <w:szCs w:val="24"/>
              </w:rPr>
              <w:t xml:space="preserve"> </w:t>
            </w:r>
            <w:r w:rsidRPr="009C43C4">
              <w:rPr>
                <w:sz w:val="24"/>
                <w:szCs w:val="24"/>
              </w:rPr>
              <w:t>după</w:t>
            </w:r>
            <w:r w:rsidRPr="009C43C4">
              <w:rPr>
                <w:spacing w:val="-3"/>
                <w:sz w:val="24"/>
                <w:szCs w:val="24"/>
              </w:rPr>
              <w:t xml:space="preserve"> </w:t>
            </w:r>
            <w:r w:rsidRPr="009C43C4">
              <w:rPr>
                <w:sz w:val="24"/>
                <w:szCs w:val="24"/>
              </w:rPr>
              <w:t>susţinerea</w:t>
            </w:r>
            <w:r w:rsidRPr="009C43C4">
              <w:rPr>
                <w:spacing w:val="-3"/>
                <w:sz w:val="24"/>
                <w:szCs w:val="24"/>
              </w:rPr>
              <w:t xml:space="preserve"> </w:t>
            </w:r>
            <w:r w:rsidRPr="009C43C4">
              <w:rPr>
                <w:sz w:val="24"/>
                <w:szCs w:val="24"/>
              </w:rPr>
              <w:t>interviului</w:t>
            </w:r>
          </w:p>
        </w:tc>
        <w:tc>
          <w:tcPr>
            <w:tcW w:w="3118" w:type="dxa"/>
          </w:tcPr>
          <w:p w:rsidR="005F710B" w:rsidRPr="009C43C4" w:rsidRDefault="005F710B" w:rsidP="008562AF">
            <w:pPr>
              <w:pStyle w:val="TableParagraph"/>
              <w:spacing w:before="120"/>
              <w:ind w:left="205" w:right="19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>
              <w:rPr>
                <w:sz w:val="24"/>
                <w:szCs w:val="24"/>
              </w:rPr>
              <w:t>.10.2026</w:t>
            </w:r>
            <w:r w:rsidRPr="009C43C4">
              <w:rPr>
                <w:sz w:val="24"/>
                <w:szCs w:val="24"/>
              </w:rPr>
              <w:t xml:space="preserve">, ora </w:t>
            </w:r>
            <w:r>
              <w:rPr>
                <w:sz w:val="24"/>
                <w:szCs w:val="24"/>
              </w:rPr>
              <w:t>15</w:t>
            </w:r>
            <w:r w:rsidRPr="009C43C4">
              <w:rPr>
                <w:sz w:val="24"/>
                <w:szCs w:val="24"/>
              </w:rPr>
              <w:t>.00</w:t>
            </w:r>
          </w:p>
        </w:tc>
      </w:tr>
      <w:tr w:rsidR="005F710B" w:rsidRPr="009C43C4" w:rsidTr="005F710B">
        <w:trPr>
          <w:trHeight w:val="284"/>
        </w:trPr>
        <w:tc>
          <w:tcPr>
            <w:tcW w:w="637" w:type="dxa"/>
          </w:tcPr>
          <w:p w:rsidR="005F710B" w:rsidRPr="009C6751" w:rsidRDefault="005F710B" w:rsidP="008562AF">
            <w:pPr>
              <w:pStyle w:val="TableParagraph"/>
              <w:spacing w:before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473" w:type="dxa"/>
          </w:tcPr>
          <w:p w:rsidR="005F710B" w:rsidRPr="009C43C4" w:rsidRDefault="005F710B" w:rsidP="008562AF">
            <w:pPr>
              <w:pStyle w:val="TableParagraph"/>
              <w:spacing w:before="120"/>
              <w:ind w:left="108"/>
              <w:rPr>
                <w:sz w:val="24"/>
                <w:szCs w:val="24"/>
              </w:rPr>
            </w:pPr>
            <w:r w:rsidRPr="009C43C4">
              <w:rPr>
                <w:sz w:val="24"/>
                <w:szCs w:val="24"/>
              </w:rPr>
              <w:t>Depunerea</w:t>
            </w:r>
            <w:r w:rsidRPr="009C43C4">
              <w:rPr>
                <w:spacing w:val="-3"/>
                <w:sz w:val="24"/>
                <w:szCs w:val="24"/>
              </w:rPr>
              <w:t xml:space="preserve"> </w:t>
            </w:r>
            <w:r w:rsidRPr="009C43C4">
              <w:rPr>
                <w:sz w:val="24"/>
                <w:szCs w:val="24"/>
              </w:rPr>
              <w:t>contestaţiilor</w:t>
            </w:r>
            <w:r w:rsidRPr="009C43C4">
              <w:rPr>
                <w:spacing w:val="-3"/>
                <w:sz w:val="24"/>
                <w:szCs w:val="24"/>
              </w:rPr>
              <w:t xml:space="preserve"> </w:t>
            </w:r>
            <w:r w:rsidRPr="009C43C4">
              <w:rPr>
                <w:sz w:val="24"/>
                <w:szCs w:val="24"/>
              </w:rPr>
              <w:t>privind</w:t>
            </w:r>
            <w:r w:rsidRPr="009C43C4">
              <w:rPr>
                <w:spacing w:val="-3"/>
                <w:sz w:val="24"/>
                <w:szCs w:val="24"/>
              </w:rPr>
              <w:t xml:space="preserve"> </w:t>
            </w:r>
            <w:r w:rsidRPr="009C43C4">
              <w:rPr>
                <w:sz w:val="24"/>
                <w:szCs w:val="24"/>
              </w:rPr>
              <w:t>rezultatul</w:t>
            </w:r>
            <w:r w:rsidRPr="009C43C4">
              <w:rPr>
                <w:spacing w:val="-4"/>
                <w:sz w:val="24"/>
                <w:szCs w:val="24"/>
              </w:rPr>
              <w:t xml:space="preserve"> </w:t>
            </w:r>
            <w:r w:rsidRPr="009C43C4">
              <w:rPr>
                <w:sz w:val="24"/>
                <w:szCs w:val="24"/>
              </w:rPr>
              <w:t>interviului</w:t>
            </w:r>
          </w:p>
        </w:tc>
        <w:tc>
          <w:tcPr>
            <w:tcW w:w="3118" w:type="dxa"/>
          </w:tcPr>
          <w:p w:rsidR="005F710B" w:rsidRPr="009C43C4" w:rsidRDefault="005F710B" w:rsidP="008562AF">
            <w:pPr>
              <w:pStyle w:val="TableParagraph"/>
              <w:spacing w:before="120"/>
              <w:ind w:right="19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>
              <w:rPr>
                <w:sz w:val="24"/>
                <w:szCs w:val="24"/>
              </w:rPr>
              <w:t>.10.2026</w:t>
            </w:r>
            <w:r w:rsidRPr="009C43C4">
              <w:rPr>
                <w:sz w:val="24"/>
                <w:szCs w:val="24"/>
              </w:rPr>
              <w:t xml:space="preserve">, ora </w:t>
            </w:r>
            <w:r>
              <w:rPr>
                <w:sz w:val="24"/>
                <w:szCs w:val="24"/>
              </w:rPr>
              <w:t>10</w:t>
            </w:r>
            <w:r w:rsidRPr="009C43C4">
              <w:rPr>
                <w:sz w:val="24"/>
                <w:szCs w:val="24"/>
              </w:rPr>
              <w:t>.00</w:t>
            </w:r>
          </w:p>
        </w:tc>
      </w:tr>
      <w:tr w:rsidR="005F710B" w:rsidRPr="009C43C4" w:rsidTr="005F710B">
        <w:trPr>
          <w:trHeight w:val="284"/>
        </w:trPr>
        <w:tc>
          <w:tcPr>
            <w:tcW w:w="637" w:type="dxa"/>
          </w:tcPr>
          <w:p w:rsidR="005F710B" w:rsidRPr="009C6751" w:rsidRDefault="005F710B" w:rsidP="008562AF">
            <w:pPr>
              <w:pStyle w:val="TableParagraph"/>
              <w:spacing w:before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6473" w:type="dxa"/>
          </w:tcPr>
          <w:p w:rsidR="005F710B" w:rsidRPr="009C43C4" w:rsidRDefault="005F710B" w:rsidP="008562AF">
            <w:pPr>
              <w:pStyle w:val="TableParagraph"/>
              <w:spacing w:before="120"/>
              <w:ind w:left="108"/>
              <w:rPr>
                <w:sz w:val="24"/>
                <w:szCs w:val="24"/>
              </w:rPr>
            </w:pPr>
            <w:r w:rsidRPr="009C43C4">
              <w:rPr>
                <w:sz w:val="24"/>
                <w:szCs w:val="24"/>
              </w:rPr>
              <w:t>Afişarea</w:t>
            </w:r>
            <w:r w:rsidRPr="009C43C4">
              <w:rPr>
                <w:spacing w:val="-3"/>
                <w:sz w:val="24"/>
                <w:szCs w:val="24"/>
              </w:rPr>
              <w:t xml:space="preserve"> </w:t>
            </w:r>
            <w:r w:rsidRPr="009C43C4">
              <w:rPr>
                <w:sz w:val="24"/>
                <w:szCs w:val="24"/>
              </w:rPr>
              <w:t>rezultatului</w:t>
            </w:r>
            <w:r w:rsidRPr="009C43C4">
              <w:rPr>
                <w:spacing w:val="-3"/>
                <w:sz w:val="24"/>
                <w:szCs w:val="24"/>
              </w:rPr>
              <w:t xml:space="preserve"> </w:t>
            </w:r>
            <w:r w:rsidRPr="009C43C4">
              <w:rPr>
                <w:sz w:val="24"/>
                <w:szCs w:val="24"/>
              </w:rPr>
              <w:t>soluţionării</w:t>
            </w:r>
            <w:r w:rsidRPr="009C43C4">
              <w:rPr>
                <w:spacing w:val="-3"/>
                <w:sz w:val="24"/>
                <w:szCs w:val="24"/>
              </w:rPr>
              <w:t xml:space="preserve"> </w:t>
            </w:r>
            <w:r w:rsidRPr="009C43C4">
              <w:rPr>
                <w:sz w:val="24"/>
                <w:szCs w:val="24"/>
              </w:rPr>
              <w:t>contestaţiilor</w:t>
            </w:r>
          </w:p>
        </w:tc>
        <w:tc>
          <w:tcPr>
            <w:tcW w:w="3118" w:type="dxa"/>
          </w:tcPr>
          <w:p w:rsidR="005F710B" w:rsidRPr="009C43C4" w:rsidRDefault="00DD6D3F" w:rsidP="008562AF">
            <w:pPr>
              <w:pStyle w:val="TableParagraph"/>
              <w:spacing w:before="120"/>
              <w:ind w:left="205" w:right="19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5F710B">
              <w:rPr>
                <w:sz w:val="24"/>
                <w:szCs w:val="24"/>
              </w:rPr>
              <w:t>.10.2026, ora 14</w:t>
            </w:r>
            <w:r w:rsidR="005F710B" w:rsidRPr="009C43C4">
              <w:rPr>
                <w:sz w:val="24"/>
                <w:szCs w:val="24"/>
              </w:rPr>
              <w:t>.00</w:t>
            </w:r>
          </w:p>
        </w:tc>
      </w:tr>
      <w:tr w:rsidR="005F710B" w:rsidRPr="009C43C4" w:rsidTr="005F710B">
        <w:trPr>
          <w:trHeight w:val="284"/>
        </w:trPr>
        <w:tc>
          <w:tcPr>
            <w:tcW w:w="637" w:type="dxa"/>
          </w:tcPr>
          <w:p w:rsidR="005F710B" w:rsidRPr="009C6751" w:rsidRDefault="005F710B" w:rsidP="008562AF">
            <w:pPr>
              <w:pStyle w:val="TableParagraph"/>
              <w:spacing w:before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6473" w:type="dxa"/>
          </w:tcPr>
          <w:p w:rsidR="005F710B" w:rsidRPr="009C43C4" w:rsidRDefault="005F710B" w:rsidP="008562AF">
            <w:pPr>
              <w:pStyle w:val="TableParagraph"/>
              <w:spacing w:before="120"/>
              <w:ind w:left="108"/>
              <w:rPr>
                <w:sz w:val="24"/>
                <w:szCs w:val="24"/>
              </w:rPr>
            </w:pPr>
            <w:r w:rsidRPr="009C43C4">
              <w:rPr>
                <w:sz w:val="24"/>
                <w:szCs w:val="24"/>
              </w:rPr>
              <w:t>Afişarea</w:t>
            </w:r>
            <w:r w:rsidRPr="009C43C4">
              <w:rPr>
                <w:spacing w:val="-2"/>
                <w:sz w:val="24"/>
                <w:szCs w:val="24"/>
              </w:rPr>
              <w:t xml:space="preserve"> </w:t>
            </w:r>
            <w:r w:rsidRPr="009C43C4">
              <w:rPr>
                <w:sz w:val="24"/>
                <w:szCs w:val="24"/>
              </w:rPr>
              <w:t>rezultatului</w:t>
            </w:r>
            <w:r w:rsidRPr="009C43C4">
              <w:rPr>
                <w:spacing w:val="-2"/>
                <w:sz w:val="24"/>
                <w:szCs w:val="24"/>
              </w:rPr>
              <w:t xml:space="preserve"> </w:t>
            </w:r>
            <w:r w:rsidRPr="009C43C4">
              <w:rPr>
                <w:sz w:val="24"/>
                <w:szCs w:val="24"/>
              </w:rPr>
              <w:t>final</w:t>
            </w:r>
            <w:r w:rsidRPr="009C43C4">
              <w:rPr>
                <w:spacing w:val="-2"/>
                <w:sz w:val="24"/>
                <w:szCs w:val="24"/>
              </w:rPr>
              <w:t xml:space="preserve"> </w:t>
            </w:r>
            <w:r w:rsidRPr="009C43C4">
              <w:rPr>
                <w:sz w:val="24"/>
                <w:szCs w:val="24"/>
              </w:rPr>
              <w:t>al</w:t>
            </w:r>
            <w:r w:rsidRPr="009C43C4">
              <w:rPr>
                <w:spacing w:val="-2"/>
                <w:sz w:val="24"/>
                <w:szCs w:val="24"/>
              </w:rPr>
              <w:t xml:space="preserve"> </w:t>
            </w:r>
            <w:r w:rsidRPr="009C43C4">
              <w:rPr>
                <w:sz w:val="24"/>
                <w:szCs w:val="24"/>
              </w:rPr>
              <w:t>concursului</w:t>
            </w:r>
          </w:p>
        </w:tc>
        <w:tc>
          <w:tcPr>
            <w:tcW w:w="3118" w:type="dxa"/>
          </w:tcPr>
          <w:p w:rsidR="005F710B" w:rsidRPr="009C43C4" w:rsidRDefault="00DD6D3F" w:rsidP="008562AF">
            <w:pPr>
              <w:pStyle w:val="TableParagraph"/>
              <w:spacing w:before="120"/>
              <w:ind w:left="205" w:right="19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5F710B">
              <w:rPr>
                <w:sz w:val="24"/>
                <w:szCs w:val="24"/>
              </w:rPr>
              <w:t>.10.2026</w:t>
            </w:r>
            <w:r w:rsidR="005F710B" w:rsidRPr="009C43C4">
              <w:rPr>
                <w:sz w:val="24"/>
                <w:szCs w:val="24"/>
              </w:rPr>
              <w:t xml:space="preserve">, ora </w:t>
            </w:r>
            <w:r w:rsidR="005F710B">
              <w:rPr>
                <w:sz w:val="24"/>
                <w:szCs w:val="24"/>
              </w:rPr>
              <w:t>15.30</w:t>
            </w:r>
          </w:p>
        </w:tc>
      </w:tr>
    </w:tbl>
    <w:p w:rsidR="00DD6D3F" w:rsidRDefault="00DD6D3F" w:rsidP="00DD6D3F">
      <w:pPr>
        <w:spacing w:after="0"/>
        <w:ind w:firstLine="720"/>
        <w:jc w:val="both"/>
      </w:pPr>
    </w:p>
    <w:p w:rsidR="004E72DA" w:rsidRDefault="00AC23E8" w:rsidP="00DD6D3F">
      <w:pPr>
        <w:spacing w:after="0"/>
        <w:ind w:firstLine="720"/>
        <w:jc w:val="both"/>
        <w:rPr>
          <w:rFonts w:ascii="Times New Roman" w:hAnsi="Times New Roman" w:cs="Times New Roman"/>
        </w:rPr>
      </w:pPr>
      <w:r w:rsidRPr="005F710B">
        <w:rPr>
          <w:rFonts w:ascii="Times New Roman" w:hAnsi="Times New Roman" w:cs="Times New Roman"/>
        </w:rPr>
        <w:t>Locul de desfășurare al probelor (sediul</w:t>
      </w:r>
      <w:r w:rsidR="005F710B" w:rsidRPr="005F710B">
        <w:rPr>
          <w:rFonts w:ascii="Times New Roman" w:hAnsi="Times New Roman"/>
          <w:szCs w:val="24"/>
        </w:rPr>
        <w:t xml:space="preserve"> </w:t>
      </w:r>
      <w:r w:rsidR="005F710B" w:rsidRPr="009C43C4">
        <w:rPr>
          <w:rFonts w:ascii="Times New Roman" w:hAnsi="Times New Roman"/>
          <w:szCs w:val="24"/>
        </w:rPr>
        <w:t>Centrul Medico-Social „Sfântul Andrei”</w:t>
      </w:r>
      <w:r w:rsidRPr="005F710B">
        <w:rPr>
          <w:rFonts w:ascii="Times New Roman" w:hAnsi="Times New Roman" w:cs="Times New Roman"/>
        </w:rPr>
        <w:t xml:space="preserve">) rămâne neschimbat. Dosarele de concurs deja depuse și validate rămân valabile pentru noua sesiune stabilită. Relații suplimentare se pot obține </w:t>
      </w:r>
      <w:r w:rsidR="005F710B">
        <w:rPr>
          <w:rFonts w:ascii="Times New Roman" w:hAnsi="Times New Roman" w:cs="Times New Roman"/>
        </w:rPr>
        <w:t>la compartimentul Resurse Umane.</w:t>
      </w:r>
    </w:p>
    <w:p w:rsidR="00DD6D3F" w:rsidRDefault="00DD6D3F" w:rsidP="00DD6D3F">
      <w:pPr>
        <w:autoSpaceDE w:val="0"/>
        <w:autoSpaceDN w:val="0"/>
        <w:adjustRightInd w:val="0"/>
        <w:spacing w:after="0" w:line="240" w:lineRule="auto"/>
        <w:ind w:right="-91"/>
        <w:jc w:val="center"/>
        <w:rPr>
          <w:rFonts w:ascii="Times New Roman" w:hAnsi="Times New Roman"/>
          <w:szCs w:val="28"/>
        </w:rPr>
      </w:pPr>
    </w:p>
    <w:p w:rsidR="00DD6D3F" w:rsidRDefault="00DD6D3F" w:rsidP="00DD6D3F">
      <w:pPr>
        <w:autoSpaceDE w:val="0"/>
        <w:autoSpaceDN w:val="0"/>
        <w:adjustRightInd w:val="0"/>
        <w:spacing w:after="0" w:line="240" w:lineRule="auto"/>
        <w:ind w:right="-91"/>
        <w:jc w:val="center"/>
        <w:rPr>
          <w:rFonts w:ascii="Times New Roman" w:hAnsi="Times New Roman"/>
          <w:szCs w:val="28"/>
        </w:rPr>
      </w:pPr>
    </w:p>
    <w:p w:rsidR="00DD6D3F" w:rsidRPr="009C43C4" w:rsidRDefault="00DD6D3F" w:rsidP="00DD6D3F">
      <w:pPr>
        <w:autoSpaceDE w:val="0"/>
        <w:autoSpaceDN w:val="0"/>
        <w:adjustRightInd w:val="0"/>
        <w:spacing w:after="0" w:line="240" w:lineRule="auto"/>
        <w:ind w:right="-91"/>
        <w:jc w:val="center"/>
        <w:rPr>
          <w:rFonts w:ascii="Times New Roman" w:hAnsi="Times New Roman"/>
          <w:szCs w:val="28"/>
        </w:rPr>
      </w:pPr>
      <w:r w:rsidRPr="009C43C4">
        <w:rPr>
          <w:rFonts w:ascii="Times New Roman" w:hAnsi="Times New Roman"/>
          <w:szCs w:val="28"/>
        </w:rPr>
        <w:t xml:space="preserve">Director, </w:t>
      </w:r>
    </w:p>
    <w:p w:rsidR="00DD6D3F" w:rsidRPr="0039747D" w:rsidRDefault="00DD6D3F" w:rsidP="00DD6D3F">
      <w:pPr>
        <w:autoSpaceDE w:val="0"/>
        <w:autoSpaceDN w:val="0"/>
        <w:adjustRightInd w:val="0"/>
        <w:spacing w:after="0" w:line="240" w:lineRule="auto"/>
        <w:ind w:right="-91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Constantin Manolache</w:t>
      </w:r>
    </w:p>
    <w:p w:rsidR="00DD6D3F" w:rsidRPr="005F710B" w:rsidRDefault="00DD6D3F">
      <w:pPr>
        <w:spacing w:after="480"/>
        <w:ind w:firstLine="720"/>
        <w:jc w:val="both"/>
        <w:rPr>
          <w:rFonts w:ascii="Times New Roman" w:hAnsi="Times New Roman" w:cs="Times New Roman"/>
        </w:rPr>
      </w:pPr>
    </w:p>
    <w:sectPr w:rsidR="00DD6D3F" w:rsidRPr="005F710B" w:rsidSect="00531E91">
      <w:footerReference w:type="default" r:id="rId14"/>
      <w:pgSz w:w="12240" w:h="15840"/>
      <w:pgMar w:top="1134" w:right="1134" w:bottom="85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23E8" w:rsidRDefault="00AC23E8" w:rsidP="00DD6D3F">
      <w:pPr>
        <w:spacing w:after="0" w:line="240" w:lineRule="auto"/>
      </w:pPr>
      <w:r>
        <w:separator/>
      </w:r>
    </w:p>
  </w:endnote>
  <w:endnote w:type="continuationSeparator" w:id="0">
    <w:p w:rsidR="00AC23E8" w:rsidRDefault="00AC23E8" w:rsidP="00DD6D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ew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3203961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D6D3F" w:rsidRDefault="00DD6D3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405A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D6D3F" w:rsidRDefault="00DD6D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23E8" w:rsidRDefault="00AC23E8" w:rsidP="00DD6D3F">
      <w:pPr>
        <w:spacing w:after="0" w:line="240" w:lineRule="auto"/>
      </w:pPr>
      <w:r>
        <w:separator/>
      </w:r>
    </w:p>
  </w:footnote>
  <w:footnote w:type="continuationSeparator" w:id="0">
    <w:p w:rsidR="00AC23E8" w:rsidRDefault="00AC23E8" w:rsidP="00DD6D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E72DA"/>
    <w:rsid w:val="00531E91"/>
    <w:rsid w:val="005F710B"/>
    <w:rsid w:val="009405A6"/>
    <w:rsid w:val="00AA1D8D"/>
    <w:rsid w:val="00AC23E8"/>
    <w:rsid w:val="00B47730"/>
    <w:rsid w:val="00CB0664"/>
    <w:rsid w:val="00DD6D3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4AC2960"/>
  <w14:defaultImageDpi w14:val="300"/>
  <w15:docId w15:val="{8E1A8A86-23ED-4BF0-A6E1-7F34415E9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Calibri" w:hAnsi="Calibri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rsid w:val="00531E91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531E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ro-RO" w:eastAsia="ro-RO"/>
    </w:rPr>
  </w:style>
  <w:style w:type="paragraph" w:customStyle="1" w:styleId="TableParagraph">
    <w:name w:val="Table Paragraph"/>
    <w:basedOn w:val="Normal"/>
    <w:uiPriority w:val="1"/>
    <w:qFormat/>
    <w:rsid w:val="005F710B"/>
    <w:pPr>
      <w:widowControl w:val="0"/>
      <w:autoSpaceDE w:val="0"/>
      <w:autoSpaceDN w:val="0"/>
      <w:spacing w:after="0" w:line="240" w:lineRule="auto"/>
      <w:ind w:left="171"/>
    </w:pPr>
    <w:rPr>
      <w:rFonts w:ascii="Times New Roman" w:eastAsia="Times New Roman" w:hAnsi="Times New Roman" w:cs="Times New Roman"/>
      <w:sz w:val="22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6D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6D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mailto:cms.sector4@dgaspc4.r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ms.sector4@yahoo.ro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el:%20021.334.37.25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84A9EA4-DDB8-4FE3-BB61-FB86B66C7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508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utilizator</cp:lastModifiedBy>
  <cp:revision>3</cp:revision>
  <cp:lastPrinted>2026-10-07T06:32:00Z</cp:lastPrinted>
  <dcterms:created xsi:type="dcterms:W3CDTF">2013-12-23T23:15:00Z</dcterms:created>
  <dcterms:modified xsi:type="dcterms:W3CDTF">2026-10-07T07:15:00Z</dcterms:modified>
  <cp:category/>
</cp:coreProperties>
</file>