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1F4" w:rsidRPr="00087A48" w:rsidRDefault="00044875" w:rsidP="00F971F4">
      <w:pPr>
        <w:spacing w:line="240" w:lineRule="auto"/>
        <w:rPr>
          <w:rFonts w:ascii="Times New Roman" w:hAnsi="Times New Roman" w:cs="Times New Roman"/>
          <w:b/>
          <w:sz w:val="20"/>
          <w:szCs w:val="20"/>
        </w:rPr>
      </w:pPr>
      <w:r w:rsidRPr="00087A48">
        <w:rPr>
          <w:rFonts w:ascii="Times New Roman" w:hAnsi="Times New Roman" w:cs="Times New Roman"/>
          <w:sz w:val="20"/>
          <w:szCs w:val="20"/>
        </w:rPr>
        <w:t xml:space="preserve"> </w:t>
      </w:r>
      <w:proofErr w:type="gramStart"/>
      <w:r w:rsidR="00F971F4" w:rsidRPr="00087A48">
        <w:rPr>
          <w:rFonts w:ascii="Times New Roman" w:hAnsi="Times New Roman" w:cs="Times New Roman"/>
          <w:b/>
          <w:sz w:val="20"/>
          <w:szCs w:val="20"/>
        </w:rPr>
        <w:t xml:space="preserve">Nr </w:t>
      </w:r>
      <w:r w:rsidR="006C4C58">
        <w:rPr>
          <w:rFonts w:ascii="Times New Roman" w:hAnsi="Times New Roman" w:cs="Times New Roman"/>
          <w:b/>
          <w:sz w:val="20"/>
          <w:szCs w:val="20"/>
        </w:rPr>
        <w:t>.</w:t>
      </w:r>
      <w:proofErr w:type="gramEnd"/>
      <w:r w:rsidR="006C4C58">
        <w:rPr>
          <w:rFonts w:ascii="Times New Roman" w:hAnsi="Times New Roman" w:cs="Times New Roman"/>
          <w:b/>
          <w:sz w:val="20"/>
          <w:szCs w:val="20"/>
        </w:rPr>
        <w:t xml:space="preserve"> 689 / 24.09.2026</w:t>
      </w:r>
      <w:bookmarkStart w:id="0" w:name="_GoBack"/>
      <w:bookmarkEnd w:id="0"/>
    </w:p>
    <w:p w:rsidR="00087A48" w:rsidRDefault="00087A48" w:rsidP="00F971F4">
      <w:pPr>
        <w:spacing w:line="240" w:lineRule="auto"/>
        <w:jc w:val="center"/>
        <w:rPr>
          <w:rFonts w:ascii="Times New Roman" w:hAnsi="Times New Roman" w:cs="Times New Roman"/>
          <w:b/>
          <w:i/>
          <w:iCs/>
          <w:sz w:val="20"/>
          <w:szCs w:val="20"/>
          <w:u w:val="single"/>
        </w:rPr>
      </w:pPr>
    </w:p>
    <w:p w:rsidR="00087A48" w:rsidRDefault="00087A48" w:rsidP="00F971F4">
      <w:pPr>
        <w:spacing w:line="240" w:lineRule="auto"/>
        <w:jc w:val="center"/>
        <w:rPr>
          <w:rFonts w:ascii="Times New Roman" w:hAnsi="Times New Roman" w:cs="Times New Roman"/>
          <w:b/>
          <w:i/>
          <w:iCs/>
          <w:sz w:val="20"/>
          <w:szCs w:val="20"/>
          <w:u w:val="single"/>
        </w:rPr>
      </w:pPr>
    </w:p>
    <w:p w:rsidR="00F971F4" w:rsidRPr="00087A48" w:rsidRDefault="00F971F4" w:rsidP="00F971F4">
      <w:pPr>
        <w:spacing w:line="240" w:lineRule="auto"/>
        <w:jc w:val="center"/>
        <w:rPr>
          <w:rFonts w:ascii="Times New Roman" w:hAnsi="Times New Roman" w:cs="Times New Roman"/>
          <w:b/>
          <w:i/>
          <w:iCs/>
          <w:sz w:val="20"/>
          <w:szCs w:val="20"/>
          <w:u w:val="single"/>
        </w:rPr>
      </w:pPr>
      <w:r w:rsidRPr="00087A48">
        <w:rPr>
          <w:rFonts w:ascii="Times New Roman" w:hAnsi="Times New Roman" w:cs="Times New Roman"/>
          <w:b/>
          <w:i/>
          <w:iCs/>
          <w:sz w:val="20"/>
          <w:szCs w:val="20"/>
          <w:u w:val="single"/>
        </w:rPr>
        <w:t xml:space="preserve">ANUNȚ </w:t>
      </w:r>
      <w:proofErr w:type="gramStart"/>
      <w:r w:rsidRPr="00087A48">
        <w:rPr>
          <w:rFonts w:ascii="Times New Roman" w:hAnsi="Times New Roman" w:cs="Times New Roman"/>
          <w:b/>
          <w:i/>
          <w:iCs/>
          <w:sz w:val="20"/>
          <w:szCs w:val="20"/>
          <w:u w:val="single"/>
        </w:rPr>
        <w:t>CONCURS  PENTRU</w:t>
      </w:r>
      <w:proofErr w:type="gramEnd"/>
      <w:r w:rsidRPr="00087A48">
        <w:rPr>
          <w:rFonts w:ascii="Times New Roman" w:hAnsi="Times New Roman" w:cs="Times New Roman"/>
          <w:b/>
          <w:i/>
          <w:iCs/>
          <w:sz w:val="20"/>
          <w:szCs w:val="20"/>
          <w:u w:val="single"/>
        </w:rPr>
        <w:t xml:space="preserve"> POST CONTRACTUAL DE </w:t>
      </w:r>
    </w:p>
    <w:p w:rsidR="00F971F4" w:rsidRPr="00087A48" w:rsidRDefault="00F971F4" w:rsidP="00F971F4">
      <w:pPr>
        <w:spacing w:line="240" w:lineRule="auto"/>
        <w:jc w:val="center"/>
        <w:rPr>
          <w:rFonts w:ascii="Times New Roman" w:hAnsi="Times New Roman" w:cs="Times New Roman"/>
          <w:b/>
          <w:i/>
          <w:iCs/>
          <w:sz w:val="20"/>
          <w:szCs w:val="20"/>
          <w:u w:val="single"/>
        </w:rPr>
      </w:pPr>
      <w:bookmarkStart w:id="1" w:name="_Hlk142484087"/>
      <w:r w:rsidRPr="00087A48">
        <w:rPr>
          <w:rFonts w:ascii="Times New Roman" w:hAnsi="Times New Roman" w:cs="Times New Roman"/>
          <w:b/>
          <w:i/>
          <w:iCs/>
          <w:sz w:val="20"/>
          <w:szCs w:val="20"/>
          <w:u w:val="single"/>
        </w:rPr>
        <w:t xml:space="preserve">MUNCITOR I G - </w:t>
      </w:r>
    </w:p>
    <w:bookmarkEnd w:id="1"/>
    <w:p w:rsidR="00F971F4" w:rsidRPr="00087A48" w:rsidRDefault="00F971F4" w:rsidP="00F971F4">
      <w:pPr>
        <w:spacing w:line="240" w:lineRule="auto"/>
        <w:jc w:val="both"/>
        <w:rPr>
          <w:rFonts w:ascii="Times New Roman" w:hAnsi="Times New Roman" w:cs="Times New Roman"/>
          <w:sz w:val="20"/>
          <w:szCs w:val="20"/>
        </w:rPr>
      </w:pPr>
    </w:p>
    <w:p w:rsidR="00F971F4" w:rsidRPr="00087A48" w:rsidRDefault="00F971F4" w:rsidP="00F971F4">
      <w:pPr>
        <w:spacing w:line="240" w:lineRule="auto"/>
        <w:ind w:firstLine="720"/>
        <w:jc w:val="both"/>
        <w:rPr>
          <w:rFonts w:ascii="Times New Roman" w:hAnsi="Times New Roman" w:cs="Times New Roman"/>
          <w:sz w:val="20"/>
          <w:szCs w:val="20"/>
        </w:rPr>
      </w:pPr>
      <w:r w:rsidRPr="00087A48">
        <w:rPr>
          <w:rFonts w:ascii="Times New Roman" w:hAnsi="Times New Roman" w:cs="Times New Roman"/>
          <w:sz w:val="20"/>
          <w:szCs w:val="20"/>
        </w:rPr>
        <w:t>Ș</w:t>
      </w:r>
      <w:r w:rsidR="001269C8" w:rsidRPr="00087A48">
        <w:rPr>
          <w:rFonts w:ascii="Times New Roman" w:hAnsi="Times New Roman" w:cs="Times New Roman"/>
          <w:sz w:val="20"/>
          <w:szCs w:val="20"/>
        </w:rPr>
        <w:t>coala Gimnazială N</w:t>
      </w:r>
      <w:r w:rsidRPr="00087A48">
        <w:rPr>
          <w:rFonts w:ascii="Times New Roman" w:hAnsi="Times New Roman" w:cs="Times New Roman"/>
          <w:sz w:val="20"/>
          <w:szCs w:val="20"/>
        </w:rPr>
        <w:t>r</w:t>
      </w:r>
      <w:r w:rsidR="001269C8" w:rsidRPr="00087A48">
        <w:rPr>
          <w:rFonts w:ascii="Times New Roman" w:hAnsi="Times New Roman" w:cs="Times New Roman"/>
          <w:sz w:val="20"/>
          <w:szCs w:val="20"/>
        </w:rPr>
        <w:t>.</w:t>
      </w:r>
      <w:r w:rsidRPr="00087A48">
        <w:rPr>
          <w:rFonts w:ascii="Times New Roman" w:hAnsi="Times New Roman" w:cs="Times New Roman"/>
          <w:sz w:val="20"/>
          <w:szCs w:val="20"/>
        </w:rPr>
        <w:t xml:space="preserve">1 </w:t>
      </w:r>
      <w:proofErr w:type="gramStart"/>
      <w:r w:rsidRPr="00087A48">
        <w:rPr>
          <w:rFonts w:ascii="Times New Roman" w:hAnsi="Times New Roman" w:cs="Times New Roman"/>
          <w:sz w:val="20"/>
          <w:szCs w:val="20"/>
        </w:rPr>
        <w:t>Tărian ,</w:t>
      </w:r>
      <w:proofErr w:type="gramEnd"/>
      <w:r w:rsidRPr="00087A48">
        <w:rPr>
          <w:rFonts w:ascii="Times New Roman" w:hAnsi="Times New Roman" w:cs="Times New Roman"/>
          <w:sz w:val="20"/>
          <w:szCs w:val="20"/>
        </w:rPr>
        <w:t xml:space="preserve"> cu sediul în Tărian, comuna</w:t>
      </w:r>
      <w:r w:rsidR="001269C8" w:rsidRPr="00087A48">
        <w:rPr>
          <w:rFonts w:ascii="Times New Roman" w:hAnsi="Times New Roman" w:cs="Times New Roman"/>
          <w:sz w:val="20"/>
          <w:szCs w:val="20"/>
        </w:rPr>
        <w:t xml:space="preserve"> Girișu de Criș, Strada Unirii N</w:t>
      </w:r>
      <w:r w:rsidRPr="00087A48">
        <w:rPr>
          <w:rFonts w:ascii="Times New Roman" w:hAnsi="Times New Roman" w:cs="Times New Roman"/>
          <w:sz w:val="20"/>
          <w:szCs w:val="20"/>
        </w:rPr>
        <w:t>r.6, jud. Bihor, organizează concurs /pentru ocuparea unei funcții contractual vacante în conformitate cu prevederile H.G. nr. 1336/28.10.2022, după cum urmează:</w:t>
      </w:r>
    </w:p>
    <w:p w:rsidR="00F971F4" w:rsidRPr="00087A48" w:rsidRDefault="00F971F4" w:rsidP="00F971F4">
      <w:pPr>
        <w:spacing w:after="0"/>
        <w:rPr>
          <w:rFonts w:ascii="Times New Roman" w:eastAsia="Times New Roman" w:hAnsi="Times New Roman" w:cs="Times New Roman"/>
          <w:b/>
          <w:bCs/>
          <w:sz w:val="20"/>
          <w:szCs w:val="20"/>
          <w:shd w:val="clear" w:color="auto" w:fill="FFFFFF"/>
          <w:lang w:val="ro-RO"/>
        </w:rPr>
      </w:pPr>
      <w:r w:rsidRPr="00087A48">
        <w:rPr>
          <w:rFonts w:ascii="Times New Roman" w:eastAsia="Times New Roman" w:hAnsi="Times New Roman" w:cs="Times New Roman"/>
          <w:b/>
          <w:bCs/>
          <w:sz w:val="20"/>
          <w:szCs w:val="20"/>
          <w:shd w:val="clear" w:color="auto" w:fill="FFFFFF"/>
          <w:lang w:val="ro-RO"/>
        </w:rPr>
        <w:t xml:space="preserve">                     DENUMIREA POSTULUI: </w:t>
      </w:r>
      <w:r w:rsidRPr="00087A48">
        <w:rPr>
          <w:rFonts w:ascii="Times New Roman" w:eastAsia="Times New Roman" w:hAnsi="Times New Roman" w:cs="Times New Roman"/>
          <w:b/>
          <w:bCs/>
          <w:sz w:val="20"/>
          <w:szCs w:val="20"/>
          <w:shd w:val="clear" w:color="auto" w:fill="FFFFFF"/>
          <w:lang w:val="ro-RO"/>
        </w:rPr>
        <w:tab/>
      </w:r>
      <w:r w:rsidRPr="00087A48">
        <w:rPr>
          <w:rFonts w:ascii="Times New Roman" w:eastAsia="Times New Roman" w:hAnsi="Times New Roman" w:cs="Times New Roman"/>
          <w:b/>
          <w:bCs/>
          <w:sz w:val="20"/>
          <w:szCs w:val="20"/>
          <w:shd w:val="clear" w:color="auto" w:fill="FFFFFF"/>
          <w:lang w:val="ro-RO"/>
        </w:rPr>
        <w:tab/>
        <w:t>MUNCITOR  I  G</w:t>
      </w:r>
      <w:r w:rsidRPr="00087A48">
        <w:rPr>
          <w:rFonts w:ascii="Times New Roman" w:eastAsia="Times New Roman" w:hAnsi="Times New Roman" w:cs="Times New Roman"/>
          <w:b/>
          <w:bCs/>
          <w:sz w:val="20"/>
          <w:szCs w:val="20"/>
          <w:lang w:val="ro-RO"/>
        </w:rPr>
        <w:br/>
      </w:r>
      <w:r w:rsidRPr="00087A48">
        <w:rPr>
          <w:rFonts w:ascii="Times New Roman" w:eastAsia="Times New Roman" w:hAnsi="Times New Roman" w:cs="Times New Roman"/>
          <w:b/>
          <w:bCs/>
          <w:sz w:val="20"/>
          <w:szCs w:val="20"/>
          <w:shd w:val="clear" w:color="auto" w:fill="FFFFFF"/>
          <w:lang w:val="ro-RO"/>
        </w:rPr>
        <w:t xml:space="preserve">                     NUMĂRUL POSTURILOR: </w:t>
      </w:r>
      <w:r w:rsidRPr="00087A48">
        <w:rPr>
          <w:rFonts w:ascii="Times New Roman" w:eastAsia="Times New Roman" w:hAnsi="Times New Roman" w:cs="Times New Roman"/>
          <w:b/>
          <w:bCs/>
          <w:sz w:val="20"/>
          <w:szCs w:val="20"/>
          <w:shd w:val="clear" w:color="auto" w:fill="FFFFFF"/>
          <w:lang w:val="ro-RO"/>
        </w:rPr>
        <w:tab/>
      </w:r>
      <w:r w:rsidRPr="00087A48">
        <w:rPr>
          <w:rFonts w:ascii="Times New Roman" w:eastAsia="Times New Roman" w:hAnsi="Times New Roman" w:cs="Times New Roman"/>
          <w:b/>
          <w:bCs/>
          <w:sz w:val="20"/>
          <w:szCs w:val="20"/>
          <w:shd w:val="clear" w:color="auto" w:fill="FFFFFF"/>
          <w:lang w:val="ro-RO"/>
        </w:rPr>
        <w:tab/>
        <w:t xml:space="preserve">0,5 Post vacant </w:t>
      </w:r>
      <w:r w:rsidRPr="00087A48">
        <w:rPr>
          <w:rFonts w:ascii="Times New Roman" w:eastAsia="Times New Roman" w:hAnsi="Times New Roman" w:cs="Times New Roman"/>
          <w:b/>
          <w:bCs/>
          <w:sz w:val="20"/>
          <w:szCs w:val="20"/>
          <w:shd w:val="clear" w:color="auto" w:fill="FFFFFF"/>
          <w:lang w:val="ro-RO"/>
        </w:rPr>
        <w:br/>
        <w:t xml:space="preserve">                     NIVELUL POSTULUI: </w:t>
      </w:r>
      <w:r w:rsidRPr="00087A48">
        <w:rPr>
          <w:rFonts w:ascii="Times New Roman" w:eastAsia="Times New Roman" w:hAnsi="Times New Roman" w:cs="Times New Roman"/>
          <w:b/>
          <w:bCs/>
          <w:sz w:val="20"/>
          <w:szCs w:val="20"/>
          <w:shd w:val="clear" w:color="auto" w:fill="FFFFFF"/>
          <w:lang w:val="ro-RO"/>
        </w:rPr>
        <w:tab/>
      </w:r>
      <w:r w:rsidRPr="00087A48">
        <w:rPr>
          <w:rFonts w:ascii="Times New Roman" w:eastAsia="Times New Roman" w:hAnsi="Times New Roman" w:cs="Times New Roman"/>
          <w:b/>
          <w:bCs/>
          <w:sz w:val="20"/>
          <w:szCs w:val="20"/>
          <w:shd w:val="clear" w:color="auto" w:fill="FFFFFF"/>
          <w:lang w:val="ro-RO"/>
        </w:rPr>
        <w:tab/>
      </w:r>
      <w:r w:rsidR="0082593E">
        <w:rPr>
          <w:rFonts w:ascii="Times New Roman" w:eastAsia="Times New Roman" w:hAnsi="Times New Roman" w:cs="Times New Roman"/>
          <w:b/>
          <w:bCs/>
          <w:sz w:val="20"/>
          <w:szCs w:val="20"/>
          <w:shd w:val="clear" w:color="auto" w:fill="FFFFFF"/>
          <w:lang w:val="ro-RO"/>
        </w:rPr>
        <w:t xml:space="preserve"> </w:t>
      </w:r>
      <w:r w:rsidRPr="00087A48">
        <w:rPr>
          <w:rFonts w:ascii="Times New Roman" w:eastAsia="Times New Roman" w:hAnsi="Times New Roman" w:cs="Times New Roman"/>
          <w:b/>
          <w:bCs/>
          <w:sz w:val="20"/>
          <w:szCs w:val="20"/>
          <w:shd w:val="clear" w:color="auto" w:fill="FFFFFF"/>
          <w:lang w:val="ro-RO"/>
        </w:rPr>
        <w:t>Funcție de execuție</w:t>
      </w:r>
    </w:p>
    <w:p w:rsidR="00F971F4" w:rsidRPr="00087A48" w:rsidRDefault="00F971F4" w:rsidP="00F971F4">
      <w:pPr>
        <w:spacing w:after="0"/>
        <w:rPr>
          <w:rFonts w:ascii="Times New Roman" w:eastAsia="Times New Roman" w:hAnsi="Times New Roman" w:cs="Times New Roman"/>
          <w:b/>
          <w:bCs/>
          <w:sz w:val="20"/>
          <w:szCs w:val="20"/>
          <w:shd w:val="clear" w:color="auto" w:fill="FFFFFF"/>
          <w:lang w:val="ro-RO"/>
        </w:rPr>
      </w:pPr>
      <w:r w:rsidRPr="00087A48">
        <w:rPr>
          <w:rFonts w:ascii="Times New Roman" w:eastAsia="Times New Roman" w:hAnsi="Times New Roman" w:cs="Times New Roman"/>
          <w:b/>
          <w:bCs/>
          <w:sz w:val="20"/>
          <w:szCs w:val="20"/>
          <w:shd w:val="clear" w:color="auto" w:fill="FFFFFF"/>
          <w:lang w:val="ro-RO"/>
        </w:rPr>
        <w:t xml:space="preserve">                     COMPARTIMENT/STRUCTURĂ: </w:t>
      </w:r>
      <w:r w:rsidRPr="00087A48">
        <w:rPr>
          <w:rFonts w:ascii="Times New Roman" w:eastAsia="Times New Roman" w:hAnsi="Times New Roman" w:cs="Times New Roman"/>
          <w:b/>
          <w:bCs/>
          <w:sz w:val="20"/>
          <w:szCs w:val="20"/>
          <w:shd w:val="clear" w:color="auto" w:fill="FFFFFF"/>
          <w:lang w:val="ro-RO"/>
        </w:rPr>
        <w:tab/>
        <w:t>Nedidactic</w:t>
      </w:r>
    </w:p>
    <w:p w:rsidR="00F971F4" w:rsidRPr="00087A48" w:rsidRDefault="00F971F4" w:rsidP="00F971F4">
      <w:pPr>
        <w:spacing w:after="0"/>
        <w:rPr>
          <w:rFonts w:ascii="Times New Roman" w:eastAsia="Times New Roman" w:hAnsi="Times New Roman" w:cs="Times New Roman"/>
          <w:b/>
          <w:bCs/>
          <w:sz w:val="20"/>
          <w:szCs w:val="20"/>
          <w:shd w:val="clear" w:color="auto" w:fill="FFFFFF"/>
          <w:lang w:val="ro-RO"/>
        </w:rPr>
      </w:pPr>
      <w:r w:rsidRPr="00087A48">
        <w:rPr>
          <w:rFonts w:ascii="Times New Roman" w:eastAsia="Times New Roman" w:hAnsi="Times New Roman" w:cs="Times New Roman"/>
          <w:b/>
          <w:bCs/>
          <w:sz w:val="20"/>
          <w:szCs w:val="20"/>
          <w:shd w:val="clear" w:color="auto" w:fill="FFFFFF"/>
          <w:lang w:val="ro-RO"/>
        </w:rPr>
        <w:t xml:space="preserve">                     DURATA TIMPULUI DE LUCRU: </w:t>
      </w:r>
      <w:r w:rsidRPr="00087A48">
        <w:rPr>
          <w:rFonts w:ascii="Times New Roman" w:eastAsia="Times New Roman" w:hAnsi="Times New Roman" w:cs="Times New Roman"/>
          <w:b/>
          <w:bCs/>
          <w:sz w:val="20"/>
          <w:szCs w:val="20"/>
          <w:shd w:val="clear" w:color="auto" w:fill="FFFFFF"/>
          <w:lang w:val="ro-RO"/>
        </w:rPr>
        <w:tab/>
        <w:t>4 ore pe zi; 20  ore pe săptămână</w:t>
      </w:r>
      <w:r w:rsidRPr="00087A48">
        <w:rPr>
          <w:rFonts w:ascii="Times New Roman" w:eastAsia="Times New Roman" w:hAnsi="Times New Roman" w:cs="Times New Roman"/>
          <w:b/>
          <w:bCs/>
          <w:sz w:val="20"/>
          <w:szCs w:val="20"/>
          <w:lang w:val="ro-RO"/>
        </w:rPr>
        <w:br/>
      </w:r>
      <w:r w:rsidRPr="00087A48">
        <w:rPr>
          <w:rFonts w:ascii="Times New Roman" w:eastAsia="Times New Roman" w:hAnsi="Times New Roman" w:cs="Times New Roman"/>
          <w:b/>
          <w:bCs/>
          <w:sz w:val="20"/>
          <w:szCs w:val="20"/>
          <w:shd w:val="clear" w:color="auto" w:fill="FFFFFF"/>
          <w:lang w:val="ro-RO"/>
        </w:rPr>
        <w:t xml:space="preserve">                     PERIOADA: </w:t>
      </w:r>
      <w:r w:rsidRPr="00087A48">
        <w:rPr>
          <w:rFonts w:ascii="Times New Roman" w:eastAsia="Times New Roman" w:hAnsi="Times New Roman" w:cs="Times New Roman"/>
          <w:b/>
          <w:bCs/>
          <w:sz w:val="20"/>
          <w:szCs w:val="20"/>
          <w:shd w:val="clear" w:color="auto" w:fill="FFFFFF"/>
          <w:lang w:val="ro-RO"/>
        </w:rPr>
        <w:tab/>
      </w:r>
      <w:r w:rsidRPr="00087A48">
        <w:rPr>
          <w:rFonts w:ascii="Times New Roman" w:eastAsia="Times New Roman" w:hAnsi="Times New Roman" w:cs="Times New Roman"/>
          <w:b/>
          <w:bCs/>
          <w:sz w:val="20"/>
          <w:szCs w:val="20"/>
          <w:shd w:val="clear" w:color="auto" w:fill="FFFFFF"/>
          <w:lang w:val="ro-RO"/>
        </w:rPr>
        <w:tab/>
      </w:r>
      <w:r w:rsidRPr="00087A48">
        <w:rPr>
          <w:rFonts w:ascii="Times New Roman" w:eastAsia="Times New Roman" w:hAnsi="Times New Roman" w:cs="Times New Roman"/>
          <w:b/>
          <w:bCs/>
          <w:sz w:val="20"/>
          <w:szCs w:val="20"/>
          <w:shd w:val="clear" w:color="auto" w:fill="FFFFFF"/>
          <w:lang w:val="ro-RO"/>
        </w:rPr>
        <w:tab/>
      </w:r>
      <w:r w:rsidR="0082593E">
        <w:rPr>
          <w:rFonts w:ascii="Times New Roman" w:eastAsia="Times New Roman" w:hAnsi="Times New Roman" w:cs="Times New Roman"/>
          <w:b/>
          <w:bCs/>
          <w:sz w:val="20"/>
          <w:szCs w:val="20"/>
          <w:shd w:val="clear" w:color="auto" w:fill="FFFFFF"/>
          <w:lang w:val="ro-RO"/>
        </w:rPr>
        <w:t xml:space="preserve"> </w:t>
      </w:r>
      <w:r w:rsidRPr="00087A48">
        <w:rPr>
          <w:rFonts w:ascii="Times New Roman" w:eastAsia="Times New Roman" w:hAnsi="Times New Roman" w:cs="Times New Roman"/>
          <w:b/>
          <w:bCs/>
          <w:sz w:val="20"/>
          <w:szCs w:val="20"/>
          <w:shd w:val="clear" w:color="auto" w:fill="FFFFFF"/>
          <w:lang w:val="ro-RO"/>
        </w:rPr>
        <w:t>Nedeterminată</w:t>
      </w:r>
    </w:p>
    <w:p w:rsidR="00F971F4" w:rsidRPr="00087A48" w:rsidRDefault="00F971F4" w:rsidP="00F971F4">
      <w:pPr>
        <w:spacing w:after="0"/>
        <w:rPr>
          <w:rFonts w:ascii="Times New Roman" w:eastAsia="Times New Roman" w:hAnsi="Times New Roman" w:cs="Times New Roman"/>
          <w:b/>
          <w:bCs/>
          <w:sz w:val="20"/>
          <w:szCs w:val="20"/>
          <w:shd w:val="clear" w:color="auto" w:fill="FFFFFF"/>
          <w:lang w:val="ro-RO"/>
        </w:rPr>
      </w:pPr>
    </w:p>
    <w:p w:rsidR="00F971F4" w:rsidRPr="00087A48" w:rsidRDefault="00F971F4" w:rsidP="00F971F4">
      <w:pPr>
        <w:spacing w:line="240" w:lineRule="auto"/>
        <w:jc w:val="both"/>
        <w:rPr>
          <w:rFonts w:ascii="Times New Roman" w:hAnsi="Times New Roman" w:cs="Times New Roman"/>
          <w:b/>
          <w:i/>
          <w:iCs/>
          <w:sz w:val="20"/>
          <w:szCs w:val="20"/>
          <w:u w:val="single"/>
        </w:rPr>
      </w:pPr>
      <w:r w:rsidRPr="00087A48">
        <w:rPr>
          <w:rFonts w:ascii="Times New Roman" w:hAnsi="Times New Roman" w:cs="Times New Roman"/>
          <w:b/>
          <w:sz w:val="20"/>
          <w:szCs w:val="20"/>
        </w:rPr>
        <w:t xml:space="preserve">              </w:t>
      </w:r>
      <w:proofErr w:type="gramStart"/>
      <w:r w:rsidRPr="00087A48">
        <w:rPr>
          <w:rFonts w:ascii="Times New Roman" w:hAnsi="Times New Roman" w:cs="Times New Roman"/>
          <w:b/>
          <w:i/>
          <w:iCs/>
          <w:sz w:val="20"/>
          <w:szCs w:val="20"/>
          <w:u w:val="single"/>
        </w:rPr>
        <w:t>PROBE  DE</w:t>
      </w:r>
      <w:proofErr w:type="gramEnd"/>
      <w:r w:rsidRPr="00087A48">
        <w:rPr>
          <w:rFonts w:ascii="Times New Roman" w:hAnsi="Times New Roman" w:cs="Times New Roman"/>
          <w:b/>
          <w:i/>
          <w:iCs/>
          <w:sz w:val="20"/>
          <w:szCs w:val="20"/>
          <w:u w:val="single"/>
        </w:rPr>
        <w:t xml:space="preserve"> CONCURS:</w:t>
      </w:r>
    </w:p>
    <w:p w:rsidR="00F971F4" w:rsidRPr="00087A48" w:rsidRDefault="00F971F4" w:rsidP="00F971F4">
      <w:pPr>
        <w:pStyle w:val="ListParagraph"/>
        <w:numPr>
          <w:ilvl w:val="0"/>
          <w:numId w:val="11"/>
        </w:numPr>
        <w:spacing w:after="0" w:line="240" w:lineRule="auto"/>
        <w:ind w:hanging="436"/>
        <w:jc w:val="both"/>
        <w:rPr>
          <w:rFonts w:ascii="Times New Roman" w:hAnsi="Times New Roman" w:cs="Times New Roman"/>
          <w:sz w:val="20"/>
          <w:szCs w:val="20"/>
        </w:rPr>
      </w:pPr>
      <w:r w:rsidRPr="00087A48">
        <w:rPr>
          <w:rFonts w:ascii="Times New Roman" w:hAnsi="Times New Roman" w:cs="Times New Roman"/>
          <w:sz w:val="20"/>
          <w:szCs w:val="20"/>
        </w:rPr>
        <w:t>Proba scrisă ,</w:t>
      </w:r>
    </w:p>
    <w:p w:rsidR="00F971F4" w:rsidRPr="00087A48" w:rsidRDefault="00F971F4" w:rsidP="00F971F4">
      <w:pPr>
        <w:pStyle w:val="ListParagraph"/>
        <w:numPr>
          <w:ilvl w:val="0"/>
          <w:numId w:val="11"/>
        </w:numPr>
        <w:spacing w:after="0" w:line="240" w:lineRule="auto"/>
        <w:ind w:hanging="436"/>
        <w:jc w:val="both"/>
        <w:rPr>
          <w:rFonts w:ascii="Times New Roman" w:hAnsi="Times New Roman" w:cs="Times New Roman"/>
          <w:sz w:val="20"/>
          <w:szCs w:val="20"/>
        </w:rPr>
      </w:pPr>
      <w:r w:rsidRPr="00087A48">
        <w:rPr>
          <w:rFonts w:ascii="Times New Roman" w:hAnsi="Times New Roman" w:cs="Times New Roman"/>
          <w:sz w:val="20"/>
          <w:szCs w:val="20"/>
        </w:rPr>
        <w:t>Probă practică,</w:t>
      </w:r>
    </w:p>
    <w:p w:rsidR="00F971F4" w:rsidRPr="00087A48" w:rsidRDefault="00F971F4" w:rsidP="00F971F4">
      <w:pPr>
        <w:pStyle w:val="ListParagraph"/>
        <w:numPr>
          <w:ilvl w:val="0"/>
          <w:numId w:val="11"/>
        </w:numPr>
        <w:spacing w:after="0" w:line="240" w:lineRule="auto"/>
        <w:ind w:hanging="436"/>
        <w:jc w:val="both"/>
        <w:rPr>
          <w:rFonts w:ascii="Times New Roman" w:hAnsi="Times New Roman" w:cs="Times New Roman"/>
          <w:sz w:val="20"/>
          <w:szCs w:val="20"/>
        </w:rPr>
      </w:pPr>
      <w:r w:rsidRPr="00087A48">
        <w:rPr>
          <w:rFonts w:ascii="Times New Roman" w:hAnsi="Times New Roman" w:cs="Times New Roman"/>
          <w:sz w:val="20"/>
          <w:szCs w:val="20"/>
        </w:rPr>
        <w:t>Interviu.</w:t>
      </w:r>
    </w:p>
    <w:p w:rsidR="00F971F4" w:rsidRPr="00087A48" w:rsidRDefault="00F971F4" w:rsidP="00F971F4">
      <w:pPr>
        <w:spacing w:after="0" w:line="240" w:lineRule="auto"/>
        <w:jc w:val="both"/>
        <w:rPr>
          <w:rFonts w:ascii="Times New Roman" w:hAnsi="Times New Roman" w:cs="Times New Roman"/>
          <w:sz w:val="20"/>
          <w:szCs w:val="20"/>
        </w:rPr>
      </w:pPr>
    </w:p>
    <w:p w:rsidR="00F971F4" w:rsidRPr="00087A48" w:rsidRDefault="00F971F4" w:rsidP="00F971F4">
      <w:pPr>
        <w:spacing w:line="240" w:lineRule="auto"/>
        <w:ind w:firstLine="709"/>
        <w:jc w:val="both"/>
        <w:rPr>
          <w:rFonts w:ascii="Times New Roman" w:hAnsi="Times New Roman" w:cs="Times New Roman"/>
          <w:b/>
          <w:i/>
          <w:iCs/>
          <w:sz w:val="20"/>
          <w:szCs w:val="20"/>
          <w:u w:val="single"/>
        </w:rPr>
      </w:pPr>
      <w:r w:rsidRPr="00087A48">
        <w:rPr>
          <w:rFonts w:ascii="Times New Roman" w:hAnsi="Times New Roman" w:cs="Times New Roman"/>
          <w:b/>
          <w:i/>
          <w:iCs/>
          <w:sz w:val="20"/>
          <w:szCs w:val="20"/>
          <w:u w:val="single"/>
        </w:rPr>
        <w:t>CONDIȚII GENERALE:</w:t>
      </w:r>
    </w:p>
    <w:p w:rsidR="00F971F4" w:rsidRPr="00087A48" w:rsidRDefault="00F971F4" w:rsidP="00F971F4">
      <w:pPr>
        <w:pStyle w:val="ListParagraph"/>
        <w:numPr>
          <w:ilvl w:val="0"/>
          <w:numId w:val="10"/>
        </w:numPr>
        <w:spacing w:after="0" w:line="240" w:lineRule="auto"/>
        <w:ind w:left="709" w:hanging="425"/>
        <w:jc w:val="both"/>
        <w:rPr>
          <w:rFonts w:ascii="Times New Roman" w:hAnsi="Times New Roman" w:cs="Times New Roman"/>
          <w:sz w:val="20"/>
          <w:szCs w:val="20"/>
        </w:rPr>
      </w:pPr>
      <w:r w:rsidRPr="00087A48">
        <w:rPr>
          <w:rFonts w:ascii="Times New Roman" w:hAnsi="Times New Roman" w:cs="Times New Roman"/>
          <w:sz w:val="20"/>
          <w:szCs w:val="20"/>
        </w:rPr>
        <w:t xml:space="preserve">Să aibă cetățenie română, cetățenie a altor state membre ale Uniunii Europene sau a statelor aparținând Spațiului Economic </w:t>
      </w:r>
      <w:proofErr w:type="gramStart"/>
      <w:r w:rsidRPr="00087A48">
        <w:rPr>
          <w:rFonts w:ascii="Times New Roman" w:hAnsi="Times New Roman" w:cs="Times New Roman"/>
          <w:sz w:val="20"/>
          <w:szCs w:val="20"/>
        </w:rPr>
        <w:t>European  ș</w:t>
      </w:r>
      <w:proofErr w:type="gramEnd"/>
      <w:r w:rsidRPr="00087A48">
        <w:rPr>
          <w:rFonts w:ascii="Times New Roman" w:hAnsi="Times New Roman" w:cs="Times New Roman"/>
          <w:sz w:val="20"/>
          <w:szCs w:val="20"/>
        </w:rPr>
        <w:t>i domiciliul  în România.</w:t>
      </w:r>
    </w:p>
    <w:p w:rsidR="00F971F4" w:rsidRPr="00087A48" w:rsidRDefault="00F971F4" w:rsidP="00F971F4">
      <w:pPr>
        <w:pStyle w:val="ListParagraph"/>
        <w:numPr>
          <w:ilvl w:val="0"/>
          <w:numId w:val="10"/>
        </w:numPr>
        <w:spacing w:after="0" w:line="240" w:lineRule="auto"/>
        <w:ind w:left="709" w:hanging="425"/>
        <w:jc w:val="both"/>
        <w:rPr>
          <w:rFonts w:ascii="Times New Roman" w:hAnsi="Times New Roman" w:cs="Times New Roman"/>
          <w:sz w:val="20"/>
          <w:szCs w:val="20"/>
        </w:rPr>
      </w:pPr>
      <w:r w:rsidRPr="00087A48">
        <w:rPr>
          <w:rFonts w:ascii="Times New Roman" w:hAnsi="Times New Roman" w:cs="Times New Roman"/>
          <w:sz w:val="20"/>
          <w:szCs w:val="20"/>
        </w:rPr>
        <w:t>Cunoscător al limbii române, scris și vorbit;</w:t>
      </w:r>
    </w:p>
    <w:p w:rsidR="00F971F4" w:rsidRPr="00087A48" w:rsidRDefault="00F971F4" w:rsidP="00F971F4">
      <w:pPr>
        <w:pStyle w:val="ListParagraph"/>
        <w:numPr>
          <w:ilvl w:val="0"/>
          <w:numId w:val="10"/>
        </w:numPr>
        <w:spacing w:after="0" w:line="240" w:lineRule="auto"/>
        <w:ind w:left="709" w:hanging="425"/>
        <w:jc w:val="both"/>
        <w:rPr>
          <w:rFonts w:ascii="Times New Roman" w:hAnsi="Times New Roman" w:cs="Times New Roman"/>
          <w:sz w:val="20"/>
          <w:szCs w:val="20"/>
        </w:rPr>
      </w:pPr>
      <w:r w:rsidRPr="00087A48">
        <w:rPr>
          <w:rFonts w:ascii="Times New Roman" w:hAnsi="Times New Roman" w:cs="Times New Roman"/>
          <w:sz w:val="20"/>
          <w:szCs w:val="20"/>
        </w:rPr>
        <w:t>Vârsta minimă reglementată de prevederile legale;</w:t>
      </w:r>
    </w:p>
    <w:p w:rsidR="00F971F4" w:rsidRPr="00087A48" w:rsidRDefault="00F971F4" w:rsidP="00F971F4">
      <w:pPr>
        <w:pStyle w:val="ListParagraph"/>
        <w:numPr>
          <w:ilvl w:val="0"/>
          <w:numId w:val="10"/>
        </w:numPr>
        <w:spacing w:after="0" w:line="240" w:lineRule="auto"/>
        <w:ind w:left="709" w:hanging="425"/>
        <w:jc w:val="both"/>
        <w:rPr>
          <w:rFonts w:ascii="Times New Roman" w:hAnsi="Times New Roman" w:cs="Times New Roman"/>
          <w:sz w:val="20"/>
          <w:szCs w:val="20"/>
        </w:rPr>
      </w:pPr>
      <w:r w:rsidRPr="00087A48">
        <w:rPr>
          <w:rFonts w:ascii="Times New Roman" w:hAnsi="Times New Roman" w:cs="Times New Roman"/>
          <w:sz w:val="20"/>
          <w:szCs w:val="20"/>
        </w:rPr>
        <w:t>Capacitate deplină de exercițiu;</w:t>
      </w:r>
    </w:p>
    <w:p w:rsidR="00F971F4" w:rsidRPr="00087A48" w:rsidRDefault="00F971F4" w:rsidP="00F971F4">
      <w:pPr>
        <w:pStyle w:val="ListParagraph"/>
        <w:numPr>
          <w:ilvl w:val="0"/>
          <w:numId w:val="10"/>
        </w:numPr>
        <w:spacing w:after="0" w:line="240" w:lineRule="auto"/>
        <w:ind w:left="709" w:hanging="425"/>
        <w:jc w:val="both"/>
        <w:rPr>
          <w:rFonts w:ascii="Times New Roman" w:hAnsi="Times New Roman" w:cs="Times New Roman"/>
          <w:sz w:val="20"/>
          <w:szCs w:val="20"/>
        </w:rPr>
      </w:pPr>
      <w:r w:rsidRPr="00087A48">
        <w:rPr>
          <w:rFonts w:ascii="Times New Roman" w:hAnsi="Times New Roman" w:cs="Times New Roman"/>
          <w:sz w:val="20"/>
          <w:szCs w:val="20"/>
        </w:rPr>
        <w:t>Îndeplinește condițiile de studii și după caz, de vechime sau alte condiții specifice potrivit cerințelor postului scos la concurs;</w:t>
      </w:r>
    </w:p>
    <w:p w:rsidR="00F971F4" w:rsidRPr="00087A48" w:rsidRDefault="00F971F4" w:rsidP="00F971F4">
      <w:pPr>
        <w:pStyle w:val="ListParagraph"/>
        <w:numPr>
          <w:ilvl w:val="0"/>
          <w:numId w:val="10"/>
        </w:numPr>
        <w:spacing w:after="0" w:line="240" w:lineRule="auto"/>
        <w:ind w:left="709" w:hanging="425"/>
        <w:jc w:val="both"/>
        <w:rPr>
          <w:rFonts w:ascii="Times New Roman" w:hAnsi="Times New Roman" w:cs="Times New Roman"/>
          <w:sz w:val="20"/>
          <w:szCs w:val="20"/>
        </w:rPr>
      </w:pPr>
      <w:r w:rsidRPr="00087A48">
        <w:rPr>
          <w:rFonts w:ascii="Times New Roman" w:hAnsi="Times New Roman" w:cs="Times New Roman"/>
          <w:sz w:val="20"/>
          <w:szCs w:val="20"/>
        </w:rPr>
        <w:t>Stare de sănătate corespunzătoare postului atestată prin adeverința  medicală, eliberată de instituțiile abilitate;</w:t>
      </w:r>
    </w:p>
    <w:p w:rsidR="00F971F4" w:rsidRPr="00087A48" w:rsidRDefault="00F971F4" w:rsidP="00F971F4">
      <w:pPr>
        <w:pStyle w:val="ListParagraph"/>
        <w:numPr>
          <w:ilvl w:val="0"/>
          <w:numId w:val="10"/>
        </w:numPr>
        <w:spacing w:after="0" w:line="240" w:lineRule="auto"/>
        <w:ind w:left="709" w:hanging="425"/>
        <w:jc w:val="both"/>
        <w:rPr>
          <w:rFonts w:ascii="Times New Roman" w:hAnsi="Times New Roman" w:cs="Times New Roman"/>
          <w:b/>
          <w:sz w:val="20"/>
          <w:szCs w:val="20"/>
        </w:rPr>
      </w:pPr>
      <w:r w:rsidRPr="00087A48">
        <w:rPr>
          <w:rFonts w:ascii="Times New Roman" w:hAnsi="Times New Roman" w:cs="Times New Roman"/>
          <w:sz w:val="20"/>
          <w:szCs w:val="20"/>
        </w:rPr>
        <w:t>Nu a fost condamnată definitiv pentru săvârșirea unei infracțiuni contra umanității, sau a unor fapte de corupție sau a unei infracțiuni săvârșite cu intenție, care ar face-o incompatibilă cu exercitarea funcției;</w:t>
      </w:r>
    </w:p>
    <w:p w:rsidR="00F971F4" w:rsidRPr="00087A48" w:rsidRDefault="00F971F4" w:rsidP="00F971F4">
      <w:pPr>
        <w:spacing w:line="240" w:lineRule="auto"/>
        <w:ind w:left="709" w:hanging="425"/>
        <w:jc w:val="both"/>
        <w:rPr>
          <w:rFonts w:ascii="Times New Roman" w:hAnsi="Times New Roman" w:cs="Times New Roman"/>
          <w:sz w:val="20"/>
          <w:szCs w:val="20"/>
        </w:rPr>
      </w:pPr>
      <w:r w:rsidRPr="00087A48">
        <w:rPr>
          <w:rFonts w:ascii="Times New Roman" w:hAnsi="Times New Roman" w:cs="Times New Roman"/>
          <w:sz w:val="20"/>
          <w:szCs w:val="20"/>
        </w:rPr>
        <w:t xml:space="preserve">- </w:t>
      </w:r>
      <w:r w:rsidRPr="00087A48">
        <w:rPr>
          <w:rFonts w:ascii="Times New Roman" w:hAnsi="Times New Roman" w:cs="Times New Roman"/>
          <w:sz w:val="20"/>
          <w:szCs w:val="20"/>
        </w:rPr>
        <w:tab/>
        <w:t>Excelente abilități de comunicare, interacțiune interpersonală și cu preșcolarii și lucrul în echipă;</w:t>
      </w:r>
    </w:p>
    <w:p w:rsidR="00F971F4" w:rsidRPr="00087A48" w:rsidRDefault="00F971F4" w:rsidP="00F971F4">
      <w:pPr>
        <w:spacing w:line="240" w:lineRule="auto"/>
        <w:ind w:left="709" w:hanging="425"/>
        <w:jc w:val="both"/>
        <w:rPr>
          <w:rFonts w:ascii="Times New Roman" w:hAnsi="Times New Roman" w:cs="Times New Roman"/>
          <w:sz w:val="20"/>
          <w:szCs w:val="20"/>
        </w:rPr>
      </w:pPr>
      <w:r w:rsidRPr="00087A48">
        <w:rPr>
          <w:rFonts w:ascii="Times New Roman" w:hAnsi="Times New Roman" w:cs="Times New Roman"/>
          <w:sz w:val="20"/>
          <w:szCs w:val="20"/>
        </w:rPr>
        <w:t>-      Perseverență, corectitudine, implicare;</w:t>
      </w:r>
    </w:p>
    <w:p w:rsidR="00F971F4" w:rsidRPr="00087A48" w:rsidRDefault="00F971F4" w:rsidP="00F971F4">
      <w:pPr>
        <w:spacing w:line="240" w:lineRule="auto"/>
        <w:ind w:left="709" w:hanging="425"/>
        <w:jc w:val="both"/>
        <w:rPr>
          <w:rFonts w:ascii="Times New Roman" w:hAnsi="Times New Roman" w:cs="Times New Roman"/>
          <w:sz w:val="20"/>
          <w:szCs w:val="20"/>
        </w:rPr>
      </w:pPr>
      <w:r w:rsidRPr="00087A48">
        <w:rPr>
          <w:rFonts w:ascii="Times New Roman" w:hAnsi="Times New Roman" w:cs="Times New Roman"/>
          <w:sz w:val="20"/>
          <w:szCs w:val="20"/>
        </w:rPr>
        <w:t>-      Dinamism, flexibilitate, adaptabilitate;</w:t>
      </w:r>
    </w:p>
    <w:p w:rsidR="00253BCB" w:rsidRPr="00087A48" w:rsidRDefault="00253BCB" w:rsidP="00F971F4">
      <w:pPr>
        <w:spacing w:line="240" w:lineRule="auto"/>
        <w:ind w:left="709" w:hanging="425"/>
        <w:jc w:val="both"/>
        <w:rPr>
          <w:rFonts w:ascii="Times New Roman" w:hAnsi="Times New Roman" w:cs="Times New Roman"/>
          <w:sz w:val="20"/>
          <w:szCs w:val="20"/>
        </w:rPr>
      </w:pPr>
    </w:p>
    <w:p w:rsidR="00253BCB" w:rsidRPr="00087A48" w:rsidRDefault="00253BCB" w:rsidP="00F971F4">
      <w:pPr>
        <w:spacing w:line="240" w:lineRule="auto"/>
        <w:ind w:left="709" w:hanging="425"/>
        <w:jc w:val="both"/>
        <w:rPr>
          <w:rFonts w:ascii="Times New Roman" w:hAnsi="Times New Roman" w:cs="Times New Roman"/>
          <w:sz w:val="20"/>
          <w:szCs w:val="20"/>
        </w:rPr>
      </w:pPr>
    </w:p>
    <w:p w:rsidR="00F971F4" w:rsidRDefault="00F971F4" w:rsidP="00F971F4">
      <w:pPr>
        <w:spacing w:line="240" w:lineRule="auto"/>
        <w:ind w:firstLine="709"/>
        <w:jc w:val="both"/>
        <w:rPr>
          <w:rFonts w:ascii="Times New Roman" w:hAnsi="Times New Roman" w:cs="Times New Roman"/>
          <w:b/>
          <w:i/>
          <w:iCs/>
          <w:sz w:val="20"/>
          <w:szCs w:val="20"/>
          <w:u w:val="single"/>
        </w:rPr>
      </w:pPr>
    </w:p>
    <w:p w:rsidR="00087A48" w:rsidRPr="00087A48" w:rsidRDefault="00087A48" w:rsidP="00F971F4">
      <w:pPr>
        <w:spacing w:line="240" w:lineRule="auto"/>
        <w:ind w:firstLine="709"/>
        <w:jc w:val="both"/>
        <w:rPr>
          <w:rFonts w:ascii="Times New Roman" w:hAnsi="Times New Roman" w:cs="Times New Roman"/>
          <w:b/>
          <w:i/>
          <w:iCs/>
          <w:sz w:val="20"/>
          <w:szCs w:val="20"/>
          <w:u w:val="single"/>
        </w:rPr>
      </w:pPr>
    </w:p>
    <w:p w:rsidR="00F971F4" w:rsidRPr="00087A48" w:rsidRDefault="00F971F4" w:rsidP="00F971F4">
      <w:pPr>
        <w:spacing w:line="240" w:lineRule="auto"/>
        <w:ind w:firstLine="709"/>
        <w:jc w:val="both"/>
        <w:rPr>
          <w:rFonts w:ascii="Times New Roman" w:hAnsi="Times New Roman" w:cs="Times New Roman"/>
          <w:i/>
          <w:iCs/>
          <w:sz w:val="20"/>
          <w:szCs w:val="20"/>
          <w:u w:val="single"/>
        </w:rPr>
      </w:pPr>
      <w:r w:rsidRPr="00087A48">
        <w:rPr>
          <w:rFonts w:ascii="Times New Roman" w:hAnsi="Times New Roman" w:cs="Times New Roman"/>
          <w:b/>
          <w:i/>
          <w:iCs/>
          <w:sz w:val="20"/>
          <w:szCs w:val="20"/>
          <w:u w:val="single"/>
        </w:rPr>
        <w:t xml:space="preserve">CONDIȚII </w:t>
      </w:r>
      <w:proofErr w:type="gramStart"/>
      <w:r w:rsidRPr="00087A48">
        <w:rPr>
          <w:rFonts w:ascii="Times New Roman" w:hAnsi="Times New Roman" w:cs="Times New Roman"/>
          <w:b/>
          <w:i/>
          <w:iCs/>
          <w:sz w:val="20"/>
          <w:szCs w:val="20"/>
          <w:u w:val="single"/>
        </w:rPr>
        <w:t xml:space="preserve">SPECIFICE </w:t>
      </w:r>
      <w:r w:rsidRPr="00087A48">
        <w:rPr>
          <w:rFonts w:ascii="Times New Roman" w:hAnsi="Times New Roman" w:cs="Times New Roman"/>
          <w:i/>
          <w:iCs/>
          <w:sz w:val="20"/>
          <w:szCs w:val="20"/>
          <w:u w:val="single"/>
        </w:rPr>
        <w:t>:</w:t>
      </w:r>
      <w:proofErr w:type="gramEnd"/>
    </w:p>
    <w:p w:rsidR="00BD41E8" w:rsidRPr="00087A48" w:rsidRDefault="00F971F4" w:rsidP="00D30A82">
      <w:pPr>
        <w:pStyle w:val="ListParagraph"/>
        <w:numPr>
          <w:ilvl w:val="0"/>
          <w:numId w:val="13"/>
        </w:numPr>
        <w:suppressAutoHyphens/>
        <w:spacing w:after="0"/>
        <w:ind w:left="1080"/>
        <w:jc w:val="both"/>
        <w:rPr>
          <w:rFonts w:ascii="Times New Roman" w:hAnsi="Times New Roman" w:cs="Times New Roman"/>
          <w:sz w:val="20"/>
          <w:szCs w:val="20"/>
        </w:rPr>
      </w:pPr>
      <w:r w:rsidRPr="00087A48">
        <w:rPr>
          <w:rFonts w:ascii="Times New Roman" w:hAnsi="Times New Roman" w:cs="Times New Roman"/>
          <w:sz w:val="20"/>
          <w:szCs w:val="20"/>
        </w:rPr>
        <w:lastRenderedPageBreak/>
        <w:t>Studii</w:t>
      </w:r>
      <w:r w:rsidR="00B56CEF" w:rsidRPr="00087A48">
        <w:rPr>
          <w:rFonts w:ascii="Times New Roman" w:hAnsi="Times New Roman" w:cs="Times New Roman"/>
          <w:sz w:val="20"/>
          <w:szCs w:val="20"/>
        </w:rPr>
        <w:t xml:space="preserve"> minime:</w:t>
      </w:r>
      <w:r w:rsidR="001269C8" w:rsidRPr="00087A48">
        <w:rPr>
          <w:rFonts w:ascii="Times New Roman" w:hAnsi="Times New Roman" w:cs="Times New Roman"/>
          <w:sz w:val="20"/>
          <w:szCs w:val="20"/>
        </w:rPr>
        <w:t xml:space="preserve"> </w:t>
      </w:r>
      <w:r w:rsidR="00720743" w:rsidRPr="00087A48">
        <w:rPr>
          <w:rFonts w:ascii="Times New Roman" w:hAnsi="Times New Roman" w:cs="Times New Roman"/>
          <w:sz w:val="20"/>
          <w:szCs w:val="20"/>
        </w:rPr>
        <w:t>școala gererală sau profesională/ studii medii</w:t>
      </w:r>
      <w:r w:rsidR="001269C8" w:rsidRPr="00087A48">
        <w:rPr>
          <w:rFonts w:ascii="Times New Roman" w:hAnsi="Times New Roman" w:cs="Times New Roman"/>
          <w:sz w:val="20"/>
          <w:szCs w:val="20"/>
        </w:rPr>
        <w:t>, studii liceale</w:t>
      </w:r>
      <w:r w:rsidR="00D30A82" w:rsidRPr="00087A48">
        <w:rPr>
          <w:rFonts w:ascii="Times New Roman" w:hAnsi="Times New Roman" w:cs="Times New Roman"/>
          <w:sz w:val="20"/>
          <w:szCs w:val="20"/>
        </w:rPr>
        <w:t>(ciclul inferior al liceului, format din clasele a IX-a - a X-a, sau ciclul superior al liceului, format din clasele a XI-a - a XII-a/a XIII-a);</w:t>
      </w:r>
    </w:p>
    <w:p w:rsidR="00F971F4" w:rsidRPr="00087A48" w:rsidRDefault="00F971F4" w:rsidP="00F971F4">
      <w:pPr>
        <w:pStyle w:val="ListParagraph"/>
        <w:numPr>
          <w:ilvl w:val="0"/>
          <w:numId w:val="13"/>
        </w:numPr>
        <w:suppressAutoHyphens/>
        <w:spacing w:after="0" w:line="240" w:lineRule="auto"/>
        <w:jc w:val="both"/>
        <w:rPr>
          <w:rFonts w:ascii="Times New Roman" w:hAnsi="Times New Roman" w:cs="Times New Roman"/>
          <w:sz w:val="20"/>
          <w:szCs w:val="20"/>
        </w:rPr>
      </w:pPr>
      <w:r w:rsidRPr="00087A48">
        <w:rPr>
          <w:rFonts w:ascii="Times New Roman" w:hAnsi="Times New Roman" w:cs="Times New Roman"/>
          <w:sz w:val="20"/>
          <w:szCs w:val="20"/>
        </w:rPr>
        <w:t xml:space="preserve"> Vechime în muncă minim 3 ani;</w:t>
      </w:r>
    </w:p>
    <w:p w:rsidR="00F971F4" w:rsidRPr="00087A48" w:rsidRDefault="00F971F4" w:rsidP="00F971F4">
      <w:pPr>
        <w:pStyle w:val="ListParagraph"/>
        <w:numPr>
          <w:ilvl w:val="0"/>
          <w:numId w:val="13"/>
        </w:numPr>
        <w:suppressAutoHyphens/>
        <w:spacing w:after="0" w:line="240" w:lineRule="auto"/>
        <w:jc w:val="both"/>
        <w:rPr>
          <w:rFonts w:ascii="Times New Roman" w:hAnsi="Times New Roman" w:cs="Times New Roman"/>
          <w:sz w:val="20"/>
          <w:szCs w:val="20"/>
        </w:rPr>
      </w:pPr>
      <w:r w:rsidRPr="00087A48">
        <w:rPr>
          <w:rFonts w:ascii="Times New Roman" w:hAnsi="Times New Roman" w:cs="Times New Roman"/>
          <w:sz w:val="20"/>
          <w:szCs w:val="20"/>
        </w:rPr>
        <w:t>Prezintă avantaj absolvirea unor cursuri complementare și vechimea în învățământ;</w:t>
      </w:r>
    </w:p>
    <w:p w:rsidR="00F971F4" w:rsidRPr="00087A48" w:rsidRDefault="00F971F4" w:rsidP="00F971F4">
      <w:pPr>
        <w:pStyle w:val="ListParagraph"/>
        <w:numPr>
          <w:ilvl w:val="0"/>
          <w:numId w:val="13"/>
        </w:numPr>
        <w:suppressAutoHyphens/>
        <w:spacing w:after="0" w:line="240" w:lineRule="auto"/>
        <w:jc w:val="both"/>
        <w:rPr>
          <w:rFonts w:ascii="Times New Roman" w:hAnsi="Times New Roman" w:cs="Times New Roman"/>
          <w:sz w:val="20"/>
          <w:szCs w:val="20"/>
        </w:rPr>
      </w:pPr>
      <w:r w:rsidRPr="00087A48">
        <w:rPr>
          <w:rFonts w:ascii="Times New Roman" w:hAnsi="Times New Roman" w:cs="Times New Roman"/>
          <w:sz w:val="20"/>
          <w:szCs w:val="20"/>
        </w:rPr>
        <w:t>Cunoasterea normelor P.S.I. și S.S.M.;</w:t>
      </w:r>
    </w:p>
    <w:p w:rsidR="00F971F4" w:rsidRPr="00087A48" w:rsidRDefault="00F971F4" w:rsidP="00F971F4">
      <w:pPr>
        <w:pStyle w:val="ListParagraph"/>
        <w:numPr>
          <w:ilvl w:val="0"/>
          <w:numId w:val="13"/>
        </w:numPr>
        <w:suppressAutoHyphens/>
        <w:spacing w:after="0" w:line="240" w:lineRule="auto"/>
        <w:jc w:val="both"/>
        <w:rPr>
          <w:rFonts w:ascii="Times New Roman" w:hAnsi="Times New Roman" w:cs="Times New Roman"/>
          <w:sz w:val="20"/>
          <w:szCs w:val="20"/>
        </w:rPr>
      </w:pPr>
      <w:r w:rsidRPr="00087A48">
        <w:rPr>
          <w:rFonts w:ascii="Times New Roman" w:hAnsi="Times New Roman" w:cs="Times New Roman"/>
          <w:sz w:val="20"/>
          <w:szCs w:val="20"/>
        </w:rPr>
        <w:t>Cunoașterea și respectarea normelor igienico-sanitare;</w:t>
      </w:r>
    </w:p>
    <w:p w:rsidR="00F971F4" w:rsidRPr="00087A48" w:rsidRDefault="00F971F4" w:rsidP="00F971F4">
      <w:pPr>
        <w:pStyle w:val="ListParagraph"/>
        <w:numPr>
          <w:ilvl w:val="0"/>
          <w:numId w:val="13"/>
        </w:numPr>
        <w:suppressAutoHyphens/>
        <w:spacing w:after="0" w:line="240" w:lineRule="auto"/>
        <w:jc w:val="both"/>
        <w:rPr>
          <w:rFonts w:ascii="Times New Roman" w:hAnsi="Times New Roman" w:cs="Times New Roman"/>
          <w:sz w:val="20"/>
          <w:szCs w:val="20"/>
        </w:rPr>
      </w:pPr>
      <w:r w:rsidRPr="00087A48">
        <w:rPr>
          <w:rFonts w:ascii="Times New Roman" w:hAnsi="Times New Roman" w:cs="Times New Roman"/>
          <w:sz w:val="20"/>
          <w:szCs w:val="20"/>
        </w:rPr>
        <w:t>Abilități pentru munca cu școlarii, preșcolarii și în echipă;</w:t>
      </w:r>
    </w:p>
    <w:p w:rsidR="00F971F4" w:rsidRPr="00087A48" w:rsidRDefault="00F971F4" w:rsidP="00F971F4">
      <w:pPr>
        <w:pStyle w:val="ListParagraph"/>
        <w:numPr>
          <w:ilvl w:val="0"/>
          <w:numId w:val="13"/>
        </w:numPr>
        <w:suppressAutoHyphens/>
        <w:spacing w:after="0" w:line="240" w:lineRule="auto"/>
        <w:jc w:val="both"/>
        <w:rPr>
          <w:rFonts w:ascii="Times New Roman" w:hAnsi="Times New Roman" w:cs="Times New Roman"/>
          <w:sz w:val="20"/>
          <w:szCs w:val="20"/>
        </w:rPr>
      </w:pPr>
      <w:r w:rsidRPr="00087A48">
        <w:rPr>
          <w:rFonts w:ascii="Times New Roman" w:hAnsi="Times New Roman" w:cs="Times New Roman"/>
          <w:sz w:val="20"/>
          <w:szCs w:val="20"/>
        </w:rPr>
        <w:t>Curs / certificat de calificare în meseria de îngrijitor copii / puericultor / sau să fie înscrisă la cursul de îngrijitor copii / puericultor, cu condiția să finalizeze cursul în maxim 5 luni de la angajare;</w:t>
      </w:r>
    </w:p>
    <w:p w:rsidR="00F971F4" w:rsidRPr="00087A48" w:rsidRDefault="00F971F4" w:rsidP="00F971F4">
      <w:pPr>
        <w:pStyle w:val="ListParagraph"/>
        <w:suppressAutoHyphens/>
        <w:spacing w:after="0" w:line="240" w:lineRule="auto"/>
        <w:ind w:left="928"/>
        <w:jc w:val="both"/>
        <w:rPr>
          <w:rFonts w:ascii="Times New Roman" w:hAnsi="Times New Roman" w:cs="Times New Roman"/>
          <w:sz w:val="20"/>
          <w:szCs w:val="20"/>
        </w:rPr>
      </w:pPr>
    </w:p>
    <w:p w:rsidR="00F971F4" w:rsidRPr="00087A48" w:rsidRDefault="00F971F4" w:rsidP="00F971F4">
      <w:pPr>
        <w:pStyle w:val="ListParagraph"/>
        <w:suppressAutoHyphens/>
        <w:spacing w:after="0" w:line="240" w:lineRule="auto"/>
        <w:ind w:left="709"/>
        <w:jc w:val="both"/>
        <w:rPr>
          <w:rFonts w:ascii="Times New Roman" w:hAnsi="Times New Roman" w:cs="Times New Roman"/>
          <w:i/>
          <w:iCs/>
          <w:sz w:val="20"/>
          <w:szCs w:val="20"/>
          <w:u w:val="single"/>
        </w:rPr>
      </w:pPr>
      <w:r w:rsidRPr="00087A48">
        <w:rPr>
          <w:rFonts w:ascii="Times New Roman" w:hAnsi="Times New Roman" w:cs="Times New Roman"/>
          <w:b/>
          <w:i/>
          <w:iCs/>
          <w:sz w:val="20"/>
          <w:szCs w:val="20"/>
          <w:u w:val="single"/>
        </w:rPr>
        <w:t xml:space="preserve">DOSARUL </w:t>
      </w:r>
      <w:proofErr w:type="gramStart"/>
      <w:r w:rsidRPr="00087A48">
        <w:rPr>
          <w:rFonts w:ascii="Times New Roman" w:hAnsi="Times New Roman" w:cs="Times New Roman"/>
          <w:b/>
          <w:i/>
          <w:iCs/>
          <w:sz w:val="20"/>
          <w:szCs w:val="20"/>
          <w:u w:val="single"/>
        </w:rPr>
        <w:t>DE  ÎNSCRIERE</w:t>
      </w:r>
      <w:proofErr w:type="gramEnd"/>
      <w:r w:rsidRPr="00087A48">
        <w:rPr>
          <w:rFonts w:ascii="Times New Roman" w:hAnsi="Times New Roman" w:cs="Times New Roman"/>
          <w:b/>
          <w:i/>
          <w:iCs/>
          <w:sz w:val="20"/>
          <w:szCs w:val="20"/>
          <w:u w:val="single"/>
        </w:rPr>
        <w:t xml:space="preserve"> LA CONCURS VA CUPRINDE</w:t>
      </w:r>
      <w:r w:rsidRPr="00087A48">
        <w:rPr>
          <w:rFonts w:ascii="Times New Roman" w:hAnsi="Times New Roman" w:cs="Times New Roman"/>
          <w:i/>
          <w:iCs/>
          <w:sz w:val="20"/>
          <w:szCs w:val="20"/>
          <w:u w:val="single"/>
        </w:rPr>
        <w:t>:</w:t>
      </w:r>
    </w:p>
    <w:p w:rsidR="00F971F4" w:rsidRPr="00087A48" w:rsidRDefault="00F971F4" w:rsidP="00F971F4">
      <w:pPr>
        <w:pStyle w:val="ListParagraph"/>
        <w:suppressAutoHyphens/>
        <w:spacing w:after="0" w:line="240" w:lineRule="auto"/>
        <w:ind w:left="709"/>
        <w:jc w:val="both"/>
        <w:rPr>
          <w:rFonts w:ascii="Times New Roman" w:hAnsi="Times New Roman" w:cs="Times New Roman"/>
          <w:i/>
          <w:iCs/>
          <w:sz w:val="20"/>
          <w:szCs w:val="20"/>
          <w:u w:val="single"/>
        </w:rPr>
      </w:pPr>
    </w:p>
    <w:p w:rsidR="00F971F4" w:rsidRPr="00087A48" w:rsidRDefault="00F971F4" w:rsidP="00F971F4">
      <w:pPr>
        <w:pStyle w:val="ListParagraph"/>
        <w:numPr>
          <w:ilvl w:val="0"/>
          <w:numId w:val="14"/>
        </w:numPr>
        <w:suppressAutoHyphens/>
        <w:spacing w:after="0" w:line="240" w:lineRule="auto"/>
        <w:ind w:left="567" w:right="-421" w:hanging="425"/>
        <w:jc w:val="both"/>
        <w:rPr>
          <w:rFonts w:ascii="Times New Roman" w:hAnsi="Times New Roman" w:cs="Times New Roman"/>
          <w:sz w:val="20"/>
          <w:szCs w:val="20"/>
        </w:rPr>
      </w:pPr>
      <w:r w:rsidRPr="00087A48">
        <w:rPr>
          <w:rFonts w:ascii="Times New Roman" w:hAnsi="Times New Roman" w:cs="Times New Roman"/>
          <w:sz w:val="20"/>
          <w:szCs w:val="20"/>
        </w:rPr>
        <w:t>Opis;</w:t>
      </w:r>
    </w:p>
    <w:p w:rsidR="00F971F4" w:rsidRPr="00087A48" w:rsidRDefault="00F971F4" w:rsidP="00F971F4">
      <w:pPr>
        <w:pStyle w:val="ListParagraph"/>
        <w:numPr>
          <w:ilvl w:val="0"/>
          <w:numId w:val="14"/>
        </w:numPr>
        <w:suppressAutoHyphens/>
        <w:spacing w:after="0" w:line="240" w:lineRule="auto"/>
        <w:ind w:left="567" w:right="-421" w:hanging="425"/>
        <w:jc w:val="both"/>
        <w:rPr>
          <w:rFonts w:ascii="Times New Roman" w:hAnsi="Times New Roman" w:cs="Times New Roman"/>
          <w:sz w:val="20"/>
          <w:szCs w:val="20"/>
        </w:rPr>
      </w:pPr>
      <w:r w:rsidRPr="00087A48">
        <w:rPr>
          <w:rFonts w:ascii="Times New Roman" w:hAnsi="Times New Roman" w:cs="Times New Roman"/>
          <w:sz w:val="20"/>
          <w:szCs w:val="20"/>
        </w:rPr>
        <w:t>Formular de înscriere la concurs (Anexa 1);</w:t>
      </w:r>
    </w:p>
    <w:p w:rsidR="00F971F4" w:rsidRPr="00087A48" w:rsidRDefault="00F971F4" w:rsidP="00F971F4">
      <w:pPr>
        <w:numPr>
          <w:ilvl w:val="0"/>
          <w:numId w:val="14"/>
        </w:numPr>
        <w:suppressAutoHyphens/>
        <w:spacing w:after="0" w:line="240" w:lineRule="auto"/>
        <w:ind w:left="567" w:right="-421" w:hanging="425"/>
        <w:jc w:val="both"/>
        <w:rPr>
          <w:rFonts w:ascii="Times New Roman" w:hAnsi="Times New Roman" w:cs="Times New Roman"/>
          <w:sz w:val="20"/>
          <w:szCs w:val="20"/>
        </w:rPr>
      </w:pPr>
      <w:r w:rsidRPr="00087A48">
        <w:rPr>
          <w:rFonts w:ascii="Times New Roman" w:hAnsi="Times New Roman" w:cs="Times New Roman"/>
          <w:sz w:val="20"/>
          <w:szCs w:val="20"/>
        </w:rPr>
        <w:t>Copia actului de identitate sau orice alt document care atestă identitatea, potrivit legii, aflate în termen de valabilitate;</w:t>
      </w:r>
    </w:p>
    <w:p w:rsidR="00F971F4" w:rsidRPr="00087A48" w:rsidRDefault="00F971F4" w:rsidP="00F971F4">
      <w:pPr>
        <w:numPr>
          <w:ilvl w:val="0"/>
          <w:numId w:val="14"/>
        </w:numPr>
        <w:suppressAutoHyphens/>
        <w:spacing w:after="0" w:line="240" w:lineRule="auto"/>
        <w:ind w:left="567" w:right="-421" w:hanging="425"/>
        <w:jc w:val="both"/>
        <w:rPr>
          <w:rFonts w:ascii="Times New Roman" w:hAnsi="Times New Roman" w:cs="Times New Roman"/>
          <w:sz w:val="20"/>
          <w:szCs w:val="20"/>
        </w:rPr>
      </w:pPr>
      <w:r w:rsidRPr="00087A48">
        <w:rPr>
          <w:rFonts w:ascii="Times New Roman" w:hAnsi="Times New Roman" w:cs="Times New Roman"/>
          <w:sz w:val="20"/>
          <w:szCs w:val="20"/>
        </w:rPr>
        <w:t>Copia certificatului de căsătorie sau a altui document prin care s-a realizat schimbarea de nume, după caz;</w:t>
      </w:r>
    </w:p>
    <w:p w:rsidR="00F971F4" w:rsidRPr="00087A48" w:rsidRDefault="00F971F4" w:rsidP="00F971F4">
      <w:pPr>
        <w:numPr>
          <w:ilvl w:val="0"/>
          <w:numId w:val="14"/>
        </w:numPr>
        <w:suppressAutoHyphens/>
        <w:spacing w:after="0" w:line="240" w:lineRule="auto"/>
        <w:ind w:left="567" w:right="-421" w:hanging="425"/>
        <w:jc w:val="both"/>
        <w:rPr>
          <w:rFonts w:ascii="Times New Roman" w:hAnsi="Times New Roman" w:cs="Times New Roman"/>
          <w:sz w:val="20"/>
          <w:szCs w:val="20"/>
        </w:rPr>
      </w:pPr>
      <w:r w:rsidRPr="00087A48">
        <w:rPr>
          <w:rFonts w:ascii="Times New Roman" w:hAnsi="Times New Roman" w:cs="Times New Roman"/>
          <w:sz w:val="20"/>
          <w:szCs w:val="20"/>
        </w:rPr>
        <w:t>Copiile documentelor care să atestă nivelul studiilor și ale altor acte care atestă efectuarea unor specializări precum și copiile documentelor care atestă îndeplinirea condițiilor specifice ale postului;</w:t>
      </w:r>
    </w:p>
    <w:p w:rsidR="00F971F4" w:rsidRPr="00087A48" w:rsidRDefault="00F971F4" w:rsidP="00F971F4">
      <w:pPr>
        <w:numPr>
          <w:ilvl w:val="0"/>
          <w:numId w:val="14"/>
        </w:numPr>
        <w:suppressAutoHyphens/>
        <w:spacing w:after="0" w:line="240" w:lineRule="auto"/>
        <w:ind w:left="567" w:right="-421" w:hanging="425"/>
        <w:jc w:val="both"/>
        <w:rPr>
          <w:rFonts w:ascii="Times New Roman" w:hAnsi="Times New Roman" w:cs="Times New Roman"/>
          <w:sz w:val="20"/>
          <w:szCs w:val="20"/>
        </w:rPr>
      </w:pPr>
      <w:r w:rsidRPr="00087A48">
        <w:rPr>
          <w:rFonts w:ascii="Times New Roman" w:hAnsi="Times New Roman" w:cs="Times New Roman"/>
          <w:sz w:val="20"/>
          <w:szCs w:val="20"/>
        </w:rPr>
        <w:t>Acte doveditoare care să ateste vechimea în muncă și în specialitatea studiilor solicitate pentru ocuparea postului (adeverință vechime în muncă/ copie carnet de muncă / extras Revisal de la ultimul loc de muncă);</w:t>
      </w:r>
    </w:p>
    <w:p w:rsidR="00F971F4" w:rsidRPr="00087A48" w:rsidRDefault="00F971F4" w:rsidP="00F971F4">
      <w:pPr>
        <w:numPr>
          <w:ilvl w:val="0"/>
          <w:numId w:val="14"/>
        </w:numPr>
        <w:suppressAutoHyphens/>
        <w:spacing w:after="0" w:line="240" w:lineRule="auto"/>
        <w:ind w:left="567" w:right="-421" w:hanging="425"/>
        <w:jc w:val="both"/>
        <w:rPr>
          <w:rFonts w:ascii="Times New Roman" w:hAnsi="Times New Roman" w:cs="Times New Roman"/>
          <w:sz w:val="20"/>
          <w:szCs w:val="20"/>
        </w:rPr>
      </w:pPr>
      <w:r w:rsidRPr="00087A48">
        <w:rPr>
          <w:rFonts w:ascii="Times New Roman" w:hAnsi="Times New Roman" w:cs="Times New Roman"/>
          <w:sz w:val="20"/>
          <w:szCs w:val="20"/>
        </w:rPr>
        <w:t>Certificat medical eliberat de medicina muncii cu cel mult 6 luni înainte de desfășurarea concursului;</w:t>
      </w:r>
    </w:p>
    <w:p w:rsidR="00F971F4" w:rsidRPr="00087A48" w:rsidRDefault="00F971F4" w:rsidP="00F971F4">
      <w:pPr>
        <w:pStyle w:val="ListParagraph"/>
        <w:numPr>
          <w:ilvl w:val="0"/>
          <w:numId w:val="14"/>
        </w:numPr>
        <w:suppressAutoHyphens/>
        <w:spacing w:after="0" w:line="240" w:lineRule="auto"/>
        <w:ind w:left="567" w:right="-421" w:hanging="425"/>
        <w:jc w:val="both"/>
        <w:rPr>
          <w:rFonts w:ascii="Times New Roman" w:hAnsi="Times New Roman" w:cs="Times New Roman"/>
          <w:sz w:val="20"/>
          <w:szCs w:val="20"/>
        </w:rPr>
      </w:pPr>
      <w:r w:rsidRPr="00087A48">
        <w:rPr>
          <w:rFonts w:ascii="Times New Roman" w:hAnsi="Times New Roman" w:cs="Times New Roman"/>
          <w:sz w:val="20"/>
          <w:szCs w:val="20"/>
        </w:rPr>
        <w:t>Certificat de Cazier Judiciar sau, după caz, extrasul de pe cazier judiciar;</w:t>
      </w:r>
    </w:p>
    <w:p w:rsidR="00F971F4" w:rsidRPr="00087A48" w:rsidRDefault="00F971F4" w:rsidP="00F971F4">
      <w:pPr>
        <w:pStyle w:val="ListParagraph"/>
        <w:numPr>
          <w:ilvl w:val="0"/>
          <w:numId w:val="14"/>
        </w:numPr>
        <w:suppressAutoHyphens/>
        <w:spacing w:after="0" w:line="240" w:lineRule="auto"/>
        <w:ind w:left="567" w:right="-421" w:hanging="425"/>
        <w:jc w:val="both"/>
        <w:rPr>
          <w:rFonts w:ascii="Times New Roman" w:hAnsi="Times New Roman" w:cs="Times New Roman"/>
          <w:sz w:val="20"/>
          <w:szCs w:val="20"/>
        </w:rPr>
      </w:pPr>
      <w:r w:rsidRPr="00087A48">
        <w:rPr>
          <w:rFonts w:ascii="Times New Roman" w:hAnsi="Times New Roman" w:cs="Times New Roman"/>
          <w:sz w:val="20"/>
          <w:szCs w:val="20"/>
        </w:rPr>
        <w:t xml:space="preserve">Certificat de Integritate Comportamentală din care </w:t>
      </w:r>
      <w:proofErr w:type="gramStart"/>
      <w:r w:rsidRPr="00087A48">
        <w:rPr>
          <w:rFonts w:ascii="Times New Roman" w:hAnsi="Times New Roman" w:cs="Times New Roman"/>
          <w:sz w:val="20"/>
          <w:szCs w:val="20"/>
        </w:rPr>
        <w:t>să</w:t>
      </w:r>
      <w:proofErr w:type="gramEnd"/>
      <w:r w:rsidRPr="00087A48">
        <w:rPr>
          <w:rFonts w:ascii="Times New Roman" w:hAnsi="Times New Roman" w:cs="Times New Roman"/>
          <w:sz w:val="20"/>
          <w:szCs w:val="20"/>
        </w:rPr>
        <w:t xml:space="preserve"> reiasă că nu s-au comis infracțiuni prevăzute la art. 1, alin. (2) </w:t>
      </w:r>
      <w:proofErr w:type="gramStart"/>
      <w:r w:rsidRPr="00087A48">
        <w:rPr>
          <w:rFonts w:ascii="Times New Roman" w:hAnsi="Times New Roman" w:cs="Times New Roman"/>
          <w:sz w:val="20"/>
          <w:szCs w:val="20"/>
        </w:rPr>
        <w:t>din</w:t>
      </w:r>
      <w:proofErr w:type="gramEnd"/>
      <w:r w:rsidRPr="00087A48">
        <w:rPr>
          <w:rFonts w:ascii="Times New Roman" w:hAnsi="Times New Roman" w:cs="Times New Roman"/>
          <w:sz w:val="20"/>
          <w:szCs w:val="20"/>
        </w:rPr>
        <w:t xml:space="preserve"> Legea nr. 118 / 2019 privind Registrul Național Automatizat cu privire la persoanele care au comis infracțiuni sexuale, de exploatare a unor persoane sau asupra minorilor, precum și pentru completarea Legii nr. 76 / 2008 privind Organizarea și Funcționarea Sistemului Național de date Genetice Judiciare, cu modificările ulterioare pentru participanții înscriși pentru posturile din cadrul Sistemului de Învățământ, Sănătate sau Protecție Socială, precum și orice entitate publică sau privată a cărei activitate presupune contactul direct cu copiii, persoane în vârstă, persoane cu dizabilități sau alte categorii de persoane vulnerabile, ori care presupune examinarea fizică sau evaluarea psihologică a unei persoane;</w:t>
      </w:r>
    </w:p>
    <w:p w:rsidR="00F971F4" w:rsidRPr="00087A48" w:rsidRDefault="00F971F4" w:rsidP="00F971F4">
      <w:pPr>
        <w:numPr>
          <w:ilvl w:val="0"/>
          <w:numId w:val="14"/>
        </w:numPr>
        <w:suppressAutoHyphens/>
        <w:spacing w:after="0" w:line="240" w:lineRule="auto"/>
        <w:ind w:left="567" w:right="-421" w:hanging="425"/>
        <w:jc w:val="both"/>
        <w:rPr>
          <w:rFonts w:ascii="Times New Roman" w:hAnsi="Times New Roman" w:cs="Times New Roman"/>
          <w:sz w:val="20"/>
          <w:szCs w:val="20"/>
        </w:rPr>
      </w:pPr>
      <w:r w:rsidRPr="00087A48">
        <w:rPr>
          <w:rFonts w:ascii="Times New Roman" w:hAnsi="Times New Roman" w:cs="Times New Roman"/>
          <w:sz w:val="20"/>
          <w:szCs w:val="20"/>
        </w:rPr>
        <w:t>Curriculum Vitae, model comun European;</w:t>
      </w:r>
    </w:p>
    <w:p w:rsidR="00F971F4" w:rsidRPr="00087A48" w:rsidRDefault="00F971F4" w:rsidP="00F971F4">
      <w:pPr>
        <w:suppressAutoHyphens/>
        <w:spacing w:after="0" w:line="240" w:lineRule="auto"/>
        <w:ind w:left="567" w:right="-421"/>
        <w:jc w:val="both"/>
        <w:rPr>
          <w:rFonts w:ascii="Times New Roman" w:hAnsi="Times New Roman" w:cs="Times New Roman"/>
          <w:sz w:val="20"/>
          <w:szCs w:val="20"/>
        </w:rPr>
      </w:pPr>
    </w:p>
    <w:p w:rsidR="00F971F4" w:rsidRPr="00087A48" w:rsidRDefault="00F971F4" w:rsidP="00F971F4">
      <w:pPr>
        <w:suppressAutoHyphens/>
        <w:spacing w:line="240" w:lineRule="auto"/>
        <w:ind w:firstLine="284"/>
        <w:jc w:val="both"/>
        <w:rPr>
          <w:rFonts w:ascii="Times New Roman" w:hAnsi="Times New Roman" w:cs="Times New Roman"/>
          <w:sz w:val="20"/>
          <w:szCs w:val="20"/>
        </w:rPr>
      </w:pPr>
      <w:r w:rsidRPr="00087A48">
        <w:rPr>
          <w:rFonts w:ascii="Times New Roman" w:hAnsi="Times New Roman" w:cs="Times New Roman"/>
          <w:sz w:val="20"/>
          <w:szCs w:val="20"/>
        </w:rPr>
        <w:t>Copiile documentelor se prezintă însoțite de documentele originale, care se certifică cu menț</w:t>
      </w:r>
      <w:proofErr w:type="gramStart"/>
      <w:r w:rsidRPr="00087A48">
        <w:rPr>
          <w:rFonts w:ascii="Times New Roman" w:hAnsi="Times New Roman" w:cs="Times New Roman"/>
          <w:sz w:val="20"/>
          <w:szCs w:val="20"/>
        </w:rPr>
        <w:t>iunea ”</w:t>
      </w:r>
      <w:proofErr w:type="gramEnd"/>
      <w:r w:rsidRPr="00087A48">
        <w:rPr>
          <w:rFonts w:ascii="Times New Roman" w:hAnsi="Times New Roman" w:cs="Times New Roman"/>
          <w:sz w:val="20"/>
          <w:szCs w:val="20"/>
        </w:rPr>
        <w:t>Conform cu Originalul” de către secretarul comisiei de concurs.</w:t>
      </w:r>
    </w:p>
    <w:p w:rsidR="00F971F4" w:rsidRPr="00087A48" w:rsidRDefault="00F971F4" w:rsidP="00F971F4">
      <w:pPr>
        <w:spacing w:line="240" w:lineRule="auto"/>
        <w:ind w:firstLine="284"/>
        <w:jc w:val="both"/>
        <w:rPr>
          <w:rFonts w:ascii="Times New Roman" w:hAnsi="Times New Roman" w:cs="Times New Roman"/>
          <w:b/>
          <w:i/>
          <w:iCs/>
          <w:sz w:val="20"/>
          <w:szCs w:val="20"/>
        </w:rPr>
      </w:pPr>
      <w:r w:rsidRPr="00087A48">
        <w:rPr>
          <w:rFonts w:ascii="Times New Roman" w:hAnsi="Times New Roman" w:cs="Times New Roman"/>
          <w:b/>
          <w:i/>
          <w:iCs/>
          <w:sz w:val="20"/>
          <w:szCs w:val="20"/>
        </w:rPr>
        <w:t xml:space="preserve">La înscriere, candidații vor depune dosarul de concurs la secretariatul Școlii Gimnaziale Nr. 1 Tărian din Girișu de Criș îndeplinind cumulativ condițiile de mai sus cu documentele fiind aranjate în ordine. </w:t>
      </w:r>
    </w:p>
    <w:p w:rsidR="00F971F4" w:rsidRPr="00087A48" w:rsidRDefault="00F971F4" w:rsidP="00F971F4">
      <w:pPr>
        <w:spacing w:line="240" w:lineRule="auto"/>
        <w:ind w:firstLine="284"/>
        <w:jc w:val="both"/>
        <w:rPr>
          <w:rFonts w:ascii="Times New Roman" w:hAnsi="Times New Roman" w:cs="Times New Roman"/>
          <w:b/>
          <w:i/>
          <w:iCs/>
          <w:sz w:val="20"/>
          <w:szCs w:val="20"/>
        </w:rPr>
      </w:pPr>
      <w:r w:rsidRPr="00087A48">
        <w:rPr>
          <w:rFonts w:ascii="Times New Roman" w:hAnsi="Times New Roman" w:cs="Times New Roman"/>
          <w:b/>
          <w:i/>
          <w:iCs/>
          <w:sz w:val="20"/>
          <w:szCs w:val="20"/>
        </w:rPr>
        <w:t>Probele concursului de angajare</w:t>
      </w:r>
      <w:r w:rsidR="0082593E">
        <w:rPr>
          <w:rFonts w:ascii="Times New Roman" w:hAnsi="Times New Roman" w:cs="Times New Roman"/>
          <w:b/>
          <w:i/>
          <w:iCs/>
          <w:sz w:val="20"/>
          <w:szCs w:val="20"/>
        </w:rPr>
        <w:t xml:space="preserve"> vor avea loc la sediul Școlii din Girișu d</w:t>
      </w:r>
      <w:r w:rsidRPr="00087A48">
        <w:rPr>
          <w:rFonts w:ascii="Times New Roman" w:hAnsi="Times New Roman" w:cs="Times New Roman"/>
          <w:b/>
          <w:i/>
          <w:iCs/>
          <w:sz w:val="20"/>
          <w:szCs w:val="20"/>
        </w:rPr>
        <w:t xml:space="preserve">e Criș conform graficului de mai </w:t>
      </w:r>
      <w:proofErr w:type="gramStart"/>
      <w:r w:rsidRPr="00087A48">
        <w:rPr>
          <w:rFonts w:ascii="Times New Roman" w:hAnsi="Times New Roman" w:cs="Times New Roman"/>
          <w:b/>
          <w:i/>
          <w:iCs/>
          <w:sz w:val="20"/>
          <w:szCs w:val="20"/>
        </w:rPr>
        <w:t>jos</w:t>
      </w:r>
      <w:proofErr w:type="gramEnd"/>
      <w:r w:rsidRPr="00087A48">
        <w:rPr>
          <w:rFonts w:ascii="Times New Roman" w:hAnsi="Times New Roman" w:cs="Times New Roman"/>
          <w:b/>
          <w:i/>
          <w:iCs/>
          <w:sz w:val="20"/>
          <w:szCs w:val="20"/>
        </w:rPr>
        <w:t>.</w:t>
      </w:r>
    </w:p>
    <w:p w:rsidR="00F971F4" w:rsidRPr="00087A48" w:rsidRDefault="00F971F4" w:rsidP="00F971F4">
      <w:pPr>
        <w:spacing w:line="240" w:lineRule="auto"/>
        <w:jc w:val="both"/>
        <w:rPr>
          <w:rFonts w:ascii="Times New Roman" w:hAnsi="Times New Roman" w:cs="Times New Roman"/>
          <w:i/>
          <w:iCs/>
          <w:sz w:val="20"/>
          <w:szCs w:val="20"/>
        </w:rPr>
      </w:pPr>
    </w:p>
    <w:p w:rsidR="00F971F4" w:rsidRPr="00087A48" w:rsidRDefault="00F971F4" w:rsidP="00F971F4">
      <w:pPr>
        <w:spacing w:line="240" w:lineRule="auto"/>
        <w:jc w:val="both"/>
        <w:rPr>
          <w:rFonts w:ascii="Times New Roman" w:hAnsi="Times New Roman" w:cs="Times New Roman"/>
          <w:i/>
          <w:iCs/>
          <w:sz w:val="20"/>
          <w:szCs w:val="20"/>
        </w:rPr>
      </w:pPr>
    </w:p>
    <w:p w:rsidR="00087A48" w:rsidRDefault="00087A48" w:rsidP="00F971F4">
      <w:pPr>
        <w:spacing w:line="240" w:lineRule="auto"/>
        <w:jc w:val="center"/>
        <w:rPr>
          <w:rFonts w:ascii="Times New Roman" w:hAnsi="Times New Roman" w:cs="Times New Roman"/>
          <w:b/>
          <w:i/>
          <w:iCs/>
          <w:sz w:val="20"/>
          <w:szCs w:val="20"/>
          <w:u w:val="single"/>
        </w:rPr>
      </w:pPr>
    </w:p>
    <w:p w:rsidR="00087A48" w:rsidRDefault="00087A48" w:rsidP="00F971F4">
      <w:pPr>
        <w:spacing w:line="240" w:lineRule="auto"/>
        <w:jc w:val="center"/>
        <w:rPr>
          <w:rFonts w:ascii="Times New Roman" w:hAnsi="Times New Roman" w:cs="Times New Roman"/>
          <w:b/>
          <w:i/>
          <w:iCs/>
          <w:sz w:val="20"/>
          <w:szCs w:val="20"/>
          <w:u w:val="single"/>
        </w:rPr>
      </w:pPr>
    </w:p>
    <w:p w:rsidR="00087A48" w:rsidRDefault="00087A48" w:rsidP="00F971F4">
      <w:pPr>
        <w:spacing w:line="240" w:lineRule="auto"/>
        <w:jc w:val="center"/>
        <w:rPr>
          <w:rFonts w:ascii="Times New Roman" w:hAnsi="Times New Roman" w:cs="Times New Roman"/>
          <w:b/>
          <w:i/>
          <w:iCs/>
          <w:sz w:val="20"/>
          <w:szCs w:val="20"/>
          <w:u w:val="single"/>
        </w:rPr>
      </w:pPr>
    </w:p>
    <w:p w:rsidR="00087A48" w:rsidRDefault="00087A48" w:rsidP="00F971F4">
      <w:pPr>
        <w:spacing w:line="240" w:lineRule="auto"/>
        <w:jc w:val="center"/>
        <w:rPr>
          <w:rFonts w:ascii="Times New Roman" w:hAnsi="Times New Roman" w:cs="Times New Roman"/>
          <w:b/>
          <w:i/>
          <w:iCs/>
          <w:sz w:val="20"/>
          <w:szCs w:val="20"/>
          <w:u w:val="single"/>
        </w:rPr>
      </w:pPr>
    </w:p>
    <w:p w:rsidR="00087A48" w:rsidRDefault="00087A48" w:rsidP="00F971F4">
      <w:pPr>
        <w:spacing w:line="240" w:lineRule="auto"/>
        <w:jc w:val="center"/>
        <w:rPr>
          <w:rFonts w:ascii="Times New Roman" w:hAnsi="Times New Roman" w:cs="Times New Roman"/>
          <w:b/>
          <w:i/>
          <w:iCs/>
          <w:sz w:val="20"/>
          <w:szCs w:val="20"/>
          <w:u w:val="single"/>
        </w:rPr>
      </w:pPr>
    </w:p>
    <w:p w:rsidR="00F971F4" w:rsidRPr="00087A48" w:rsidRDefault="00F971F4" w:rsidP="00F971F4">
      <w:pPr>
        <w:spacing w:line="240" w:lineRule="auto"/>
        <w:jc w:val="center"/>
        <w:rPr>
          <w:rFonts w:ascii="Times New Roman" w:hAnsi="Times New Roman" w:cs="Times New Roman"/>
          <w:b/>
          <w:i/>
          <w:iCs/>
          <w:sz w:val="20"/>
          <w:szCs w:val="20"/>
          <w:u w:val="single"/>
        </w:rPr>
      </w:pPr>
      <w:r w:rsidRPr="00087A48">
        <w:rPr>
          <w:rFonts w:ascii="Times New Roman" w:hAnsi="Times New Roman" w:cs="Times New Roman"/>
          <w:b/>
          <w:i/>
          <w:iCs/>
          <w:sz w:val="20"/>
          <w:szCs w:val="20"/>
          <w:u w:val="single"/>
        </w:rPr>
        <w:t xml:space="preserve">GRAFICUL CONCURSULUI </w:t>
      </w:r>
    </w:p>
    <w:p w:rsidR="00F971F4" w:rsidRPr="00087A48" w:rsidRDefault="00F971F4" w:rsidP="00F971F4">
      <w:pPr>
        <w:spacing w:line="240" w:lineRule="auto"/>
        <w:jc w:val="both"/>
        <w:rPr>
          <w:rFonts w:ascii="Times New Roman" w:hAnsi="Times New Roman" w:cs="Times New Roman"/>
          <w:b/>
          <w:i/>
          <w:iCs/>
          <w:sz w:val="20"/>
          <w:szCs w:val="20"/>
          <w:u w:val="single"/>
        </w:rPr>
      </w:pPr>
    </w:p>
    <w:p w:rsidR="00F971F4" w:rsidRPr="00087A48" w:rsidRDefault="00F971F4" w:rsidP="00F971F4">
      <w:pPr>
        <w:spacing w:line="240" w:lineRule="auto"/>
        <w:jc w:val="both"/>
        <w:rPr>
          <w:rFonts w:ascii="Times New Roman" w:hAnsi="Times New Roman" w:cs="Times New Roman"/>
          <w:b/>
          <w:sz w:val="20"/>
          <w:szCs w:val="20"/>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513"/>
      </w:tblGrid>
      <w:tr w:rsidR="00F971F4" w:rsidRPr="00087A48" w:rsidTr="00D73D2C">
        <w:trPr>
          <w:trHeight w:val="413"/>
        </w:trPr>
        <w:tc>
          <w:tcPr>
            <w:tcW w:w="3119"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ind w:left="720" w:hanging="687"/>
              <w:jc w:val="center"/>
              <w:rPr>
                <w:rFonts w:ascii="Times New Roman" w:hAnsi="Times New Roman" w:cs="Times New Roman"/>
                <w:b/>
                <w:sz w:val="20"/>
                <w:szCs w:val="20"/>
              </w:rPr>
            </w:pPr>
            <w:r w:rsidRPr="00087A48">
              <w:rPr>
                <w:rFonts w:ascii="Times New Roman" w:hAnsi="Times New Roman" w:cs="Times New Roman"/>
                <w:b/>
                <w:sz w:val="20"/>
                <w:szCs w:val="20"/>
              </w:rPr>
              <w:lastRenderedPageBreak/>
              <w:t>DATA</w:t>
            </w:r>
          </w:p>
        </w:tc>
        <w:tc>
          <w:tcPr>
            <w:tcW w:w="7513"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ind w:left="720" w:hanging="687"/>
              <w:jc w:val="center"/>
              <w:rPr>
                <w:rFonts w:ascii="Times New Roman" w:hAnsi="Times New Roman" w:cs="Times New Roman"/>
                <w:b/>
                <w:sz w:val="20"/>
                <w:szCs w:val="20"/>
              </w:rPr>
            </w:pPr>
            <w:r w:rsidRPr="00087A48">
              <w:rPr>
                <w:rFonts w:ascii="Times New Roman" w:hAnsi="Times New Roman" w:cs="Times New Roman"/>
                <w:b/>
                <w:sz w:val="20"/>
                <w:szCs w:val="20"/>
              </w:rPr>
              <w:t>ETAPE</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jc w:val="center"/>
              <w:rPr>
                <w:rFonts w:ascii="Times New Roman" w:hAnsi="Times New Roman" w:cs="Times New Roman"/>
                <w:sz w:val="20"/>
                <w:szCs w:val="20"/>
              </w:rPr>
            </w:pPr>
            <w:r w:rsidRPr="00087A48">
              <w:rPr>
                <w:rFonts w:ascii="Times New Roman" w:hAnsi="Times New Roman" w:cs="Times New Roman"/>
                <w:sz w:val="20"/>
                <w:szCs w:val="20"/>
              </w:rPr>
              <w:t>24.10.2026</w:t>
            </w:r>
          </w:p>
        </w:tc>
        <w:tc>
          <w:tcPr>
            <w:tcW w:w="7513"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ind w:left="23"/>
              <w:jc w:val="center"/>
              <w:rPr>
                <w:rFonts w:ascii="Times New Roman" w:hAnsi="Times New Roman" w:cs="Times New Roman"/>
                <w:sz w:val="20"/>
                <w:szCs w:val="20"/>
              </w:rPr>
            </w:pPr>
            <w:r w:rsidRPr="00087A48">
              <w:rPr>
                <w:rFonts w:ascii="Times New Roman" w:hAnsi="Times New Roman" w:cs="Times New Roman"/>
                <w:sz w:val="20"/>
                <w:szCs w:val="20"/>
              </w:rPr>
              <w:t>Publicarea anunțului</w:t>
            </w:r>
          </w:p>
        </w:tc>
      </w:tr>
      <w:tr w:rsidR="00F971F4" w:rsidRPr="00087A48" w:rsidTr="00F971F4">
        <w:trPr>
          <w:trHeight w:val="934"/>
        </w:trPr>
        <w:tc>
          <w:tcPr>
            <w:tcW w:w="3119"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jc w:val="center"/>
              <w:rPr>
                <w:rFonts w:ascii="Times New Roman" w:hAnsi="Times New Roman" w:cs="Times New Roman"/>
                <w:sz w:val="20"/>
                <w:szCs w:val="20"/>
              </w:rPr>
            </w:pPr>
            <w:r w:rsidRPr="00087A48">
              <w:rPr>
                <w:rFonts w:ascii="Times New Roman" w:hAnsi="Times New Roman" w:cs="Times New Roman"/>
                <w:sz w:val="20"/>
                <w:szCs w:val="20"/>
              </w:rPr>
              <w:t>Între 28.09.2026 și 05.10.2026</w:t>
            </w:r>
          </w:p>
          <w:p w:rsidR="00F971F4" w:rsidRPr="00087A48" w:rsidRDefault="00F971F4" w:rsidP="00D73D2C">
            <w:pPr>
              <w:jc w:val="center"/>
              <w:rPr>
                <w:rFonts w:ascii="Times New Roman" w:hAnsi="Times New Roman" w:cs="Times New Roman"/>
                <w:sz w:val="20"/>
                <w:szCs w:val="20"/>
              </w:rPr>
            </w:pPr>
          </w:p>
        </w:tc>
        <w:tc>
          <w:tcPr>
            <w:tcW w:w="7513"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ind w:left="23"/>
              <w:jc w:val="center"/>
              <w:rPr>
                <w:rFonts w:ascii="Times New Roman" w:hAnsi="Times New Roman" w:cs="Times New Roman"/>
                <w:i/>
                <w:iCs/>
                <w:sz w:val="20"/>
                <w:szCs w:val="20"/>
              </w:rPr>
            </w:pPr>
            <w:r w:rsidRPr="00087A48">
              <w:rPr>
                <w:rFonts w:ascii="Times New Roman" w:hAnsi="Times New Roman" w:cs="Times New Roman"/>
                <w:b/>
                <w:bCs/>
                <w:i/>
                <w:iCs/>
                <w:sz w:val="20"/>
                <w:szCs w:val="20"/>
              </w:rPr>
              <w:t>Depunerea dosarelor de concurs</w:t>
            </w:r>
            <w:r w:rsidRPr="00087A48">
              <w:rPr>
                <w:rFonts w:ascii="Times New Roman" w:hAnsi="Times New Roman" w:cs="Times New Roman"/>
                <w:i/>
                <w:iCs/>
                <w:sz w:val="20"/>
                <w:szCs w:val="20"/>
              </w:rPr>
              <w:t xml:space="preserve"> la secretariatul unității în intervalul orar:</w:t>
            </w:r>
          </w:p>
          <w:p w:rsidR="00F971F4" w:rsidRPr="00087A48" w:rsidRDefault="00F971F4" w:rsidP="00D73D2C">
            <w:pPr>
              <w:jc w:val="center"/>
              <w:rPr>
                <w:rFonts w:ascii="Times New Roman" w:hAnsi="Times New Roman" w:cs="Times New Roman"/>
                <w:b/>
                <w:bCs/>
                <w:i/>
                <w:iCs/>
                <w:sz w:val="20"/>
                <w:szCs w:val="20"/>
              </w:rPr>
            </w:pPr>
            <w:r w:rsidRPr="00087A48">
              <w:rPr>
                <w:rFonts w:ascii="Times New Roman" w:hAnsi="Times New Roman" w:cs="Times New Roman"/>
                <w:b/>
                <w:bCs/>
                <w:i/>
                <w:iCs/>
                <w:sz w:val="20"/>
                <w:szCs w:val="20"/>
              </w:rPr>
              <w:t>Luni - Vineri între 09.00 și 14.00</w:t>
            </w:r>
          </w:p>
          <w:p w:rsidR="00F971F4" w:rsidRPr="00087A48" w:rsidRDefault="00F971F4" w:rsidP="00D73D2C">
            <w:pPr>
              <w:ind w:left="23"/>
              <w:jc w:val="center"/>
              <w:rPr>
                <w:rFonts w:ascii="Times New Roman" w:hAnsi="Times New Roman" w:cs="Times New Roman"/>
                <w:sz w:val="20"/>
                <w:szCs w:val="20"/>
              </w:rPr>
            </w:pP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191654" w:rsidP="00D73D2C">
            <w:pPr>
              <w:jc w:val="center"/>
              <w:rPr>
                <w:rFonts w:ascii="Times New Roman" w:hAnsi="Times New Roman" w:cs="Times New Roman"/>
                <w:sz w:val="20"/>
                <w:szCs w:val="20"/>
              </w:rPr>
            </w:pPr>
            <w:r w:rsidRPr="00087A48">
              <w:rPr>
                <w:rFonts w:ascii="Times New Roman" w:hAnsi="Times New Roman" w:cs="Times New Roman"/>
                <w:sz w:val="20"/>
                <w:szCs w:val="20"/>
              </w:rPr>
              <w:t>05.10.2026 ora 14.00</w:t>
            </w:r>
          </w:p>
        </w:tc>
        <w:tc>
          <w:tcPr>
            <w:tcW w:w="7513"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ind w:left="23"/>
              <w:jc w:val="center"/>
              <w:rPr>
                <w:rFonts w:ascii="Times New Roman" w:hAnsi="Times New Roman" w:cs="Times New Roman"/>
                <w:b/>
                <w:bCs/>
                <w:sz w:val="20"/>
                <w:szCs w:val="20"/>
              </w:rPr>
            </w:pPr>
            <w:r w:rsidRPr="00087A48">
              <w:rPr>
                <w:rFonts w:ascii="Times New Roman" w:hAnsi="Times New Roman" w:cs="Times New Roman"/>
                <w:b/>
                <w:bCs/>
                <w:sz w:val="20"/>
                <w:szCs w:val="20"/>
              </w:rPr>
              <w:t>Selecția  dosarelor</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191654" w:rsidP="00D73D2C">
            <w:pPr>
              <w:jc w:val="center"/>
              <w:rPr>
                <w:rFonts w:ascii="Times New Roman" w:hAnsi="Times New Roman" w:cs="Times New Roman"/>
                <w:sz w:val="20"/>
                <w:szCs w:val="20"/>
              </w:rPr>
            </w:pPr>
            <w:r w:rsidRPr="00087A48">
              <w:rPr>
                <w:rFonts w:ascii="Times New Roman" w:hAnsi="Times New Roman" w:cs="Times New Roman"/>
                <w:sz w:val="20"/>
                <w:szCs w:val="20"/>
              </w:rPr>
              <w:t>05.10.2026, până la ora 15.</w:t>
            </w:r>
            <w:r w:rsidR="00F971F4" w:rsidRPr="00087A48">
              <w:rPr>
                <w:rFonts w:ascii="Times New Roman" w:hAnsi="Times New Roman" w:cs="Times New Roman"/>
                <w:sz w:val="20"/>
                <w:szCs w:val="20"/>
              </w:rPr>
              <w:t>00</w:t>
            </w:r>
          </w:p>
        </w:tc>
        <w:tc>
          <w:tcPr>
            <w:tcW w:w="7513"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ind w:left="23"/>
              <w:jc w:val="center"/>
              <w:rPr>
                <w:rFonts w:ascii="Times New Roman" w:hAnsi="Times New Roman" w:cs="Times New Roman"/>
                <w:sz w:val="20"/>
                <w:szCs w:val="20"/>
              </w:rPr>
            </w:pPr>
            <w:r w:rsidRPr="00087A48">
              <w:rPr>
                <w:rFonts w:ascii="Times New Roman" w:hAnsi="Times New Roman" w:cs="Times New Roman"/>
                <w:sz w:val="20"/>
                <w:szCs w:val="20"/>
              </w:rPr>
              <w:t>Afișarea rezultatelor în urma selecției dosarelor</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191654" w:rsidP="00D73D2C">
            <w:pPr>
              <w:jc w:val="center"/>
              <w:rPr>
                <w:rFonts w:ascii="Times New Roman" w:hAnsi="Times New Roman" w:cs="Times New Roman"/>
                <w:sz w:val="20"/>
                <w:szCs w:val="20"/>
              </w:rPr>
            </w:pPr>
            <w:r w:rsidRPr="00087A48">
              <w:rPr>
                <w:rFonts w:ascii="Times New Roman" w:hAnsi="Times New Roman" w:cs="Times New Roman"/>
                <w:sz w:val="20"/>
                <w:szCs w:val="20"/>
              </w:rPr>
              <w:t>06.10.2026, între 08.00-14</w:t>
            </w:r>
            <w:r w:rsidR="00F971F4" w:rsidRPr="00087A48">
              <w:rPr>
                <w:rFonts w:ascii="Times New Roman" w:hAnsi="Times New Roman" w:cs="Times New Roman"/>
                <w:sz w:val="20"/>
                <w:szCs w:val="20"/>
              </w:rPr>
              <w:t>.00</w:t>
            </w:r>
          </w:p>
        </w:tc>
        <w:tc>
          <w:tcPr>
            <w:tcW w:w="7513"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ind w:left="23"/>
              <w:jc w:val="center"/>
              <w:rPr>
                <w:rFonts w:ascii="Times New Roman" w:hAnsi="Times New Roman" w:cs="Times New Roman"/>
                <w:sz w:val="20"/>
                <w:szCs w:val="20"/>
              </w:rPr>
            </w:pPr>
            <w:r w:rsidRPr="00087A48">
              <w:rPr>
                <w:rFonts w:ascii="Times New Roman" w:hAnsi="Times New Roman" w:cs="Times New Roman"/>
                <w:sz w:val="20"/>
                <w:szCs w:val="20"/>
              </w:rPr>
              <w:t>Depunerea contestațiilor privind rezultatele selecției dosarelor la secretariatul unității</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191654" w:rsidP="00D73D2C">
            <w:pPr>
              <w:jc w:val="center"/>
              <w:rPr>
                <w:rFonts w:ascii="Times New Roman" w:hAnsi="Times New Roman" w:cs="Times New Roman"/>
                <w:sz w:val="20"/>
                <w:szCs w:val="20"/>
              </w:rPr>
            </w:pPr>
            <w:r w:rsidRPr="00087A48">
              <w:rPr>
                <w:rFonts w:ascii="Times New Roman" w:hAnsi="Times New Roman" w:cs="Times New Roman"/>
                <w:sz w:val="20"/>
                <w:szCs w:val="20"/>
              </w:rPr>
              <w:t>06.10.2026 până la ora 15</w:t>
            </w:r>
            <w:r w:rsidR="00F971F4" w:rsidRPr="00087A48">
              <w:rPr>
                <w:rFonts w:ascii="Times New Roman" w:hAnsi="Times New Roman" w:cs="Times New Roman"/>
                <w:sz w:val="20"/>
                <w:szCs w:val="20"/>
              </w:rPr>
              <w:t>,00</w:t>
            </w:r>
          </w:p>
        </w:tc>
        <w:tc>
          <w:tcPr>
            <w:tcW w:w="7513"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ind w:left="23"/>
              <w:jc w:val="center"/>
              <w:rPr>
                <w:rFonts w:ascii="Times New Roman" w:hAnsi="Times New Roman" w:cs="Times New Roman"/>
                <w:sz w:val="20"/>
                <w:szCs w:val="20"/>
              </w:rPr>
            </w:pPr>
            <w:r w:rsidRPr="00087A48">
              <w:rPr>
                <w:rFonts w:ascii="Times New Roman" w:hAnsi="Times New Roman" w:cs="Times New Roman"/>
                <w:sz w:val="20"/>
                <w:szCs w:val="20"/>
              </w:rPr>
              <w:t>Afișarea rezultatelor în urma contestațiilor privind selecția dosarelor</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C6503C" w:rsidP="00D73D2C">
            <w:pPr>
              <w:jc w:val="center"/>
              <w:rPr>
                <w:rFonts w:ascii="Times New Roman" w:hAnsi="Times New Roman" w:cs="Times New Roman"/>
                <w:sz w:val="20"/>
                <w:szCs w:val="20"/>
              </w:rPr>
            </w:pPr>
            <w:r w:rsidRPr="00087A48">
              <w:rPr>
                <w:rFonts w:ascii="Times New Roman" w:hAnsi="Times New Roman" w:cs="Times New Roman"/>
                <w:sz w:val="20"/>
                <w:szCs w:val="20"/>
              </w:rPr>
              <w:t>08.10.2026</w:t>
            </w:r>
            <w:r w:rsidR="00F971F4" w:rsidRPr="00087A48">
              <w:rPr>
                <w:rFonts w:ascii="Times New Roman" w:hAnsi="Times New Roman" w:cs="Times New Roman"/>
                <w:sz w:val="20"/>
                <w:szCs w:val="20"/>
              </w:rPr>
              <w:t>, ora 10.00</w:t>
            </w:r>
          </w:p>
        </w:tc>
        <w:tc>
          <w:tcPr>
            <w:tcW w:w="7513"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ind w:left="23"/>
              <w:jc w:val="center"/>
              <w:rPr>
                <w:rFonts w:ascii="Times New Roman" w:hAnsi="Times New Roman" w:cs="Times New Roman"/>
                <w:b/>
                <w:bCs/>
                <w:sz w:val="20"/>
                <w:szCs w:val="20"/>
              </w:rPr>
            </w:pPr>
            <w:r w:rsidRPr="00087A48">
              <w:rPr>
                <w:rFonts w:ascii="Times New Roman" w:hAnsi="Times New Roman" w:cs="Times New Roman"/>
                <w:b/>
                <w:bCs/>
                <w:sz w:val="20"/>
                <w:szCs w:val="20"/>
              </w:rPr>
              <w:t>Susținerea probei scrise</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C6503C" w:rsidP="00D73D2C">
            <w:pPr>
              <w:jc w:val="center"/>
              <w:rPr>
                <w:rFonts w:ascii="Times New Roman" w:hAnsi="Times New Roman" w:cs="Times New Roman"/>
                <w:sz w:val="20"/>
                <w:szCs w:val="20"/>
              </w:rPr>
            </w:pPr>
            <w:r w:rsidRPr="00087A48">
              <w:rPr>
                <w:rFonts w:ascii="Times New Roman" w:hAnsi="Times New Roman" w:cs="Times New Roman"/>
                <w:sz w:val="20"/>
                <w:szCs w:val="20"/>
              </w:rPr>
              <w:t>08.10.2026</w:t>
            </w:r>
            <w:r w:rsidR="00F971F4" w:rsidRPr="00087A48">
              <w:rPr>
                <w:rFonts w:ascii="Times New Roman" w:hAnsi="Times New Roman" w:cs="Times New Roman"/>
                <w:sz w:val="20"/>
                <w:szCs w:val="20"/>
              </w:rPr>
              <w:t xml:space="preserve">, ora </w:t>
            </w:r>
            <w:r w:rsidRPr="00087A48">
              <w:rPr>
                <w:rFonts w:ascii="Times New Roman" w:hAnsi="Times New Roman" w:cs="Times New Roman"/>
                <w:sz w:val="20"/>
                <w:szCs w:val="20"/>
              </w:rPr>
              <w:t>12.00</w:t>
            </w:r>
          </w:p>
        </w:tc>
        <w:tc>
          <w:tcPr>
            <w:tcW w:w="7513"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ind w:left="23"/>
              <w:jc w:val="center"/>
              <w:rPr>
                <w:rFonts w:ascii="Times New Roman" w:hAnsi="Times New Roman" w:cs="Times New Roman"/>
                <w:sz w:val="20"/>
                <w:szCs w:val="20"/>
              </w:rPr>
            </w:pPr>
            <w:r w:rsidRPr="00087A48">
              <w:rPr>
                <w:rFonts w:ascii="Times New Roman" w:hAnsi="Times New Roman" w:cs="Times New Roman"/>
                <w:sz w:val="20"/>
                <w:szCs w:val="20"/>
              </w:rPr>
              <w:t>Afișarea rezultatelor probei scrise</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C6503C" w:rsidP="00D73D2C">
            <w:pPr>
              <w:jc w:val="center"/>
              <w:rPr>
                <w:rFonts w:ascii="Times New Roman" w:hAnsi="Times New Roman" w:cs="Times New Roman"/>
                <w:sz w:val="20"/>
                <w:szCs w:val="20"/>
              </w:rPr>
            </w:pPr>
            <w:r w:rsidRPr="00087A48">
              <w:rPr>
                <w:rFonts w:ascii="Times New Roman" w:hAnsi="Times New Roman" w:cs="Times New Roman"/>
                <w:sz w:val="20"/>
                <w:szCs w:val="20"/>
              </w:rPr>
              <w:t>08.10.2026, între 12.00-14</w:t>
            </w:r>
            <w:r w:rsidR="00F971F4" w:rsidRPr="00087A48">
              <w:rPr>
                <w:rFonts w:ascii="Times New Roman" w:hAnsi="Times New Roman" w:cs="Times New Roman"/>
                <w:sz w:val="20"/>
                <w:szCs w:val="20"/>
              </w:rPr>
              <w:t>.00</w:t>
            </w:r>
          </w:p>
        </w:tc>
        <w:tc>
          <w:tcPr>
            <w:tcW w:w="7513"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ind w:left="23"/>
              <w:jc w:val="center"/>
              <w:rPr>
                <w:rFonts w:ascii="Times New Roman" w:hAnsi="Times New Roman" w:cs="Times New Roman"/>
                <w:sz w:val="20"/>
                <w:szCs w:val="20"/>
              </w:rPr>
            </w:pPr>
            <w:r w:rsidRPr="00087A48">
              <w:rPr>
                <w:rFonts w:ascii="Times New Roman" w:hAnsi="Times New Roman" w:cs="Times New Roman"/>
                <w:sz w:val="20"/>
                <w:szCs w:val="20"/>
              </w:rPr>
              <w:t>Depunerea contestațiilor privind rezultatele probei scrise, la secretariatul unității</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tcPr>
          <w:p w:rsidR="00F971F4" w:rsidRPr="00087A48" w:rsidRDefault="00CF78B9" w:rsidP="00D73D2C">
            <w:pPr>
              <w:jc w:val="center"/>
              <w:rPr>
                <w:rFonts w:ascii="Times New Roman" w:hAnsi="Times New Roman" w:cs="Times New Roman"/>
                <w:sz w:val="20"/>
                <w:szCs w:val="20"/>
              </w:rPr>
            </w:pPr>
            <w:r>
              <w:rPr>
                <w:rFonts w:ascii="Times New Roman" w:hAnsi="Times New Roman" w:cs="Times New Roman"/>
                <w:sz w:val="20"/>
                <w:szCs w:val="20"/>
              </w:rPr>
              <w:t>08.10.2026, ora 16</w:t>
            </w:r>
            <w:r w:rsidR="00F971F4" w:rsidRPr="00087A48">
              <w:rPr>
                <w:rFonts w:ascii="Times New Roman" w:hAnsi="Times New Roman" w:cs="Times New Roman"/>
                <w:sz w:val="20"/>
                <w:szCs w:val="20"/>
              </w:rPr>
              <w:t>.00</w:t>
            </w:r>
          </w:p>
        </w:tc>
        <w:tc>
          <w:tcPr>
            <w:tcW w:w="7513" w:type="dxa"/>
            <w:tcBorders>
              <w:top w:val="single" w:sz="4" w:space="0" w:color="auto"/>
              <w:left w:val="single" w:sz="4" w:space="0" w:color="auto"/>
              <w:bottom w:val="single" w:sz="4" w:space="0" w:color="auto"/>
              <w:right w:val="single" w:sz="4" w:space="0" w:color="auto"/>
            </w:tcBorders>
            <w:vAlign w:val="center"/>
          </w:tcPr>
          <w:p w:rsidR="00F971F4" w:rsidRPr="00087A48" w:rsidRDefault="00F971F4" w:rsidP="00D73D2C">
            <w:pPr>
              <w:ind w:left="23"/>
              <w:jc w:val="center"/>
              <w:rPr>
                <w:rFonts w:ascii="Times New Roman" w:hAnsi="Times New Roman" w:cs="Times New Roman"/>
                <w:sz w:val="20"/>
                <w:szCs w:val="20"/>
              </w:rPr>
            </w:pPr>
            <w:r w:rsidRPr="00087A48">
              <w:rPr>
                <w:rFonts w:ascii="Times New Roman" w:hAnsi="Times New Roman" w:cs="Times New Roman"/>
                <w:sz w:val="20"/>
                <w:szCs w:val="20"/>
              </w:rPr>
              <w:t>Afișarea rezultatelor finale pentru proba scrisă</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C6503C" w:rsidP="00D73D2C">
            <w:pPr>
              <w:jc w:val="center"/>
              <w:rPr>
                <w:rFonts w:ascii="Times New Roman" w:hAnsi="Times New Roman" w:cs="Times New Roman"/>
                <w:sz w:val="20"/>
                <w:szCs w:val="20"/>
              </w:rPr>
            </w:pPr>
            <w:r w:rsidRPr="00087A48">
              <w:rPr>
                <w:rFonts w:ascii="Times New Roman" w:hAnsi="Times New Roman" w:cs="Times New Roman"/>
                <w:sz w:val="20"/>
                <w:szCs w:val="20"/>
              </w:rPr>
              <w:t>10.10.2026</w:t>
            </w:r>
            <w:r w:rsidR="00F971F4" w:rsidRPr="00087A48">
              <w:rPr>
                <w:rFonts w:ascii="Times New Roman" w:hAnsi="Times New Roman" w:cs="Times New Roman"/>
                <w:sz w:val="20"/>
                <w:szCs w:val="20"/>
              </w:rPr>
              <w:t>, ora 10.00</w:t>
            </w:r>
          </w:p>
        </w:tc>
        <w:tc>
          <w:tcPr>
            <w:tcW w:w="7513"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ind w:left="23"/>
              <w:jc w:val="center"/>
              <w:rPr>
                <w:rFonts w:ascii="Times New Roman" w:hAnsi="Times New Roman" w:cs="Times New Roman"/>
                <w:b/>
                <w:bCs/>
                <w:sz w:val="20"/>
                <w:szCs w:val="20"/>
              </w:rPr>
            </w:pPr>
            <w:r w:rsidRPr="00087A48">
              <w:rPr>
                <w:rFonts w:ascii="Times New Roman" w:hAnsi="Times New Roman" w:cs="Times New Roman"/>
                <w:b/>
                <w:bCs/>
                <w:sz w:val="20"/>
                <w:szCs w:val="20"/>
              </w:rPr>
              <w:t>Sustinerea probei practice</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C6503C" w:rsidP="00C6503C">
            <w:pPr>
              <w:jc w:val="center"/>
              <w:rPr>
                <w:rFonts w:ascii="Times New Roman" w:hAnsi="Times New Roman" w:cs="Times New Roman"/>
                <w:sz w:val="20"/>
                <w:szCs w:val="20"/>
              </w:rPr>
            </w:pPr>
            <w:r w:rsidRPr="00087A48">
              <w:rPr>
                <w:rFonts w:ascii="Times New Roman" w:hAnsi="Times New Roman" w:cs="Times New Roman"/>
                <w:sz w:val="20"/>
                <w:szCs w:val="20"/>
              </w:rPr>
              <w:t>10.10.2026</w:t>
            </w:r>
            <w:r w:rsidR="00F971F4" w:rsidRPr="00087A48">
              <w:rPr>
                <w:rFonts w:ascii="Times New Roman" w:hAnsi="Times New Roman" w:cs="Times New Roman"/>
                <w:sz w:val="20"/>
                <w:szCs w:val="20"/>
              </w:rPr>
              <w:t>, ora 14.00</w:t>
            </w:r>
          </w:p>
        </w:tc>
        <w:tc>
          <w:tcPr>
            <w:tcW w:w="7513"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ind w:left="23"/>
              <w:jc w:val="center"/>
              <w:rPr>
                <w:rFonts w:ascii="Times New Roman" w:hAnsi="Times New Roman" w:cs="Times New Roman"/>
                <w:sz w:val="20"/>
                <w:szCs w:val="20"/>
              </w:rPr>
            </w:pPr>
            <w:r w:rsidRPr="00087A48">
              <w:rPr>
                <w:rFonts w:ascii="Times New Roman" w:hAnsi="Times New Roman" w:cs="Times New Roman"/>
                <w:sz w:val="20"/>
                <w:szCs w:val="20"/>
              </w:rPr>
              <w:t>Afișarea rezultatelor probei practice</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tcPr>
          <w:p w:rsidR="00F971F4" w:rsidRPr="00087A48" w:rsidRDefault="00C6503C" w:rsidP="00D73D2C">
            <w:pPr>
              <w:jc w:val="center"/>
              <w:rPr>
                <w:rFonts w:ascii="Times New Roman" w:hAnsi="Times New Roman" w:cs="Times New Roman"/>
                <w:sz w:val="20"/>
                <w:szCs w:val="20"/>
              </w:rPr>
            </w:pPr>
            <w:r w:rsidRPr="00087A48">
              <w:rPr>
                <w:rFonts w:ascii="Times New Roman" w:hAnsi="Times New Roman" w:cs="Times New Roman"/>
                <w:sz w:val="20"/>
                <w:szCs w:val="20"/>
              </w:rPr>
              <w:t>10.10.2026</w:t>
            </w:r>
            <w:r w:rsidR="00F971F4" w:rsidRPr="00087A48">
              <w:rPr>
                <w:rFonts w:ascii="Times New Roman" w:hAnsi="Times New Roman" w:cs="Times New Roman"/>
                <w:sz w:val="20"/>
                <w:szCs w:val="20"/>
              </w:rPr>
              <w:t>, între 14.00-16.00</w:t>
            </w:r>
          </w:p>
        </w:tc>
        <w:tc>
          <w:tcPr>
            <w:tcW w:w="7513" w:type="dxa"/>
            <w:tcBorders>
              <w:top w:val="single" w:sz="4" w:space="0" w:color="auto"/>
              <w:left w:val="single" w:sz="4" w:space="0" w:color="auto"/>
              <w:bottom w:val="single" w:sz="4" w:space="0" w:color="auto"/>
              <w:right w:val="single" w:sz="4" w:space="0" w:color="auto"/>
            </w:tcBorders>
            <w:vAlign w:val="center"/>
          </w:tcPr>
          <w:p w:rsidR="00F971F4" w:rsidRPr="00087A48" w:rsidRDefault="00F971F4" w:rsidP="00D73D2C">
            <w:pPr>
              <w:ind w:left="23"/>
              <w:jc w:val="center"/>
              <w:rPr>
                <w:rFonts w:ascii="Times New Roman" w:hAnsi="Times New Roman" w:cs="Times New Roman"/>
                <w:sz w:val="20"/>
                <w:szCs w:val="20"/>
              </w:rPr>
            </w:pPr>
            <w:r w:rsidRPr="00087A48">
              <w:rPr>
                <w:rFonts w:ascii="Times New Roman" w:hAnsi="Times New Roman" w:cs="Times New Roman"/>
                <w:sz w:val="20"/>
                <w:szCs w:val="20"/>
              </w:rPr>
              <w:t>Depunerea contestațiilor privind rezultatele probei practice, la secretariatul unității</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tcPr>
          <w:p w:rsidR="00F971F4" w:rsidRPr="00087A48" w:rsidRDefault="00C6503C" w:rsidP="00D73D2C">
            <w:pPr>
              <w:jc w:val="center"/>
              <w:rPr>
                <w:rFonts w:ascii="Times New Roman" w:hAnsi="Times New Roman" w:cs="Times New Roman"/>
                <w:sz w:val="20"/>
                <w:szCs w:val="20"/>
              </w:rPr>
            </w:pPr>
            <w:r w:rsidRPr="00087A48">
              <w:rPr>
                <w:rFonts w:ascii="Times New Roman" w:hAnsi="Times New Roman" w:cs="Times New Roman"/>
                <w:sz w:val="20"/>
                <w:szCs w:val="20"/>
              </w:rPr>
              <w:t>11.10.2026</w:t>
            </w:r>
            <w:r w:rsidR="00F971F4" w:rsidRPr="00087A48">
              <w:rPr>
                <w:rFonts w:ascii="Times New Roman" w:hAnsi="Times New Roman" w:cs="Times New Roman"/>
                <w:sz w:val="20"/>
                <w:szCs w:val="20"/>
              </w:rPr>
              <w:t xml:space="preserve"> ora 10.00</w:t>
            </w:r>
          </w:p>
        </w:tc>
        <w:tc>
          <w:tcPr>
            <w:tcW w:w="7513" w:type="dxa"/>
            <w:tcBorders>
              <w:top w:val="single" w:sz="4" w:space="0" w:color="auto"/>
              <w:left w:val="single" w:sz="4" w:space="0" w:color="auto"/>
              <w:bottom w:val="single" w:sz="4" w:space="0" w:color="auto"/>
              <w:right w:val="single" w:sz="4" w:space="0" w:color="auto"/>
            </w:tcBorders>
            <w:vAlign w:val="center"/>
          </w:tcPr>
          <w:p w:rsidR="00F971F4" w:rsidRPr="00087A48" w:rsidRDefault="00F971F4" w:rsidP="00D73D2C">
            <w:pPr>
              <w:ind w:left="23"/>
              <w:jc w:val="center"/>
              <w:rPr>
                <w:rFonts w:ascii="Times New Roman" w:hAnsi="Times New Roman" w:cs="Times New Roman"/>
                <w:sz w:val="20"/>
                <w:szCs w:val="20"/>
              </w:rPr>
            </w:pPr>
            <w:r w:rsidRPr="00087A48">
              <w:rPr>
                <w:rFonts w:ascii="Times New Roman" w:hAnsi="Times New Roman" w:cs="Times New Roman"/>
                <w:sz w:val="20"/>
                <w:szCs w:val="20"/>
              </w:rPr>
              <w:t>Afișarea rezultatelor finale pentru proba practică</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C6503C" w:rsidP="00D73D2C">
            <w:pPr>
              <w:jc w:val="center"/>
              <w:rPr>
                <w:rFonts w:ascii="Times New Roman" w:hAnsi="Times New Roman" w:cs="Times New Roman"/>
                <w:sz w:val="20"/>
                <w:szCs w:val="20"/>
              </w:rPr>
            </w:pPr>
            <w:r w:rsidRPr="00087A48">
              <w:rPr>
                <w:rFonts w:ascii="Times New Roman" w:hAnsi="Times New Roman" w:cs="Times New Roman"/>
                <w:sz w:val="20"/>
                <w:szCs w:val="20"/>
              </w:rPr>
              <w:t>14.10.2026</w:t>
            </w:r>
            <w:r w:rsidR="00F971F4" w:rsidRPr="00087A48">
              <w:rPr>
                <w:rFonts w:ascii="Times New Roman" w:hAnsi="Times New Roman" w:cs="Times New Roman"/>
                <w:sz w:val="20"/>
                <w:szCs w:val="20"/>
              </w:rPr>
              <w:t xml:space="preserve"> ora 10.00</w:t>
            </w:r>
          </w:p>
        </w:tc>
        <w:tc>
          <w:tcPr>
            <w:tcW w:w="7513"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ind w:left="23"/>
              <w:jc w:val="center"/>
              <w:rPr>
                <w:rFonts w:ascii="Times New Roman" w:hAnsi="Times New Roman" w:cs="Times New Roman"/>
                <w:b/>
                <w:bCs/>
                <w:sz w:val="20"/>
                <w:szCs w:val="20"/>
              </w:rPr>
            </w:pPr>
            <w:r w:rsidRPr="00087A48">
              <w:rPr>
                <w:rFonts w:ascii="Times New Roman" w:hAnsi="Times New Roman" w:cs="Times New Roman"/>
                <w:b/>
                <w:bCs/>
                <w:sz w:val="20"/>
                <w:szCs w:val="20"/>
              </w:rPr>
              <w:t>Susținerea interviului</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tcPr>
          <w:p w:rsidR="00F971F4" w:rsidRPr="00087A48" w:rsidRDefault="00C6503C" w:rsidP="00D73D2C">
            <w:pPr>
              <w:jc w:val="center"/>
              <w:rPr>
                <w:rFonts w:ascii="Times New Roman" w:hAnsi="Times New Roman" w:cs="Times New Roman"/>
                <w:sz w:val="20"/>
                <w:szCs w:val="20"/>
              </w:rPr>
            </w:pPr>
            <w:r w:rsidRPr="00087A48">
              <w:rPr>
                <w:rFonts w:ascii="Times New Roman" w:hAnsi="Times New Roman" w:cs="Times New Roman"/>
                <w:sz w:val="20"/>
                <w:szCs w:val="20"/>
              </w:rPr>
              <w:t>14.10.2026</w:t>
            </w:r>
            <w:r w:rsidR="00F971F4" w:rsidRPr="00087A48">
              <w:rPr>
                <w:rFonts w:ascii="Times New Roman" w:hAnsi="Times New Roman" w:cs="Times New Roman"/>
                <w:sz w:val="20"/>
                <w:szCs w:val="20"/>
              </w:rPr>
              <w:t>, ora 14.00</w:t>
            </w:r>
          </w:p>
        </w:tc>
        <w:tc>
          <w:tcPr>
            <w:tcW w:w="7513" w:type="dxa"/>
            <w:tcBorders>
              <w:top w:val="single" w:sz="4" w:space="0" w:color="auto"/>
              <w:left w:val="single" w:sz="4" w:space="0" w:color="auto"/>
              <w:bottom w:val="single" w:sz="4" w:space="0" w:color="auto"/>
              <w:right w:val="single" w:sz="4" w:space="0" w:color="auto"/>
            </w:tcBorders>
            <w:vAlign w:val="center"/>
          </w:tcPr>
          <w:p w:rsidR="00F971F4" w:rsidRPr="00087A48" w:rsidRDefault="00F971F4" w:rsidP="00D73D2C">
            <w:pPr>
              <w:ind w:left="23"/>
              <w:jc w:val="center"/>
              <w:rPr>
                <w:rFonts w:ascii="Times New Roman" w:hAnsi="Times New Roman" w:cs="Times New Roman"/>
                <w:sz w:val="20"/>
                <w:szCs w:val="20"/>
              </w:rPr>
            </w:pPr>
            <w:r w:rsidRPr="00087A48">
              <w:rPr>
                <w:rFonts w:ascii="Times New Roman" w:hAnsi="Times New Roman" w:cs="Times New Roman"/>
                <w:sz w:val="20"/>
                <w:szCs w:val="20"/>
              </w:rPr>
              <w:t>Afișarea rezultatelor probei interviu</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tcPr>
          <w:p w:rsidR="00F971F4" w:rsidRPr="00087A48" w:rsidRDefault="00C6503C" w:rsidP="00C6503C">
            <w:pPr>
              <w:jc w:val="center"/>
              <w:rPr>
                <w:rFonts w:ascii="Times New Roman" w:hAnsi="Times New Roman" w:cs="Times New Roman"/>
                <w:sz w:val="20"/>
                <w:szCs w:val="20"/>
              </w:rPr>
            </w:pPr>
            <w:r w:rsidRPr="00087A48">
              <w:rPr>
                <w:rFonts w:ascii="Times New Roman" w:hAnsi="Times New Roman" w:cs="Times New Roman"/>
                <w:sz w:val="20"/>
                <w:szCs w:val="20"/>
              </w:rPr>
              <w:t>14.10.2026</w:t>
            </w:r>
            <w:r w:rsidR="00F971F4" w:rsidRPr="00087A48">
              <w:rPr>
                <w:rFonts w:ascii="Times New Roman" w:hAnsi="Times New Roman" w:cs="Times New Roman"/>
                <w:sz w:val="20"/>
                <w:szCs w:val="20"/>
              </w:rPr>
              <w:t xml:space="preserve"> între 1</w:t>
            </w:r>
            <w:r w:rsidRPr="00087A48">
              <w:rPr>
                <w:rFonts w:ascii="Times New Roman" w:hAnsi="Times New Roman" w:cs="Times New Roman"/>
                <w:sz w:val="20"/>
                <w:szCs w:val="20"/>
              </w:rPr>
              <w:t>4.00-16.00</w:t>
            </w:r>
          </w:p>
        </w:tc>
        <w:tc>
          <w:tcPr>
            <w:tcW w:w="7513" w:type="dxa"/>
            <w:tcBorders>
              <w:top w:val="single" w:sz="4" w:space="0" w:color="auto"/>
              <w:left w:val="single" w:sz="4" w:space="0" w:color="auto"/>
              <w:bottom w:val="single" w:sz="4" w:space="0" w:color="auto"/>
              <w:right w:val="single" w:sz="4" w:space="0" w:color="auto"/>
            </w:tcBorders>
            <w:vAlign w:val="center"/>
          </w:tcPr>
          <w:p w:rsidR="00F971F4" w:rsidRPr="00087A48" w:rsidRDefault="00F971F4" w:rsidP="00D73D2C">
            <w:pPr>
              <w:ind w:left="23"/>
              <w:jc w:val="center"/>
              <w:rPr>
                <w:rFonts w:ascii="Times New Roman" w:hAnsi="Times New Roman" w:cs="Times New Roman"/>
                <w:sz w:val="20"/>
                <w:szCs w:val="20"/>
              </w:rPr>
            </w:pPr>
            <w:r w:rsidRPr="00087A48">
              <w:rPr>
                <w:rFonts w:ascii="Times New Roman" w:hAnsi="Times New Roman" w:cs="Times New Roman"/>
                <w:sz w:val="20"/>
                <w:szCs w:val="20"/>
              </w:rPr>
              <w:t>Depunerea contestațiilor privind rezultatele interviului, la secretariatul unității</w:t>
            </w:r>
          </w:p>
        </w:tc>
      </w:tr>
      <w:tr w:rsidR="00F971F4" w:rsidRPr="00087A48" w:rsidTr="00D73D2C">
        <w:tc>
          <w:tcPr>
            <w:tcW w:w="3119"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C6503C" w:rsidP="00D73D2C">
            <w:pPr>
              <w:jc w:val="center"/>
              <w:rPr>
                <w:rFonts w:ascii="Times New Roman" w:hAnsi="Times New Roman" w:cs="Times New Roman"/>
                <w:sz w:val="20"/>
                <w:szCs w:val="20"/>
              </w:rPr>
            </w:pPr>
            <w:r w:rsidRPr="00087A48">
              <w:rPr>
                <w:rFonts w:ascii="Times New Roman" w:hAnsi="Times New Roman" w:cs="Times New Roman"/>
                <w:sz w:val="20"/>
                <w:szCs w:val="20"/>
              </w:rPr>
              <w:t>15.10.2026 ora 12.00</w:t>
            </w:r>
          </w:p>
        </w:tc>
        <w:tc>
          <w:tcPr>
            <w:tcW w:w="7513" w:type="dxa"/>
            <w:tcBorders>
              <w:top w:val="single" w:sz="4" w:space="0" w:color="auto"/>
              <w:left w:val="single" w:sz="4" w:space="0" w:color="auto"/>
              <w:bottom w:val="single" w:sz="4" w:space="0" w:color="auto"/>
              <w:right w:val="single" w:sz="4" w:space="0" w:color="auto"/>
            </w:tcBorders>
            <w:vAlign w:val="center"/>
            <w:hideMark/>
          </w:tcPr>
          <w:p w:rsidR="00F971F4" w:rsidRPr="00087A48" w:rsidRDefault="00F971F4" w:rsidP="00D73D2C">
            <w:pPr>
              <w:jc w:val="center"/>
              <w:rPr>
                <w:rFonts w:ascii="Times New Roman" w:hAnsi="Times New Roman" w:cs="Times New Roman"/>
                <w:sz w:val="20"/>
                <w:szCs w:val="20"/>
              </w:rPr>
            </w:pPr>
            <w:r w:rsidRPr="00087A48">
              <w:rPr>
                <w:rFonts w:ascii="Times New Roman" w:hAnsi="Times New Roman" w:cs="Times New Roman"/>
                <w:sz w:val="20"/>
                <w:szCs w:val="20"/>
              </w:rPr>
              <w:t xml:space="preserve">Afișarea </w:t>
            </w:r>
            <w:r w:rsidRPr="00087A48">
              <w:rPr>
                <w:rFonts w:ascii="Times New Roman" w:hAnsi="Times New Roman" w:cs="Times New Roman"/>
                <w:b/>
                <w:bCs/>
                <w:sz w:val="20"/>
                <w:szCs w:val="20"/>
              </w:rPr>
              <w:t>rezultatelor finale</w:t>
            </w:r>
            <w:r w:rsidRPr="00087A48">
              <w:rPr>
                <w:rFonts w:ascii="Times New Roman" w:hAnsi="Times New Roman" w:cs="Times New Roman"/>
                <w:sz w:val="20"/>
                <w:szCs w:val="20"/>
              </w:rPr>
              <w:t xml:space="preserve"> ale concursului</w:t>
            </w:r>
          </w:p>
        </w:tc>
      </w:tr>
    </w:tbl>
    <w:p w:rsidR="00F971F4" w:rsidRPr="00087A48" w:rsidRDefault="00F971F4" w:rsidP="00F971F4">
      <w:pPr>
        <w:spacing w:line="240" w:lineRule="auto"/>
        <w:rPr>
          <w:rFonts w:ascii="Times New Roman" w:hAnsi="Times New Roman" w:cs="Times New Roman"/>
          <w:b/>
          <w:i/>
          <w:iCs/>
          <w:sz w:val="20"/>
          <w:szCs w:val="20"/>
          <w:u w:val="single"/>
        </w:rPr>
      </w:pPr>
    </w:p>
    <w:p w:rsidR="00F971F4" w:rsidRPr="00087A48" w:rsidRDefault="00F971F4" w:rsidP="00F971F4">
      <w:pPr>
        <w:spacing w:line="240" w:lineRule="auto"/>
        <w:rPr>
          <w:rFonts w:ascii="Times New Roman" w:hAnsi="Times New Roman" w:cs="Times New Roman"/>
          <w:b/>
          <w:i/>
          <w:iCs/>
          <w:sz w:val="20"/>
          <w:szCs w:val="20"/>
          <w:u w:val="single"/>
        </w:rPr>
      </w:pPr>
    </w:p>
    <w:p w:rsidR="00F971F4" w:rsidRPr="00087A48" w:rsidRDefault="00F971F4" w:rsidP="00F971F4">
      <w:pPr>
        <w:spacing w:line="240" w:lineRule="auto"/>
        <w:jc w:val="center"/>
        <w:rPr>
          <w:rFonts w:ascii="Times New Roman" w:hAnsi="Times New Roman" w:cs="Times New Roman"/>
          <w:b/>
          <w:i/>
          <w:iCs/>
          <w:sz w:val="20"/>
          <w:szCs w:val="20"/>
          <w:u w:val="single"/>
        </w:rPr>
      </w:pPr>
    </w:p>
    <w:p w:rsidR="00F971F4" w:rsidRPr="00087A48" w:rsidRDefault="00F971F4" w:rsidP="00F971F4">
      <w:pPr>
        <w:spacing w:line="240" w:lineRule="auto"/>
        <w:jc w:val="center"/>
        <w:rPr>
          <w:rFonts w:ascii="Times New Roman" w:hAnsi="Times New Roman" w:cs="Times New Roman"/>
          <w:b/>
          <w:i/>
          <w:iCs/>
          <w:sz w:val="20"/>
          <w:szCs w:val="20"/>
          <w:u w:val="single"/>
        </w:rPr>
      </w:pPr>
      <w:r w:rsidRPr="00087A48">
        <w:rPr>
          <w:rFonts w:ascii="Times New Roman" w:hAnsi="Times New Roman" w:cs="Times New Roman"/>
          <w:b/>
          <w:i/>
          <w:iCs/>
          <w:sz w:val="20"/>
          <w:szCs w:val="20"/>
          <w:u w:val="single"/>
        </w:rPr>
        <w:t>BIBLIOGRAFIE</w:t>
      </w:r>
    </w:p>
    <w:p w:rsidR="00F971F4" w:rsidRPr="00087A48" w:rsidRDefault="00F971F4" w:rsidP="00F971F4">
      <w:pPr>
        <w:spacing w:line="240" w:lineRule="auto"/>
        <w:jc w:val="center"/>
        <w:rPr>
          <w:rFonts w:ascii="Times New Roman" w:hAnsi="Times New Roman" w:cs="Times New Roman"/>
          <w:b/>
          <w:i/>
          <w:iCs/>
          <w:sz w:val="20"/>
          <w:szCs w:val="20"/>
          <w:u w:val="single"/>
        </w:rPr>
      </w:pPr>
    </w:p>
    <w:p w:rsidR="00F971F4" w:rsidRPr="00087A48" w:rsidRDefault="00F971F4" w:rsidP="00F971F4">
      <w:pPr>
        <w:spacing w:line="240" w:lineRule="auto"/>
        <w:jc w:val="both"/>
        <w:rPr>
          <w:rFonts w:ascii="Times New Roman" w:hAnsi="Times New Roman" w:cs="Times New Roman"/>
          <w:b/>
          <w:bCs/>
          <w:sz w:val="20"/>
          <w:szCs w:val="20"/>
        </w:rPr>
      </w:pPr>
      <w:r w:rsidRPr="00087A48">
        <w:rPr>
          <w:rFonts w:ascii="Times New Roman" w:hAnsi="Times New Roman" w:cs="Times New Roman"/>
          <w:sz w:val="20"/>
          <w:szCs w:val="20"/>
        </w:rPr>
        <w:t xml:space="preserve">1. </w:t>
      </w:r>
      <w:r w:rsidRPr="00087A48">
        <w:rPr>
          <w:rFonts w:ascii="Times New Roman" w:hAnsi="Times New Roman" w:cs="Times New Roman"/>
          <w:b/>
          <w:bCs/>
          <w:sz w:val="20"/>
          <w:szCs w:val="20"/>
        </w:rPr>
        <w:t>Regulamentul de organizare şi funcţionare a unităţilor de învăţământ preuniversitar</w:t>
      </w:r>
      <w:r w:rsidRPr="00087A48">
        <w:rPr>
          <w:rFonts w:ascii="Times New Roman" w:hAnsi="Times New Roman" w:cs="Times New Roman"/>
          <w:sz w:val="20"/>
          <w:szCs w:val="20"/>
        </w:rPr>
        <w:t xml:space="preserve"> aprobat prin </w:t>
      </w:r>
      <w:r w:rsidRPr="00087A48">
        <w:rPr>
          <w:rFonts w:ascii="Times New Roman" w:hAnsi="Times New Roman" w:cs="Times New Roman"/>
          <w:b/>
          <w:bCs/>
          <w:sz w:val="20"/>
          <w:szCs w:val="20"/>
        </w:rPr>
        <w:t>ORDINUL nr. 4183/2022.</w:t>
      </w:r>
    </w:p>
    <w:p w:rsidR="00F971F4" w:rsidRPr="00087A48" w:rsidRDefault="00F971F4" w:rsidP="00F971F4">
      <w:pPr>
        <w:spacing w:line="240" w:lineRule="auto"/>
        <w:jc w:val="both"/>
        <w:rPr>
          <w:rFonts w:ascii="Times New Roman" w:hAnsi="Times New Roman" w:cs="Times New Roman"/>
          <w:b/>
          <w:bCs/>
          <w:sz w:val="20"/>
          <w:szCs w:val="20"/>
        </w:rPr>
      </w:pPr>
      <w:r w:rsidRPr="00087A48">
        <w:rPr>
          <w:rFonts w:ascii="Times New Roman" w:hAnsi="Times New Roman" w:cs="Times New Roman"/>
          <w:sz w:val="20"/>
          <w:szCs w:val="20"/>
        </w:rPr>
        <w:t xml:space="preserve">2. </w:t>
      </w:r>
      <w:r w:rsidRPr="00087A48">
        <w:rPr>
          <w:rFonts w:ascii="Times New Roman" w:hAnsi="Times New Roman" w:cs="Times New Roman"/>
          <w:b/>
          <w:bCs/>
          <w:sz w:val="20"/>
          <w:szCs w:val="20"/>
        </w:rPr>
        <w:t>Ordinul nr. 1456/2020 pentru aprobarea Normelor de igienă din unităţile pentru ocrotirea, educarea, instruirea, odihna şi recreerea copiilor şi tinerilor.</w:t>
      </w:r>
    </w:p>
    <w:p w:rsidR="00F971F4" w:rsidRPr="00087A48" w:rsidRDefault="00F971F4" w:rsidP="00F971F4">
      <w:pPr>
        <w:spacing w:line="240" w:lineRule="auto"/>
        <w:jc w:val="both"/>
        <w:rPr>
          <w:rFonts w:ascii="Times New Roman" w:hAnsi="Times New Roman" w:cs="Times New Roman"/>
          <w:bCs/>
          <w:sz w:val="20"/>
          <w:szCs w:val="20"/>
        </w:rPr>
      </w:pPr>
      <w:r w:rsidRPr="00087A48">
        <w:rPr>
          <w:rFonts w:ascii="Times New Roman" w:hAnsi="Times New Roman" w:cs="Times New Roman"/>
          <w:sz w:val="20"/>
          <w:szCs w:val="20"/>
        </w:rPr>
        <w:lastRenderedPageBreak/>
        <w:t>3.</w:t>
      </w:r>
      <w:r w:rsidRPr="00087A48">
        <w:rPr>
          <w:rFonts w:ascii="Times New Roman" w:hAnsi="Times New Roman" w:cs="Times New Roman"/>
          <w:bCs/>
          <w:sz w:val="20"/>
          <w:szCs w:val="20"/>
        </w:rPr>
        <w:t xml:space="preserve">  </w:t>
      </w:r>
      <w:r w:rsidRPr="00087A48">
        <w:rPr>
          <w:rFonts w:ascii="Times New Roman" w:hAnsi="Times New Roman" w:cs="Times New Roman"/>
          <w:b/>
          <w:sz w:val="20"/>
          <w:szCs w:val="20"/>
        </w:rPr>
        <w:t>Legea nr. 319/2006</w:t>
      </w:r>
      <w:r w:rsidRPr="00087A48">
        <w:rPr>
          <w:rFonts w:ascii="Times New Roman" w:hAnsi="Times New Roman" w:cs="Times New Roman"/>
          <w:bCs/>
          <w:sz w:val="20"/>
          <w:szCs w:val="20"/>
        </w:rPr>
        <w:t xml:space="preserve"> privind securitatea și sănătatea în muncă, actualizată cu modificările și completările ulterioare.</w:t>
      </w:r>
    </w:p>
    <w:p w:rsidR="00F971F4" w:rsidRPr="00087A48" w:rsidRDefault="00F971F4" w:rsidP="00F971F4">
      <w:pPr>
        <w:spacing w:line="240" w:lineRule="auto"/>
        <w:jc w:val="both"/>
        <w:rPr>
          <w:rFonts w:ascii="Times New Roman" w:hAnsi="Times New Roman" w:cs="Times New Roman"/>
          <w:bCs/>
          <w:sz w:val="20"/>
          <w:szCs w:val="20"/>
        </w:rPr>
      </w:pPr>
      <w:r w:rsidRPr="00087A48">
        <w:rPr>
          <w:rFonts w:ascii="Times New Roman" w:hAnsi="Times New Roman" w:cs="Times New Roman"/>
          <w:bCs/>
          <w:sz w:val="20"/>
          <w:szCs w:val="20"/>
        </w:rPr>
        <w:t xml:space="preserve">4.  </w:t>
      </w:r>
      <w:r w:rsidRPr="00087A48">
        <w:rPr>
          <w:rFonts w:ascii="Times New Roman" w:hAnsi="Times New Roman" w:cs="Times New Roman"/>
          <w:b/>
          <w:sz w:val="20"/>
          <w:szCs w:val="20"/>
        </w:rPr>
        <w:t>Legea nr. 307 / 2006</w:t>
      </w:r>
      <w:r w:rsidRPr="00087A48">
        <w:rPr>
          <w:rFonts w:ascii="Times New Roman" w:hAnsi="Times New Roman" w:cs="Times New Roman"/>
          <w:bCs/>
          <w:sz w:val="20"/>
          <w:szCs w:val="20"/>
        </w:rPr>
        <w:t xml:space="preserve"> privind apărarea împotriva incendiilor, actualizată cu modificările și completările ulterioare.</w:t>
      </w:r>
    </w:p>
    <w:p w:rsidR="00F971F4" w:rsidRPr="00087A48" w:rsidRDefault="00F971F4" w:rsidP="00F971F4">
      <w:pPr>
        <w:spacing w:line="240" w:lineRule="auto"/>
        <w:jc w:val="both"/>
        <w:rPr>
          <w:rFonts w:ascii="Times New Roman" w:hAnsi="Times New Roman" w:cs="Times New Roman"/>
          <w:bCs/>
          <w:sz w:val="20"/>
          <w:szCs w:val="20"/>
        </w:rPr>
      </w:pPr>
      <w:r w:rsidRPr="00087A48">
        <w:rPr>
          <w:rFonts w:ascii="Times New Roman" w:hAnsi="Times New Roman" w:cs="Times New Roman"/>
          <w:bCs/>
          <w:sz w:val="20"/>
          <w:szCs w:val="20"/>
        </w:rPr>
        <w:t xml:space="preserve">5. </w:t>
      </w:r>
      <w:r w:rsidRPr="00087A48">
        <w:rPr>
          <w:rFonts w:ascii="Times New Roman" w:hAnsi="Times New Roman" w:cs="Times New Roman"/>
          <w:b/>
          <w:sz w:val="20"/>
          <w:szCs w:val="20"/>
        </w:rPr>
        <w:t>Codul Muncii</w:t>
      </w:r>
      <w:r w:rsidRPr="00087A48">
        <w:rPr>
          <w:rFonts w:ascii="Times New Roman" w:hAnsi="Times New Roman" w:cs="Times New Roman"/>
          <w:bCs/>
          <w:sz w:val="20"/>
          <w:szCs w:val="20"/>
        </w:rPr>
        <w:t xml:space="preserve"> în vigoare.</w:t>
      </w:r>
    </w:p>
    <w:p w:rsidR="00F971F4" w:rsidRPr="00087A48" w:rsidRDefault="00F971F4" w:rsidP="00F971F4">
      <w:pPr>
        <w:spacing w:line="240" w:lineRule="auto"/>
        <w:jc w:val="both"/>
        <w:rPr>
          <w:rFonts w:ascii="Times New Roman" w:hAnsi="Times New Roman" w:cs="Times New Roman"/>
          <w:bCs/>
          <w:sz w:val="20"/>
          <w:szCs w:val="20"/>
        </w:rPr>
      </w:pPr>
      <w:r w:rsidRPr="00087A48">
        <w:rPr>
          <w:rFonts w:ascii="Times New Roman" w:hAnsi="Times New Roman" w:cs="Times New Roman"/>
          <w:bCs/>
          <w:sz w:val="20"/>
          <w:szCs w:val="20"/>
        </w:rPr>
        <w:t xml:space="preserve">6. </w:t>
      </w:r>
      <w:r w:rsidRPr="00087A48">
        <w:rPr>
          <w:rFonts w:ascii="Times New Roman" w:hAnsi="Times New Roman" w:cs="Times New Roman"/>
          <w:b/>
          <w:sz w:val="20"/>
          <w:szCs w:val="20"/>
        </w:rPr>
        <w:t>Contractul Colectiv de Muncă</w:t>
      </w:r>
      <w:r w:rsidRPr="00087A48">
        <w:rPr>
          <w:rFonts w:ascii="Times New Roman" w:hAnsi="Times New Roman" w:cs="Times New Roman"/>
          <w:bCs/>
          <w:sz w:val="20"/>
          <w:szCs w:val="20"/>
        </w:rPr>
        <w:t xml:space="preserve"> în vigoare.</w:t>
      </w:r>
    </w:p>
    <w:p w:rsidR="00F971F4" w:rsidRPr="00087A48" w:rsidRDefault="00F971F4" w:rsidP="00F971F4">
      <w:pPr>
        <w:spacing w:line="240" w:lineRule="auto"/>
        <w:jc w:val="both"/>
        <w:rPr>
          <w:rFonts w:ascii="Times New Roman" w:hAnsi="Times New Roman" w:cs="Times New Roman"/>
          <w:bCs/>
          <w:sz w:val="20"/>
          <w:szCs w:val="20"/>
        </w:rPr>
      </w:pPr>
      <w:r w:rsidRPr="00087A48">
        <w:rPr>
          <w:rFonts w:ascii="Times New Roman" w:hAnsi="Times New Roman" w:cs="Times New Roman"/>
          <w:bCs/>
          <w:sz w:val="20"/>
          <w:szCs w:val="20"/>
        </w:rPr>
        <w:t xml:space="preserve">7. </w:t>
      </w:r>
      <w:r w:rsidRPr="00087A48">
        <w:rPr>
          <w:rFonts w:ascii="Times New Roman" w:hAnsi="Times New Roman" w:cs="Times New Roman"/>
          <w:b/>
          <w:sz w:val="20"/>
          <w:szCs w:val="20"/>
        </w:rPr>
        <w:t>ORDIN Nr. 1.761</w:t>
      </w:r>
      <w:r w:rsidRPr="00087A48">
        <w:rPr>
          <w:rFonts w:ascii="Times New Roman" w:hAnsi="Times New Roman" w:cs="Times New Roman"/>
          <w:bCs/>
          <w:sz w:val="20"/>
          <w:szCs w:val="20"/>
        </w:rPr>
        <w:t xml:space="preserve">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rsidR="00F971F4" w:rsidRPr="00087A48" w:rsidRDefault="00F971F4" w:rsidP="00F971F4">
      <w:pPr>
        <w:autoSpaceDE w:val="0"/>
        <w:autoSpaceDN w:val="0"/>
        <w:adjustRightInd w:val="0"/>
        <w:spacing w:line="240" w:lineRule="auto"/>
        <w:rPr>
          <w:rFonts w:ascii="Times New Roman" w:hAnsi="Times New Roman" w:cs="Times New Roman"/>
          <w:bCs/>
          <w:sz w:val="20"/>
          <w:szCs w:val="20"/>
        </w:rPr>
      </w:pPr>
    </w:p>
    <w:p w:rsidR="00F971F4" w:rsidRPr="00087A48" w:rsidRDefault="00F971F4" w:rsidP="00F971F4">
      <w:pPr>
        <w:autoSpaceDE w:val="0"/>
        <w:autoSpaceDN w:val="0"/>
        <w:adjustRightInd w:val="0"/>
        <w:spacing w:line="240" w:lineRule="auto"/>
        <w:ind w:firstLine="720"/>
        <w:rPr>
          <w:rFonts w:ascii="Times New Roman" w:hAnsi="Times New Roman" w:cs="Times New Roman"/>
          <w:bCs/>
          <w:sz w:val="20"/>
          <w:szCs w:val="20"/>
        </w:rPr>
      </w:pPr>
      <w:r w:rsidRPr="00087A48">
        <w:rPr>
          <w:rFonts w:ascii="Times New Roman" w:hAnsi="Times New Roman" w:cs="Times New Roman"/>
          <w:b/>
          <w:bCs/>
          <w:sz w:val="20"/>
          <w:szCs w:val="20"/>
        </w:rPr>
        <w:t>NOTĂ</w:t>
      </w:r>
      <w:r w:rsidRPr="00087A48">
        <w:rPr>
          <w:rFonts w:ascii="Times New Roman" w:hAnsi="Times New Roman" w:cs="Times New Roman"/>
          <w:bCs/>
          <w:sz w:val="20"/>
          <w:szCs w:val="20"/>
        </w:rPr>
        <w:t>: Se vor avea în vedere formele la zi ale actelor normative din bibliografie.</w:t>
      </w:r>
    </w:p>
    <w:p w:rsidR="00F971F4" w:rsidRPr="00087A48" w:rsidRDefault="00F971F4" w:rsidP="00F971F4">
      <w:pPr>
        <w:autoSpaceDE w:val="0"/>
        <w:autoSpaceDN w:val="0"/>
        <w:adjustRightInd w:val="0"/>
        <w:spacing w:line="240" w:lineRule="auto"/>
        <w:ind w:firstLine="720"/>
        <w:rPr>
          <w:rFonts w:ascii="Times New Roman" w:hAnsi="Times New Roman" w:cs="Times New Roman"/>
          <w:bCs/>
          <w:sz w:val="20"/>
          <w:szCs w:val="20"/>
        </w:rPr>
      </w:pPr>
    </w:p>
    <w:p w:rsidR="00F971F4" w:rsidRPr="00087A48" w:rsidRDefault="00F971F4" w:rsidP="00F971F4">
      <w:pPr>
        <w:autoSpaceDE w:val="0"/>
        <w:autoSpaceDN w:val="0"/>
        <w:adjustRightInd w:val="0"/>
        <w:spacing w:line="240" w:lineRule="auto"/>
        <w:ind w:firstLine="720"/>
        <w:jc w:val="center"/>
        <w:rPr>
          <w:rFonts w:ascii="Times New Roman" w:hAnsi="Times New Roman" w:cs="Times New Roman"/>
          <w:b/>
          <w:i/>
          <w:iCs/>
          <w:sz w:val="20"/>
          <w:szCs w:val="20"/>
          <w:u w:val="single"/>
        </w:rPr>
      </w:pPr>
    </w:p>
    <w:p w:rsidR="00F971F4" w:rsidRPr="00087A48" w:rsidRDefault="00F971F4" w:rsidP="00F971F4">
      <w:pPr>
        <w:autoSpaceDE w:val="0"/>
        <w:autoSpaceDN w:val="0"/>
        <w:adjustRightInd w:val="0"/>
        <w:spacing w:line="240" w:lineRule="auto"/>
        <w:ind w:firstLine="720"/>
        <w:jc w:val="center"/>
        <w:rPr>
          <w:rFonts w:ascii="Times New Roman" w:hAnsi="Times New Roman" w:cs="Times New Roman"/>
          <w:b/>
          <w:i/>
          <w:iCs/>
          <w:sz w:val="20"/>
          <w:szCs w:val="20"/>
          <w:u w:val="single"/>
        </w:rPr>
      </w:pPr>
      <w:r w:rsidRPr="00087A48">
        <w:rPr>
          <w:rFonts w:ascii="Times New Roman" w:hAnsi="Times New Roman" w:cs="Times New Roman"/>
          <w:b/>
          <w:i/>
          <w:iCs/>
          <w:sz w:val="20"/>
          <w:szCs w:val="20"/>
          <w:u w:val="single"/>
        </w:rPr>
        <w:t>TEMATICĂ</w:t>
      </w:r>
    </w:p>
    <w:p w:rsidR="00F971F4" w:rsidRPr="00087A48" w:rsidRDefault="00F971F4" w:rsidP="00F971F4">
      <w:pPr>
        <w:autoSpaceDE w:val="0"/>
        <w:autoSpaceDN w:val="0"/>
        <w:adjustRightInd w:val="0"/>
        <w:spacing w:line="240" w:lineRule="auto"/>
        <w:ind w:firstLine="720"/>
        <w:jc w:val="center"/>
        <w:rPr>
          <w:rFonts w:ascii="Times New Roman" w:hAnsi="Times New Roman" w:cs="Times New Roman"/>
          <w:b/>
          <w:i/>
          <w:iCs/>
          <w:sz w:val="20"/>
          <w:szCs w:val="20"/>
          <w:u w:val="single"/>
        </w:rPr>
      </w:pPr>
    </w:p>
    <w:p w:rsidR="00F971F4" w:rsidRPr="00087A48" w:rsidRDefault="00F971F4" w:rsidP="00F971F4">
      <w:pPr>
        <w:pStyle w:val="ListParagraph"/>
        <w:numPr>
          <w:ilvl w:val="0"/>
          <w:numId w:val="12"/>
        </w:numPr>
        <w:autoSpaceDE w:val="0"/>
        <w:autoSpaceDN w:val="0"/>
        <w:adjustRightInd w:val="0"/>
        <w:spacing w:after="0" w:line="240" w:lineRule="auto"/>
        <w:rPr>
          <w:rFonts w:ascii="Times New Roman" w:hAnsi="Times New Roman" w:cs="Times New Roman"/>
          <w:bCs/>
          <w:sz w:val="20"/>
          <w:szCs w:val="20"/>
        </w:rPr>
      </w:pPr>
      <w:r w:rsidRPr="00087A48">
        <w:rPr>
          <w:rFonts w:ascii="Times New Roman" w:hAnsi="Times New Roman" w:cs="Times New Roman"/>
          <w:bCs/>
          <w:sz w:val="20"/>
          <w:szCs w:val="20"/>
        </w:rPr>
        <w:t xml:space="preserve">Reguli de efectuare a curățeniei </w:t>
      </w:r>
    </w:p>
    <w:p w:rsidR="00F971F4" w:rsidRPr="00087A48" w:rsidRDefault="00F971F4" w:rsidP="00F971F4">
      <w:pPr>
        <w:pStyle w:val="ListParagraph"/>
        <w:numPr>
          <w:ilvl w:val="0"/>
          <w:numId w:val="12"/>
        </w:numPr>
        <w:autoSpaceDE w:val="0"/>
        <w:autoSpaceDN w:val="0"/>
        <w:adjustRightInd w:val="0"/>
        <w:spacing w:after="0" w:line="240" w:lineRule="auto"/>
        <w:rPr>
          <w:rFonts w:ascii="Times New Roman" w:hAnsi="Times New Roman" w:cs="Times New Roman"/>
          <w:bCs/>
          <w:sz w:val="20"/>
          <w:szCs w:val="20"/>
        </w:rPr>
      </w:pPr>
      <w:r w:rsidRPr="00087A48">
        <w:rPr>
          <w:rFonts w:ascii="Times New Roman" w:hAnsi="Times New Roman" w:cs="Times New Roman"/>
          <w:bCs/>
          <w:sz w:val="20"/>
          <w:szCs w:val="20"/>
        </w:rPr>
        <w:t>Noțiuni fundamentale de igienă</w:t>
      </w:r>
    </w:p>
    <w:p w:rsidR="00F971F4" w:rsidRPr="00087A48" w:rsidRDefault="00F971F4" w:rsidP="00F971F4">
      <w:pPr>
        <w:pStyle w:val="ListParagraph"/>
        <w:numPr>
          <w:ilvl w:val="0"/>
          <w:numId w:val="12"/>
        </w:numPr>
        <w:autoSpaceDE w:val="0"/>
        <w:autoSpaceDN w:val="0"/>
        <w:adjustRightInd w:val="0"/>
        <w:spacing w:after="0" w:line="240" w:lineRule="auto"/>
        <w:rPr>
          <w:rFonts w:ascii="Times New Roman" w:hAnsi="Times New Roman" w:cs="Times New Roman"/>
          <w:bCs/>
          <w:sz w:val="20"/>
          <w:szCs w:val="20"/>
        </w:rPr>
      </w:pPr>
      <w:r w:rsidRPr="00087A48">
        <w:rPr>
          <w:rFonts w:ascii="Times New Roman" w:hAnsi="Times New Roman" w:cs="Times New Roman"/>
          <w:bCs/>
          <w:sz w:val="20"/>
          <w:szCs w:val="20"/>
        </w:rPr>
        <w:t>Reglementări privind securitatea muncii</w:t>
      </w:r>
    </w:p>
    <w:p w:rsidR="00F971F4" w:rsidRPr="00087A48" w:rsidRDefault="00F971F4" w:rsidP="00F971F4">
      <w:pPr>
        <w:pStyle w:val="ListParagraph"/>
        <w:numPr>
          <w:ilvl w:val="0"/>
          <w:numId w:val="12"/>
        </w:numPr>
        <w:autoSpaceDE w:val="0"/>
        <w:autoSpaceDN w:val="0"/>
        <w:adjustRightInd w:val="0"/>
        <w:spacing w:after="0" w:line="240" w:lineRule="auto"/>
        <w:rPr>
          <w:rFonts w:ascii="Times New Roman" w:hAnsi="Times New Roman" w:cs="Times New Roman"/>
          <w:bCs/>
          <w:sz w:val="20"/>
          <w:szCs w:val="20"/>
        </w:rPr>
      </w:pPr>
      <w:r w:rsidRPr="00087A48">
        <w:rPr>
          <w:rFonts w:ascii="Times New Roman" w:hAnsi="Times New Roman" w:cs="Times New Roman"/>
          <w:bCs/>
          <w:sz w:val="20"/>
          <w:szCs w:val="20"/>
        </w:rPr>
        <w:t>Reglementări privind apărarea împotriva incendiilor</w:t>
      </w:r>
    </w:p>
    <w:p w:rsidR="00F971F4" w:rsidRPr="00087A48" w:rsidRDefault="00F971F4" w:rsidP="00F971F4">
      <w:pPr>
        <w:pStyle w:val="ListParagraph"/>
        <w:numPr>
          <w:ilvl w:val="0"/>
          <w:numId w:val="12"/>
        </w:numPr>
        <w:autoSpaceDE w:val="0"/>
        <w:autoSpaceDN w:val="0"/>
        <w:adjustRightInd w:val="0"/>
        <w:spacing w:after="0" w:line="240" w:lineRule="auto"/>
        <w:rPr>
          <w:rFonts w:ascii="Times New Roman" w:hAnsi="Times New Roman" w:cs="Times New Roman"/>
          <w:bCs/>
          <w:sz w:val="20"/>
          <w:szCs w:val="20"/>
        </w:rPr>
      </w:pPr>
      <w:r w:rsidRPr="00087A48">
        <w:rPr>
          <w:rFonts w:ascii="Times New Roman" w:hAnsi="Times New Roman" w:cs="Times New Roman"/>
          <w:bCs/>
          <w:sz w:val="20"/>
          <w:szCs w:val="20"/>
        </w:rPr>
        <w:t>Organizare și responsabilități la nivelul postului</w:t>
      </w:r>
    </w:p>
    <w:p w:rsidR="00F971F4" w:rsidRPr="00087A48" w:rsidRDefault="00F971F4" w:rsidP="00F971F4">
      <w:pPr>
        <w:pStyle w:val="ListParagraph"/>
        <w:autoSpaceDE w:val="0"/>
        <w:autoSpaceDN w:val="0"/>
        <w:adjustRightInd w:val="0"/>
        <w:spacing w:after="0" w:line="240" w:lineRule="auto"/>
        <w:ind w:left="1440"/>
        <w:rPr>
          <w:rFonts w:ascii="Times New Roman" w:hAnsi="Times New Roman" w:cs="Times New Roman"/>
          <w:bCs/>
          <w:sz w:val="20"/>
          <w:szCs w:val="20"/>
        </w:rPr>
      </w:pPr>
    </w:p>
    <w:p w:rsidR="00F971F4" w:rsidRPr="00087A48" w:rsidRDefault="00F971F4" w:rsidP="00F971F4">
      <w:pPr>
        <w:autoSpaceDE w:val="0"/>
        <w:autoSpaceDN w:val="0"/>
        <w:adjustRightInd w:val="0"/>
        <w:spacing w:line="240" w:lineRule="auto"/>
        <w:rPr>
          <w:rFonts w:ascii="Times New Roman" w:hAnsi="Times New Roman" w:cs="Times New Roman"/>
          <w:bCs/>
          <w:sz w:val="20"/>
          <w:szCs w:val="20"/>
        </w:rPr>
      </w:pPr>
    </w:p>
    <w:p w:rsidR="00F971F4" w:rsidRPr="00087A48" w:rsidRDefault="00F971F4" w:rsidP="00F971F4">
      <w:pPr>
        <w:autoSpaceDE w:val="0"/>
        <w:autoSpaceDN w:val="0"/>
        <w:adjustRightInd w:val="0"/>
        <w:spacing w:line="240" w:lineRule="auto"/>
        <w:rPr>
          <w:rFonts w:ascii="Times New Roman" w:hAnsi="Times New Roman" w:cs="Times New Roman"/>
          <w:bCs/>
          <w:sz w:val="20"/>
          <w:szCs w:val="20"/>
        </w:rPr>
      </w:pPr>
    </w:p>
    <w:p w:rsidR="00F971F4" w:rsidRDefault="00F971F4" w:rsidP="00F971F4">
      <w:pPr>
        <w:autoSpaceDE w:val="0"/>
        <w:autoSpaceDN w:val="0"/>
        <w:adjustRightInd w:val="0"/>
        <w:spacing w:line="240" w:lineRule="auto"/>
        <w:rPr>
          <w:rFonts w:ascii="Times New Roman" w:hAnsi="Times New Roman" w:cs="Times New Roman"/>
          <w:bCs/>
          <w:sz w:val="20"/>
          <w:szCs w:val="20"/>
        </w:rPr>
      </w:pPr>
    </w:p>
    <w:p w:rsidR="00087A48" w:rsidRDefault="00087A48" w:rsidP="00F971F4">
      <w:pPr>
        <w:autoSpaceDE w:val="0"/>
        <w:autoSpaceDN w:val="0"/>
        <w:adjustRightInd w:val="0"/>
        <w:spacing w:line="240" w:lineRule="auto"/>
        <w:rPr>
          <w:rFonts w:ascii="Times New Roman" w:hAnsi="Times New Roman" w:cs="Times New Roman"/>
          <w:bCs/>
          <w:sz w:val="20"/>
          <w:szCs w:val="20"/>
        </w:rPr>
      </w:pPr>
    </w:p>
    <w:p w:rsidR="00087A48" w:rsidRPr="00087A48" w:rsidRDefault="00087A48" w:rsidP="00F971F4">
      <w:pPr>
        <w:autoSpaceDE w:val="0"/>
        <w:autoSpaceDN w:val="0"/>
        <w:adjustRightInd w:val="0"/>
        <w:spacing w:line="240" w:lineRule="auto"/>
        <w:rPr>
          <w:rFonts w:ascii="Times New Roman" w:hAnsi="Times New Roman" w:cs="Times New Roman"/>
          <w:bCs/>
          <w:sz w:val="20"/>
          <w:szCs w:val="20"/>
        </w:rPr>
      </w:pPr>
    </w:p>
    <w:p w:rsidR="00F971F4" w:rsidRPr="00087A48" w:rsidRDefault="00F971F4" w:rsidP="00F971F4">
      <w:pPr>
        <w:autoSpaceDE w:val="0"/>
        <w:autoSpaceDN w:val="0"/>
        <w:adjustRightInd w:val="0"/>
        <w:spacing w:line="240" w:lineRule="auto"/>
        <w:rPr>
          <w:rFonts w:ascii="Times New Roman" w:hAnsi="Times New Roman" w:cs="Times New Roman"/>
          <w:bCs/>
          <w:sz w:val="20"/>
          <w:szCs w:val="20"/>
        </w:rPr>
      </w:pPr>
    </w:p>
    <w:p w:rsidR="00F971F4" w:rsidRPr="00087A48" w:rsidRDefault="00F971F4" w:rsidP="00F971F4">
      <w:pPr>
        <w:autoSpaceDE w:val="0"/>
        <w:autoSpaceDN w:val="0"/>
        <w:adjustRightInd w:val="0"/>
        <w:spacing w:line="240" w:lineRule="auto"/>
        <w:rPr>
          <w:rFonts w:ascii="Times New Roman" w:hAnsi="Times New Roman" w:cs="Times New Roman"/>
          <w:bCs/>
          <w:sz w:val="20"/>
          <w:szCs w:val="20"/>
        </w:rPr>
      </w:pPr>
    </w:p>
    <w:p w:rsidR="00F971F4" w:rsidRPr="00087A48" w:rsidRDefault="00F971F4" w:rsidP="00F971F4">
      <w:pPr>
        <w:pStyle w:val="Default"/>
        <w:rPr>
          <w:b/>
          <w:bCs/>
          <w:i/>
          <w:iCs/>
          <w:color w:val="auto"/>
          <w:sz w:val="20"/>
          <w:szCs w:val="20"/>
          <w:u w:val="single"/>
        </w:rPr>
      </w:pPr>
      <w:r w:rsidRPr="00087A48">
        <w:rPr>
          <w:b/>
          <w:bCs/>
          <w:i/>
          <w:iCs/>
          <w:color w:val="auto"/>
          <w:sz w:val="20"/>
          <w:szCs w:val="20"/>
          <w:u w:val="single"/>
        </w:rPr>
        <w:t xml:space="preserve">PROBA PRACTICĂ </w:t>
      </w:r>
    </w:p>
    <w:p w:rsidR="00F971F4" w:rsidRPr="00087A48" w:rsidRDefault="00F971F4" w:rsidP="00F971F4">
      <w:pPr>
        <w:pStyle w:val="Default"/>
        <w:rPr>
          <w:b/>
          <w:bCs/>
          <w:i/>
          <w:iCs/>
          <w:color w:val="auto"/>
          <w:sz w:val="20"/>
          <w:szCs w:val="20"/>
          <w:u w:val="single"/>
        </w:rPr>
      </w:pPr>
    </w:p>
    <w:p w:rsidR="00F971F4" w:rsidRPr="00087A48" w:rsidRDefault="00F971F4" w:rsidP="00F971F4">
      <w:pPr>
        <w:pStyle w:val="Default"/>
        <w:ind w:firstLine="720"/>
        <w:jc w:val="both"/>
        <w:rPr>
          <w:color w:val="auto"/>
          <w:sz w:val="20"/>
          <w:szCs w:val="20"/>
        </w:rPr>
      </w:pPr>
      <w:r w:rsidRPr="00087A48">
        <w:rPr>
          <w:b/>
          <w:bCs/>
          <w:color w:val="auto"/>
          <w:sz w:val="20"/>
          <w:szCs w:val="20"/>
        </w:rPr>
        <w:t xml:space="preserve">Proba practică poate fi susținută doar de către acei candidați declarați admiși la proba scrisă. </w:t>
      </w:r>
    </w:p>
    <w:p w:rsidR="00F971F4" w:rsidRPr="00087A48" w:rsidRDefault="00F971F4" w:rsidP="00F971F4">
      <w:pPr>
        <w:pStyle w:val="Default"/>
        <w:ind w:firstLine="720"/>
        <w:jc w:val="both"/>
        <w:rPr>
          <w:color w:val="auto"/>
          <w:sz w:val="20"/>
          <w:szCs w:val="20"/>
        </w:rPr>
      </w:pPr>
      <w:r w:rsidRPr="00087A48">
        <w:rPr>
          <w:color w:val="auto"/>
          <w:sz w:val="20"/>
          <w:szCs w:val="20"/>
        </w:rPr>
        <w:t xml:space="preserve">Proba practică </w:t>
      </w:r>
      <w:proofErr w:type="gramStart"/>
      <w:r w:rsidRPr="00087A48">
        <w:rPr>
          <w:color w:val="auto"/>
          <w:sz w:val="20"/>
          <w:szCs w:val="20"/>
        </w:rPr>
        <w:t>va</w:t>
      </w:r>
      <w:proofErr w:type="gramEnd"/>
      <w:r w:rsidRPr="00087A48">
        <w:rPr>
          <w:color w:val="auto"/>
          <w:sz w:val="20"/>
          <w:szCs w:val="20"/>
        </w:rPr>
        <w:t xml:space="preserve"> consta în testarea abilităților și aptitudinilor practice ale candidatului în vederea ocupării postului vacant.</w:t>
      </w:r>
    </w:p>
    <w:p w:rsidR="00F971F4" w:rsidRPr="00087A48" w:rsidRDefault="00F971F4" w:rsidP="00F971F4">
      <w:pPr>
        <w:pStyle w:val="Default"/>
        <w:ind w:firstLine="720"/>
        <w:jc w:val="both"/>
        <w:rPr>
          <w:color w:val="auto"/>
          <w:sz w:val="20"/>
          <w:szCs w:val="20"/>
        </w:rPr>
      </w:pPr>
    </w:p>
    <w:p w:rsidR="00F971F4" w:rsidRPr="00087A48" w:rsidRDefault="00F971F4" w:rsidP="00F971F4">
      <w:pPr>
        <w:pStyle w:val="Default"/>
        <w:ind w:firstLine="720"/>
        <w:jc w:val="both"/>
        <w:rPr>
          <w:color w:val="auto"/>
          <w:sz w:val="20"/>
          <w:szCs w:val="20"/>
        </w:rPr>
      </w:pPr>
      <w:r w:rsidRPr="00087A48">
        <w:rPr>
          <w:color w:val="auto"/>
          <w:sz w:val="20"/>
          <w:szCs w:val="20"/>
        </w:rPr>
        <w:t xml:space="preserve">Proba practică se </w:t>
      </w:r>
      <w:proofErr w:type="gramStart"/>
      <w:r w:rsidRPr="00087A48">
        <w:rPr>
          <w:color w:val="auto"/>
          <w:sz w:val="20"/>
          <w:szCs w:val="20"/>
        </w:rPr>
        <w:t>va</w:t>
      </w:r>
      <w:proofErr w:type="gramEnd"/>
      <w:r w:rsidRPr="00087A48">
        <w:rPr>
          <w:color w:val="auto"/>
          <w:sz w:val="20"/>
          <w:szCs w:val="20"/>
        </w:rPr>
        <w:t xml:space="preserve"> desfășura pe baza unui plan stabilit de comisia de concurs, care va include următoarele </w:t>
      </w:r>
      <w:r w:rsidRPr="00087A48">
        <w:rPr>
          <w:b/>
          <w:bCs/>
          <w:i/>
          <w:iCs/>
          <w:color w:val="auto"/>
          <w:sz w:val="20"/>
          <w:szCs w:val="20"/>
        </w:rPr>
        <w:t>criterii de evaluare:</w:t>
      </w:r>
      <w:r w:rsidRPr="00087A48">
        <w:rPr>
          <w:color w:val="auto"/>
          <w:sz w:val="20"/>
          <w:szCs w:val="20"/>
        </w:rPr>
        <w:t xml:space="preserve"> </w:t>
      </w:r>
    </w:p>
    <w:p w:rsidR="00F971F4" w:rsidRPr="00087A48" w:rsidRDefault="00F971F4" w:rsidP="00F971F4">
      <w:pPr>
        <w:pStyle w:val="Default"/>
        <w:ind w:left="284"/>
        <w:rPr>
          <w:color w:val="auto"/>
          <w:sz w:val="20"/>
          <w:szCs w:val="20"/>
        </w:rPr>
      </w:pPr>
      <w:r w:rsidRPr="00087A48">
        <w:rPr>
          <w:color w:val="auto"/>
          <w:sz w:val="20"/>
          <w:szCs w:val="20"/>
        </w:rPr>
        <w:t xml:space="preserve">a) </w:t>
      </w:r>
      <w:proofErr w:type="gramStart"/>
      <w:r w:rsidRPr="00087A48">
        <w:rPr>
          <w:color w:val="auto"/>
          <w:sz w:val="20"/>
          <w:szCs w:val="20"/>
        </w:rPr>
        <w:t>capacitatea</w:t>
      </w:r>
      <w:proofErr w:type="gramEnd"/>
      <w:r w:rsidRPr="00087A48">
        <w:rPr>
          <w:color w:val="auto"/>
          <w:sz w:val="20"/>
          <w:szCs w:val="20"/>
        </w:rPr>
        <w:t xml:space="preserve"> de adaptare; </w:t>
      </w:r>
    </w:p>
    <w:p w:rsidR="00F971F4" w:rsidRPr="00087A48" w:rsidRDefault="00F971F4" w:rsidP="00F971F4">
      <w:pPr>
        <w:pStyle w:val="Default"/>
        <w:ind w:left="284"/>
        <w:rPr>
          <w:color w:val="auto"/>
          <w:sz w:val="20"/>
          <w:szCs w:val="20"/>
        </w:rPr>
      </w:pPr>
      <w:r w:rsidRPr="00087A48">
        <w:rPr>
          <w:color w:val="auto"/>
          <w:sz w:val="20"/>
          <w:szCs w:val="20"/>
        </w:rPr>
        <w:t xml:space="preserve">b) </w:t>
      </w:r>
      <w:proofErr w:type="gramStart"/>
      <w:r w:rsidRPr="00087A48">
        <w:rPr>
          <w:color w:val="auto"/>
          <w:sz w:val="20"/>
          <w:szCs w:val="20"/>
        </w:rPr>
        <w:t>capacitatea</w:t>
      </w:r>
      <w:proofErr w:type="gramEnd"/>
      <w:r w:rsidRPr="00087A48">
        <w:rPr>
          <w:color w:val="auto"/>
          <w:sz w:val="20"/>
          <w:szCs w:val="20"/>
        </w:rPr>
        <w:t xml:space="preserve"> de gestionare a situațiilor dificile; </w:t>
      </w:r>
    </w:p>
    <w:p w:rsidR="00F971F4" w:rsidRPr="00087A48" w:rsidRDefault="00F971F4" w:rsidP="00F971F4">
      <w:pPr>
        <w:pStyle w:val="Default"/>
        <w:ind w:left="284"/>
        <w:rPr>
          <w:color w:val="auto"/>
          <w:sz w:val="20"/>
          <w:szCs w:val="20"/>
        </w:rPr>
      </w:pPr>
      <w:r w:rsidRPr="00087A48">
        <w:rPr>
          <w:color w:val="auto"/>
          <w:sz w:val="20"/>
          <w:szCs w:val="20"/>
        </w:rPr>
        <w:t xml:space="preserve">c) </w:t>
      </w:r>
      <w:proofErr w:type="gramStart"/>
      <w:r w:rsidRPr="00087A48">
        <w:rPr>
          <w:color w:val="auto"/>
          <w:sz w:val="20"/>
          <w:szCs w:val="20"/>
        </w:rPr>
        <w:t>îndemânare</w:t>
      </w:r>
      <w:proofErr w:type="gramEnd"/>
      <w:r w:rsidRPr="00087A48">
        <w:rPr>
          <w:color w:val="auto"/>
          <w:sz w:val="20"/>
          <w:szCs w:val="20"/>
        </w:rPr>
        <w:t xml:space="preserve"> și abilitate în realizarea cerințelor practice; </w:t>
      </w:r>
    </w:p>
    <w:p w:rsidR="00F971F4" w:rsidRPr="00087A48" w:rsidRDefault="00F971F4" w:rsidP="00F971F4">
      <w:pPr>
        <w:pStyle w:val="Default"/>
        <w:ind w:left="284"/>
        <w:rPr>
          <w:color w:val="auto"/>
          <w:sz w:val="20"/>
          <w:szCs w:val="20"/>
        </w:rPr>
      </w:pPr>
      <w:r w:rsidRPr="00087A48">
        <w:rPr>
          <w:color w:val="auto"/>
          <w:sz w:val="20"/>
          <w:szCs w:val="20"/>
        </w:rPr>
        <w:t xml:space="preserve">d) </w:t>
      </w:r>
      <w:proofErr w:type="gramStart"/>
      <w:r w:rsidRPr="00087A48">
        <w:rPr>
          <w:color w:val="auto"/>
          <w:sz w:val="20"/>
          <w:szCs w:val="20"/>
        </w:rPr>
        <w:t>capacitatea</w:t>
      </w:r>
      <w:proofErr w:type="gramEnd"/>
      <w:r w:rsidRPr="00087A48">
        <w:rPr>
          <w:color w:val="auto"/>
          <w:sz w:val="20"/>
          <w:szCs w:val="20"/>
        </w:rPr>
        <w:t xml:space="preserve"> de comunicare; </w:t>
      </w:r>
    </w:p>
    <w:p w:rsidR="00F971F4" w:rsidRPr="00087A48" w:rsidRDefault="00F971F4" w:rsidP="00F971F4">
      <w:pPr>
        <w:pStyle w:val="Default"/>
        <w:ind w:left="284"/>
        <w:rPr>
          <w:color w:val="auto"/>
          <w:sz w:val="20"/>
          <w:szCs w:val="20"/>
        </w:rPr>
      </w:pPr>
      <w:r w:rsidRPr="00087A48">
        <w:rPr>
          <w:color w:val="auto"/>
          <w:sz w:val="20"/>
          <w:szCs w:val="20"/>
        </w:rPr>
        <w:t xml:space="preserve">e) </w:t>
      </w:r>
      <w:proofErr w:type="gramStart"/>
      <w:r w:rsidRPr="00087A48">
        <w:rPr>
          <w:color w:val="auto"/>
          <w:sz w:val="20"/>
          <w:szCs w:val="20"/>
        </w:rPr>
        <w:t>capacitatea</w:t>
      </w:r>
      <w:proofErr w:type="gramEnd"/>
      <w:r w:rsidRPr="00087A48">
        <w:rPr>
          <w:color w:val="auto"/>
          <w:sz w:val="20"/>
          <w:szCs w:val="20"/>
        </w:rPr>
        <w:t xml:space="preserve"> de gestionare a resurselor alocate pentru desfășurarea probei practice. </w:t>
      </w:r>
    </w:p>
    <w:p w:rsidR="00F971F4" w:rsidRPr="00087A48" w:rsidRDefault="00F971F4" w:rsidP="00F971F4">
      <w:pPr>
        <w:pStyle w:val="Default"/>
        <w:ind w:left="284"/>
        <w:rPr>
          <w:color w:val="auto"/>
          <w:sz w:val="20"/>
          <w:szCs w:val="20"/>
        </w:rPr>
      </w:pPr>
    </w:p>
    <w:p w:rsidR="00F971F4" w:rsidRPr="00087A48" w:rsidRDefault="00F971F4" w:rsidP="00F971F4">
      <w:pPr>
        <w:pStyle w:val="Default"/>
        <w:rPr>
          <w:b/>
          <w:bCs/>
          <w:i/>
          <w:iCs/>
          <w:color w:val="auto"/>
          <w:sz w:val="20"/>
          <w:szCs w:val="20"/>
          <w:u w:val="single"/>
        </w:rPr>
      </w:pPr>
    </w:p>
    <w:p w:rsidR="00F971F4" w:rsidRPr="00087A48" w:rsidRDefault="00F971F4" w:rsidP="00F971F4">
      <w:pPr>
        <w:pStyle w:val="Default"/>
        <w:rPr>
          <w:b/>
          <w:bCs/>
          <w:i/>
          <w:iCs/>
          <w:color w:val="auto"/>
          <w:sz w:val="20"/>
          <w:szCs w:val="20"/>
          <w:u w:val="single"/>
        </w:rPr>
      </w:pPr>
      <w:r w:rsidRPr="00087A48">
        <w:rPr>
          <w:b/>
          <w:bCs/>
          <w:i/>
          <w:iCs/>
          <w:color w:val="auto"/>
          <w:sz w:val="20"/>
          <w:szCs w:val="20"/>
          <w:u w:val="single"/>
        </w:rPr>
        <w:lastRenderedPageBreak/>
        <w:t xml:space="preserve">PROBA INTERVIULUI </w:t>
      </w:r>
    </w:p>
    <w:p w:rsidR="00F971F4" w:rsidRPr="00087A48" w:rsidRDefault="00F971F4" w:rsidP="00F971F4">
      <w:pPr>
        <w:pStyle w:val="Default"/>
        <w:rPr>
          <w:b/>
          <w:bCs/>
          <w:i/>
          <w:iCs/>
          <w:color w:val="auto"/>
          <w:sz w:val="20"/>
          <w:szCs w:val="20"/>
          <w:u w:val="single"/>
        </w:rPr>
      </w:pPr>
    </w:p>
    <w:p w:rsidR="00F971F4" w:rsidRPr="00087A48" w:rsidRDefault="00F971F4" w:rsidP="00F971F4">
      <w:pPr>
        <w:pStyle w:val="Default"/>
        <w:ind w:firstLine="720"/>
        <w:jc w:val="both"/>
        <w:rPr>
          <w:b/>
          <w:bCs/>
          <w:color w:val="auto"/>
          <w:sz w:val="20"/>
          <w:szCs w:val="20"/>
        </w:rPr>
      </w:pPr>
      <w:r w:rsidRPr="00087A48">
        <w:rPr>
          <w:b/>
          <w:bCs/>
          <w:color w:val="auto"/>
          <w:sz w:val="20"/>
          <w:szCs w:val="20"/>
        </w:rPr>
        <w:t xml:space="preserve">Proba interviului poate fi susținută doar de către acei candidați declarați admiși la proba practică. </w:t>
      </w:r>
    </w:p>
    <w:p w:rsidR="00F971F4" w:rsidRPr="00087A48" w:rsidRDefault="00F971F4" w:rsidP="00F971F4">
      <w:pPr>
        <w:pStyle w:val="Default"/>
        <w:ind w:firstLine="720"/>
        <w:jc w:val="both"/>
        <w:rPr>
          <w:color w:val="auto"/>
          <w:sz w:val="20"/>
          <w:szCs w:val="20"/>
        </w:rPr>
      </w:pPr>
      <w:r w:rsidRPr="00087A48">
        <w:rPr>
          <w:color w:val="auto"/>
          <w:sz w:val="20"/>
          <w:szCs w:val="20"/>
        </w:rPr>
        <w:t xml:space="preserve">În cadrul interviului se vor testa abilitățile, aptitudinile și motivația candidaților. </w:t>
      </w:r>
    </w:p>
    <w:p w:rsidR="00F971F4" w:rsidRPr="00087A48" w:rsidRDefault="00F971F4" w:rsidP="00F971F4">
      <w:pPr>
        <w:pStyle w:val="Default"/>
        <w:ind w:firstLine="720"/>
        <w:jc w:val="both"/>
        <w:rPr>
          <w:color w:val="auto"/>
          <w:sz w:val="20"/>
          <w:szCs w:val="20"/>
        </w:rPr>
      </w:pPr>
      <w:r w:rsidRPr="00087A48">
        <w:rPr>
          <w:color w:val="auto"/>
          <w:sz w:val="20"/>
          <w:szCs w:val="20"/>
        </w:rPr>
        <w:t xml:space="preserve">Interviul se </w:t>
      </w:r>
      <w:proofErr w:type="gramStart"/>
      <w:r w:rsidRPr="00087A48">
        <w:rPr>
          <w:color w:val="auto"/>
          <w:sz w:val="20"/>
          <w:szCs w:val="20"/>
        </w:rPr>
        <w:t>va</w:t>
      </w:r>
      <w:proofErr w:type="gramEnd"/>
      <w:r w:rsidRPr="00087A48">
        <w:rPr>
          <w:color w:val="auto"/>
          <w:sz w:val="20"/>
          <w:szCs w:val="20"/>
        </w:rPr>
        <w:t xml:space="preserve"> realiza conform planului de interviu întocmit de comisia de concurs, în ziua desfășurării acestei probe, pe baza criteriilor de evaluare. </w:t>
      </w:r>
    </w:p>
    <w:p w:rsidR="00F971F4" w:rsidRPr="00087A48" w:rsidRDefault="00F971F4" w:rsidP="00F971F4">
      <w:pPr>
        <w:pStyle w:val="Default"/>
        <w:ind w:firstLine="720"/>
        <w:jc w:val="both"/>
        <w:rPr>
          <w:color w:val="auto"/>
          <w:sz w:val="20"/>
          <w:szCs w:val="20"/>
        </w:rPr>
      </w:pPr>
    </w:p>
    <w:p w:rsidR="00F971F4" w:rsidRPr="00087A48" w:rsidRDefault="00F971F4" w:rsidP="00F971F4">
      <w:pPr>
        <w:pStyle w:val="Default"/>
        <w:ind w:firstLine="720"/>
        <w:rPr>
          <w:color w:val="auto"/>
          <w:sz w:val="20"/>
          <w:szCs w:val="20"/>
        </w:rPr>
      </w:pPr>
      <w:r w:rsidRPr="00087A48">
        <w:rPr>
          <w:b/>
          <w:bCs/>
          <w:i/>
          <w:iCs/>
          <w:color w:val="auto"/>
          <w:sz w:val="20"/>
          <w:szCs w:val="20"/>
        </w:rPr>
        <w:t>Criteriile de evaluare</w:t>
      </w:r>
      <w:r w:rsidRPr="00087A48">
        <w:rPr>
          <w:color w:val="auto"/>
          <w:sz w:val="20"/>
          <w:szCs w:val="20"/>
        </w:rPr>
        <w:t xml:space="preserve"> pentru realizarea interviului sunt: </w:t>
      </w:r>
    </w:p>
    <w:p w:rsidR="00F971F4" w:rsidRPr="00087A48" w:rsidRDefault="00F971F4" w:rsidP="00F971F4">
      <w:pPr>
        <w:pStyle w:val="Default"/>
        <w:ind w:left="284"/>
        <w:rPr>
          <w:color w:val="auto"/>
          <w:sz w:val="20"/>
          <w:szCs w:val="20"/>
        </w:rPr>
      </w:pPr>
      <w:r w:rsidRPr="00087A48">
        <w:rPr>
          <w:color w:val="auto"/>
          <w:sz w:val="20"/>
          <w:szCs w:val="20"/>
        </w:rPr>
        <w:t xml:space="preserve">a) </w:t>
      </w:r>
      <w:proofErr w:type="gramStart"/>
      <w:r w:rsidRPr="00087A48">
        <w:rPr>
          <w:color w:val="auto"/>
          <w:sz w:val="20"/>
          <w:szCs w:val="20"/>
        </w:rPr>
        <w:t>abilități</w:t>
      </w:r>
      <w:proofErr w:type="gramEnd"/>
      <w:r w:rsidRPr="00087A48">
        <w:rPr>
          <w:color w:val="auto"/>
          <w:sz w:val="20"/>
          <w:szCs w:val="20"/>
        </w:rPr>
        <w:t xml:space="preserve"> și cunoștințe impuse de funcție; </w:t>
      </w:r>
    </w:p>
    <w:p w:rsidR="00F971F4" w:rsidRPr="00087A48" w:rsidRDefault="00F971F4" w:rsidP="00F971F4">
      <w:pPr>
        <w:pStyle w:val="Default"/>
        <w:ind w:left="284"/>
        <w:rPr>
          <w:color w:val="auto"/>
          <w:sz w:val="20"/>
          <w:szCs w:val="20"/>
        </w:rPr>
      </w:pPr>
      <w:r w:rsidRPr="00087A48">
        <w:rPr>
          <w:color w:val="auto"/>
          <w:sz w:val="20"/>
          <w:szCs w:val="20"/>
        </w:rPr>
        <w:t xml:space="preserve">b) </w:t>
      </w:r>
      <w:proofErr w:type="gramStart"/>
      <w:r w:rsidRPr="00087A48">
        <w:rPr>
          <w:color w:val="auto"/>
          <w:sz w:val="20"/>
          <w:szCs w:val="20"/>
        </w:rPr>
        <w:t>capacitatea</w:t>
      </w:r>
      <w:proofErr w:type="gramEnd"/>
      <w:r w:rsidRPr="00087A48">
        <w:rPr>
          <w:color w:val="auto"/>
          <w:sz w:val="20"/>
          <w:szCs w:val="20"/>
        </w:rPr>
        <w:t xml:space="preserve"> de analiză și sinteză; </w:t>
      </w:r>
    </w:p>
    <w:p w:rsidR="00F971F4" w:rsidRPr="00087A48" w:rsidRDefault="00F971F4" w:rsidP="00F971F4">
      <w:pPr>
        <w:pStyle w:val="Default"/>
        <w:ind w:left="284"/>
        <w:rPr>
          <w:color w:val="auto"/>
          <w:sz w:val="20"/>
          <w:szCs w:val="20"/>
        </w:rPr>
      </w:pPr>
      <w:r w:rsidRPr="00087A48">
        <w:rPr>
          <w:color w:val="auto"/>
          <w:sz w:val="20"/>
          <w:szCs w:val="20"/>
        </w:rPr>
        <w:t xml:space="preserve">c) </w:t>
      </w:r>
      <w:proofErr w:type="gramStart"/>
      <w:r w:rsidRPr="00087A48">
        <w:rPr>
          <w:color w:val="auto"/>
          <w:sz w:val="20"/>
          <w:szCs w:val="20"/>
        </w:rPr>
        <w:t>motivația</w:t>
      </w:r>
      <w:proofErr w:type="gramEnd"/>
      <w:r w:rsidRPr="00087A48">
        <w:rPr>
          <w:color w:val="auto"/>
          <w:sz w:val="20"/>
          <w:szCs w:val="20"/>
        </w:rPr>
        <w:t xml:space="preserve"> candidatului; </w:t>
      </w:r>
    </w:p>
    <w:p w:rsidR="00F971F4" w:rsidRPr="00087A48" w:rsidRDefault="00F971F4" w:rsidP="00F971F4">
      <w:pPr>
        <w:pStyle w:val="Default"/>
        <w:ind w:left="284"/>
        <w:rPr>
          <w:color w:val="auto"/>
          <w:sz w:val="20"/>
          <w:szCs w:val="20"/>
        </w:rPr>
      </w:pPr>
      <w:r w:rsidRPr="00087A48">
        <w:rPr>
          <w:color w:val="auto"/>
          <w:sz w:val="20"/>
          <w:szCs w:val="20"/>
        </w:rPr>
        <w:t xml:space="preserve">d) </w:t>
      </w:r>
      <w:proofErr w:type="gramStart"/>
      <w:r w:rsidRPr="00087A48">
        <w:rPr>
          <w:color w:val="auto"/>
          <w:sz w:val="20"/>
          <w:szCs w:val="20"/>
        </w:rPr>
        <w:t>comportamentul</w:t>
      </w:r>
      <w:proofErr w:type="gramEnd"/>
      <w:r w:rsidRPr="00087A48">
        <w:rPr>
          <w:color w:val="auto"/>
          <w:sz w:val="20"/>
          <w:szCs w:val="20"/>
        </w:rPr>
        <w:t xml:space="preserve"> în situațiile de criză; </w:t>
      </w:r>
    </w:p>
    <w:p w:rsidR="00F971F4" w:rsidRPr="00087A48" w:rsidRDefault="00F971F4" w:rsidP="00F971F4">
      <w:pPr>
        <w:pStyle w:val="Default"/>
        <w:ind w:left="284"/>
        <w:rPr>
          <w:color w:val="auto"/>
          <w:sz w:val="20"/>
          <w:szCs w:val="20"/>
        </w:rPr>
      </w:pPr>
      <w:r w:rsidRPr="00087A48">
        <w:rPr>
          <w:color w:val="auto"/>
          <w:sz w:val="20"/>
          <w:szCs w:val="20"/>
        </w:rPr>
        <w:t xml:space="preserve">e) </w:t>
      </w:r>
      <w:proofErr w:type="gramStart"/>
      <w:r w:rsidRPr="00087A48">
        <w:rPr>
          <w:color w:val="auto"/>
          <w:sz w:val="20"/>
          <w:szCs w:val="20"/>
        </w:rPr>
        <w:t>abilități</w:t>
      </w:r>
      <w:proofErr w:type="gramEnd"/>
      <w:r w:rsidRPr="00087A48">
        <w:rPr>
          <w:color w:val="auto"/>
          <w:sz w:val="20"/>
          <w:szCs w:val="20"/>
        </w:rPr>
        <w:t xml:space="preserve"> de comunicare;</w:t>
      </w:r>
    </w:p>
    <w:p w:rsidR="00F971F4" w:rsidRPr="00087A48" w:rsidRDefault="00F971F4" w:rsidP="00F971F4">
      <w:pPr>
        <w:pStyle w:val="Default"/>
        <w:ind w:left="284"/>
        <w:rPr>
          <w:color w:val="auto"/>
          <w:sz w:val="20"/>
          <w:szCs w:val="20"/>
        </w:rPr>
      </w:pPr>
      <w:r w:rsidRPr="00087A48">
        <w:rPr>
          <w:color w:val="auto"/>
          <w:sz w:val="20"/>
          <w:szCs w:val="20"/>
        </w:rPr>
        <w:t xml:space="preserve">e) </w:t>
      </w:r>
      <w:proofErr w:type="gramStart"/>
      <w:r w:rsidRPr="00087A48">
        <w:rPr>
          <w:color w:val="auto"/>
          <w:sz w:val="20"/>
          <w:szCs w:val="20"/>
        </w:rPr>
        <w:t>inițiativă</w:t>
      </w:r>
      <w:proofErr w:type="gramEnd"/>
      <w:r w:rsidRPr="00087A48">
        <w:rPr>
          <w:color w:val="auto"/>
          <w:sz w:val="20"/>
          <w:szCs w:val="20"/>
        </w:rPr>
        <w:t xml:space="preserve"> și creativitate. </w:t>
      </w:r>
    </w:p>
    <w:p w:rsidR="00F971F4" w:rsidRPr="00087A48" w:rsidRDefault="00F971F4" w:rsidP="00F971F4">
      <w:pPr>
        <w:pStyle w:val="Default"/>
        <w:ind w:left="284"/>
        <w:rPr>
          <w:color w:val="auto"/>
          <w:sz w:val="20"/>
          <w:szCs w:val="20"/>
        </w:rPr>
      </w:pPr>
    </w:p>
    <w:p w:rsidR="00F971F4" w:rsidRPr="00087A48" w:rsidRDefault="00F971F4" w:rsidP="00F971F4">
      <w:pPr>
        <w:pStyle w:val="NoSpacing"/>
        <w:ind w:firstLine="284"/>
        <w:jc w:val="both"/>
        <w:rPr>
          <w:rFonts w:ascii="Times New Roman" w:hAnsi="Times New Roman" w:cs="Times New Roman"/>
          <w:sz w:val="20"/>
          <w:szCs w:val="20"/>
        </w:rPr>
      </w:pPr>
      <w:r w:rsidRPr="00087A48">
        <w:rPr>
          <w:rFonts w:ascii="Times New Roman" w:hAnsi="Times New Roman" w:cs="Times New Roman"/>
          <w:sz w:val="20"/>
          <w:szCs w:val="20"/>
        </w:rPr>
        <w:t xml:space="preserve">Fiecare membru al comisiei de concurs </w:t>
      </w:r>
      <w:proofErr w:type="gramStart"/>
      <w:r w:rsidRPr="00087A48">
        <w:rPr>
          <w:rFonts w:ascii="Times New Roman" w:hAnsi="Times New Roman" w:cs="Times New Roman"/>
          <w:sz w:val="20"/>
          <w:szCs w:val="20"/>
        </w:rPr>
        <w:t>va</w:t>
      </w:r>
      <w:proofErr w:type="gramEnd"/>
      <w:r w:rsidRPr="00087A48">
        <w:rPr>
          <w:rFonts w:ascii="Times New Roman" w:hAnsi="Times New Roman" w:cs="Times New Roman"/>
          <w:sz w:val="20"/>
          <w:szCs w:val="20"/>
        </w:rPr>
        <w:t xml:space="preserve"> adresa întrebări candidatului. Nu se vor adresa întrebări referitoare la opiniile politice, activitatea sindicală, religie, etnie, starea materială, originea socială sau care pot constitui discriminare pe criterii de sex.</w:t>
      </w:r>
    </w:p>
    <w:p w:rsidR="00F971F4" w:rsidRPr="00087A48" w:rsidRDefault="00F971F4" w:rsidP="00F971F4">
      <w:pPr>
        <w:pStyle w:val="NoSpacing"/>
        <w:rPr>
          <w:rFonts w:ascii="Times New Roman" w:hAnsi="Times New Roman" w:cs="Times New Roman"/>
          <w:sz w:val="20"/>
          <w:szCs w:val="20"/>
        </w:rPr>
      </w:pPr>
    </w:p>
    <w:p w:rsidR="00F971F4" w:rsidRPr="00087A48" w:rsidRDefault="00F971F4" w:rsidP="00F971F4">
      <w:pPr>
        <w:pStyle w:val="NoSpacing"/>
        <w:rPr>
          <w:rFonts w:ascii="Times New Roman" w:hAnsi="Times New Roman" w:cs="Times New Roman"/>
          <w:sz w:val="20"/>
          <w:szCs w:val="20"/>
        </w:rPr>
      </w:pPr>
    </w:p>
    <w:p w:rsidR="00F971F4" w:rsidRPr="00087A48" w:rsidRDefault="00F971F4" w:rsidP="00F971F4">
      <w:pPr>
        <w:pStyle w:val="NoSpacing"/>
        <w:rPr>
          <w:rFonts w:ascii="Times New Roman" w:hAnsi="Times New Roman" w:cs="Times New Roman"/>
          <w:i/>
          <w:iCs/>
          <w:sz w:val="20"/>
          <w:szCs w:val="20"/>
          <w:u w:val="single"/>
        </w:rPr>
      </w:pPr>
      <w:r w:rsidRPr="00087A48">
        <w:rPr>
          <w:rFonts w:ascii="Times New Roman" w:hAnsi="Times New Roman" w:cs="Times New Roman"/>
          <w:i/>
          <w:iCs/>
          <w:sz w:val="20"/>
          <w:szCs w:val="20"/>
          <w:u w:val="single"/>
        </w:rPr>
        <w:t>Relatii suplimentare la telefon: 0259390161intre orale 09.00 – 14.00</w:t>
      </w:r>
    </w:p>
    <w:p w:rsidR="00F971F4" w:rsidRPr="00087A48" w:rsidRDefault="00F971F4" w:rsidP="00F971F4">
      <w:pPr>
        <w:spacing w:line="240" w:lineRule="auto"/>
        <w:jc w:val="both"/>
        <w:rPr>
          <w:rFonts w:ascii="Times New Roman" w:hAnsi="Times New Roman" w:cs="Times New Roman"/>
          <w:i/>
          <w:sz w:val="20"/>
          <w:szCs w:val="20"/>
        </w:rPr>
      </w:pPr>
    </w:p>
    <w:p w:rsidR="00F971F4" w:rsidRPr="00087A48" w:rsidRDefault="00F971F4" w:rsidP="00F971F4">
      <w:pPr>
        <w:spacing w:line="240" w:lineRule="auto"/>
        <w:jc w:val="both"/>
        <w:rPr>
          <w:rFonts w:ascii="Times New Roman" w:hAnsi="Times New Roman" w:cs="Times New Roman"/>
          <w:i/>
          <w:sz w:val="20"/>
          <w:szCs w:val="20"/>
        </w:rPr>
      </w:pPr>
    </w:p>
    <w:p w:rsidR="00F971F4" w:rsidRPr="00087A48" w:rsidRDefault="00F971F4" w:rsidP="00F971F4">
      <w:pPr>
        <w:spacing w:line="240" w:lineRule="auto"/>
        <w:jc w:val="center"/>
        <w:rPr>
          <w:rFonts w:ascii="Times New Roman" w:hAnsi="Times New Roman" w:cs="Times New Roman"/>
          <w:b/>
          <w:bCs/>
          <w:sz w:val="20"/>
          <w:szCs w:val="20"/>
        </w:rPr>
      </w:pPr>
      <w:r w:rsidRPr="00087A48">
        <w:rPr>
          <w:rFonts w:ascii="Times New Roman" w:hAnsi="Times New Roman" w:cs="Times New Roman"/>
          <w:b/>
          <w:bCs/>
          <w:sz w:val="20"/>
          <w:szCs w:val="20"/>
        </w:rPr>
        <w:t>Director,</w:t>
      </w:r>
    </w:p>
    <w:p w:rsidR="00F971F4" w:rsidRPr="00087A48" w:rsidRDefault="00F971F4" w:rsidP="00F971F4">
      <w:pPr>
        <w:spacing w:line="240" w:lineRule="auto"/>
        <w:jc w:val="center"/>
        <w:rPr>
          <w:rFonts w:ascii="Times New Roman" w:hAnsi="Times New Roman" w:cs="Times New Roman"/>
          <w:b/>
          <w:bCs/>
          <w:sz w:val="20"/>
          <w:szCs w:val="20"/>
        </w:rPr>
      </w:pPr>
      <w:r w:rsidRPr="00087A48">
        <w:rPr>
          <w:rFonts w:ascii="Times New Roman" w:hAnsi="Times New Roman" w:cs="Times New Roman"/>
          <w:b/>
          <w:bCs/>
          <w:sz w:val="20"/>
          <w:szCs w:val="20"/>
        </w:rPr>
        <w:t>Prof. Sorin PAINA</w:t>
      </w:r>
    </w:p>
    <w:p w:rsidR="00F971F4" w:rsidRPr="00087A48" w:rsidRDefault="00F971F4" w:rsidP="00F971F4">
      <w:pPr>
        <w:spacing w:line="240" w:lineRule="auto"/>
        <w:rPr>
          <w:rFonts w:ascii="Times New Roman" w:hAnsi="Times New Roman" w:cs="Times New Roman"/>
          <w:b/>
          <w:bCs/>
          <w:sz w:val="20"/>
          <w:szCs w:val="20"/>
        </w:rPr>
      </w:pPr>
    </w:p>
    <w:p w:rsidR="00087A48" w:rsidRDefault="00087A48" w:rsidP="00C6503C">
      <w:pPr>
        <w:spacing w:line="240" w:lineRule="auto"/>
        <w:ind w:right="-846" w:firstLine="142"/>
        <w:rPr>
          <w:rFonts w:ascii="Times New Roman" w:hAnsi="Times New Roman" w:cs="Times New Roman"/>
          <w:b/>
          <w:bCs/>
          <w:sz w:val="20"/>
          <w:szCs w:val="20"/>
          <w:lang w:eastAsia="ro-RO"/>
        </w:rPr>
      </w:pPr>
    </w:p>
    <w:p w:rsidR="00087A48" w:rsidRDefault="00087A48" w:rsidP="00C6503C">
      <w:pPr>
        <w:spacing w:line="240" w:lineRule="auto"/>
        <w:ind w:right="-846" w:firstLine="142"/>
        <w:rPr>
          <w:rFonts w:ascii="Times New Roman" w:hAnsi="Times New Roman" w:cs="Times New Roman"/>
          <w:b/>
          <w:bCs/>
          <w:sz w:val="20"/>
          <w:szCs w:val="20"/>
          <w:lang w:eastAsia="ro-RO"/>
        </w:rPr>
      </w:pPr>
    </w:p>
    <w:p w:rsidR="00087A48" w:rsidRDefault="00087A48" w:rsidP="00C6503C">
      <w:pPr>
        <w:spacing w:line="240" w:lineRule="auto"/>
        <w:ind w:right="-846" w:firstLine="142"/>
        <w:rPr>
          <w:rFonts w:ascii="Times New Roman" w:hAnsi="Times New Roman" w:cs="Times New Roman"/>
          <w:b/>
          <w:bCs/>
          <w:sz w:val="20"/>
          <w:szCs w:val="20"/>
          <w:lang w:eastAsia="ro-RO"/>
        </w:rPr>
      </w:pPr>
    </w:p>
    <w:p w:rsidR="00087A48" w:rsidRDefault="00087A48" w:rsidP="00C6503C">
      <w:pPr>
        <w:spacing w:line="240" w:lineRule="auto"/>
        <w:ind w:right="-846" w:firstLine="142"/>
        <w:rPr>
          <w:rFonts w:ascii="Times New Roman" w:hAnsi="Times New Roman" w:cs="Times New Roman"/>
          <w:b/>
          <w:bCs/>
          <w:sz w:val="20"/>
          <w:szCs w:val="20"/>
          <w:lang w:eastAsia="ro-RO"/>
        </w:rPr>
      </w:pPr>
    </w:p>
    <w:p w:rsidR="00F971F4" w:rsidRPr="00087A48" w:rsidRDefault="00F971F4" w:rsidP="00C6503C">
      <w:pPr>
        <w:spacing w:line="240" w:lineRule="auto"/>
        <w:ind w:right="-846" w:firstLine="142"/>
        <w:rPr>
          <w:rFonts w:ascii="Times New Roman" w:hAnsi="Times New Roman" w:cs="Times New Roman"/>
          <w:sz w:val="20"/>
          <w:szCs w:val="20"/>
          <w:lang w:eastAsia="ro-RO"/>
        </w:rPr>
      </w:pPr>
      <w:r w:rsidRPr="00087A48">
        <w:rPr>
          <w:rFonts w:ascii="Times New Roman" w:hAnsi="Times New Roman" w:cs="Times New Roman"/>
          <w:b/>
          <w:bCs/>
          <w:sz w:val="20"/>
          <w:szCs w:val="20"/>
          <w:lang w:eastAsia="ro-RO"/>
        </w:rPr>
        <w:t>ANEXA Nr. 1</w:t>
      </w:r>
    </w:p>
    <w:p w:rsidR="00F971F4" w:rsidRPr="00087A48" w:rsidRDefault="00F971F4" w:rsidP="00F971F4">
      <w:pPr>
        <w:spacing w:line="240" w:lineRule="auto"/>
        <w:ind w:right="-846" w:firstLine="142"/>
        <w:jc w:val="center"/>
        <w:rPr>
          <w:rFonts w:ascii="Times New Roman" w:hAnsi="Times New Roman" w:cs="Times New Roman"/>
          <w:sz w:val="20"/>
          <w:szCs w:val="20"/>
          <w:lang w:eastAsia="ro-RO"/>
        </w:rPr>
      </w:pPr>
      <w:r w:rsidRPr="00087A48">
        <w:rPr>
          <w:rFonts w:ascii="Times New Roman" w:hAnsi="Times New Roman" w:cs="Times New Roman"/>
          <w:b/>
          <w:bCs/>
          <w:sz w:val="20"/>
          <w:szCs w:val="20"/>
          <w:lang w:eastAsia="ro-RO"/>
        </w:rPr>
        <w:t>Formular de înscriere</w:t>
      </w:r>
    </w:p>
    <w:p w:rsidR="00F971F4" w:rsidRPr="00087A48" w:rsidRDefault="00F971F4" w:rsidP="00C6503C">
      <w:pPr>
        <w:spacing w:line="240" w:lineRule="auto"/>
        <w:ind w:right="-846"/>
        <w:rPr>
          <w:rFonts w:ascii="Times New Roman" w:hAnsi="Times New Roman" w:cs="Times New Roman"/>
          <w:sz w:val="20"/>
          <w:szCs w:val="20"/>
          <w:lang w:eastAsia="ro-RO"/>
        </w:rPr>
      </w:pPr>
      <w:r w:rsidRPr="00087A48">
        <w:rPr>
          <w:rFonts w:ascii="Times New Roman" w:hAnsi="Times New Roman" w:cs="Times New Roman"/>
          <w:sz w:val="20"/>
          <w:szCs w:val="20"/>
          <w:lang w:eastAsia="ro-RO"/>
        </w:rPr>
        <w:br/>
        <w:t>   Autoritatea sau institutia publica:</w:t>
      </w:r>
      <w:r w:rsidRPr="00087A48">
        <w:rPr>
          <w:rFonts w:ascii="Times New Roman" w:hAnsi="Times New Roman" w:cs="Times New Roman"/>
          <w:sz w:val="20"/>
          <w:szCs w:val="20"/>
          <w:lang w:eastAsia="ro-RO"/>
        </w:rPr>
        <w:br/>
        <w:t>   Functia solicitata:</w:t>
      </w:r>
      <w:r w:rsidRPr="00087A48">
        <w:rPr>
          <w:rFonts w:ascii="Times New Roman" w:hAnsi="Times New Roman" w:cs="Times New Roman"/>
          <w:sz w:val="20"/>
          <w:szCs w:val="20"/>
          <w:lang w:eastAsia="ro-RO"/>
        </w:rPr>
        <w:br/>
        <w:t>   Data organizarii concursului, proba scrisa si/sau proba practica, dupa caz:</w:t>
      </w:r>
      <w:r w:rsidRPr="00087A48">
        <w:rPr>
          <w:rFonts w:ascii="Times New Roman" w:hAnsi="Times New Roman" w:cs="Times New Roman"/>
          <w:sz w:val="20"/>
          <w:szCs w:val="20"/>
          <w:lang w:eastAsia="ro-RO"/>
        </w:rPr>
        <w:br/>
        <w:t>   Numele si prenumele candidatului:</w:t>
      </w:r>
      <w:r w:rsidRPr="00087A48">
        <w:rPr>
          <w:rFonts w:ascii="Times New Roman" w:hAnsi="Times New Roman" w:cs="Times New Roman"/>
          <w:sz w:val="20"/>
          <w:szCs w:val="20"/>
          <w:lang w:eastAsia="ro-RO"/>
        </w:rPr>
        <w:br/>
        <w:t>   Datele de contact ale candidatului (Se utilizeaza pentru comunicarea cu privire la concurs.):</w:t>
      </w:r>
      <w:r w:rsidRPr="00087A48">
        <w:rPr>
          <w:rFonts w:ascii="Times New Roman" w:hAnsi="Times New Roman" w:cs="Times New Roman"/>
          <w:sz w:val="20"/>
          <w:szCs w:val="20"/>
          <w:lang w:eastAsia="ro-RO"/>
        </w:rPr>
        <w:br/>
        <w:t>   Adresa:</w:t>
      </w:r>
      <w:r w:rsidRPr="00087A48">
        <w:rPr>
          <w:rFonts w:ascii="Times New Roman" w:hAnsi="Times New Roman" w:cs="Times New Roman"/>
          <w:sz w:val="20"/>
          <w:szCs w:val="20"/>
          <w:lang w:eastAsia="ro-RO"/>
        </w:rPr>
        <w:br/>
        <w:t>   E-mail:</w:t>
      </w:r>
      <w:r w:rsidRPr="00087A48">
        <w:rPr>
          <w:rFonts w:ascii="Times New Roman" w:hAnsi="Times New Roman" w:cs="Times New Roman"/>
          <w:sz w:val="20"/>
          <w:szCs w:val="20"/>
          <w:lang w:eastAsia="ro-RO"/>
        </w:rPr>
        <w:br/>
        <w:t>   Telefon:</w:t>
      </w:r>
      <w:r w:rsidRPr="00087A48">
        <w:rPr>
          <w:rFonts w:ascii="Times New Roman" w:hAnsi="Times New Roman" w:cs="Times New Roman"/>
          <w:sz w:val="20"/>
          <w:szCs w:val="20"/>
          <w:lang w:eastAsia="ro-RO"/>
        </w:rPr>
        <w:br/>
        <w:t>   Persoane</w:t>
      </w:r>
      <w:r w:rsidR="00253BCB" w:rsidRPr="00087A48">
        <w:rPr>
          <w:rFonts w:ascii="Times New Roman" w:hAnsi="Times New Roman" w:cs="Times New Roman"/>
          <w:sz w:val="20"/>
          <w:szCs w:val="20"/>
          <w:lang w:eastAsia="ro-RO"/>
        </w:rPr>
        <w:t xml:space="preserve"> de contact pentru recomandari:</w:t>
      </w:r>
    </w:p>
    <w:tbl>
      <w:tblPr>
        <w:tblW w:w="5760" w:type="pct"/>
        <w:jc w:val="center"/>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4186"/>
        <w:gridCol w:w="2546"/>
        <w:gridCol w:w="2248"/>
        <w:gridCol w:w="2396"/>
      </w:tblGrid>
      <w:tr w:rsidR="00F971F4" w:rsidRPr="00087A48" w:rsidTr="00D73D2C">
        <w:trPr>
          <w:tblCellSpacing w:w="0" w:type="dxa"/>
          <w:jc w:val="center"/>
        </w:trPr>
        <w:tc>
          <w:tcPr>
            <w:tcW w:w="184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971F4" w:rsidRPr="00087A48" w:rsidRDefault="00F971F4" w:rsidP="00F971F4">
            <w:pPr>
              <w:spacing w:line="240" w:lineRule="auto"/>
              <w:ind w:right="-846" w:hanging="745"/>
              <w:jc w:val="center"/>
              <w:rPr>
                <w:rFonts w:ascii="Times New Roman" w:hAnsi="Times New Roman" w:cs="Times New Roman"/>
                <w:sz w:val="20"/>
                <w:szCs w:val="20"/>
                <w:lang w:eastAsia="ro-RO"/>
              </w:rPr>
            </w:pPr>
            <w:r w:rsidRPr="00087A48">
              <w:rPr>
                <w:rFonts w:ascii="Times New Roman" w:hAnsi="Times New Roman" w:cs="Times New Roman"/>
                <w:sz w:val="20"/>
                <w:szCs w:val="20"/>
                <w:lang w:eastAsia="ro-RO"/>
              </w:rPr>
              <w:t>Numele si prenumele</w:t>
            </w:r>
          </w:p>
        </w:tc>
        <w:tc>
          <w:tcPr>
            <w:tcW w:w="111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971F4" w:rsidRPr="00087A48" w:rsidRDefault="00F971F4" w:rsidP="00F971F4">
            <w:pPr>
              <w:spacing w:line="240" w:lineRule="auto"/>
              <w:ind w:right="-846" w:hanging="735"/>
              <w:jc w:val="center"/>
              <w:rPr>
                <w:rFonts w:ascii="Times New Roman" w:hAnsi="Times New Roman" w:cs="Times New Roman"/>
                <w:sz w:val="20"/>
                <w:szCs w:val="20"/>
                <w:lang w:eastAsia="ro-RO"/>
              </w:rPr>
            </w:pPr>
            <w:r w:rsidRPr="00087A48">
              <w:rPr>
                <w:rFonts w:ascii="Times New Roman" w:hAnsi="Times New Roman" w:cs="Times New Roman"/>
                <w:sz w:val="20"/>
                <w:szCs w:val="20"/>
                <w:lang w:eastAsia="ro-RO"/>
              </w:rPr>
              <w:t>Institutia</w:t>
            </w:r>
          </w:p>
        </w:tc>
        <w:tc>
          <w:tcPr>
            <w:tcW w:w="988"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971F4" w:rsidRPr="00087A48" w:rsidRDefault="00F971F4" w:rsidP="00F971F4">
            <w:pPr>
              <w:spacing w:line="240" w:lineRule="auto"/>
              <w:ind w:right="-846" w:hanging="879"/>
              <w:jc w:val="center"/>
              <w:rPr>
                <w:rFonts w:ascii="Times New Roman" w:hAnsi="Times New Roman" w:cs="Times New Roman"/>
                <w:sz w:val="20"/>
                <w:szCs w:val="20"/>
                <w:lang w:eastAsia="ro-RO"/>
              </w:rPr>
            </w:pPr>
            <w:r w:rsidRPr="00087A48">
              <w:rPr>
                <w:rFonts w:ascii="Times New Roman" w:hAnsi="Times New Roman" w:cs="Times New Roman"/>
                <w:sz w:val="20"/>
                <w:szCs w:val="20"/>
                <w:lang w:eastAsia="ro-RO"/>
              </w:rPr>
              <w:t>Functia</w:t>
            </w:r>
          </w:p>
        </w:tc>
        <w:tc>
          <w:tcPr>
            <w:tcW w:w="1053"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971F4" w:rsidRPr="00087A48" w:rsidRDefault="00F971F4" w:rsidP="00F971F4">
            <w:pPr>
              <w:spacing w:line="240" w:lineRule="auto"/>
              <w:ind w:right="-846" w:hanging="735"/>
              <w:jc w:val="center"/>
              <w:rPr>
                <w:rFonts w:ascii="Times New Roman" w:hAnsi="Times New Roman" w:cs="Times New Roman"/>
                <w:sz w:val="20"/>
                <w:szCs w:val="20"/>
                <w:lang w:eastAsia="ro-RO"/>
              </w:rPr>
            </w:pPr>
            <w:r w:rsidRPr="00087A48">
              <w:rPr>
                <w:rFonts w:ascii="Times New Roman" w:hAnsi="Times New Roman" w:cs="Times New Roman"/>
                <w:sz w:val="20"/>
                <w:szCs w:val="20"/>
                <w:lang w:eastAsia="ro-RO"/>
              </w:rPr>
              <w:t>Numarul de telefon</w:t>
            </w:r>
          </w:p>
        </w:tc>
      </w:tr>
      <w:tr w:rsidR="00F971F4" w:rsidRPr="00087A48" w:rsidTr="00D73D2C">
        <w:trPr>
          <w:tblCellSpacing w:w="0" w:type="dxa"/>
          <w:jc w:val="center"/>
        </w:trPr>
        <w:tc>
          <w:tcPr>
            <w:tcW w:w="184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971F4" w:rsidRPr="00087A48" w:rsidRDefault="00F971F4" w:rsidP="00F971F4">
            <w:pPr>
              <w:spacing w:line="240" w:lineRule="auto"/>
              <w:ind w:right="-846" w:firstLine="142"/>
              <w:rPr>
                <w:rFonts w:ascii="Times New Roman" w:hAnsi="Times New Roman" w:cs="Times New Roman"/>
                <w:sz w:val="20"/>
                <w:szCs w:val="20"/>
                <w:lang w:eastAsia="ro-RO"/>
              </w:rPr>
            </w:pPr>
            <w:r w:rsidRPr="00087A48">
              <w:rPr>
                <w:rFonts w:ascii="Times New Roman" w:hAnsi="Times New Roman" w:cs="Times New Roman"/>
                <w:sz w:val="20"/>
                <w:szCs w:val="20"/>
                <w:lang w:eastAsia="ro-RO"/>
              </w:rPr>
              <w:t> </w:t>
            </w:r>
          </w:p>
        </w:tc>
        <w:tc>
          <w:tcPr>
            <w:tcW w:w="111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971F4" w:rsidRPr="00087A48" w:rsidRDefault="00F971F4" w:rsidP="00F971F4">
            <w:pPr>
              <w:spacing w:line="240" w:lineRule="auto"/>
              <w:ind w:right="-846" w:firstLine="142"/>
              <w:rPr>
                <w:rFonts w:ascii="Times New Roman" w:hAnsi="Times New Roman" w:cs="Times New Roman"/>
                <w:sz w:val="20"/>
                <w:szCs w:val="20"/>
                <w:lang w:eastAsia="ro-RO"/>
              </w:rPr>
            </w:pPr>
            <w:r w:rsidRPr="00087A48">
              <w:rPr>
                <w:rFonts w:ascii="Times New Roman" w:hAnsi="Times New Roman" w:cs="Times New Roman"/>
                <w:sz w:val="20"/>
                <w:szCs w:val="20"/>
                <w:lang w:eastAsia="ro-RO"/>
              </w:rPr>
              <w:t> </w:t>
            </w:r>
          </w:p>
        </w:tc>
        <w:tc>
          <w:tcPr>
            <w:tcW w:w="988"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971F4" w:rsidRPr="00087A48" w:rsidRDefault="00F971F4" w:rsidP="00F971F4">
            <w:pPr>
              <w:spacing w:line="240" w:lineRule="auto"/>
              <w:ind w:right="-846" w:firstLine="142"/>
              <w:rPr>
                <w:rFonts w:ascii="Times New Roman" w:hAnsi="Times New Roman" w:cs="Times New Roman"/>
                <w:sz w:val="20"/>
                <w:szCs w:val="20"/>
                <w:lang w:eastAsia="ro-RO"/>
              </w:rPr>
            </w:pPr>
            <w:r w:rsidRPr="00087A48">
              <w:rPr>
                <w:rFonts w:ascii="Times New Roman" w:hAnsi="Times New Roman" w:cs="Times New Roman"/>
                <w:sz w:val="20"/>
                <w:szCs w:val="20"/>
                <w:lang w:eastAsia="ro-RO"/>
              </w:rPr>
              <w:t> </w:t>
            </w:r>
          </w:p>
        </w:tc>
        <w:tc>
          <w:tcPr>
            <w:tcW w:w="1053"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F971F4" w:rsidRPr="00087A48" w:rsidRDefault="00F971F4" w:rsidP="00F971F4">
            <w:pPr>
              <w:spacing w:line="240" w:lineRule="auto"/>
              <w:ind w:right="-846" w:firstLine="142"/>
              <w:rPr>
                <w:rFonts w:ascii="Times New Roman" w:hAnsi="Times New Roman" w:cs="Times New Roman"/>
                <w:sz w:val="20"/>
                <w:szCs w:val="20"/>
                <w:lang w:eastAsia="ro-RO"/>
              </w:rPr>
            </w:pPr>
            <w:r w:rsidRPr="00087A48">
              <w:rPr>
                <w:rFonts w:ascii="Times New Roman" w:hAnsi="Times New Roman" w:cs="Times New Roman"/>
                <w:sz w:val="20"/>
                <w:szCs w:val="20"/>
                <w:lang w:eastAsia="ro-RO"/>
              </w:rPr>
              <w:t> </w:t>
            </w:r>
          </w:p>
        </w:tc>
      </w:tr>
      <w:tr w:rsidR="00F971F4" w:rsidRPr="00087A48" w:rsidTr="00D73D2C">
        <w:trPr>
          <w:tblCellSpacing w:w="0" w:type="dxa"/>
          <w:jc w:val="center"/>
        </w:trPr>
        <w:tc>
          <w:tcPr>
            <w:tcW w:w="184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F971F4" w:rsidRPr="00087A48" w:rsidRDefault="00F971F4" w:rsidP="00F971F4">
            <w:pPr>
              <w:spacing w:line="240" w:lineRule="auto"/>
              <w:ind w:right="-846" w:firstLine="142"/>
              <w:rPr>
                <w:rFonts w:ascii="Times New Roman" w:hAnsi="Times New Roman" w:cs="Times New Roman"/>
                <w:sz w:val="20"/>
                <w:szCs w:val="20"/>
                <w:lang w:eastAsia="ro-RO"/>
              </w:rPr>
            </w:pPr>
          </w:p>
        </w:tc>
        <w:tc>
          <w:tcPr>
            <w:tcW w:w="1119"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F971F4" w:rsidRPr="00087A48" w:rsidRDefault="00F971F4" w:rsidP="00F971F4">
            <w:pPr>
              <w:spacing w:line="240" w:lineRule="auto"/>
              <w:ind w:right="-846" w:firstLine="142"/>
              <w:rPr>
                <w:rFonts w:ascii="Times New Roman" w:hAnsi="Times New Roman" w:cs="Times New Roman"/>
                <w:sz w:val="20"/>
                <w:szCs w:val="20"/>
                <w:lang w:eastAsia="ro-RO"/>
              </w:rPr>
            </w:pPr>
          </w:p>
        </w:tc>
        <w:tc>
          <w:tcPr>
            <w:tcW w:w="988"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F971F4" w:rsidRPr="00087A48" w:rsidRDefault="00F971F4" w:rsidP="00F971F4">
            <w:pPr>
              <w:spacing w:line="240" w:lineRule="auto"/>
              <w:ind w:right="-846" w:firstLine="142"/>
              <w:rPr>
                <w:rFonts w:ascii="Times New Roman" w:hAnsi="Times New Roman" w:cs="Times New Roman"/>
                <w:sz w:val="20"/>
                <w:szCs w:val="20"/>
                <w:lang w:eastAsia="ro-RO"/>
              </w:rPr>
            </w:pPr>
          </w:p>
        </w:tc>
        <w:tc>
          <w:tcPr>
            <w:tcW w:w="1053"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tcPr>
          <w:p w:rsidR="00F971F4" w:rsidRPr="00087A48" w:rsidRDefault="00F971F4" w:rsidP="00F971F4">
            <w:pPr>
              <w:spacing w:line="240" w:lineRule="auto"/>
              <w:ind w:right="-846" w:firstLine="142"/>
              <w:rPr>
                <w:rFonts w:ascii="Times New Roman" w:hAnsi="Times New Roman" w:cs="Times New Roman"/>
                <w:sz w:val="20"/>
                <w:szCs w:val="20"/>
                <w:lang w:eastAsia="ro-RO"/>
              </w:rPr>
            </w:pPr>
          </w:p>
        </w:tc>
      </w:tr>
    </w:tbl>
    <w:p w:rsidR="00087A48" w:rsidRDefault="00087A48" w:rsidP="00F971F4">
      <w:pPr>
        <w:spacing w:line="240" w:lineRule="auto"/>
        <w:ind w:left="-284" w:right="-846" w:firstLine="142"/>
        <w:rPr>
          <w:rFonts w:ascii="Times New Roman" w:hAnsi="Times New Roman" w:cs="Times New Roman"/>
          <w:sz w:val="20"/>
          <w:szCs w:val="20"/>
          <w:lang w:eastAsia="ro-RO"/>
        </w:rPr>
      </w:pPr>
    </w:p>
    <w:p w:rsidR="00F971F4" w:rsidRPr="00087A48" w:rsidRDefault="00F971F4" w:rsidP="00F971F4">
      <w:pPr>
        <w:spacing w:line="240" w:lineRule="auto"/>
        <w:ind w:left="-284" w:right="-846" w:firstLine="142"/>
        <w:rPr>
          <w:rFonts w:ascii="Times New Roman" w:hAnsi="Times New Roman" w:cs="Times New Roman"/>
          <w:sz w:val="20"/>
          <w:szCs w:val="20"/>
          <w:lang w:eastAsia="ro-RO"/>
        </w:rPr>
      </w:pPr>
      <w:r w:rsidRPr="00087A48">
        <w:rPr>
          <w:rFonts w:ascii="Times New Roman" w:hAnsi="Times New Roman" w:cs="Times New Roman"/>
          <w:sz w:val="20"/>
          <w:szCs w:val="20"/>
          <w:lang w:eastAsia="ro-RO"/>
        </w:rPr>
        <w:t>Anexez prezentei cereri dosarul cu actele solicitate.</w:t>
      </w:r>
      <w:r w:rsidRPr="00087A48">
        <w:rPr>
          <w:rFonts w:ascii="Times New Roman" w:hAnsi="Times New Roman" w:cs="Times New Roman"/>
          <w:sz w:val="20"/>
          <w:szCs w:val="20"/>
          <w:lang w:eastAsia="ro-RO"/>
        </w:rPr>
        <w:br/>
        <w:t>   Mentionez ca am luat cunostinta de conditiile de desfasurare a concursului.</w:t>
      </w:r>
      <w:r w:rsidRPr="00087A48">
        <w:rPr>
          <w:rFonts w:ascii="Times New Roman" w:hAnsi="Times New Roman" w:cs="Times New Roman"/>
          <w:sz w:val="20"/>
          <w:szCs w:val="20"/>
          <w:lang w:eastAsia="ro-RO"/>
        </w:rPr>
        <w:br/>
        <w:t xml:space="preserve">   Cunoscand prevederile art. 4 pct. 2 si 11 si art. 6 alin. (1) </w:t>
      </w:r>
      <w:proofErr w:type="gramStart"/>
      <w:r w:rsidRPr="00087A48">
        <w:rPr>
          <w:rFonts w:ascii="Times New Roman" w:hAnsi="Times New Roman" w:cs="Times New Roman"/>
          <w:sz w:val="20"/>
          <w:szCs w:val="20"/>
          <w:lang w:eastAsia="ro-RO"/>
        </w:rPr>
        <w:t>lit</w:t>
      </w:r>
      <w:proofErr w:type="gramEnd"/>
      <w:r w:rsidRPr="00087A48">
        <w:rPr>
          <w:rFonts w:ascii="Times New Roman" w:hAnsi="Times New Roman" w:cs="Times New Roman"/>
          <w:sz w:val="20"/>
          <w:szCs w:val="20"/>
          <w:lang w:eastAsia="ro-RO"/>
        </w:rPr>
        <w:t>. a) din Regulamentul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in ceea ce priveste consimtamantul cu privire la prelucrarea datelor cu caracter personal declar urmatoarele:</w:t>
      </w:r>
      <w:r w:rsidRPr="00087A48">
        <w:rPr>
          <w:rFonts w:ascii="Times New Roman" w:hAnsi="Times New Roman" w:cs="Times New Roman"/>
          <w:sz w:val="20"/>
          <w:szCs w:val="20"/>
          <w:lang w:eastAsia="ro-RO"/>
        </w:rPr>
        <w:br/>
        <w:t>   □ Imi exprim consimtamantul </w:t>
      </w:r>
      <w:r w:rsidRPr="00087A48">
        <w:rPr>
          <w:rFonts w:ascii="Times New Roman" w:hAnsi="Times New Roman" w:cs="Times New Roman"/>
          <w:sz w:val="20"/>
          <w:szCs w:val="20"/>
          <w:lang w:eastAsia="ro-RO"/>
        </w:rPr>
        <w:br/>
        <w:t>   □ Nu imi exprim consimtamantul cu privire la transmiterea informatiilor si documentelor, inclusiv date cu caracter personal necesare indeplinirii atributiilor membrilor comisiei de concurs, membrilor comisiei de solutionare a contestatiilor si ale secretarului, in format electronic.</w:t>
      </w:r>
      <w:r w:rsidRPr="00087A48">
        <w:rPr>
          <w:rFonts w:ascii="Times New Roman" w:hAnsi="Times New Roman" w:cs="Times New Roman"/>
          <w:sz w:val="20"/>
          <w:szCs w:val="20"/>
          <w:lang w:eastAsia="ro-RO"/>
        </w:rPr>
        <w:br/>
        <w:t>   □ Imi exprim consimtamantul </w:t>
      </w:r>
      <w:r w:rsidRPr="00087A48">
        <w:rPr>
          <w:rFonts w:ascii="Times New Roman" w:hAnsi="Times New Roman" w:cs="Times New Roman"/>
          <w:sz w:val="20"/>
          <w:szCs w:val="20"/>
          <w:lang w:eastAsia="ro-RO"/>
        </w:rPr>
        <w:br/>
        <w:t>   □ Nu imi exprim consimtamantul ca institutia organizatoare a concursului sa solicite organelor abilitate in conditiile legii certificatul de integritate comportamentala pentru candidatii inscrisi pentru posturile din cadrul sistemului de invatamant, sanatate sau protectie sociala, precum si din orice entitate publica sau privata a carei activitate presupune contactul direct cu copii, persoane in varsta, persoane cu dizabilitati sau alte categorii de persoane vulnerabile ori care presupune examinarea fizica sau evaluarea psihologica a unei persoane, cunoscand ca pot reveni oricand asupra consimtamantului acordat prin prezentul formular.</w:t>
      </w:r>
      <w:r w:rsidRPr="00087A48">
        <w:rPr>
          <w:rFonts w:ascii="Times New Roman" w:hAnsi="Times New Roman" w:cs="Times New Roman"/>
          <w:sz w:val="20"/>
          <w:szCs w:val="20"/>
          <w:lang w:eastAsia="ro-RO"/>
        </w:rPr>
        <w:br/>
        <w:t>□ Imi exprim consimtamantul </w:t>
      </w:r>
      <w:r w:rsidRPr="00087A48">
        <w:rPr>
          <w:rFonts w:ascii="Times New Roman" w:hAnsi="Times New Roman" w:cs="Times New Roman"/>
          <w:sz w:val="20"/>
          <w:szCs w:val="20"/>
          <w:lang w:eastAsia="ro-RO"/>
        </w:rPr>
        <w:br/>
      </w:r>
      <w:r w:rsidRPr="00087A48">
        <w:rPr>
          <w:rFonts w:ascii="Times New Roman" w:hAnsi="Times New Roman" w:cs="Times New Roman"/>
          <w:sz w:val="20"/>
          <w:szCs w:val="20"/>
          <w:lang w:eastAsia="ro-RO"/>
        </w:rPr>
        <w:sym w:font="Symbol" w:char="F0A0"/>
      </w:r>
      <w:r w:rsidRPr="00087A48">
        <w:rPr>
          <w:rFonts w:ascii="Times New Roman" w:hAnsi="Times New Roman" w:cs="Times New Roman"/>
          <w:sz w:val="20"/>
          <w:szCs w:val="20"/>
          <w:lang w:eastAsia="ro-RO"/>
        </w:rPr>
        <w:t xml:space="preserve"> Nu imi exprim consimtamantul ca institutia organizatoare a concursului </w:t>
      </w:r>
      <w:proofErr w:type="gramStart"/>
      <w:r w:rsidRPr="00087A48">
        <w:rPr>
          <w:rFonts w:ascii="Times New Roman" w:hAnsi="Times New Roman" w:cs="Times New Roman"/>
          <w:sz w:val="20"/>
          <w:szCs w:val="20"/>
          <w:lang w:eastAsia="ro-RO"/>
        </w:rPr>
        <w:t>sa</w:t>
      </w:r>
      <w:proofErr w:type="gramEnd"/>
      <w:r w:rsidRPr="00087A48">
        <w:rPr>
          <w:rFonts w:ascii="Times New Roman" w:hAnsi="Times New Roman" w:cs="Times New Roman"/>
          <w:sz w:val="20"/>
          <w:szCs w:val="20"/>
          <w:lang w:eastAsia="ro-RO"/>
        </w:rPr>
        <w:t xml:space="preserve"> solicite organelor abilitate in conditiile legii extrasul de pe cazierul judiciar cu scopul angajarii, cunoscand ca pot reveni oricand asupra consimtamantului acordat prin prezentul formular.</w:t>
      </w:r>
      <w:r w:rsidRPr="00087A48">
        <w:rPr>
          <w:rFonts w:ascii="Times New Roman" w:hAnsi="Times New Roman" w:cs="Times New Roman"/>
          <w:sz w:val="20"/>
          <w:szCs w:val="20"/>
          <w:lang w:eastAsia="ro-RO"/>
        </w:rPr>
        <w:br/>
        <w:t xml:space="preserve">   Declar pe propria raspundere ca in perioada lucrata nu mi s-a aplicat nicio sanctiune disciplinara/mi s-a aplicat sanctiunea </w:t>
      </w:r>
      <w:proofErr w:type="gramStart"/>
      <w:r w:rsidRPr="00087A48">
        <w:rPr>
          <w:rFonts w:ascii="Times New Roman" w:hAnsi="Times New Roman" w:cs="Times New Roman"/>
          <w:sz w:val="20"/>
          <w:szCs w:val="20"/>
          <w:lang w:eastAsia="ro-RO"/>
        </w:rPr>
        <w:t>disciplinara .................................</w:t>
      </w:r>
      <w:proofErr w:type="gramEnd"/>
      <w:r w:rsidRPr="00087A48">
        <w:rPr>
          <w:rFonts w:ascii="Times New Roman" w:hAnsi="Times New Roman" w:cs="Times New Roman"/>
          <w:sz w:val="20"/>
          <w:szCs w:val="20"/>
          <w:lang w:eastAsia="ro-RO"/>
        </w:rPr>
        <w:t xml:space="preserve"> .</w:t>
      </w:r>
      <w:r w:rsidRPr="00087A48">
        <w:rPr>
          <w:rFonts w:ascii="Times New Roman" w:hAnsi="Times New Roman" w:cs="Times New Roman"/>
          <w:sz w:val="20"/>
          <w:szCs w:val="20"/>
          <w:lang w:eastAsia="ro-RO"/>
        </w:rPr>
        <w:br/>
        <w:t xml:space="preserve">   Declar pe propria raspundere, cunoscand prevederile art. 326 din </w:t>
      </w:r>
      <w:hyperlink r:id="rId8" w:history="1">
        <w:r w:rsidRPr="00087A48">
          <w:rPr>
            <w:rFonts w:ascii="Times New Roman" w:hAnsi="Times New Roman" w:cs="Times New Roman"/>
            <w:color w:val="0000FF"/>
            <w:sz w:val="20"/>
            <w:szCs w:val="20"/>
            <w:u w:val="single"/>
            <w:lang w:eastAsia="ro-RO"/>
          </w:rPr>
          <w:t>Codul penal</w:t>
        </w:r>
      </w:hyperlink>
      <w:r w:rsidRPr="00087A48">
        <w:rPr>
          <w:rFonts w:ascii="Times New Roman" w:hAnsi="Times New Roman" w:cs="Times New Roman"/>
          <w:sz w:val="20"/>
          <w:szCs w:val="20"/>
          <w:lang w:eastAsia="ro-RO"/>
        </w:rPr>
        <w:t xml:space="preserve"> cu privire la falsul in declaratii, ca datele furnizate in acest formular sunt adevarate.</w:t>
      </w:r>
    </w:p>
    <w:p w:rsidR="00F971F4" w:rsidRPr="00087A48" w:rsidRDefault="00F971F4" w:rsidP="00F971F4">
      <w:pPr>
        <w:spacing w:line="240" w:lineRule="auto"/>
        <w:ind w:right="-846" w:firstLine="142"/>
        <w:rPr>
          <w:rFonts w:ascii="Times New Roman" w:hAnsi="Times New Roman" w:cs="Times New Roman"/>
          <w:sz w:val="20"/>
          <w:szCs w:val="20"/>
          <w:lang w:eastAsia="ro-RO"/>
        </w:rPr>
      </w:pPr>
      <w:r w:rsidRPr="00087A48">
        <w:rPr>
          <w:rFonts w:ascii="Times New Roman" w:hAnsi="Times New Roman" w:cs="Times New Roman"/>
          <w:sz w:val="20"/>
          <w:szCs w:val="20"/>
          <w:lang w:eastAsia="ro-RO"/>
        </w:rPr>
        <w:t>  </w:t>
      </w:r>
    </w:p>
    <w:p w:rsidR="00F971F4" w:rsidRPr="00087A48" w:rsidRDefault="00F971F4" w:rsidP="00F971F4">
      <w:pPr>
        <w:spacing w:line="240" w:lineRule="auto"/>
        <w:ind w:right="-846" w:firstLine="142"/>
        <w:rPr>
          <w:rFonts w:ascii="Times New Roman" w:hAnsi="Times New Roman" w:cs="Times New Roman"/>
          <w:sz w:val="20"/>
          <w:szCs w:val="20"/>
          <w:lang w:eastAsia="ro-RO"/>
        </w:rPr>
      </w:pPr>
      <w:r w:rsidRPr="00087A48">
        <w:rPr>
          <w:rFonts w:ascii="Times New Roman" w:hAnsi="Times New Roman" w:cs="Times New Roman"/>
          <w:sz w:val="20"/>
          <w:szCs w:val="20"/>
          <w:lang w:eastAsia="ro-RO"/>
        </w:rPr>
        <w:t xml:space="preserve"> </w:t>
      </w:r>
      <w:r w:rsidRPr="00087A48">
        <w:rPr>
          <w:rFonts w:ascii="Times New Roman" w:hAnsi="Times New Roman" w:cs="Times New Roman"/>
          <w:sz w:val="20"/>
          <w:szCs w:val="20"/>
          <w:lang w:eastAsia="ro-RO"/>
        </w:rPr>
        <w:tab/>
      </w:r>
      <w:r w:rsidRPr="00087A48">
        <w:rPr>
          <w:rFonts w:ascii="Times New Roman" w:hAnsi="Times New Roman" w:cs="Times New Roman"/>
          <w:sz w:val="20"/>
          <w:szCs w:val="20"/>
          <w:lang w:eastAsia="ro-RO"/>
        </w:rPr>
        <w:tab/>
        <w:t>Data:</w:t>
      </w:r>
      <w:r w:rsidRPr="00087A48">
        <w:rPr>
          <w:rFonts w:ascii="Times New Roman" w:hAnsi="Times New Roman" w:cs="Times New Roman"/>
          <w:sz w:val="20"/>
          <w:szCs w:val="20"/>
          <w:lang w:eastAsia="ro-RO"/>
        </w:rPr>
        <w:tab/>
      </w:r>
      <w:r w:rsidRPr="00087A48">
        <w:rPr>
          <w:rFonts w:ascii="Times New Roman" w:hAnsi="Times New Roman" w:cs="Times New Roman"/>
          <w:sz w:val="20"/>
          <w:szCs w:val="20"/>
          <w:lang w:eastAsia="ro-RO"/>
        </w:rPr>
        <w:tab/>
      </w:r>
      <w:r w:rsidRPr="00087A48">
        <w:rPr>
          <w:rFonts w:ascii="Times New Roman" w:hAnsi="Times New Roman" w:cs="Times New Roman"/>
          <w:sz w:val="20"/>
          <w:szCs w:val="20"/>
          <w:lang w:eastAsia="ro-RO"/>
        </w:rPr>
        <w:tab/>
      </w:r>
      <w:r w:rsidRPr="00087A48">
        <w:rPr>
          <w:rFonts w:ascii="Times New Roman" w:hAnsi="Times New Roman" w:cs="Times New Roman"/>
          <w:sz w:val="20"/>
          <w:szCs w:val="20"/>
          <w:lang w:eastAsia="ro-RO"/>
        </w:rPr>
        <w:tab/>
      </w:r>
      <w:r w:rsidRPr="00087A48">
        <w:rPr>
          <w:rFonts w:ascii="Times New Roman" w:hAnsi="Times New Roman" w:cs="Times New Roman"/>
          <w:sz w:val="20"/>
          <w:szCs w:val="20"/>
          <w:lang w:eastAsia="ro-RO"/>
        </w:rPr>
        <w:tab/>
      </w:r>
      <w:r w:rsidRPr="00087A48">
        <w:rPr>
          <w:rFonts w:ascii="Times New Roman" w:hAnsi="Times New Roman" w:cs="Times New Roman"/>
          <w:sz w:val="20"/>
          <w:szCs w:val="20"/>
          <w:lang w:eastAsia="ro-RO"/>
        </w:rPr>
        <w:tab/>
      </w:r>
      <w:r w:rsidRPr="00087A48">
        <w:rPr>
          <w:rFonts w:ascii="Times New Roman" w:hAnsi="Times New Roman" w:cs="Times New Roman"/>
          <w:sz w:val="20"/>
          <w:szCs w:val="20"/>
          <w:lang w:eastAsia="ro-RO"/>
        </w:rPr>
        <w:tab/>
        <w:t>Semnătura:</w:t>
      </w:r>
    </w:p>
    <w:p w:rsidR="00F971F4" w:rsidRPr="00087A48" w:rsidRDefault="00F971F4" w:rsidP="00F971F4">
      <w:pPr>
        <w:spacing w:line="240" w:lineRule="auto"/>
        <w:rPr>
          <w:rFonts w:ascii="Times New Roman" w:hAnsi="Times New Roman" w:cs="Times New Roman"/>
          <w:sz w:val="20"/>
          <w:szCs w:val="20"/>
        </w:rPr>
      </w:pPr>
    </w:p>
    <w:p w:rsidR="003F4109" w:rsidRPr="00087A48" w:rsidRDefault="003F4109" w:rsidP="00F971F4">
      <w:pPr>
        <w:spacing w:before="240" w:line="240" w:lineRule="auto"/>
        <w:rPr>
          <w:rFonts w:ascii="Times New Roman" w:hAnsi="Times New Roman" w:cs="Times New Roman"/>
          <w:sz w:val="20"/>
          <w:szCs w:val="20"/>
        </w:rPr>
      </w:pPr>
    </w:p>
    <w:sectPr w:rsidR="003F4109" w:rsidRPr="00087A48" w:rsidSect="00D05F16">
      <w:headerReference w:type="even" r:id="rId9"/>
      <w:headerReference w:type="default" r:id="rId10"/>
      <w:footerReference w:type="even" r:id="rId11"/>
      <w:footerReference w:type="default" r:id="rId12"/>
      <w:headerReference w:type="first" r:id="rId13"/>
      <w:footerReference w:type="first" r:id="rId14"/>
      <w:pgSz w:w="11907" w:h="16839" w:code="9"/>
      <w:pgMar w:top="576" w:right="1008" w:bottom="864" w:left="1008" w:header="216"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C33" w:rsidRDefault="00706C33">
      <w:pPr>
        <w:spacing w:after="0" w:line="240" w:lineRule="auto"/>
      </w:pPr>
      <w:r>
        <w:separator/>
      </w:r>
    </w:p>
  </w:endnote>
  <w:endnote w:type="continuationSeparator" w:id="0">
    <w:p w:rsidR="00706C33" w:rsidRDefault="00706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1D9F" w:rsidRDefault="00501D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1D9F" w:rsidRDefault="00501D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1D9F" w:rsidRDefault="00501D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C33" w:rsidRDefault="00706C33">
      <w:pPr>
        <w:spacing w:after="0" w:line="240" w:lineRule="auto"/>
      </w:pPr>
      <w:r>
        <w:separator/>
      </w:r>
    </w:p>
  </w:footnote>
  <w:footnote w:type="continuationSeparator" w:id="0">
    <w:p w:rsidR="00706C33" w:rsidRDefault="00706C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1D9F" w:rsidRDefault="00501D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2232"/>
      <w:gridCol w:w="5760"/>
      <w:gridCol w:w="2232"/>
    </w:tblGrid>
    <w:tr w:rsidR="003F4109">
      <w:tc>
        <w:tcPr>
          <w:tcW w:w="2232" w:type="dxa"/>
          <w:tcBorders>
            <w:top w:val="nil"/>
            <w:left w:val="nil"/>
            <w:bottom w:val="nil"/>
            <w:right w:val="nil"/>
          </w:tcBorders>
          <w:vAlign w:val="center"/>
        </w:tcPr>
        <w:p w:rsidR="003F4109" w:rsidRDefault="00044875">
          <w:pPr>
            <w:jc w:val="center"/>
          </w:pPr>
          <w:r>
            <w:rPr>
              <w:noProof/>
              <w:lang w:val="ro-RO" w:eastAsia="ro-RO"/>
            </w:rPr>
            <w:drawing>
              <wp:inline distT="0" distB="0" distL="0" distR="0">
                <wp:extent cx="1170432" cy="11704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170432" cy="1170432"/>
                        </a:xfrm>
                        <a:prstGeom prst="rect">
                          <a:avLst/>
                        </a:prstGeom>
                      </pic:spPr>
                    </pic:pic>
                  </a:graphicData>
                </a:graphic>
              </wp:inline>
            </w:drawing>
          </w:r>
        </w:p>
      </w:tc>
      <w:tc>
        <w:tcPr>
          <w:tcW w:w="5760" w:type="dxa"/>
          <w:tcBorders>
            <w:top w:val="nil"/>
            <w:left w:val="nil"/>
            <w:bottom w:val="nil"/>
            <w:right w:val="nil"/>
          </w:tcBorders>
          <w:vAlign w:val="center"/>
        </w:tcPr>
        <w:p w:rsidR="003F4109" w:rsidRDefault="00044875">
          <w:pPr>
            <w:spacing w:after="0" w:line="216" w:lineRule="auto"/>
            <w:jc w:val="center"/>
          </w:pPr>
          <w:r>
            <w:rPr>
              <w:rFonts w:ascii="Times New Roman" w:hAnsi="Times New Roman"/>
              <w:b/>
              <w:sz w:val="18"/>
            </w:rPr>
            <w:t>MINISTERUL EDUCAŢIEI ȘI CERCETĂRII</w:t>
          </w:r>
        </w:p>
        <w:p w:rsidR="003F4109" w:rsidRDefault="00044875">
          <w:pPr>
            <w:spacing w:after="0" w:line="216" w:lineRule="auto"/>
            <w:jc w:val="center"/>
          </w:pPr>
          <w:r>
            <w:rPr>
              <w:rFonts w:ascii="Times New Roman" w:hAnsi="Times New Roman"/>
              <w:b/>
              <w:sz w:val="18"/>
            </w:rPr>
            <w:t>ȘCOALA GIMNAZIALĂ NR. 1 TĂRIAN</w:t>
          </w:r>
        </w:p>
        <w:p w:rsidR="003F4109" w:rsidRDefault="00044875">
          <w:pPr>
            <w:spacing w:after="0" w:line="216" w:lineRule="auto"/>
            <w:jc w:val="center"/>
          </w:pPr>
          <w:r>
            <w:rPr>
              <w:rFonts w:ascii="Times New Roman" w:hAnsi="Times New Roman"/>
              <w:sz w:val="17"/>
            </w:rPr>
            <w:t>Loc. TĂRIAN Str. Unirii, Nr. 6, Jud. BIHOR</w:t>
          </w:r>
        </w:p>
        <w:p w:rsidR="003F4109" w:rsidRDefault="00044875">
          <w:pPr>
            <w:spacing w:after="0" w:line="216" w:lineRule="auto"/>
            <w:jc w:val="center"/>
          </w:pPr>
          <w:r>
            <w:rPr>
              <w:rFonts w:ascii="Times New Roman" w:hAnsi="Times New Roman"/>
              <w:sz w:val="17"/>
            </w:rPr>
            <w:t>Telefon: 0259/390161</w:t>
          </w:r>
        </w:p>
        <w:p w:rsidR="003F4109" w:rsidRDefault="00044875">
          <w:pPr>
            <w:spacing w:after="0" w:line="216" w:lineRule="auto"/>
            <w:jc w:val="center"/>
          </w:pPr>
          <w:r>
            <w:rPr>
              <w:rFonts w:ascii="Times New Roman" w:hAnsi="Times New Roman"/>
              <w:sz w:val="17"/>
            </w:rPr>
            <w:t>E-mail: scoalagimnazialatarian@gmail.com</w:t>
          </w:r>
        </w:p>
      </w:tc>
      <w:tc>
        <w:tcPr>
          <w:tcW w:w="2232" w:type="dxa"/>
          <w:tcBorders>
            <w:top w:val="nil"/>
            <w:left w:val="nil"/>
            <w:bottom w:val="nil"/>
            <w:right w:val="nil"/>
          </w:tcBorders>
          <w:vAlign w:val="center"/>
        </w:tcPr>
        <w:p w:rsidR="003F4109" w:rsidRDefault="00044875">
          <w:pPr>
            <w:jc w:val="center"/>
          </w:pPr>
          <w:r>
            <w:rPr>
              <w:noProof/>
              <w:lang w:val="ro-RO" w:eastAsia="ro-RO"/>
            </w:rPr>
            <w:drawing>
              <wp:inline distT="0" distB="0" distL="0" distR="0">
                <wp:extent cx="1356360" cy="107417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
                        <a:stretch>
                          <a:fillRect/>
                        </a:stretch>
                      </pic:blipFill>
                      <pic:spPr>
                        <a:xfrm>
                          <a:off x="0" y="0"/>
                          <a:ext cx="1365584" cy="1081476"/>
                        </a:xfrm>
                        <a:prstGeom prst="rect">
                          <a:avLst/>
                        </a:prstGeom>
                      </pic:spPr>
                    </pic:pic>
                  </a:graphicData>
                </a:graphic>
              </wp:inline>
            </w:drawing>
          </w:r>
        </w:p>
      </w:tc>
    </w:tr>
  </w:tbl>
  <w:p w:rsidR="003F4109" w:rsidRDefault="00044875" w:rsidP="00501D9F">
    <w:pPr>
      <w:pBdr>
        <w:bottom w:val="single" w:sz="8" w:space="0" w:color="808080"/>
      </w:pBdr>
      <w:spacing w:before="20" w:after="0" w:line="240" w:lineRule="auto"/>
      <w:jc w:val="center"/>
    </w:pPr>
    <w:r>
      <w:rPr>
        <w:sz w:val="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1D9F" w:rsidRDefault="00501D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004"/>
    <w:multiLevelType w:val="singleLevel"/>
    <w:tmpl w:val="00000004"/>
    <w:name w:val="WW8Num11"/>
    <w:lvl w:ilvl="0">
      <w:start w:val="1"/>
      <w:numFmt w:val="bullet"/>
      <w:lvlText w:val="-"/>
      <w:lvlJc w:val="left"/>
      <w:pPr>
        <w:tabs>
          <w:tab w:val="num" w:pos="0"/>
        </w:tabs>
        <w:ind w:left="1080" w:hanging="360"/>
      </w:pPr>
      <w:rPr>
        <w:rFonts w:ascii="Times New Roman" w:hAnsi="Times New Roman" w:cs="Times New Roman" w:hint="default"/>
        <w:sz w:val="28"/>
        <w:szCs w:val="28"/>
      </w:rPr>
    </w:lvl>
  </w:abstractNum>
  <w:abstractNum w:abstractNumId="10" w15:restartNumberingAfterBreak="0">
    <w:nsid w:val="06174BB3"/>
    <w:multiLevelType w:val="hybridMultilevel"/>
    <w:tmpl w:val="959603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915458C"/>
    <w:multiLevelType w:val="hybridMultilevel"/>
    <w:tmpl w:val="9A1A4552"/>
    <w:lvl w:ilvl="0" w:tplc="0409000D">
      <w:start w:val="1"/>
      <w:numFmt w:val="bullet"/>
      <w:lvlText w:val=""/>
      <w:lvlJc w:val="left"/>
      <w:pPr>
        <w:ind w:left="928" w:hanging="360"/>
      </w:pPr>
      <w:rPr>
        <w:rFonts w:ascii="Wingdings" w:hAnsi="Wingdings"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2" w15:restartNumberingAfterBreak="0">
    <w:nsid w:val="2A856BA1"/>
    <w:multiLevelType w:val="hybridMultilevel"/>
    <w:tmpl w:val="BCACAD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3865A0E"/>
    <w:multiLevelType w:val="hybridMultilevel"/>
    <w:tmpl w:val="645A45F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3"/>
  </w:num>
  <w:num w:numId="12">
    <w:abstractNumId w:val="10"/>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4875"/>
    <w:rsid w:val="0006063C"/>
    <w:rsid w:val="00087A48"/>
    <w:rsid w:val="001269C8"/>
    <w:rsid w:val="0015074B"/>
    <w:rsid w:val="00191654"/>
    <w:rsid w:val="00253BCB"/>
    <w:rsid w:val="0029639D"/>
    <w:rsid w:val="00326F90"/>
    <w:rsid w:val="003F4109"/>
    <w:rsid w:val="00432DB5"/>
    <w:rsid w:val="004970A8"/>
    <w:rsid w:val="00501D9F"/>
    <w:rsid w:val="005374B1"/>
    <w:rsid w:val="006B5156"/>
    <w:rsid w:val="006C4C58"/>
    <w:rsid w:val="00706C33"/>
    <w:rsid w:val="00720743"/>
    <w:rsid w:val="0082593E"/>
    <w:rsid w:val="00AA1D8D"/>
    <w:rsid w:val="00B47730"/>
    <w:rsid w:val="00B517A1"/>
    <w:rsid w:val="00B56CEF"/>
    <w:rsid w:val="00BB5191"/>
    <w:rsid w:val="00BD41E8"/>
    <w:rsid w:val="00C159D9"/>
    <w:rsid w:val="00C6503C"/>
    <w:rsid w:val="00CB0664"/>
    <w:rsid w:val="00CF78B9"/>
    <w:rsid w:val="00D05F16"/>
    <w:rsid w:val="00D30A82"/>
    <w:rsid w:val="00EE3DAD"/>
    <w:rsid w:val="00F971F4"/>
    <w:rsid w:val="00FA49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702C45FC-F575-46EE-8FCC-084947133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4970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0A8"/>
    <w:rPr>
      <w:rFonts w:ascii="Segoe UI" w:hAnsi="Segoe UI" w:cs="Segoe UI"/>
      <w:sz w:val="18"/>
      <w:szCs w:val="18"/>
    </w:rPr>
  </w:style>
  <w:style w:type="character" w:customStyle="1" w:styleId="NoSpacingChar">
    <w:name w:val="No Spacing Char"/>
    <w:link w:val="NoSpacing"/>
    <w:uiPriority w:val="1"/>
    <w:locked/>
    <w:rsid w:val="00F971F4"/>
  </w:style>
  <w:style w:type="paragraph" w:customStyle="1" w:styleId="Default">
    <w:name w:val="Default"/>
    <w:rsid w:val="00F971F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m">
    <w:name w:val="im"/>
    <w:basedOn w:val="DefaultParagraphFont"/>
    <w:rsid w:val="00F971F4"/>
  </w:style>
  <w:style w:type="character" w:styleId="Hyperlink">
    <w:name w:val="Hyperlink"/>
    <w:basedOn w:val="DefaultParagraphFont"/>
    <w:uiPriority w:val="99"/>
    <w:unhideWhenUsed/>
    <w:rsid w:val="00F971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090028602/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1A89D-4083-48E8-AB32-2B4F0730E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1774</Words>
  <Characters>10293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12043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account</cp:lastModifiedBy>
  <cp:revision>14</cp:revision>
  <cp:lastPrinted>2026-09-24T09:22:00Z</cp:lastPrinted>
  <dcterms:created xsi:type="dcterms:W3CDTF">2026-09-24T08:11:00Z</dcterms:created>
  <dcterms:modified xsi:type="dcterms:W3CDTF">2026-09-24T09:23:00Z</dcterms:modified>
  <cp:category/>
</cp:coreProperties>
</file>