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B03D5" w14:textId="77777777" w:rsidR="0021466D" w:rsidRDefault="00000000">
      <w:pPr>
        <w:jc w:val="center"/>
      </w:pPr>
      <w:r>
        <w:rPr>
          <w:b/>
          <w:sz w:val="28"/>
        </w:rPr>
        <w:t>CALENDARUL DE DESFĂȘURARE A CONCURSULUI</w:t>
      </w:r>
    </w:p>
    <w:p w14:paraId="1C0ED5A0" w14:textId="77777777" w:rsidR="0021466D" w:rsidRDefault="00000000">
      <w:pPr>
        <w:jc w:val="center"/>
      </w:pPr>
      <w:r>
        <w:rPr>
          <w:b/>
          <w:sz w:val="21"/>
        </w:rPr>
        <w:t>pentru ocuparea pe perioadă determinată a ½ post administrativ de muncitor calificat (cu atribuții de fochist)</w:t>
      </w:r>
    </w:p>
    <w:tbl>
      <w:tblPr>
        <w:tblStyle w:val="TableGrid"/>
        <w:tblW w:w="4428" w:type="pct"/>
        <w:jc w:val="center"/>
        <w:tblLook w:val="04A0" w:firstRow="1" w:lastRow="0" w:firstColumn="1" w:lastColumn="0" w:noHBand="0" w:noVBand="1"/>
      </w:tblPr>
      <w:tblGrid>
        <w:gridCol w:w="1419"/>
        <w:gridCol w:w="3944"/>
        <w:gridCol w:w="6054"/>
        <w:gridCol w:w="1297"/>
      </w:tblGrid>
      <w:tr w:rsidR="0021466D" w14:paraId="45E7DC53" w14:textId="77777777" w:rsidTr="005E364A">
        <w:trPr>
          <w:cantSplit/>
          <w:trHeight w:val="639"/>
          <w:tblHeader/>
          <w:jc w:val="center"/>
        </w:trPr>
        <w:tc>
          <w:tcPr>
            <w:tcW w:w="558" w:type="pct"/>
            <w:shd w:val="clear" w:color="auto" w:fill="D9E2F3"/>
            <w:vAlign w:val="center"/>
          </w:tcPr>
          <w:p w14:paraId="00262D67" w14:textId="77777777" w:rsidR="0021466D" w:rsidRDefault="00000000">
            <w:pPr>
              <w:jc w:val="center"/>
            </w:pPr>
            <w:r>
              <w:rPr>
                <w:b/>
                <w:sz w:val="19"/>
              </w:rPr>
              <w:t>NR.</w:t>
            </w:r>
            <w:r>
              <w:rPr>
                <w:b/>
                <w:sz w:val="19"/>
              </w:rPr>
              <w:br/>
              <w:t>CRT.</w:t>
            </w:r>
          </w:p>
        </w:tc>
        <w:tc>
          <w:tcPr>
            <w:tcW w:w="1551" w:type="pct"/>
            <w:shd w:val="clear" w:color="auto" w:fill="D9E2F3"/>
            <w:vAlign w:val="center"/>
          </w:tcPr>
          <w:p w14:paraId="53A86677" w14:textId="77777777" w:rsidR="0021466D" w:rsidRDefault="00000000">
            <w:pPr>
              <w:jc w:val="center"/>
            </w:pPr>
            <w:r>
              <w:rPr>
                <w:b/>
                <w:sz w:val="19"/>
              </w:rPr>
              <w:t>Etapele concursului</w:t>
            </w:r>
          </w:p>
        </w:tc>
        <w:tc>
          <w:tcPr>
            <w:tcW w:w="2381" w:type="pct"/>
            <w:shd w:val="clear" w:color="auto" w:fill="D9E2F3"/>
            <w:vAlign w:val="center"/>
          </w:tcPr>
          <w:p w14:paraId="7E6FB6D9" w14:textId="77777777" w:rsidR="0021466D" w:rsidRDefault="00000000">
            <w:pPr>
              <w:jc w:val="center"/>
            </w:pPr>
            <w:r>
              <w:rPr>
                <w:b/>
                <w:sz w:val="19"/>
              </w:rPr>
              <w:t>Data/perioada</w:t>
            </w:r>
          </w:p>
        </w:tc>
        <w:tc>
          <w:tcPr>
            <w:tcW w:w="510" w:type="pct"/>
            <w:shd w:val="clear" w:color="auto" w:fill="D9E2F3"/>
            <w:vAlign w:val="center"/>
          </w:tcPr>
          <w:p w14:paraId="1EC6A655" w14:textId="77777777" w:rsidR="0021466D" w:rsidRDefault="00000000">
            <w:pPr>
              <w:jc w:val="center"/>
            </w:pPr>
            <w:r>
              <w:rPr>
                <w:b/>
                <w:sz w:val="19"/>
              </w:rPr>
              <w:t>HG 1336/2022</w:t>
            </w:r>
          </w:p>
        </w:tc>
      </w:tr>
      <w:tr w:rsidR="0021466D" w14:paraId="4F9DD796" w14:textId="77777777" w:rsidTr="005E364A">
        <w:trPr>
          <w:cantSplit/>
          <w:trHeight w:val="337"/>
          <w:jc w:val="center"/>
        </w:trPr>
        <w:tc>
          <w:tcPr>
            <w:tcW w:w="558" w:type="pct"/>
            <w:vAlign w:val="center"/>
          </w:tcPr>
          <w:p w14:paraId="6AFC46FF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551" w:type="pct"/>
            <w:vAlign w:val="center"/>
          </w:tcPr>
          <w:p w14:paraId="6B3CA596" w14:textId="77777777" w:rsidR="0021466D" w:rsidRDefault="00000000">
            <w:r>
              <w:rPr>
                <w:sz w:val="18"/>
              </w:rPr>
              <w:t>Publicarea anunțului</w:t>
            </w:r>
          </w:p>
        </w:tc>
        <w:tc>
          <w:tcPr>
            <w:tcW w:w="2381" w:type="pct"/>
            <w:vAlign w:val="center"/>
          </w:tcPr>
          <w:p w14:paraId="10A95C90" w14:textId="77777777" w:rsidR="0021466D" w:rsidRDefault="00000000">
            <w:pPr>
              <w:jc w:val="center"/>
            </w:pPr>
            <w:r>
              <w:rPr>
                <w:sz w:val="18"/>
              </w:rPr>
              <w:t>24.09.2026</w:t>
            </w:r>
          </w:p>
        </w:tc>
        <w:tc>
          <w:tcPr>
            <w:tcW w:w="510" w:type="pct"/>
            <w:vAlign w:val="center"/>
          </w:tcPr>
          <w:p w14:paraId="4C50B789" w14:textId="77777777" w:rsidR="0021466D" w:rsidRDefault="0021466D">
            <w:pPr>
              <w:jc w:val="center"/>
            </w:pPr>
          </w:p>
        </w:tc>
      </w:tr>
      <w:tr w:rsidR="0021466D" w14:paraId="7855127A" w14:textId="77777777" w:rsidTr="005E364A">
        <w:trPr>
          <w:cantSplit/>
          <w:trHeight w:val="622"/>
          <w:jc w:val="center"/>
        </w:trPr>
        <w:tc>
          <w:tcPr>
            <w:tcW w:w="558" w:type="pct"/>
            <w:vAlign w:val="center"/>
          </w:tcPr>
          <w:p w14:paraId="75648701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551" w:type="pct"/>
            <w:vAlign w:val="center"/>
          </w:tcPr>
          <w:p w14:paraId="2C9C38AF" w14:textId="77777777" w:rsidR="0021466D" w:rsidRDefault="00000000">
            <w:r>
              <w:rPr>
                <w:sz w:val="18"/>
              </w:rPr>
              <w:t>Depunerea dosarelor fizic sau pe adresa de e-mail scoalabaia@yahoo.ro</w:t>
            </w:r>
          </w:p>
        </w:tc>
        <w:tc>
          <w:tcPr>
            <w:tcW w:w="2381" w:type="pct"/>
            <w:vAlign w:val="center"/>
          </w:tcPr>
          <w:p w14:paraId="00376D37" w14:textId="77777777" w:rsidR="0021466D" w:rsidRDefault="00000000">
            <w:pPr>
              <w:jc w:val="center"/>
            </w:pPr>
            <w:r>
              <w:rPr>
                <w:sz w:val="18"/>
              </w:rPr>
              <w:t>24.09–30.09.2026</w:t>
            </w:r>
            <w:r>
              <w:rPr>
                <w:sz w:val="18"/>
              </w:rPr>
              <w:br/>
              <w:t>interval orar 9.00–14.30</w:t>
            </w:r>
          </w:p>
        </w:tc>
        <w:tc>
          <w:tcPr>
            <w:tcW w:w="510" w:type="pct"/>
            <w:vAlign w:val="center"/>
          </w:tcPr>
          <w:p w14:paraId="69659013" w14:textId="77777777" w:rsidR="0021466D" w:rsidRDefault="00000000">
            <w:pPr>
              <w:jc w:val="center"/>
            </w:pPr>
            <w:r>
              <w:rPr>
                <w:sz w:val="18"/>
              </w:rPr>
              <w:t>Art. 34</w:t>
            </w:r>
          </w:p>
        </w:tc>
      </w:tr>
      <w:tr w:rsidR="0021466D" w14:paraId="1801D9FF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72B2B7EC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551" w:type="pct"/>
            <w:vAlign w:val="center"/>
          </w:tcPr>
          <w:p w14:paraId="4D46BE43" w14:textId="77777777" w:rsidR="0021466D" w:rsidRDefault="00000000">
            <w:r>
              <w:rPr>
                <w:sz w:val="18"/>
              </w:rPr>
              <w:t>Selecția dosarelor</w:t>
            </w:r>
          </w:p>
        </w:tc>
        <w:tc>
          <w:tcPr>
            <w:tcW w:w="2381" w:type="pct"/>
            <w:vAlign w:val="center"/>
          </w:tcPr>
          <w:p w14:paraId="2DFDEEFA" w14:textId="77777777" w:rsidR="0021466D" w:rsidRDefault="00000000">
            <w:pPr>
              <w:jc w:val="center"/>
            </w:pPr>
            <w:r>
              <w:rPr>
                <w:sz w:val="18"/>
              </w:rPr>
              <w:t>01.10.2026, ora 09.00–14.00</w:t>
            </w:r>
          </w:p>
        </w:tc>
        <w:tc>
          <w:tcPr>
            <w:tcW w:w="510" w:type="pct"/>
            <w:vAlign w:val="center"/>
          </w:tcPr>
          <w:p w14:paraId="01C5B01C" w14:textId="77777777" w:rsidR="0021466D" w:rsidRDefault="00000000">
            <w:pPr>
              <w:jc w:val="center"/>
            </w:pPr>
            <w:r>
              <w:rPr>
                <w:sz w:val="18"/>
              </w:rPr>
              <w:t>Art. 36 (1)</w:t>
            </w:r>
          </w:p>
        </w:tc>
      </w:tr>
      <w:tr w:rsidR="0021466D" w14:paraId="2877FE82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1A14CB7B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551" w:type="pct"/>
            <w:vAlign w:val="center"/>
          </w:tcPr>
          <w:p w14:paraId="2ACEEEDF" w14:textId="77777777" w:rsidR="0021466D" w:rsidRDefault="00000000">
            <w:r>
              <w:rPr>
                <w:sz w:val="18"/>
              </w:rPr>
              <w:t>Afișarea rezultatelor selecției dosarelor</w:t>
            </w:r>
          </w:p>
        </w:tc>
        <w:tc>
          <w:tcPr>
            <w:tcW w:w="2381" w:type="pct"/>
            <w:vAlign w:val="center"/>
          </w:tcPr>
          <w:p w14:paraId="5FAEBBE6" w14:textId="77777777" w:rsidR="0021466D" w:rsidRDefault="00000000">
            <w:pPr>
              <w:jc w:val="center"/>
            </w:pPr>
            <w:r>
              <w:rPr>
                <w:sz w:val="18"/>
              </w:rPr>
              <w:t>02.10.2026, ora 15.30</w:t>
            </w:r>
          </w:p>
        </w:tc>
        <w:tc>
          <w:tcPr>
            <w:tcW w:w="510" w:type="pct"/>
            <w:vAlign w:val="center"/>
          </w:tcPr>
          <w:p w14:paraId="4D6B4D0E" w14:textId="77777777" w:rsidR="0021466D" w:rsidRDefault="00000000">
            <w:pPr>
              <w:jc w:val="center"/>
            </w:pPr>
            <w:r>
              <w:rPr>
                <w:sz w:val="18"/>
              </w:rPr>
              <w:t>Art. 37 (1)</w:t>
            </w:r>
          </w:p>
        </w:tc>
      </w:tr>
      <w:tr w:rsidR="0021466D" w14:paraId="10CA3C37" w14:textId="77777777" w:rsidTr="005E364A">
        <w:trPr>
          <w:cantSplit/>
          <w:trHeight w:val="604"/>
          <w:jc w:val="center"/>
        </w:trPr>
        <w:tc>
          <w:tcPr>
            <w:tcW w:w="558" w:type="pct"/>
            <w:vAlign w:val="center"/>
          </w:tcPr>
          <w:p w14:paraId="1E6B94B3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1551" w:type="pct"/>
            <w:vAlign w:val="center"/>
          </w:tcPr>
          <w:p w14:paraId="203457D8" w14:textId="77777777" w:rsidR="0021466D" w:rsidRDefault="00000000">
            <w:r>
              <w:rPr>
                <w:sz w:val="18"/>
              </w:rPr>
              <w:t>Depunerea contestațiilor privind selecția dosarelor, fizic sau pe adresa de e-mail scoalabaia@yahoo.ro</w:t>
            </w:r>
          </w:p>
        </w:tc>
        <w:tc>
          <w:tcPr>
            <w:tcW w:w="2381" w:type="pct"/>
            <w:vAlign w:val="center"/>
          </w:tcPr>
          <w:p w14:paraId="131AB185" w14:textId="77777777" w:rsidR="0021466D" w:rsidRDefault="00000000">
            <w:pPr>
              <w:jc w:val="center"/>
            </w:pPr>
            <w:r>
              <w:rPr>
                <w:sz w:val="18"/>
              </w:rPr>
              <w:t>05.10.2026, între orele 8.00–13.00</w:t>
            </w:r>
          </w:p>
        </w:tc>
        <w:tc>
          <w:tcPr>
            <w:tcW w:w="510" w:type="pct"/>
            <w:vAlign w:val="center"/>
          </w:tcPr>
          <w:p w14:paraId="0218E9B3" w14:textId="77777777" w:rsidR="0021466D" w:rsidRDefault="00000000">
            <w:pPr>
              <w:jc w:val="center"/>
            </w:pPr>
            <w:r>
              <w:rPr>
                <w:sz w:val="18"/>
              </w:rPr>
              <w:t>Art. 53</w:t>
            </w:r>
          </w:p>
        </w:tc>
      </w:tr>
      <w:tr w:rsidR="0021466D" w14:paraId="38BF6DD1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3974C8B3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1551" w:type="pct"/>
            <w:vAlign w:val="center"/>
          </w:tcPr>
          <w:p w14:paraId="504446C7" w14:textId="77777777" w:rsidR="0021466D" w:rsidRDefault="00000000">
            <w:r>
              <w:rPr>
                <w:sz w:val="18"/>
              </w:rPr>
              <w:t>Soluționarea contestațiilor, afișarea rezultatelor după contestații</w:t>
            </w:r>
          </w:p>
        </w:tc>
        <w:tc>
          <w:tcPr>
            <w:tcW w:w="2381" w:type="pct"/>
            <w:vAlign w:val="center"/>
          </w:tcPr>
          <w:p w14:paraId="665C32A2" w14:textId="77777777" w:rsidR="0021466D" w:rsidRDefault="00000000">
            <w:pPr>
              <w:jc w:val="center"/>
            </w:pPr>
            <w:r>
              <w:rPr>
                <w:sz w:val="18"/>
              </w:rPr>
              <w:t>06.10.2026, ora 13.00–15.30</w:t>
            </w:r>
          </w:p>
        </w:tc>
        <w:tc>
          <w:tcPr>
            <w:tcW w:w="510" w:type="pct"/>
            <w:vAlign w:val="center"/>
          </w:tcPr>
          <w:p w14:paraId="7A0F51BB" w14:textId="77777777" w:rsidR="0021466D" w:rsidRDefault="00000000">
            <w:pPr>
              <w:jc w:val="center"/>
            </w:pPr>
            <w:r>
              <w:rPr>
                <w:sz w:val="18"/>
              </w:rPr>
              <w:t>Art. 54 (1)</w:t>
            </w:r>
          </w:p>
        </w:tc>
      </w:tr>
      <w:tr w:rsidR="0021466D" w14:paraId="0F94B20E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22E4C092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551" w:type="pct"/>
            <w:vAlign w:val="center"/>
          </w:tcPr>
          <w:p w14:paraId="3CBC6C1E" w14:textId="77777777" w:rsidR="0021466D" w:rsidRDefault="00000000">
            <w:r>
              <w:rPr>
                <w:sz w:val="18"/>
              </w:rPr>
              <w:t>Proba scrisă</w:t>
            </w:r>
          </w:p>
        </w:tc>
        <w:tc>
          <w:tcPr>
            <w:tcW w:w="2381" w:type="pct"/>
            <w:vAlign w:val="center"/>
          </w:tcPr>
          <w:p w14:paraId="238C94E4" w14:textId="77777777" w:rsidR="0021466D" w:rsidRDefault="00000000">
            <w:pPr>
              <w:jc w:val="center"/>
            </w:pPr>
            <w:r>
              <w:rPr>
                <w:sz w:val="18"/>
              </w:rPr>
              <w:t>09.10.2026, ora 10.00–12.00</w:t>
            </w:r>
          </w:p>
        </w:tc>
        <w:tc>
          <w:tcPr>
            <w:tcW w:w="510" w:type="pct"/>
            <w:vAlign w:val="center"/>
          </w:tcPr>
          <w:p w14:paraId="6338A812" w14:textId="77777777" w:rsidR="0021466D" w:rsidRDefault="00000000">
            <w:pPr>
              <w:jc w:val="center"/>
            </w:pPr>
            <w:r>
              <w:rPr>
                <w:sz w:val="18"/>
              </w:rPr>
              <w:t>Art. 38</w:t>
            </w:r>
          </w:p>
        </w:tc>
      </w:tr>
      <w:tr w:rsidR="0021466D" w14:paraId="5FFE0DC1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567F6BB2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8.</w:t>
            </w:r>
          </w:p>
        </w:tc>
        <w:tc>
          <w:tcPr>
            <w:tcW w:w="1551" w:type="pct"/>
            <w:vAlign w:val="center"/>
          </w:tcPr>
          <w:p w14:paraId="715376BC" w14:textId="77777777" w:rsidR="0021466D" w:rsidRDefault="00000000">
            <w:r>
              <w:rPr>
                <w:sz w:val="18"/>
              </w:rPr>
              <w:t>Afișarea rezultatelor probei scrise</w:t>
            </w:r>
          </w:p>
        </w:tc>
        <w:tc>
          <w:tcPr>
            <w:tcW w:w="2381" w:type="pct"/>
            <w:vAlign w:val="center"/>
          </w:tcPr>
          <w:p w14:paraId="29FEF9CB" w14:textId="77777777" w:rsidR="0021466D" w:rsidRDefault="00000000">
            <w:pPr>
              <w:jc w:val="center"/>
            </w:pPr>
            <w:r>
              <w:rPr>
                <w:sz w:val="18"/>
              </w:rPr>
              <w:t>12.10.2026, ora 14.30</w:t>
            </w:r>
          </w:p>
        </w:tc>
        <w:tc>
          <w:tcPr>
            <w:tcW w:w="510" w:type="pct"/>
            <w:vAlign w:val="center"/>
          </w:tcPr>
          <w:p w14:paraId="35C19F03" w14:textId="77777777" w:rsidR="0021466D" w:rsidRDefault="00000000">
            <w:pPr>
              <w:jc w:val="center"/>
            </w:pPr>
            <w:r>
              <w:rPr>
                <w:sz w:val="18"/>
              </w:rPr>
              <w:t>Art. 47 (3)</w:t>
            </w:r>
          </w:p>
        </w:tc>
      </w:tr>
      <w:tr w:rsidR="0021466D" w14:paraId="5D71E80D" w14:textId="77777777" w:rsidTr="005E364A">
        <w:trPr>
          <w:cantSplit/>
          <w:trHeight w:val="622"/>
          <w:jc w:val="center"/>
        </w:trPr>
        <w:tc>
          <w:tcPr>
            <w:tcW w:w="558" w:type="pct"/>
            <w:vAlign w:val="center"/>
          </w:tcPr>
          <w:p w14:paraId="306292E2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9.</w:t>
            </w:r>
          </w:p>
        </w:tc>
        <w:tc>
          <w:tcPr>
            <w:tcW w:w="1551" w:type="pct"/>
            <w:vAlign w:val="center"/>
          </w:tcPr>
          <w:p w14:paraId="50A9C5E9" w14:textId="77777777" w:rsidR="0021466D" w:rsidRDefault="00000000">
            <w:r>
              <w:rPr>
                <w:sz w:val="18"/>
              </w:rPr>
              <w:t>Depunerea contestațiilor după proba scrisă, fizic sau pe adresa de e-mail scoalabaia@yahoo.ro</w:t>
            </w:r>
          </w:p>
        </w:tc>
        <w:tc>
          <w:tcPr>
            <w:tcW w:w="2381" w:type="pct"/>
            <w:vAlign w:val="center"/>
          </w:tcPr>
          <w:p w14:paraId="1C1A655F" w14:textId="77777777" w:rsidR="0021466D" w:rsidRDefault="00000000">
            <w:pPr>
              <w:jc w:val="center"/>
            </w:pPr>
            <w:r>
              <w:rPr>
                <w:sz w:val="18"/>
              </w:rPr>
              <w:t>13.10.2026, între orele 8.00–12.00</w:t>
            </w:r>
          </w:p>
        </w:tc>
        <w:tc>
          <w:tcPr>
            <w:tcW w:w="510" w:type="pct"/>
            <w:vAlign w:val="center"/>
          </w:tcPr>
          <w:p w14:paraId="3BAFAC4D" w14:textId="77777777" w:rsidR="0021466D" w:rsidRDefault="00000000">
            <w:pPr>
              <w:jc w:val="center"/>
            </w:pPr>
            <w:r>
              <w:rPr>
                <w:sz w:val="18"/>
              </w:rPr>
              <w:t>Art. 53</w:t>
            </w:r>
          </w:p>
        </w:tc>
      </w:tr>
      <w:tr w:rsidR="0021466D" w14:paraId="79BC122A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75E03201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10.</w:t>
            </w:r>
          </w:p>
        </w:tc>
        <w:tc>
          <w:tcPr>
            <w:tcW w:w="1551" w:type="pct"/>
            <w:vAlign w:val="center"/>
          </w:tcPr>
          <w:p w14:paraId="34EB5729" w14:textId="77777777" w:rsidR="0021466D" w:rsidRDefault="00000000">
            <w:r>
              <w:rPr>
                <w:sz w:val="18"/>
              </w:rPr>
              <w:t>Soluționarea contestațiilor, afișarea rezultatelor după contestații</w:t>
            </w:r>
          </w:p>
        </w:tc>
        <w:tc>
          <w:tcPr>
            <w:tcW w:w="2381" w:type="pct"/>
            <w:vAlign w:val="center"/>
          </w:tcPr>
          <w:p w14:paraId="437B910B" w14:textId="77777777" w:rsidR="0021466D" w:rsidRDefault="00000000">
            <w:pPr>
              <w:jc w:val="center"/>
            </w:pPr>
            <w:r>
              <w:rPr>
                <w:sz w:val="18"/>
              </w:rPr>
              <w:t>14.10.2026, ora 15.30</w:t>
            </w:r>
          </w:p>
        </w:tc>
        <w:tc>
          <w:tcPr>
            <w:tcW w:w="510" w:type="pct"/>
            <w:vAlign w:val="center"/>
          </w:tcPr>
          <w:p w14:paraId="767821F8" w14:textId="77777777" w:rsidR="0021466D" w:rsidRDefault="00000000">
            <w:pPr>
              <w:jc w:val="center"/>
            </w:pPr>
            <w:r>
              <w:rPr>
                <w:sz w:val="18"/>
              </w:rPr>
              <w:t>Art. 54 (3)</w:t>
            </w:r>
          </w:p>
        </w:tc>
      </w:tr>
      <w:tr w:rsidR="0021466D" w14:paraId="756A50AA" w14:textId="77777777" w:rsidTr="005E364A">
        <w:trPr>
          <w:cantSplit/>
          <w:trHeight w:val="337"/>
          <w:jc w:val="center"/>
        </w:trPr>
        <w:tc>
          <w:tcPr>
            <w:tcW w:w="558" w:type="pct"/>
            <w:vAlign w:val="center"/>
          </w:tcPr>
          <w:p w14:paraId="3F11C4D4" w14:textId="77777777" w:rsidR="0021466D" w:rsidRDefault="0021466D"/>
        </w:tc>
        <w:tc>
          <w:tcPr>
            <w:tcW w:w="4442" w:type="pct"/>
            <w:gridSpan w:val="3"/>
            <w:shd w:val="clear" w:color="auto" w:fill="FFF2CC"/>
            <w:vAlign w:val="center"/>
          </w:tcPr>
          <w:p w14:paraId="27B8BE53" w14:textId="77777777" w:rsidR="0021466D" w:rsidRDefault="00000000">
            <w:pPr>
              <w:jc w:val="center"/>
            </w:pPr>
            <w:r>
              <w:rPr>
                <w:b/>
                <w:i/>
                <w:sz w:val="19"/>
              </w:rPr>
              <w:t>Punctajul minim este de 50 puncte pentru a participa la următoarele probe</w:t>
            </w:r>
          </w:p>
        </w:tc>
      </w:tr>
      <w:tr w:rsidR="0021466D" w14:paraId="0F0F3584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0AA573C9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11.</w:t>
            </w:r>
          </w:p>
        </w:tc>
        <w:tc>
          <w:tcPr>
            <w:tcW w:w="1551" w:type="pct"/>
            <w:vAlign w:val="center"/>
          </w:tcPr>
          <w:p w14:paraId="08579A66" w14:textId="77777777" w:rsidR="0021466D" w:rsidRDefault="00000000">
            <w:r>
              <w:rPr>
                <w:sz w:val="18"/>
              </w:rPr>
              <w:t>Proba practică</w:t>
            </w:r>
          </w:p>
        </w:tc>
        <w:tc>
          <w:tcPr>
            <w:tcW w:w="2381" w:type="pct"/>
            <w:vAlign w:val="center"/>
          </w:tcPr>
          <w:p w14:paraId="23CAED42" w14:textId="77777777" w:rsidR="0021466D" w:rsidRDefault="00000000">
            <w:pPr>
              <w:jc w:val="center"/>
            </w:pPr>
            <w:r>
              <w:rPr>
                <w:sz w:val="18"/>
              </w:rPr>
              <w:t>15.10.2026, ora 09.00–12.00</w:t>
            </w:r>
          </w:p>
        </w:tc>
        <w:tc>
          <w:tcPr>
            <w:tcW w:w="510" w:type="pct"/>
            <w:vAlign w:val="center"/>
          </w:tcPr>
          <w:p w14:paraId="3AFCCB47" w14:textId="77777777" w:rsidR="0021466D" w:rsidRDefault="00000000">
            <w:pPr>
              <w:jc w:val="center"/>
            </w:pPr>
            <w:r>
              <w:rPr>
                <w:sz w:val="18"/>
              </w:rPr>
              <w:t>Art. 39–40</w:t>
            </w:r>
          </w:p>
        </w:tc>
      </w:tr>
      <w:tr w:rsidR="0021466D" w14:paraId="79273ADE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5584D0CF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12.</w:t>
            </w:r>
          </w:p>
        </w:tc>
        <w:tc>
          <w:tcPr>
            <w:tcW w:w="1551" w:type="pct"/>
            <w:vAlign w:val="center"/>
          </w:tcPr>
          <w:p w14:paraId="634B7674" w14:textId="77777777" w:rsidR="0021466D" w:rsidRDefault="00000000">
            <w:r>
              <w:rPr>
                <w:sz w:val="18"/>
              </w:rPr>
              <w:t>Afișarea rezultatelor probei practice</w:t>
            </w:r>
          </w:p>
        </w:tc>
        <w:tc>
          <w:tcPr>
            <w:tcW w:w="2381" w:type="pct"/>
            <w:vAlign w:val="center"/>
          </w:tcPr>
          <w:p w14:paraId="610C3780" w14:textId="77777777" w:rsidR="0021466D" w:rsidRDefault="00000000">
            <w:pPr>
              <w:jc w:val="center"/>
            </w:pPr>
            <w:r>
              <w:rPr>
                <w:sz w:val="18"/>
              </w:rPr>
              <w:t>15.10.2026, ora 14.00</w:t>
            </w:r>
          </w:p>
        </w:tc>
        <w:tc>
          <w:tcPr>
            <w:tcW w:w="510" w:type="pct"/>
            <w:vAlign w:val="center"/>
          </w:tcPr>
          <w:p w14:paraId="2CBA10E7" w14:textId="77777777" w:rsidR="0021466D" w:rsidRDefault="00000000">
            <w:pPr>
              <w:jc w:val="center"/>
            </w:pPr>
            <w:r>
              <w:rPr>
                <w:sz w:val="18"/>
              </w:rPr>
              <w:t>Art. 47 (3)</w:t>
            </w:r>
          </w:p>
        </w:tc>
      </w:tr>
      <w:tr w:rsidR="0021466D" w14:paraId="3771F1FF" w14:textId="77777777" w:rsidTr="005E364A">
        <w:trPr>
          <w:cantSplit/>
          <w:trHeight w:val="604"/>
          <w:jc w:val="center"/>
        </w:trPr>
        <w:tc>
          <w:tcPr>
            <w:tcW w:w="558" w:type="pct"/>
            <w:vAlign w:val="center"/>
          </w:tcPr>
          <w:p w14:paraId="710A4564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13.</w:t>
            </w:r>
          </w:p>
        </w:tc>
        <w:tc>
          <w:tcPr>
            <w:tcW w:w="1551" w:type="pct"/>
            <w:vAlign w:val="center"/>
          </w:tcPr>
          <w:p w14:paraId="3214F927" w14:textId="77777777" w:rsidR="0021466D" w:rsidRDefault="00000000">
            <w:r>
              <w:rPr>
                <w:sz w:val="18"/>
              </w:rPr>
              <w:t>Depunerea contestațiilor după proba practică, fizic sau pe adresa de e-mail scoalabaia@yahoo.ro</w:t>
            </w:r>
          </w:p>
        </w:tc>
        <w:tc>
          <w:tcPr>
            <w:tcW w:w="2381" w:type="pct"/>
            <w:vAlign w:val="center"/>
          </w:tcPr>
          <w:p w14:paraId="69A70F54" w14:textId="77777777" w:rsidR="0021466D" w:rsidRDefault="00000000">
            <w:pPr>
              <w:jc w:val="center"/>
            </w:pPr>
            <w:r>
              <w:rPr>
                <w:sz w:val="18"/>
              </w:rPr>
              <w:t>16.10.2026, între orele 8.00–12.00</w:t>
            </w:r>
          </w:p>
        </w:tc>
        <w:tc>
          <w:tcPr>
            <w:tcW w:w="510" w:type="pct"/>
            <w:vAlign w:val="center"/>
          </w:tcPr>
          <w:p w14:paraId="4903F244" w14:textId="77777777" w:rsidR="0021466D" w:rsidRDefault="00000000">
            <w:pPr>
              <w:jc w:val="center"/>
            </w:pPr>
            <w:r>
              <w:rPr>
                <w:sz w:val="18"/>
              </w:rPr>
              <w:t>Art. 53</w:t>
            </w:r>
          </w:p>
        </w:tc>
      </w:tr>
      <w:tr w:rsidR="0021466D" w14:paraId="45568ADF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295D8E91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14.</w:t>
            </w:r>
          </w:p>
        </w:tc>
        <w:tc>
          <w:tcPr>
            <w:tcW w:w="1551" w:type="pct"/>
            <w:vAlign w:val="center"/>
          </w:tcPr>
          <w:p w14:paraId="05331CBB" w14:textId="77777777" w:rsidR="0021466D" w:rsidRDefault="00000000">
            <w:r>
              <w:rPr>
                <w:sz w:val="18"/>
              </w:rPr>
              <w:t>Soluționarea contestațiilor, afișarea rezultatelor după contestații</w:t>
            </w:r>
          </w:p>
        </w:tc>
        <w:tc>
          <w:tcPr>
            <w:tcW w:w="2381" w:type="pct"/>
            <w:vAlign w:val="center"/>
          </w:tcPr>
          <w:p w14:paraId="14E1F36D" w14:textId="77777777" w:rsidR="0021466D" w:rsidRDefault="00000000">
            <w:pPr>
              <w:jc w:val="center"/>
            </w:pPr>
            <w:r>
              <w:rPr>
                <w:sz w:val="18"/>
              </w:rPr>
              <w:t>19.10.2026, ora 15.30</w:t>
            </w:r>
          </w:p>
        </w:tc>
        <w:tc>
          <w:tcPr>
            <w:tcW w:w="510" w:type="pct"/>
            <w:vAlign w:val="center"/>
          </w:tcPr>
          <w:p w14:paraId="3B4446A2" w14:textId="77777777" w:rsidR="0021466D" w:rsidRDefault="00000000">
            <w:pPr>
              <w:jc w:val="center"/>
            </w:pPr>
            <w:r>
              <w:rPr>
                <w:sz w:val="18"/>
              </w:rPr>
              <w:t>Art. 54 (3)</w:t>
            </w:r>
          </w:p>
        </w:tc>
      </w:tr>
      <w:tr w:rsidR="0021466D" w14:paraId="100752B8" w14:textId="77777777" w:rsidTr="005E364A">
        <w:trPr>
          <w:cantSplit/>
          <w:trHeight w:val="337"/>
          <w:jc w:val="center"/>
        </w:trPr>
        <w:tc>
          <w:tcPr>
            <w:tcW w:w="558" w:type="pct"/>
            <w:vAlign w:val="center"/>
          </w:tcPr>
          <w:p w14:paraId="241A5492" w14:textId="77777777" w:rsidR="0021466D" w:rsidRDefault="0021466D"/>
        </w:tc>
        <w:tc>
          <w:tcPr>
            <w:tcW w:w="4442" w:type="pct"/>
            <w:gridSpan w:val="3"/>
            <w:shd w:val="clear" w:color="auto" w:fill="FFF2CC"/>
            <w:vAlign w:val="center"/>
          </w:tcPr>
          <w:p w14:paraId="212B2A6D" w14:textId="77777777" w:rsidR="0021466D" w:rsidRDefault="00000000">
            <w:pPr>
              <w:jc w:val="center"/>
            </w:pPr>
            <w:r>
              <w:rPr>
                <w:b/>
                <w:i/>
                <w:sz w:val="19"/>
              </w:rPr>
              <w:t>Punctajul minim este de 50 puncte pentru a participa la interviu</w:t>
            </w:r>
          </w:p>
        </w:tc>
      </w:tr>
      <w:tr w:rsidR="0021466D" w14:paraId="41E71220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03FD1C63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15.</w:t>
            </w:r>
          </w:p>
        </w:tc>
        <w:tc>
          <w:tcPr>
            <w:tcW w:w="1551" w:type="pct"/>
            <w:vAlign w:val="center"/>
          </w:tcPr>
          <w:p w14:paraId="2036B6A4" w14:textId="77777777" w:rsidR="0021466D" w:rsidRDefault="00000000">
            <w:r>
              <w:rPr>
                <w:sz w:val="18"/>
              </w:rPr>
              <w:t>Interviu</w:t>
            </w:r>
          </w:p>
        </w:tc>
        <w:tc>
          <w:tcPr>
            <w:tcW w:w="2381" w:type="pct"/>
            <w:vAlign w:val="center"/>
          </w:tcPr>
          <w:p w14:paraId="6E097FA7" w14:textId="77777777" w:rsidR="0021466D" w:rsidRDefault="00000000">
            <w:pPr>
              <w:jc w:val="center"/>
            </w:pPr>
            <w:r>
              <w:rPr>
                <w:sz w:val="18"/>
              </w:rPr>
              <w:t>20.10.2026, ora 09.00–12.00</w:t>
            </w:r>
          </w:p>
        </w:tc>
        <w:tc>
          <w:tcPr>
            <w:tcW w:w="510" w:type="pct"/>
            <w:vAlign w:val="center"/>
          </w:tcPr>
          <w:p w14:paraId="7D730DD8" w14:textId="77777777" w:rsidR="0021466D" w:rsidRDefault="00000000">
            <w:pPr>
              <w:jc w:val="center"/>
            </w:pPr>
            <w:r>
              <w:rPr>
                <w:sz w:val="18"/>
              </w:rPr>
              <w:t>Art. 41</w:t>
            </w:r>
          </w:p>
        </w:tc>
      </w:tr>
      <w:tr w:rsidR="0021466D" w14:paraId="71A8AF87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58AF3CCD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16.</w:t>
            </w:r>
          </w:p>
        </w:tc>
        <w:tc>
          <w:tcPr>
            <w:tcW w:w="1551" w:type="pct"/>
            <w:vAlign w:val="center"/>
          </w:tcPr>
          <w:p w14:paraId="55BC62E2" w14:textId="77777777" w:rsidR="0021466D" w:rsidRDefault="00000000">
            <w:r>
              <w:rPr>
                <w:sz w:val="18"/>
              </w:rPr>
              <w:t>Afișarea rezultatelor la interviu</w:t>
            </w:r>
          </w:p>
        </w:tc>
        <w:tc>
          <w:tcPr>
            <w:tcW w:w="2381" w:type="pct"/>
            <w:vAlign w:val="center"/>
          </w:tcPr>
          <w:p w14:paraId="372A4CD9" w14:textId="77777777" w:rsidR="0021466D" w:rsidRDefault="00000000">
            <w:pPr>
              <w:jc w:val="center"/>
            </w:pPr>
            <w:r>
              <w:rPr>
                <w:sz w:val="18"/>
              </w:rPr>
              <w:t>20.10.2026, ora 14.00</w:t>
            </w:r>
          </w:p>
        </w:tc>
        <w:tc>
          <w:tcPr>
            <w:tcW w:w="510" w:type="pct"/>
            <w:vAlign w:val="center"/>
          </w:tcPr>
          <w:p w14:paraId="6CD2E504" w14:textId="77777777" w:rsidR="0021466D" w:rsidRDefault="00000000">
            <w:pPr>
              <w:jc w:val="center"/>
            </w:pPr>
            <w:r>
              <w:rPr>
                <w:sz w:val="18"/>
              </w:rPr>
              <w:t>Art. 47 (3)</w:t>
            </w:r>
          </w:p>
        </w:tc>
      </w:tr>
      <w:tr w:rsidR="0021466D" w14:paraId="093BE7DF" w14:textId="77777777" w:rsidTr="005E364A">
        <w:trPr>
          <w:cantSplit/>
          <w:trHeight w:val="622"/>
          <w:jc w:val="center"/>
        </w:trPr>
        <w:tc>
          <w:tcPr>
            <w:tcW w:w="558" w:type="pct"/>
            <w:vAlign w:val="center"/>
          </w:tcPr>
          <w:p w14:paraId="6F62CF97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17.</w:t>
            </w:r>
          </w:p>
        </w:tc>
        <w:tc>
          <w:tcPr>
            <w:tcW w:w="1551" w:type="pct"/>
            <w:vAlign w:val="center"/>
          </w:tcPr>
          <w:p w14:paraId="3CC2D64E" w14:textId="77777777" w:rsidR="0021466D" w:rsidRDefault="00000000">
            <w:r>
              <w:rPr>
                <w:sz w:val="18"/>
              </w:rPr>
              <w:t>Depunerea contestațiilor după interviu, fizic sau pe adresa de e-mail scoalabaia@yahoo.ro</w:t>
            </w:r>
          </w:p>
        </w:tc>
        <w:tc>
          <w:tcPr>
            <w:tcW w:w="2381" w:type="pct"/>
            <w:vAlign w:val="center"/>
          </w:tcPr>
          <w:p w14:paraId="19A45152" w14:textId="77777777" w:rsidR="0021466D" w:rsidRDefault="00000000">
            <w:pPr>
              <w:jc w:val="center"/>
            </w:pPr>
            <w:r>
              <w:rPr>
                <w:sz w:val="18"/>
              </w:rPr>
              <w:t>21.10.2026, între orele 8.00–12.00</w:t>
            </w:r>
          </w:p>
        </w:tc>
        <w:tc>
          <w:tcPr>
            <w:tcW w:w="510" w:type="pct"/>
            <w:vAlign w:val="center"/>
          </w:tcPr>
          <w:p w14:paraId="4FD0683E" w14:textId="77777777" w:rsidR="0021466D" w:rsidRDefault="00000000">
            <w:pPr>
              <w:jc w:val="center"/>
            </w:pPr>
            <w:r>
              <w:rPr>
                <w:sz w:val="18"/>
              </w:rPr>
              <w:t>Art. 53</w:t>
            </w:r>
          </w:p>
        </w:tc>
      </w:tr>
      <w:tr w:rsidR="0021466D" w14:paraId="37A864B7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5A3B0537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18.</w:t>
            </w:r>
          </w:p>
        </w:tc>
        <w:tc>
          <w:tcPr>
            <w:tcW w:w="1551" w:type="pct"/>
            <w:vAlign w:val="center"/>
          </w:tcPr>
          <w:p w14:paraId="2543F975" w14:textId="77777777" w:rsidR="0021466D" w:rsidRDefault="00000000">
            <w:r>
              <w:rPr>
                <w:sz w:val="18"/>
              </w:rPr>
              <w:t>Soluționarea contestațiilor, afișarea rezultatelor după contestații</w:t>
            </w:r>
          </w:p>
        </w:tc>
        <w:tc>
          <w:tcPr>
            <w:tcW w:w="2381" w:type="pct"/>
            <w:vAlign w:val="center"/>
          </w:tcPr>
          <w:p w14:paraId="3BC5B540" w14:textId="77777777" w:rsidR="0021466D" w:rsidRDefault="00000000">
            <w:pPr>
              <w:jc w:val="center"/>
            </w:pPr>
            <w:r>
              <w:rPr>
                <w:sz w:val="18"/>
              </w:rPr>
              <w:t>22.10.2026, ora 15.00</w:t>
            </w:r>
          </w:p>
        </w:tc>
        <w:tc>
          <w:tcPr>
            <w:tcW w:w="510" w:type="pct"/>
            <w:vAlign w:val="center"/>
          </w:tcPr>
          <w:p w14:paraId="2AC7377C" w14:textId="77777777" w:rsidR="0021466D" w:rsidRDefault="00000000">
            <w:pPr>
              <w:jc w:val="center"/>
            </w:pPr>
            <w:r>
              <w:rPr>
                <w:sz w:val="18"/>
              </w:rPr>
              <w:t>Art. 54 (3)</w:t>
            </w:r>
          </w:p>
        </w:tc>
      </w:tr>
      <w:tr w:rsidR="0021466D" w14:paraId="29C2A79D" w14:textId="77777777" w:rsidTr="005E364A">
        <w:trPr>
          <w:cantSplit/>
          <w:trHeight w:val="302"/>
          <w:jc w:val="center"/>
        </w:trPr>
        <w:tc>
          <w:tcPr>
            <w:tcW w:w="558" w:type="pct"/>
            <w:vAlign w:val="center"/>
          </w:tcPr>
          <w:p w14:paraId="522CA40F" w14:textId="77777777" w:rsidR="0021466D" w:rsidRDefault="00000000">
            <w:pPr>
              <w:jc w:val="center"/>
            </w:pPr>
            <w:r>
              <w:rPr>
                <w:b/>
                <w:sz w:val="18"/>
              </w:rPr>
              <w:t>19.</w:t>
            </w:r>
          </w:p>
        </w:tc>
        <w:tc>
          <w:tcPr>
            <w:tcW w:w="1551" w:type="pct"/>
            <w:vAlign w:val="center"/>
          </w:tcPr>
          <w:p w14:paraId="159EBCA7" w14:textId="77777777" w:rsidR="0021466D" w:rsidRDefault="00000000">
            <w:r>
              <w:rPr>
                <w:sz w:val="18"/>
              </w:rPr>
              <w:t>Afișarea rezultatelor finale</w:t>
            </w:r>
          </w:p>
        </w:tc>
        <w:tc>
          <w:tcPr>
            <w:tcW w:w="2381" w:type="pct"/>
            <w:vAlign w:val="center"/>
          </w:tcPr>
          <w:p w14:paraId="05B8070C" w14:textId="77777777" w:rsidR="0021466D" w:rsidRDefault="00000000">
            <w:pPr>
              <w:jc w:val="center"/>
            </w:pPr>
            <w:r>
              <w:rPr>
                <w:sz w:val="18"/>
              </w:rPr>
              <w:t>23.10.2026, ora 15.00</w:t>
            </w:r>
          </w:p>
        </w:tc>
        <w:tc>
          <w:tcPr>
            <w:tcW w:w="510" w:type="pct"/>
            <w:vAlign w:val="center"/>
          </w:tcPr>
          <w:p w14:paraId="7FF3098F" w14:textId="77777777" w:rsidR="0021466D" w:rsidRDefault="00000000">
            <w:pPr>
              <w:jc w:val="center"/>
            </w:pPr>
            <w:r>
              <w:rPr>
                <w:sz w:val="18"/>
              </w:rPr>
              <w:t>Art. 47 (7)</w:t>
            </w:r>
          </w:p>
        </w:tc>
      </w:tr>
      <w:tr w:rsidR="0021466D" w14:paraId="74B72E33" w14:textId="77777777" w:rsidTr="005E364A">
        <w:trPr>
          <w:trHeight w:val="906"/>
          <w:jc w:val="center"/>
        </w:trPr>
        <w:tc>
          <w:tcPr>
            <w:tcW w:w="5000" w:type="pct"/>
            <w:gridSpan w:val="4"/>
          </w:tcPr>
          <w:p w14:paraId="2BA504D5" w14:textId="77777777" w:rsidR="0021466D" w:rsidRDefault="00000000">
            <w:proofErr w:type="spellStart"/>
            <w:r>
              <w:rPr>
                <w:b/>
                <w:sz w:val="18"/>
              </w:rPr>
              <w:lastRenderedPageBreak/>
              <w:t>Notă</w:t>
            </w:r>
            <w:proofErr w:type="spellEnd"/>
            <w:r>
              <w:rPr>
                <w:b/>
                <w:sz w:val="18"/>
              </w:rPr>
              <w:t xml:space="preserve">: Sunt </w:t>
            </w:r>
            <w:proofErr w:type="spellStart"/>
            <w:r>
              <w:rPr>
                <w:b/>
                <w:sz w:val="18"/>
              </w:rPr>
              <w:t>declarați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admiși</w:t>
            </w:r>
            <w:proofErr w:type="spellEnd"/>
            <w:r>
              <w:rPr>
                <w:b/>
                <w:sz w:val="18"/>
              </w:rPr>
              <w:t xml:space="preserve"> la proba scrisă/practică/interviu candidații care au obținut minim 50 de puncte din maximul de 100 puncte/probă. Participă la următoarea probă a concursului numai candidații declarați „admis” la etapa precedentă. Punctajul final se calculează ca medie aritmetică a punctajelor obținute la probele de concurs.</w:t>
            </w:r>
          </w:p>
        </w:tc>
      </w:tr>
    </w:tbl>
    <w:p w14:paraId="32745E07" w14:textId="77777777" w:rsidR="00774233" w:rsidRDefault="00774233"/>
    <w:sectPr w:rsidR="00774233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6050882">
    <w:abstractNumId w:val="8"/>
  </w:num>
  <w:num w:numId="2" w16cid:durableId="204414599">
    <w:abstractNumId w:val="6"/>
  </w:num>
  <w:num w:numId="3" w16cid:durableId="2137487619">
    <w:abstractNumId w:val="5"/>
  </w:num>
  <w:num w:numId="4" w16cid:durableId="1920166253">
    <w:abstractNumId w:val="4"/>
  </w:num>
  <w:num w:numId="5" w16cid:durableId="432019742">
    <w:abstractNumId w:val="7"/>
  </w:num>
  <w:num w:numId="6" w16cid:durableId="2041322598">
    <w:abstractNumId w:val="3"/>
  </w:num>
  <w:num w:numId="7" w16cid:durableId="428282289">
    <w:abstractNumId w:val="2"/>
  </w:num>
  <w:num w:numId="8" w16cid:durableId="908616308">
    <w:abstractNumId w:val="1"/>
  </w:num>
  <w:num w:numId="9" w16cid:durableId="2076123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466D"/>
    <w:rsid w:val="0029639D"/>
    <w:rsid w:val="00326F90"/>
    <w:rsid w:val="005E364A"/>
    <w:rsid w:val="00774233"/>
    <w:rsid w:val="00AA1D8D"/>
    <w:rsid w:val="00B47730"/>
    <w:rsid w:val="00CB0664"/>
    <w:rsid w:val="00D444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61E36"/>
  <w14:defaultImageDpi w14:val="300"/>
  <w15:docId w15:val="{870B9CF3-EEBF-4974-ACD0-6BBF98E0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iga alexandru</cp:lastModifiedBy>
  <cp:revision>3</cp:revision>
  <dcterms:created xsi:type="dcterms:W3CDTF">2013-12-23T23:15:00Z</dcterms:created>
  <dcterms:modified xsi:type="dcterms:W3CDTF">2026-09-23T14:25:00Z</dcterms:modified>
  <cp:category/>
</cp:coreProperties>
</file>