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E0E51" w14:textId="6A495E2D" w:rsidR="00964C91" w:rsidRPr="00964C91" w:rsidRDefault="00964C91" w:rsidP="00964C91">
      <w:pPr>
        <w:spacing w:before="240" w:after="240"/>
        <w:jc w:val="right"/>
        <w:rPr>
          <w:b/>
          <w:color w:val="003366"/>
          <w:sz w:val="24"/>
          <w:szCs w:val="24"/>
        </w:rPr>
      </w:pPr>
      <w:r w:rsidRPr="00964C91">
        <w:rPr>
          <w:b/>
          <w:color w:val="003366"/>
          <w:sz w:val="24"/>
          <w:szCs w:val="24"/>
        </w:rPr>
        <w:t xml:space="preserve">Nr. </w:t>
      </w:r>
      <w:proofErr w:type="spellStart"/>
      <w:r w:rsidRPr="00964C91">
        <w:rPr>
          <w:b/>
          <w:color w:val="003366"/>
          <w:sz w:val="24"/>
          <w:szCs w:val="24"/>
        </w:rPr>
        <w:t>înreg</w:t>
      </w:r>
      <w:proofErr w:type="spellEnd"/>
      <w:r w:rsidRPr="00964C91">
        <w:rPr>
          <w:b/>
          <w:color w:val="003366"/>
          <w:sz w:val="24"/>
          <w:szCs w:val="24"/>
        </w:rPr>
        <w:t>.: 1140/22.09.2026</w:t>
      </w:r>
    </w:p>
    <w:p w14:paraId="12C12A06" w14:textId="506901FC" w:rsidR="007E17A3" w:rsidRDefault="00014083">
      <w:pPr>
        <w:spacing w:before="240" w:after="240"/>
        <w:jc w:val="center"/>
      </w:pPr>
      <w:r>
        <w:rPr>
          <w:b/>
          <w:color w:val="003366"/>
          <w:sz w:val="32"/>
        </w:rPr>
        <w:t>ANUNŢ ORGANIZARE CONCURS</w:t>
      </w:r>
    </w:p>
    <w:p w14:paraId="74233030" w14:textId="525DE0DA" w:rsidR="008A6644" w:rsidRDefault="00014083" w:rsidP="00C803D5">
      <w:pPr>
        <w:spacing w:after="160"/>
        <w:jc w:val="both"/>
      </w:pPr>
      <w:r>
        <w:t xml:space="preserve">UAT </w:t>
      </w:r>
      <w:proofErr w:type="spellStart"/>
      <w:r>
        <w:t>Comuna</w:t>
      </w:r>
      <w:proofErr w:type="spellEnd"/>
      <w:r>
        <w:t xml:space="preserve"> </w:t>
      </w:r>
      <w:proofErr w:type="spellStart"/>
      <w:r w:rsidR="00C803D5">
        <w:t>Ulie</w:t>
      </w:r>
      <w:proofErr w:type="spellEnd"/>
      <w:r w:rsidR="00C803D5">
        <w:rPr>
          <w:lang w:val="ro-RO"/>
        </w:rPr>
        <w:t>ș</w:t>
      </w:r>
      <w:r>
        <w:t xml:space="preserve">, </w:t>
      </w:r>
      <w:proofErr w:type="spellStart"/>
      <w:r>
        <w:t>județul</w:t>
      </w:r>
      <w:proofErr w:type="spellEnd"/>
      <w:r>
        <w:t xml:space="preserve"> </w:t>
      </w:r>
      <w:proofErr w:type="spellStart"/>
      <w:r>
        <w:t>Harghita</w:t>
      </w:r>
      <w:proofErr w:type="spellEnd"/>
      <w:r>
        <w:t xml:space="preserve">, </w:t>
      </w:r>
      <w:proofErr w:type="spellStart"/>
      <w:r>
        <w:t>organizează</w:t>
      </w:r>
      <w:proofErr w:type="spellEnd"/>
      <w:r>
        <w:t xml:space="preserve"> concurs </w:t>
      </w:r>
      <w:proofErr w:type="spellStart"/>
      <w:r>
        <w:t>în</w:t>
      </w:r>
      <w:proofErr w:type="spellEnd"/>
      <w:r>
        <w:t xml:space="preserve"> </w:t>
      </w:r>
      <w:proofErr w:type="spellStart"/>
      <w:r>
        <w:t>vederea</w:t>
      </w:r>
      <w:proofErr w:type="spellEnd"/>
      <w:r>
        <w:t xml:space="preserve"> </w:t>
      </w:r>
      <w:proofErr w:type="spellStart"/>
      <w:r>
        <w:t>ocupării</w:t>
      </w:r>
      <w:proofErr w:type="spellEnd"/>
      <w:r>
        <w:t xml:space="preserve"> </w:t>
      </w:r>
      <w:proofErr w:type="spellStart"/>
      <w:r>
        <w:t>u</w:t>
      </w:r>
      <w:r w:rsidR="008A6644">
        <w:t>rmătoarel</w:t>
      </w:r>
      <w:r w:rsidR="00244E2D">
        <w:t>e</w:t>
      </w:r>
      <w:proofErr w:type="spellEnd"/>
      <w:r>
        <w:t xml:space="preserve"> </w:t>
      </w:r>
      <w:proofErr w:type="spellStart"/>
      <w:r w:rsidR="008A6644">
        <w:t>postur</w:t>
      </w:r>
      <w:r w:rsidR="00244E2D">
        <w:t>i</w:t>
      </w:r>
      <w:proofErr w:type="spellEnd"/>
      <w:r w:rsidR="008A6644">
        <w:t>:</w:t>
      </w:r>
    </w:p>
    <w:p w14:paraId="1775E94C" w14:textId="24820E27" w:rsidR="007E17A3" w:rsidRDefault="008A6644" w:rsidP="008A6644">
      <w:pPr>
        <w:spacing w:after="160"/>
        <w:ind w:firstLine="1276"/>
        <w:jc w:val="both"/>
        <w:rPr>
          <w:lang w:val="ro-RO"/>
        </w:rPr>
      </w:pPr>
      <w:r>
        <w:t>- post</w:t>
      </w:r>
      <w:r w:rsidR="00014083">
        <w:t xml:space="preserve"> vacant </w:t>
      </w:r>
      <w:proofErr w:type="spellStart"/>
      <w:r w:rsidR="00014083">
        <w:t>corespunzător</w:t>
      </w:r>
      <w:proofErr w:type="spellEnd"/>
      <w:r w:rsidR="00014083">
        <w:t xml:space="preserve"> </w:t>
      </w:r>
      <w:proofErr w:type="spellStart"/>
      <w:r w:rsidR="00014083">
        <w:t>funcției</w:t>
      </w:r>
      <w:proofErr w:type="spellEnd"/>
      <w:r w:rsidR="00014083">
        <w:t xml:space="preserve"> </w:t>
      </w:r>
      <w:proofErr w:type="spellStart"/>
      <w:r w:rsidR="00014083">
        <w:t>contractuale</w:t>
      </w:r>
      <w:proofErr w:type="spellEnd"/>
      <w:r w:rsidR="00014083">
        <w:t xml:space="preserve"> de execuție de </w:t>
      </w:r>
      <w:r w:rsidR="00014083">
        <w:rPr>
          <w:b/>
        </w:rPr>
        <w:t>CONSILIER ŞCOLAR, COD COR 235903</w:t>
      </w:r>
      <w:r w:rsidR="00014083">
        <w:t xml:space="preserve"> în cadrul proiectului „Furnizare de servicii integrate în comunități rurale-facilitarea accesului persoanelor vulnerabile la servicii de bază eficiente și de calitate", Cod PIDS/586/PO4/339395, proiect cofinanțat de Uniunea Europeană din Fondul Social European Plus, prin Programul Incluziune și Demnitate Socială 2021-2027, cu perioadă de implementare până la data de 31.12.2029, pe perioadă determinată -perioada de implementare a proiectului, cu o durată a timpului de lucru de </w:t>
      </w:r>
      <w:r w:rsidR="00C803D5">
        <w:t>2</w:t>
      </w:r>
      <w:r w:rsidR="00014083">
        <w:t xml:space="preserve"> ore/zi (</w:t>
      </w:r>
      <w:r w:rsidR="00C803D5">
        <w:t>10</w:t>
      </w:r>
      <w:r w:rsidR="00014083">
        <w:t xml:space="preserve"> ore/săptămână) (1/</w:t>
      </w:r>
      <w:r w:rsidR="00C803D5">
        <w:t>4</w:t>
      </w:r>
      <w:r w:rsidR="00014083">
        <w:t xml:space="preserve"> normă), post în afara organigramei.</w:t>
      </w:r>
      <w:r w:rsidR="00014083">
        <w:br/>
      </w:r>
      <w:r w:rsidR="00014083">
        <w:rPr>
          <w:b/>
        </w:rPr>
        <w:t xml:space="preserve">Nivelul postului: </w:t>
      </w:r>
      <w:r w:rsidR="00014083">
        <w:t xml:space="preserve">execuție, </w:t>
      </w:r>
      <w:proofErr w:type="spellStart"/>
      <w:r w:rsidR="00014083">
        <w:t>membru</w:t>
      </w:r>
      <w:proofErr w:type="spellEnd"/>
      <w:r w:rsidR="00014083">
        <w:t xml:space="preserve"> </w:t>
      </w:r>
      <w:proofErr w:type="spellStart"/>
      <w:r w:rsidR="00014083">
        <w:t>în</w:t>
      </w:r>
      <w:proofErr w:type="spellEnd"/>
      <w:r w:rsidR="00014083">
        <w:t xml:space="preserve"> </w:t>
      </w:r>
      <w:proofErr w:type="spellStart"/>
      <w:r w:rsidR="00014083">
        <w:t>Echipa</w:t>
      </w:r>
      <w:proofErr w:type="spellEnd"/>
      <w:r w:rsidR="00014083">
        <w:t xml:space="preserve"> </w:t>
      </w:r>
      <w:proofErr w:type="spellStart"/>
      <w:r w:rsidR="00014083">
        <w:t>Comunitară</w:t>
      </w:r>
      <w:proofErr w:type="spellEnd"/>
      <w:r w:rsidR="00014083">
        <w:t xml:space="preserve"> </w:t>
      </w:r>
      <w:proofErr w:type="spellStart"/>
      <w:r w:rsidR="00014083">
        <w:t>Integrată</w:t>
      </w:r>
      <w:proofErr w:type="spellEnd"/>
      <w:r w:rsidR="00014083">
        <w:t xml:space="preserve"> (ECI)</w:t>
      </w:r>
      <w:r w:rsidR="009F0F9B">
        <w:t xml:space="preserve"> </w:t>
      </w:r>
    </w:p>
    <w:p w14:paraId="2C65AA56" w14:textId="28667F56" w:rsidR="008A6644" w:rsidRPr="00923867" w:rsidRDefault="008A6644" w:rsidP="008A6644">
      <w:pPr>
        <w:pStyle w:val="Listaszerbekezds"/>
        <w:numPr>
          <w:ilvl w:val="0"/>
          <w:numId w:val="10"/>
        </w:numPr>
        <w:spacing w:before="100" w:beforeAutospacing="1" w:after="100" w:afterAutospacing="1"/>
        <w:ind w:left="0" w:firstLine="1276"/>
        <w:jc w:val="both"/>
        <w:rPr>
          <w:rFonts w:asciiTheme="majorHAnsi" w:eastAsia="Times New Roman" w:hAnsiTheme="majorHAnsi" w:cstheme="majorHAnsi"/>
          <w:b/>
          <w:bCs/>
          <w:color w:val="auto"/>
          <w:lang w:val="ro-RO" w:eastAsia="ro-RO"/>
        </w:rPr>
      </w:pPr>
      <w:r w:rsidRPr="008A6644">
        <w:rPr>
          <w:rFonts w:asciiTheme="majorHAnsi" w:eastAsia="Times New Roman" w:hAnsiTheme="majorHAnsi" w:cstheme="majorHAnsi"/>
          <w:color w:val="auto"/>
          <w:lang w:val="ro-RO" w:eastAsia="ro-RO"/>
        </w:rPr>
        <w:t xml:space="preserve">post vacant corespunzător funcției contractuale de execuție de </w:t>
      </w:r>
      <w:r w:rsidRPr="008A6644">
        <w:rPr>
          <w:rFonts w:asciiTheme="majorHAnsi" w:eastAsia="Times New Roman" w:hAnsiTheme="majorHAnsi" w:cstheme="majorHAnsi"/>
          <w:b/>
          <w:bCs/>
          <w:color w:val="auto"/>
          <w:lang w:val="ro-RO" w:eastAsia="ro-RO"/>
        </w:rPr>
        <w:t>PROFESOR ITINERANT ȘI DE SPRIJIN,</w:t>
      </w:r>
      <w:r w:rsidRPr="008A6644">
        <w:rPr>
          <w:rFonts w:asciiTheme="majorHAnsi" w:eastAsia="Times New Roman" w:hAnsiTheme="majorHAnsi" w:cstheme="majorHAnsi"/>
          <w:color w:val="auto"/>
          <w:lang w:val="ro-RO" w:eastAsia="ro-RO"/>
        </w:rPr>
        <w:t xml:space="preserve"> în cadrul proiectului „Furnizare de servicii integrate în comunități rurale-facilitarea accesului persoanelor vulnerabile la servicii de bază eficiente și de calitate", Cod PIDS/586/PO4/339395, proiect cofinanțat de Uniunea Europeană din Fondul Social European Plus, prin Programul Incluziune și Demnitate Socială 2021-2027, cu perioadă de implementare până la data de 31.12.2029, pe perioadă determinată -perioada de implementare a proiectului, cu o durată a timpului de lucru de 8 ore/zi (40 ore/săptămână) (normă </w:t>
      </w:r>
      <w:proofErr w:type="spellStart"/>
      <w:r w:rsidRPr="008A6644">
        <w:rPr>
          <w:rFonts w:asciiTheme="majorHAnsi" w:eastAsia="Times New Roman" w:hAnsiTheme="majorHAnsi" w:cstheme="majorHAnsi"/>
          <w:color w:val="auto"/>
          <w:lang w:val="ro-RO" w:eastAsia="ro-RO"/>
        </w:rPr>
        <w:t>întragă</w:t>
      </w:r>
      <w:proofErr w:type="spellEnd"/>
      <w:r w:rsidRPr="008A6644">
        <w:rPr>
          <w:rFonts w:asciiTheme="majorHAnsi" w:eastAsia="Times New Roman" w:hAnsiTheme="majorHAnsi" w:cstheme="majorHAnsi"/>
          <w:color w:val="auto"/>
          <w:lang w:val="ro-RO" w:eastAsia="ro-RO"/>
        </w:rPr>
        <w:t>), post în afara organigramei.</w:t>
      </w:r>
    </w:p>
    <w:p w14:paraId="7F2FC840" w14:textId="189885B4" w:rsidR="00923867" w:rsidRPr="00923867" w:rsidRDefault="00923867" w:rsidP="00923867">
      <w:pPr>
        <w:spacing w:after="160"/>
        <w:jc w:val="both"/>
        <w:rPr>
          <w:lang w:val="ro-RO"/>
        </w:rPr>
      </w:pPr>
      <w:proofErr w:type="spellStart"/>
      <w:r w:rsidRPr="00923867">
        <w:rPr>
          <w:b/>
        </w:rPr>
        <w:t>Nivelul</w:t>
      </w:r>
      <w:proofErr w:type="spellEnd"/>
      <w:r w:rsidRPr="00923867">
        <w:rPr>
          <w:b/>
        </w:rPr>
        <w:t xml:space="preserve"> </w:t>
      </w:r>
      <w:proofErr w:type="spellStart"/>
      <w:r w:rsidRPr="00923867">
        <w:rPr>
          <w:b/>
        </w:rPr>
        <w:t>postului</w:t>
      </w:r>
      <w:proofErr w:type="spellEnd"/>
      <w:r w:rsidRPr="00923867">
        <w:rPr>
          <w:b/>
        </w:rPr>
        <w:t xml:space="preserve">: </w:t>
      </w:r>
      <w:proofErr w:type="spellStart"/>
      <w:r>
        <w:t>execuție</w:t>
      </w:r>
      <w:proofErr w:type="spellEnd"/>
      <w:r>
        <w:t xml:space="preserve">, </w:t>
      </w:r>
      <w:proofErr w:type="spellStart"/>
      <w:r>
        <w:t>membru</w:t>
      </w:r>
      <w:proofErr w:type="spellEnd"/>
      <w:r>
        <w:t xml:space="preserve"> </w:t>
      </w:r>
      <w:proofErr w:type="spellStart"/>
      <w:r>
        <w:t>în</w:t>
      </w:r>
      <w:proofErr w:type="spellEnd"/>
      <w:r>
        <w:t xml:space="preserve"> </w:t>
      </w:r>
      <w:proofErr w:type="spellStart"/>
      <w:r>
        <w:t>Echipa</w:t>
      </w:r>
      <w:proofErr w:type="spellEnd"/>
      <w:r>
        <w:t xml:space="preserve"> </w:t>
      </w:r>
      <w:proofErr w:type="spellStart"/>
      <w:r>
        <w:t>Comunitară</w:t>
      </w:r>
      <w:proofErr w:type="spellEnd"/>
      <w:r>
        <w:t xml:space="preserve"> </w:t>
      </w:r>
      <w:proofErr w:type="spellStart"/>
      <w:r>
        <w:t>Integrată</w:t>
      </w:r>
      <w:proofErr w:type="spellEnd"/>
      <w:r>
        <w:t xml:space="preserve"> (ECI) </w:t>
      </w:r>
    </w:p>
    <w:p w14:paraId="2183B62B" w14:textId="6A761D8F" w:rsidR="007E17A3" w:rsidRDefault="00014083" w:rsidP="00C803D5">
      <w:pPr>
        <w:spacing w:before="120" w:after="120"/>
        <w:jc w:val="both"/>
      </w:pPr>
      <w:proofErr w:type="spellStart"/>
      <w:r>
        <w:t>Concursul</w:t>
      </w:r>
      <w:proofErr w:type="spellEnd"/>
      <w:r>
        <w:t xml:space="preserve"> de </w:t>
      </w:r>
      <w:proofErr w:type="spellStart"/>
      <w:r>
        <w:t>recrutare</w:t>
      </w:r>
      <w:proofErr w:type="spellEnd"/>
      <w:r>
        <w:t xml:space="preserve"> se va desfăşura la </w:t>
      </w:r>
      <w:proofErr w:type="spellStart"/>
      <w:r>
        <w:t>sediul</w:t>
      </w:r>
      <w:proofErr w:type="spellEnd"/>
      <w:r>
        <w:t xml:space="preserve"> </w:t>
      </w:r>
      <w:proofErr w:type="spellStart"/>
      <w:r>
        <w:t>Primăriei</w:t>
      </w:r>
      <w:proofErr w:type="spellEnd"/>
      <w:r>
        <w:t xml:space="preserve"> </w:t>
      </w:r>
      <w:proofErr w:type="spellStart"/>
      <w:r>
        <w:t>Comunei</w:t>
      </w:r>
      <w:proofErr w:type="spellEnd"/>
      <w:r>
        <w:t xml:space="preserve"> </w:t>
      </w:r>
      <w:proofErr w:type="spellStart"/>
      <w:r w:rsidR="00C803D5">
        <w:t>Ulieș</w:t>
      </w:r>
      <w:proofErr w:type="spellEnd"/>
      <w:r>
        <w:t xml:space="preserve">, </w:t>
      </w:r>
      <w:proofErr w:type="spellStart"/>
      <w:r>
        <w:t>sat</w:t>
      </w:r>
      <w:r w:rsidR="00C803D5">
        <w:t>ul</w:t>
      </w:r>
      <w:proofErr w:type="spellEnd"/>
      <w:r>
        <w:t xml:space="preserve"> </w:t>
      </w:r>
      <w:proofErr w:type="spellStart"/>
      <w:r w:rsidR="00C803D5">
        <w:t>Ulieș</w:t>
      </w:r>
      <w:proofErr w:type="spellEnd"/>
      <w:r w:rsidR="00C803D5">
        <w:t>,</w:t>
      </w:r>
      <w:r>
        <w:t xml:space="preserve"> nr. </w:t>
      </w:r>
      <w:r w:rsidR="00C803D5">
        <w:t>30,</w:t>
      </w:r>
      <w:r>
        <w:t xml:space="preserve"> județul Harghita şi constă în 3 etape succesive:</w:t>
      </w:r>
    </w:p>
    <w:p w14:paraId="54F053E1" w14:textId="7B653501" w:rsidR="007E17A3" w:rsidRDefault="00014083" w:rsidP="00C803D5">
      <w:pPr>
        <w:spacing w:after="60"/>
        <w:ind w:left="360"/>
        <w:jc w:val="both"/>
      </w:pPr>
      <w:r>
        <w:rPr>
          <w:b/>
        </w:rPr>
        <w:t xml:space="preserve">1. Selecția dosarelor de înscriere: </w:t>
      </w:r>
      <w:r>
        <w:t xml:space="preserve">care se va desfăşura în termen de 2 zile lucrătoare de la data expirării termenului de </w:t>
      </w:r>
      <w:proofErr w:type="spellStart"/>
      <w:r>
        <w:t>depunere</w:t>
      </w:r>
      <w:proofErr w:type="spellEnd"/>
      <w:r>
        <w:t xml:space="preserve"> a </w:t>
      </w:r>
      <w:proofErr w:type="spellStart"/>
      <w:r>
        <w:t>dosarelor</w:t>
      </w:r>
      <w:proofErr w:type="spellEnd"/>
      <w:r>
        <w:t xml:space="preserve"> (</w:t>
      </w:r>
      <w:r w:rsidR="004435C2">
        <w:t>08</w:t>
      </w:r>
      <w:r>
        <w:t>.</w:t>
      </w:r>
      <w:r w:rsidR="004435C2">
        <w:t>10</w:t>
      </w:r>
      <w:r>
        <w:t xml:space="preserve">.2026, </w:t>
      </w:r>
      <w:proofErr w:type="spellStart"/>
      <w:r>
        <w:t>ora</w:t>
      </w:r>
      <w:proofErr w:type="spellEnd"/>
      <w:r>
        <w:t xml:space="preserve"> 13,00), </w:t>
      </w:r>
      <w:proofErr w:type="spellStart"/>
      <w:r>
        <w:t>respectiv</w:t>
      </w:r>
      <w:proofErr w:type="spellEnd"/>
      <w:r>
        <w:t xml:space="preserve"> </w:t>
      </w:r>
      <w:proofErr w:type="spellStart"/>
      <w:r>
        <w:t>în</w:t>
      </w:r>
      <w:proofErr w:type="spellEnd"/>
      <w:r>
        <w:t xml:space="preserve"> data de 0</w:t>
      </w:r>
      <w:r w:rsidR="004435C2">
        <w:t>9</w:t>
      </w:r>
      <w:r>
        <w:t>.</w:t>
      </w:r>
      <w:r w:rsidR="004435C2">
        <w:t>10</w:t>
      </w:r>
      <w:r>
        <w:t xml:space="preserve">.2026, </w:t>
      </w:r>
      <w:proofErr w:type="spellStart"/>
      <w:r>
        <w:t>ora</w:t>
      </w:r>
      <w:proofErr w:type="spellEnd"/>
      <w:r>
        <w:t xml:space="preserve"> 13,00</w:t>
      </w:r>
    </w:p>
    <w:p w14:paraId="22CECAC9" w14:textId="0B936A47" w:rsidR="007E17A3" w:rsidRDefault="00014083" w:rsidP="00C803D5">
      <w:pPr>
        <w:spacing w:after="60"/>
        <w:ind w:left="360"/>
        <w:jc w:val="both"/>
      </w:pPr>
      <w:r>
        <w:rPr>
          <w:b/>
        </w:rPr>
        <w:t xml:space="preserve">2. </w:t>
      </w:r>
      <w:proofErr w:type="spellStart"/>
      <w:r>
        <w:rPr>
          <w:b/>
        </w:rPr>
        <w:t>Proba</w:t>
      </w:r>
      <w:proofErr w:type="spellEnd"/>
      <w:r>
        <w:rPr>
          <w:b/>
        </w:rPr>
        <w:t xml:space="preserve"> </w:t>
      </w:r>
      <w:proofErr w:type="spellStart"/>
      <w:r>
        <w:rPr>
          <w:b/>
        </w:rPr>
        <w:t>scrisă</w:t>
      </w:r>
      <w:proofErr w:type="spellEnd"/>
      <w:r>
        <w:rPr>
          <w:b/>
        </w:rPr>
        <w:t xml:space="preserve">: </w:t>
      </w:r>
      <w:r w:rsidR="004435C2">
        <w:t>16</w:t>
      </w:r>
      <w:r>
        <w:t>.</w:t>
      </w:r>
      <w:r w:rsidR="004435C2">
        <w:t>10</w:t>
      </w:r>
      <w:r>
        <w:t xml:space="preserve">.2026, </w:t>
      </w:r>
      <w:proofErr w:type="spellStart"/>
      <w:r>
        <w:t>ora</w:t>
      </w:r>
      <w:proofErr w:type="spellEnd"/>
      <w:r>
        <w:t xml:space="preserve"> 10,00</w:t>
      </w:r>
    </w:p>
    <w:p w14:paraId="72465802" w14:textId="77777777" w:rsidR="007E17A3" w:rsidRDefault="00014083" w:rsidP="00C803D5">
      <w:pPr>
        <w:spacing w:after="60"/>
        <w:ind w:left="360"/>
        <w:jc w:val="both"/>
      </w:pPr>
      <w:r>
        <w:rPr>
          <w:b/>
        </w:rPr>
        <w:t xml:space="preserve">3. Interviul: </w:t>
      </w:r>
      <w:r>
        <w:t>evaluarea abilităților, aptitudinilor și motivației candidaților - interviul se susţine în termen de 4 zile lucrătoare de la data susţinerii probei scrise.</w:t>
      </w:r>
    </w:p>
    <w:p w14:paraId="0FAB4083" w14:textId="77777777" w:rsidR="007E17A3" w:rsidRDefault="00014083" w:rsidP="00C803D5">
      <w:pPr>
        <w:spacing w:before="280" w:after="80"/>
        <w:jc w:val="both"/>
      </w:pPr>
      <w:r>
        <w:rPr>
          <w:b/>
          <w:color w:val="003366"/>
          <w:sz w:val="26"/>
        </w:rPr>
        <w:t>CONDIŢII GENERALE DE PARTICIPARE:</w:t>
      </w:r>
    </w:p>
    <w:p w14:paraId="37D697C4" w14:textId="77777777" w:rsidR="007E17A3" w:rsidRDefault="00014083" w:rsidP="00C803D5">
      <w:pPr>
        <w:spacing w:after="80"/>
        <w:jc w:val="both"/>
      </w:pPr>
      <w:r>
        <w:t>Condiții generale care trebuie îndeplinite de o persoană pentru a putea participa la concurs:</w:t>
      </w:r>
    </w:p>
    <w:p w14:paraId="3E88FA31" w14:textId="77777777" w:rsidR="007E17A3" w:rsidRDefault="00014083" w:rsidP="00C803D5">
      <w:pPr>
        <w:spacing w:after="60"/>
        <w:ind w:left="360"/>
        <w:jc w:val="both"/>
      </w:pPr>
      <w:r>
        <w:t>a. are cetăţenia română sau cetăţenia unui alt stat membru al Uniunii Europene, a unui stat parte la Acordul privind Spaţiul Economic European (SEE) sau cetăţenia Confederaţiei Elveţiene, cu reşedinţa în România;</w:t>
      </w:r>
    </w:p>
    <w:p w14:paraId="27F3084A" w14:textId="77777777" w:rsidR="007E17A3" w:rsidRDefault="00014083" w:rsidP="00C803D5">
      <w:pPr>
        <w:spacing w:after="60"/>
        <w:ind w:left="360"/>
        <w:jc w:val="both"/>
      </w:pPr>
      <w:r>
        <w:t>b. cunoaşte limba română, scris şi vorbit;</w:t>
      </w:r>
    </w:p>
    <w:p w14:paraId="3191B43C" w14:textId="77777777" w:rsidR="007E17A3" w:rsidRDefault="00014083" w:rsidP="00C803D5">
      <w:pPr>
        <w:spacing w:after="60"/>
        <w:ind w:left="360"/>
        <w:jc w:val="both"/>
      </w:pPr>
      <w:r>
        <w:lastRenderedPageBreak/>
        <w:t>c. are capacitate de muncă în conformitate cu prevederile Legii nr. 53/2003 - Codul muncii, republicată, cu modificările şi completările ulterioare;</w:t>
      </w:r>
    </w:p>
    <w:p w14:paraId="3DBC21DC" w14:textId="77777777" w:rsidR="007E17A3" w:rsidRDefault="00014083" w:rsidP="00C803D5">
      <w:pPr>
        <w:spacing w:after="60"/>
        <w:ind w:left="360"/>
        <w:jc w:val="both"/>
      </w:pPr>
      <w:r>
        <w:t>d. are o stare de sănătate corespunzătoare postului pentru care candidează, atestată pe baza adeverinţei medicale eliberate de medicul de familie sau de unităţile sanitare abilitate;</w:t>
      </w:r>
    </w:p>
    <w:p w14:paraId="756BDA5F" w14:textId="77777777" w:rsidR="007E17A3" w:rsidRDefault="00014083" w:rsidP="00C803D5">
      <w:pPr>
        <w:spacing w:after="60"/>
        <w:ind w:left="360"/>
        <w:jc w:val="both"/>
      </w:pPr>
      <w:r>
        <w:t>e. îndeplineşte condiţiile de studii, de vechime în specialitate şi, după caz, alte condiţii specifice potrivit cerinţelor postului scos la concurs;</w:t>
      </w:r>
    </w:p>
    <w:p w14:paraId="45A56C77" w14:textId="77777777" w:rsidR="007E17A3" w:rsidRDefault="00014083" w:rsidP="00C803D5">
      <w:pPr>
        <w:spacing w:after="60"/>
        <w:ind w:left="360"/>
        <w:jc w:val="both"/>
      </w:pPr>
      <w: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63EF81B" w14:textId="77777777" w:rsidR="007E17A3" w:rsidRDefault="00014083" w:rsidP="00C803D5">
      <w:pPr>
        <w:spacing w:after="60"/>
        <w:ind w:left="360"/>
        <w:jc w:val="both"/>
      </w:pPr>
      <w: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8C10CB5" w14:textId="77777777" w:rsidR="007E17A3" w:rsidRDefault="00014083" w:rsidP="00C803D5">
      <w:pPr>
        <w:spacing w:after="60"/>
        <w:ind w:left="360"/>
        <w:jc w:val="both"/>
      </w:pPr>
      <w:r>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şi funcţionarea Sistemului Naţional de Date Genetice Judiciare, cu modificările ulterioare, pentru domeniile prevăzute la art. 35 alin. (1) lit. h).</w:t>
      </w:r>
    </w:p>
    <w:p w14:paraId="511160FB" w14:textId="77777777" w:rsidR="007E17A3" w:rsidRDefault="00014083" w:rsidP="00C803D5">
      <w:pPr>
        <w:spacing w:after="60"/>
        <w:ind w:left="360"/>
        <w:jc w:val="both"/>
      </w:pPr>
      <w:r>
        <w:t>i. îndeplineşte alte condiţii generale în funcţie de specificul postului.</w:t>
      </w:r>
    </w:p>
    <w:p w14:paraId="22C2663C" w14:textId="4053CD3B" w:rsidR="007E17A3" w:rsidRDefault="00014083" w:rsidP="00C803D5">
      <w:pPr>
        <w:spacing w:before="280" w:after="80"/>
        <w:jc w:val="both"/>
      </w:pPr>
      <w:r>
        <w:rPr>
          <w:b/>
          <w:color w:val="003366"/>
          <w:sz w:val="26"/>
        </w:rPr>
        <w:t>CONDIŢII SPECIFICE DE PARTICIPARE</w:t>
      </w:r>
      <w:r w:rsidR="003614FC">
        <w:rPr>
          <w:b/>
          <w:color w:val="003366"/>
          <w:sz w:val="26"/>
        </w:rPr>
        <w:t xml:space="preserve"> PENTRU CONSILIER ȘCOLAR</w:t>
      </w:r>
    </w:p>
    <w:p w14:paraId="16D8D89A" w14:textId="77777777" w:rsidR="007E17A3" w:rsidRDefault="00014083" w:rsidP="00C803D5">
      <w:pPr>
        <w:spacing w:after="60"/>
        <w:ind w:left="360"/>
        <w:jc w:val="both"/>
      </w:pPr>
      <w:r>
        <w:rPr>
          <w:b/>
        </w:rPr>
        <w:t xml:space="preserve">• Experienţă specifică în activitatea cu copii/tineri: </w:t>
      </w:r>
      <w:r>
        <w:t>≥ 1 an;</w:t>
      </w:r>
    </w:p>
    <w:p w14:paraId="17FA4664" w14:textId="77777777" w:rsidR="007E17A3" w:rsidRDefault="00014083" w:rsidP="00C803D5">
      <w:pPr>
        <w:spacing w:after="60"/>
        <w:ind w:left="360"/>
        <w:jc w:val="both"/>
      </w:pPr>
      <w:r>
        <w:rPr>
          <w:b/>
        </w:rPr>
        <w:t xml:space="preserve">• Constituie avantaj: </w:t>
      </w:r>
      <w:r>
        <w:t>activitatea în proiectul pilot "Crearea şi implementarea serviciilor comunitare integrate pentru combaterea sărăciei şi a excluziunii sociale", cod MySMIS 122607;</w:t>
      </w:r>
    </w:p>
    <w:p w14:paraId="776B37E0" w14:textId="77777777" w:rsidR="007E17A3" w:rsidRDefault="00014083" w:rsidP="00C803D5">
      <w:pPr>
        <w:spacing w:after="60"/>
        <w:ind w:left="360"/>
        <w:jc w:val="both"/>
      </w:pPr>
      <w:r>
        <w:rPr>
          <w:b/>
        </w:rPr>
        <w:t xml:space="preserve">• Constituie avantaj: </w:t>
      </w:r>
      <w:r>
        <w:t>domiciliul în UAT pentru care aplică;</w:t>
      </w:r>
    </w:p>
    <w:p w14:paraId="674B8C80" w14:textId="3499B6D9" w:rsidR="007E17A3" w:rsidRDefault="00014083" w:rsidP="00C803D5">
      <w:pPr>
        <w:spacing w:after="60"/>
        <w:ind w:left="360"/>
        <w:jc w:val="both"/>
      </w:pPr>
      <w:r>
        <w:rPr>
          <w:b/>
        </w:rPr>
        <w:t xml:space="preserve">• </w:t>
      </w:r>
      <w:proofErr w:type="spellStart"/>
      <w:r>
        <w:rPr>
          <w:b/>
        </w:rPr>
        <w:t>Studii</w:t>
      </w:r>
      <w:proofErr w:type="spellEnd"/>
      <w:r>
        <w:rPr>
          <w:b/>
        </w:rPr>
        <w:t xml:space="preserve"> de </w:t>
      </w:r>
      <w:proofErr w:type="spellStart"/>
      <w:r>
        <w:rPr>
          <w:b/>
        </w:rPr>
        <w:t>specialitate</w:t>
      </w:r>
      <w:proofErr w:type="spellEnd"/>
      <w:r>
        <w:rPr>
          <w:b/>
        </w:rPr>
        <w:t xml:space="preserve">: </w:t>
      </w:r>
      <w:proofErr w:type="spellStart"/>
      <w:r>
        <w:t>studii</w:t>
      </w:r>
      <w:proofErr w:type="spellEnd"/>
      <w:r>
        <w:t xml:space="preserve"> </w:t>
      </w:r>
      <w:proofErr w:type="spellStart"/>
      <w:r>
        <w:t>superioare</w:t>
      </w:r>
      <w:proofErr w:type="spellEnd"/>
      <w:r>
        <w:t xml:space="preserve"> </w:t>
      </w:r>
      <w:proofErr w:type="spellStart"/>
      <w:r>
        <w:t>absolvite</w:t>
      </w:r>
      <w:proofErr w:type="spellEnd"/>
      <w:r>
        <w:t xml:space="preserve"> cu </w:t>
      </w:r>
      <w:proofErr w:type="spellStart"/>
      <w:r>
        <w:t>diplomă</w:t>
      </w:r>
      <w:proofErr w:type="spellEnd"/>
      <w:r>
        <w:t xml:space="preserve"> de </w:t>
      </w:r>
      <w:proofErr w:type="spellStart"/>
      <w:r>
        <w:t>licență</w:t>
      </w:r>
      <w:proofErr w:type="spellEnd"/>
      <w:r>
        <w:t xml:space="preserve"> cu </w:t>
      </w:r>
      <w:proofErr w:type="spellStart"/>
      <w:r>
        <w:t>specializarea</w:t>
      </w:r>
      <w:proofErr w:type="spellEnd"/>
      <w:r>
        <w:t xml:space="preserve"> </w:t>
      </w:r>
      <w:proofErr w:type="spellStart"/>
      <w:r>
        <w:t>în</w:t>
      </w:r>
      <w:proofErr w:type="spellEnd"/>
      <w:r>
        <w:t xml:space="preserve"> </w:t>
      </w:r>
      <w:proofErr w:type="spellStart"/>
      <w:r>
        <w:t>psihologie</w:t>
      </w:r>
      <w:proofErr w:type="spellEnd"/>
      <w:r>
        <w:t xml:space="preserve">, </w:t>
      </w:r>
      <w:proofErr w:type="spellStart"/>
      <w:r>
        <w:t>pedagogie</w:t>
      </w:r>
      <w:proofErr w:type="spellEnd"/>
      <w:r>
        <w:t xml:space="preserve">, </w:t>
      </w:r>
      <w:proofErr w:type="spellStart"/>
      <w:r>
        <w:t>psihopedagogie</w:t>
      </w:r>
      <w:proofErr w:type="spellEnd"/>
      <w:r>
        <w:t xml:space="preserve"> </w:t>
      </w:r>
      <w:proofErr w:type="spellStart"/>
      <w:r>
        <w:t>specială</w:t>
      </w:r>
      <w:proofErr w:type="spellEnd"/>
      <w:r>
        <w:t xml:space="preserve">, </w:t>
      </w:r>
      <w:proofErr w:type="spellStart"/>
      <w:r>
        <w:t>sociologie</w:t>
      </w:r>
      <w:proofErr w:type="spellEnd"/>
      <w:r>
        <w:t xml:space="preserve">, </w:t>
      </w:r>
      <w:proofErr w:type="spellStart"/>
      <w:r>
        <w:t>asistenţă</w:t>
      </w:r>
      <w:proofErr w:type="spellEnd"/>
      <w:r>
        <w:t xml:space="preserve"> </w:t>
      </w:r>
      <w:proofErr w:type="spellStart"/>
      <w:r>
        <w:t>socială</w:t>
      </w:r>
      <w:proofErr w:type="spellEnd"/>
      <w:r>
        <w:t xml:space="preserve">, precum </w:t>
      </w:r>
      <w:proofErr w:type="spellStart"/>
      <w:r>
        <w:t>și</w:t>
      </w:r>
      <w:proofErr w:type="spellEnd"/>
      <w:r>
        <w:t xml:space="preserve"> </w:t>
      </w:r>
      <w:proofErr w:type="spellStart"/>
      <w:r>
        <w:t>alte</w:t>
      </w:r>
      <w:proofErr w:type="spellEnd"/>
      <w:r>
        <w:t xml:space="preserve"> </w:t>
      </w:r>
      <w:proofErr w:type="spellStart"/>
      <w:r>
        <w:t>specializări</w:t>
      </w:r>
      <w:proofErr w:type="spellEnd"/>
      <w:r>
        <w:t xml:space="preserve">, conform </w:t>
      </w:r>
      <w:proofErr w:type="spellStart"/>
      <w:r>
        <w:t>centralizatorului</w:t>
      </w:r>
      <w:proofErr w:type="spellEnd"/>
      <w:r>
        <w:t xml:space="preserve"> </w:t>
      </w:r>
      <w:proofErr w:type="spellStart"/>
      <w:r>
        <w:t>aprobat</w:t>
      </w:r>
      <w:proofErr w:type="spellEnd"/>
      <w:r>
        <w:t xml:space="preserve"> </w:t>
      </w:r>
      <w:proofErr w:type="spellStart"/>
      <w:r>
        <w:t>prin</w:t>
      </w:r>
      <w:proofErr w:type="spellEnd"/>
      <w:r>
        <w:t xml:space="preserve"> </w:t>
      </w:r>
      <w:proofErr w:type="spellStart"/>
      <w:r>
        <w:t>ordin</w:t>
      </w:r>
      <w:proofErr w:type="spellEnd"/>
      <w:r>
        <w:t xml:space="preserve"> al </w:t>
      </w:r>
      <w:proofErr w:type="spellStart"/>
      <w:r>
        <w:t>ministrului</w:t>
      </w:r>
      <w:proofErr w:type="spellEnd"/>
      <w:r>
        <w:t xml:space="preserve"> </w:t>
      </w:r>
      <w:proofErr w:type="spellStart"/>
      <w:r>
        <w:t>educaţiei</w:t>
      </w:r>
      <w:proofErr w:type="spellEnd"/>
      <w:r>
        <w:t xml:space="preserve"> </w:t>
      </w:r>
      <w:proofErr w:type="spellStart"/>
      <w:r>
        <w:t>şi</w:t>
      </w:r>
      <w:proofErr w:type="spellEnd"/>
      <w:r>
        <w:t xml:space="preserve"> </w:t>
      </w:r>
      <w:proofErr w:type="spellStart"/>
      <w:r>
        <w:t>cercetării</w:t>
      </w:r>
      <w:proofErr w:type="spellEnd"/>
      <w:r>
        <w:t xml:space="preserve"> </w:t>
      </w:r>
      <w:proofErr w:type="spellStart"/>
      <w:r>
        <w:t>pentru</w:t>
      </w:r>
      <w:proofErr w:type="spellEnd"/>
      <w:r>
        <w:t xml:space="preserve"> </w:t>
      </w:r>
      <w:proofErr w:type="spellStart"/>
      <w:r>
        <w:t>ocuparea</w:t>
      </w:r>
      <w:proofErr w:type="spellEnd"/>
      <w:r>
        <w:t xml:space="preserve"> </w:t>
      </w:r>
      <w:proofErr w:type="spellStart"/>
      <w:r>
        <w:t>posturilor</w:t>
      </w:r>
      <w:proofErr w:type="spellEnd"/>
      <w:r>
        <w:t>/</w:t>
      </w:r>
      <w:proofErr w:type="spellStart"/>
      <w:r>
        <w:t>catedrelor</w:t>
      </w:r>
      <w:proofErr w:type="spellEnd"/>
      <w:r>
        <w:t xml:space="preserve"> d</w:t>
      </w:r>
      <w:r w:rsidR="0001582B">
        <w:t>e</w:t>
      </w:r>
      <w:r>
        <w:t xml:space="preserve"> </w:t>
      </w:r>
      <w:proofErr w:type="spellStart"/>
      <w:r>
        <w:t>consilier</w:t>
      </w:r>
      <w:proofErr w:type="spellEnd"/>
      <w:r>
        <w:t xml:space="preserve"> </w:t>
      </w:r>
      <w:proofErr w:type="spellStart"/>
      <w:r>
        <w:t>şcolar</w:t>
      </w:r>
      <w:proofErr w:type="spellEnd"/>
      <w:r w:rsidR="0001582B">
        <w:t>/</w:t>
      </w:r>
      <w:proofErr w:type="spellStart"/>
      <w:r w:rsidR="0001582B">
        <w:t>profesor</w:t>
      </w:r>
      <w:proofErr w:type="spellEnd"/>
      <w:r w:rsidR="0001582B">
        <w:t xml:space="preserve"> itinerant </w:t>
      </w:r>
      <w:r w:rsidR="0001582B">
        <w:rPr>
          <w:lang w:val="ro-RO"/>
        </w:rPr>
        <w:t>și de sprijin</w:t>
      </w:r>
      <w:r>
        <w:t xml:space="preserve">, </w:t>
      </w:r>
      <w:proofErr w:type="spellStart"/>
      <w:r>
        <w:t>în</w:t>
      </w:r>
      <w:proofErr w:type="spellEnd"/>
      <w:r>
        <w:t xml:space="preserve"> </w:t>
      </w:r>
      <w:proofErr w:type="spellStart"/>
      <w:r>
        <w:t>vigoare</w:t>
      </w:r>
      <w:proofErr w:type="spellEnd"/>
      <w:r>
        <w:t xml:space="preserve"> </w:t>
      </w:r>
      <w:proofErr w:type="spellStart"/>
      <w:r>
        <w:t>în</w:t>
      </w:r>
      <w:proofErr w:type="spellEnd"/>
      <w:r>
        <w:t xml:space="preserve"> </w:t>
      </w:r>
      <w:proofErr w:type="spellStart"/>
      <w:r>
        <w:t>anul</w:t>
      </w:r>
      <w:proofErr w:type="spellEnd"/>
      <w:r>
        <w:t xml:space="preserve"> </w:t>
      </w:r>
      <w:proofErr w:type="spellStart"/>
      <w:r>
        <w:t>şcolar</w:t>
      </w:r>
      <w:proofErr w:type="spellEnd"/>
      <w:r>
        <w:t xml:space="preserve"> al </w:t>
      </w:r>
      <w:proofErr w:type="spellStart"/>
      <w:r>
        <w:t>angajării</w:t>
      </w:r>
      <w:proofErr w:type="spellEnd"/>
      <w:r>
        <w:t xml:space="preserve"> </w:t>
      </w:r>
      <w:proofErr w:type="spellStart"/>
      <w:r>
        <w:t>însoțită</w:t>
      </w:r>
      <w:proofErr w:type="spellEnd"/>
      <w:r>
        <w:t xml:space="preserve"> de diploma/</w:t>
      </w:r>
      <w:proofErr w:type="spellStart"/>
      <w:r>
        <w:t>diplomele</w:t>
      </w:r>
      <w:proofErr w:type="spellEnd"/>
      <w:r>
        <w:t xml:space="preserve"> </w:t>
      </w:r>
      <w:proofErr w:type="spellStart"/>
      <w:r>
        <w:t>pentru</w:t>
      </w:r>
      <w:proofErr w:type="spellEnd"/>
      <w:r>
        <w:t xml:space="preserve"> </w:t>
      </w:r>
      <w:proofErr w:type="spellStart"/>
      <w:r>
        <w:t>modulul</w:t>
      </w:r>
      <w:proofErr w:type="spellEnd"/>
      <w:r>
        <w:t xml:space="preserve"> </w:t>
      </w:r>
      <w:proofErr w:type="spellStart"/>
      <w:r>
        <w:t>psihopedagogic</w:t>
      </w:r>
      <w:proofErr w:type="spellEnd"/>
      <w:r>
        <w:t>;</w:t>
      </w:r>
    </w:p>
    <w:p w14:paraId="5859FBB7" w14:textId="77777777" w:rsidR="007E17A3" w:rsidRDefault="00014083" w:rsidP="00C803D5">
      <w:pPr>
        <w:spacing w:after="60"/>
        <w:ind w:left="360"/>
        <w:jc w:val="both"/>
      </w:pPr>
      <w:r>
        <w:rPr>
          <w:b/>
        </w:rPr>
        <w:t xml:space="preserve">• Disponibilitate: </w:t>
      </w:r>
      <w:r>
        <w:t>pentru deplasări;</w:t>
      </w:r>
    </w:p>
    <w:p w14:paraId="0F1A86EE" w14:textId="77777777" w:rsidR="007E17A3" w:rsidRDefault="00014083" w:rsidP="00C803D5">
      <w:pPr>
        <w:spacing w:after="60"/>
        <w:ind w:left="360"/>
        <w:jc w:val="both"/>
      </w:pPr>
      <w:r>
        <w:rPr>
          <w:b/>
        </w:rPr>
        <w:t xml:space="preserve">• Cunoştinţe de operare/programare pe calculator (necesitate şi nivel): </w:t>
      </w:r>
      <w:r>
        <w:t>Office, Excel, Word, Power Point - utilizator independent;</w:t>
      </w:r>
    </w:p>
    <w:p w14:paraId="07B71E13" w14:textId="77777777" w:rsidR="007E17A3" w:rsidRDefault="00014083" w:rsidP="00C803D5">
      <w:pPr>
        <w:spacing w:after="40"/>
        <w:ind w:left="360"/>
        <w:jc w:val="both"/>
      </w:pPr>
      <w:r>
        <w:rPr>
          <w:b/>
        </w:rPr>
        <w:t>• Abilităţi, calităţi şi aptitudini necesare:</w:t>
      </w:r>
    </w:p>
    <w:p w14:paraId="17096891" w14:textId="77777777" w:rsidR="007E17A3" w:rsidRDefault="00014083" w:rsidP="00C803D5">
      <w:pPr>
        <w:spacing w:after="40"/>
        <w:ind w:left="720"/>
        <w:jc w:val="both"/>
      </w:pPr>
      <w:r>
        <w:lastRenderedPageBreak/>
        <w:t>– competenţe de comunicare scrisă şi verbală, de relaționare;</w:t>
      </w:r>
    </w:p>
    <w:p w14:paraId="5EFD35DA" w14:textId="77777777" w:rsidR="007E17A3" w:rsidRDefault="00014083" w:rsidP="00C803D5">
      <w:pPr>
        <w:spacing w:after="40"/>
        <w:ind w:left="720"/>
        <w:jc w:val="both"/>
      </w:pPr>
      <w:r>
        <w:t>– moralitate, corectitudine, deschidere şi flexibilitate în relațiile interumane;</w:t>
      </w:r>
    </w:p>
    <w:p w14:paraId="3307C85C" w14:textId="77777777" w:rsidR="007E17A3" w:rsidRDefault="00014083" w:rsidP="00C803D5">
      <w:pPr>
        <w:spacing w:after="40"/>
        <w:ind w:left="720"/>
        <w:jc w:val="both"/>
      </w:pPr>
      <w:r>
        <w:t>– perseverenţă, consecvenţă, abilităţi pentru munca în condiții de stres, în situaţii de urgenţă sau neprevăzute;</w:t>
      </w:r>
    </w:p>
    <w:p w14:paraId="4C9E34EF" w14:textId="77777777" w:rsidR="007E17A3" w:rsidRDefault="00014083" w:rsidP="00C803D5">
      <w:pPr>
        <w:spacing w:after="40"/>
        <w:ind w:left="720"/>
        <w:jc w:val="both"/>
      </w:pPr>
      <w:r>
        <w:t>– analiza problemelor specifice mediului şcolar;</w:t>
      </w:r>
    </w:p>
    <w:p w14:paraId="6C61818C" w14:textId="77777777" w:rsidR="007E17A3" w:rsidRDefault="00014083" w:rsidP="00C803D5">
      <w:pPr>
        <w:spacing w:after="40"/>
        <w:ind w:left="720"/>
        <w:jc w:val="both"/>
      </w:pPr>
      <w:r>
        <w:t>– atenţie la detalii;</w:t>
      </w:r>
    </w:p>
    <w:p w14:paraId="73B3D80F" w14:textId="77777777" w:rsidR="007E17A3" w:rsidRDefault="00014083" w:rsidP="00C803D5">
      <w:pPr>
        <w:spacing w:after="40"/>
        <w:ind w:left="720"/>
        <w:jc w:val="both"/>
      </w:pPr>
      <w:r>
        <w:t>– atitudine pozitivă, motivatoare;</w:t>
      </w:r>
    </w:p>
    <w:p w14:paraId="5574AF8F" w14:textId="77777777" w:rsidR="007E17A3" w:rsidRDefault="00014083" w:rsidP="00C803D5">
      <w:pPr>
        <w:spacing w:after="40"/>
        <w:ind w:left="720"/>
        <w:jc w:val="both"/>
      </w:pPr>
      <w:r>
        <w:t>– competenţe de integrare TIC în educație.</w:t>
      </w:r>
    </w:p>
    <w:p w14:paraId="5C4112BD" w14:textId="7F68F9D2" w:rsidR="00D150F1" w:rsidRDefault="00014083" w:rsidP="0001582B">
      <w:pPr>
        <w:spacing w:before="60" w:after="80"/>
        <w:ind w:left="360"/>
        <w:jc w:val="both"/>
      </w:pPr>
      <w:r>
        <w:rPr>
          <w:b/>
        </w:rPr>
        <w:t xml:space="preserve">• Limbi </w:t>
      </w:r>
      <w:proofErr w:type="spellStart"/>
      <w:r>
        <w:rPr>
          <w:b/>
        </w:rPr>
        <w:t>străine</w:t>
      </w:r>
      <w:proofErr w:type="spellEnd"/>
      <w:r>
        <w:rPr>
          <w:b/>
        </w:rPr>
        <w:t xml:space="preserve"> solicitate: </w:t>
      </w:r>
      <w:r>
        <w:t xml:space="preserve">nu </w:t>
      </w:r>
      <w:proofErr w:type="spellStart"/>
      <w:r>
        <w:t>este</w:t>
      </w:r>
      <w:proofErr w:type="spellEnd"/>
      <w:r>
        <w:t xml:space="preserve"> </w:t>
      </w:r>
      <w:proofErr w:type="spellStart"/>
      <w:r>
        <w:t>cazul</w:t>
      </w:r>
      <w:proofErr w:type="spellEnd"/>
    </w:p>
    <w:p w14:paraId="6258238A" w14:textId="326E62F6" w:rsidR="003614FC" w:rsidRDefault="003614FC" w:rsidP="003614FC">
      <w:pPr>
        <w:spacing w:before="280" w:after="80"/>
        <w:jc w:val="both"/>
      </w:pPr>
      <w:r>
        <w:rPr>
          <w:b/>
          <w:color w:val="003366"/>
          <w:sz w:val="26"/>
        </w:rPr>
        <w:t>CONDIŢII SPECIFICE DE PARTICIPARE PENTRU PROFESOR ITINERANT ȘI DE SPRIJIN</w:t>
      </w:r>
    </w:p>
    <w:p w14:paraId="23EDCB70" w14:textId="5F6AE00E" w:rsidR="003614FC" w:rsidRPr="003614FC" w:rsidRDefault="003614FC" w:rsidP="003614FC">
      <w:pPr>
        <w:pStyle w:val="al"/>
        <w:rPr>
          <w:rFonts w:asciiTheme="majorHAnsi" w:hAnsiTheme="majorHAnsi" w:cstheme="majorHAnsi"/>
          <w:sz w:val="22"/>
          <w:szCs w:val="22"/>
        </w:rPr>
      </w:pPr>
      <w:r w:rsidRPr="003614FC">
        <w:rPr>
          <w:rFonts w:asciiTheme="majorHAnsi" w:hAnsiTheme="majorHAnsi" w:cstheme="majorHAnsi"/>
          <w:sz w:val="22"/>
          <w:szCs w:val="22"/>
        </w:rPr>
        <w:t>Pentru ocuparea post</w:t>
      </w:r>
      <w:r>
        <w:rPr>
          <w:rFonts w:asciiTheme="majorHAnsi" w:hAnsiTheme="majorHAnsi" w:cstheme="majorHAnsi"/>
          <w:sz w:val="22"/>
          <w:szCs w:val="22"/>
        </w:rPr>
        <w:t>ului</w:t>
      </w:r>
      <w:r w:rsidRPr="003614FC">
        <w:rPr>
          <w:rFonts w:asciiTheme="majorHAnsi" w:hAnsiTheme="majorHAnsi" w:cstheme="majorHAnsi"/>
          <w:sz w:val="22"/>
          <w:szCs w:val="22"/>
        </w:rPr>
        <w:t xml:space="preserve"> de profesor itinerant </w:t>
      </w:r>
      <w:proofErr w:type="spellStart"/>
      <w:r w:rsidRPr="003614FC">
        <w:rPr>
          <w:rFonts w:asciiTheme="majorHAnsi" w:hAnsiTheme="majorHAnsi" w:cstheme="majorHAnsi"/>
          <w:sz w:val="22"/>
          <w:szCs w:val="22"/>
        </w:rPr>
        <w:t>şi</w:t>
      </w:r>
      <w:proofErr w:type="spellEnd"/>
      <w:r w:rsidRPr="003614FC">
        <w:rPr>
          <w:rFonts w:asciiTheme="majorHAnsi" w:hAnsiTheme="majorHAnsi" w:cstheme="majorHAnsi"/>
          <w:sz w:val="22"/>
          <w:szCs w:val="22"/>
        </w:rPr>
        <w:t xml:space="preserve"> de sprijin trebuie îndeplinite cumulativ următoarele </w:t>
      </w:r>
      <w:proofErr w:type="spellStart"/>
      <w:r w:rsidRPr="003614FC">
        <w:rPr>
          <w:rFonts w:asciiTheme="majorHAnsi" w:hAnsiTheme="majorHAnsi" w:cstheme="majorHAnsi"/>
          <w:sz w:val="22"/>
          <w:szCs w:val="22"/>
        </w:rPr>
        <w:t>condiţii</w:t>
      </w:r>
      <w:proofErr w:type="spellEnd"/>
      <w:r w:rsidRPr="003614FC">
        <w:rPr>
          <w:rFonts w:asciiTheme="majorHAnsi" w:hAnsiTheme="majorHAnsi" w:cstheme="majorHAnsi"/>
          <w:sz w:val="22"/>
          <w:szCs w:val="22"/>
        </w:rPr>
        <w:t>:</w:t>
      </w:r>
    </w:p>
    <w:p w14:paraId="74A24161" w14:textId="77777777" w:rsidR="003614FC" w:rsidRPr="003614FC" w:rsidRDefault="003614FC" w:rsidP="003614FC">
      <w:pPr>
        <w:pStyle w:val="al"/>
        <w:rPr>
          <w:rFonts w:asciiTheme="majorHAnsi" w:hAnsiTheme="majorHAnsi" w:cstheme="majorHAnsi"/>
          <w:sz w:val="22"/>
          <w:szCs w:val="22"/>
        </w:rPr>
      </w:pPr>
      <w:r w:rsidRPr="003614FC">
        <w:rPr>
          <w:rFonts w:asciiTheme="majorHAnsi" w:hAnsiTheme="majorHAnsi" w:cstheme="majorHAnsi"/>
          <w:sz w:val="22"/>
          <w:szCs w:val="22"/>
        </w:rPr>
        <w:t xml:space="preserve">a) absolvirea cu diplomă a studiilor universitare de </w:t>
      </w:r>
      <w:proofErr w:type="spellStart"/>
      <w:r w:rsidRPr="003614FC">
        <w:rPr>
          <w:rFonts w:asciiTheme="majorHAnsi" w:hAnsiTheme="majorHAnsi" w:cstheme="majorHAnsi"/>
          <w:sz w:val="22"/>
          <w:szCs w:val="22"/>
        </w:rPr>
        <w:t>licenţă</w:t>
      </w:r>
      <w:proofErr w:type="spellEnd"/>
      <w:r w:rsidRPr="003614FC">
        <w:rPr>
          <w:rFonts w:asciiTheme="majorHAnsi" w:hAnsiTheme="majorHAnsi" w:cstheme="majorHAnsi"/>
          <w:sz w:val="22"/>
          <w:szCs w:val="22"/>
        </w:rPr>
        <w:t>, cu calificarea în psihopedagogie specială, psihologie sau pedagogie;</w:t>
      </w:r>
    </w:p>
    <w:p w14:paraId="0FB32133" w14:textId="77777777" w:rsidR="003614FC" w:rsidRPr="003614FC" w:rsidRDefault="003614FC" w:rsidP="003614FC">
      <w:pPr>
        <w:pStyle w:val="al"/>
        <w:rPr>
          <w:rFonts w:asciiTheme="majorHAnsi" w:hAnsiTheme="majorHAnsi" w:cstheme="majorHAnsi"/>
          <w:sz w:val="22"/>
          <w:szCs w:val="22"/>
        </w:rPr>
      </w:pPr>
      <w:r w:rsidRPr="003614FC">
        <w:rPr>
          <w:rFonts w:asciiTheme="majorHAnsi" w:hAnsiTheme="majorHAnsi" w:cstheme="majorHAnsi"/>
          <w:sz w:val="22"/>
          <w:szCs w:val="22"/>
        </w:rPr>
        <w:t>b) absolvirea unui master didactic cu durata de 2 ani, cu una din specializările din domeniul psihopedagogic;</w:t>
      </w:r>
    </w:p>
    <w:p w14:paraId="660D57D9" w14:textId="77777777" w:rsidR="003614FC" w:rsidRPr="003614FC" w:rsidRDefault="003614FC" w:rsidP="003614FC">
      <w:pPr>
        <w:pStyle w:val="al"/>
        <w:rPr>
          <w:rFonts w:asciiTheme="majorHAnsi" w:hAnsiTheme="majorHAnsi" w:cstheme="majorHAnsi"/>
          <w:sz w:val="22"/>
          <w:szCs w:val="22"/>
        </w:rPr>
      </w:pPr>
      <w:r w:rsidRPr="003614FC">
        <w:rPr>
          <w:rFonts w:asciiTheme="majorHAnsi" w:hAnsiTheme="majorHAnsi" w:cstheme="majorHAnsi"/>
          <w:sz w:val="22"/>
          <w:szCs w:val="22"/>
        </w:rPr>
        <w:t xml:space="preserve">c) efectuarea unui stagiu practic, cu durata de un an </w:t>
      </w:r>
      <w:proofErr w:type="spellStart"/>
      <w:r w:rsidRPr="003614FC">
        <w:rPr>
          <w:rFonts w:asciiTheme="majorHAnsi" w:hAnsiTheme="majorHAnsi" w:cstheme="majorHAnsi"/>
          <w:sz w:val="22"/>
          <w:szCs w:val="22"/>
        </w:rPr>
        <w:t>şcolar</w:t>
      </w:r>
      <w:proofErr w:type="spellEnd"/>
      <w:r w:rsidRPr="003614FC">
        <w:rPr>
          <w:rFonts w:asciiTheme="majorHAnsi" w:hAnsiTheme="majorHAnsi" w:cstheme="majorHAnsi"/>
          <w:sz w:val="22"/>
          <w:szCs w:val="22"/>
        </w:rPr>
        <w:t xml:space="preserve">, realizat într-o unitate de </w:t>
      </w:r>
      <w:proofErr w:type="spellStart"/>
      <w:r w:rsidRPr="003614FC">
        <w:rPr>
          <w:rFonts w:asciiTheme="majorHAnsi" w:hAnsiTheme="majorHAnsi" w:cstheme="majorHAnsi"/>
          <w:sz w:val="22"/>
          <w:szCs w:val="22"/>
        </w:rPr>
        <w:t>învăţământ</w:t>
      </w:r>
      <w:proofErr w:type="spellEnd"/>
      <w:r w:rsidRPr="003614FC">
        <w:rPr>
          <w:rFonts w:asciiTheme="majorHAnsi" w:hAnsiTheme="majorHAnsi" w:cstheme="majorHAnsi"/>
          <w:sz w:val="22"/>
          <w:szCs w:val="22"/>
        </w:rPr>
        <w:t xml:space="preserve">, în </w:t>
      </w:r>
      <w:proofErr w:type="spellStart"/>
      <w:r w:rsidRPr="003614FC">
        <w:rPr>
          <w:rFonts w:asciiTheme="majorHAnsi" w:hAnsiTheme="majorHAnsi" w:cstheme="majorHAnsi"/>
          <w:sz w:val="22"/>
          <w:szCs w:val="22"/>
        </w:rPr>
        <w:t>funcţia</w:t>
      </w:r>
      <w:proofErr w:type="spellEnd"/>
      <w:r w:rsidRPr="003614FC">
        <w:rPr>
          <w:rFonts w:asciiTheme="majorHAnsi" w:hAnsiTheme="majorHAnsi" w:cstheme="majorHAnsi"/>
          <w:sz w:val="22"/>
          <w:szCs w:val="22"/>
        </w:rPr>
        <w:t xml:space="preserve"> didactică corespunzătoare studiilor, sub îndrumarea unui profesor mentor cu </w:t>
      </w:r>
      <w:proofErr w:type="spellStart"/>
      <w:r w:rsidRPr="003614FC">
        <w:rPr>
          <w:rFonts w:asciiTheme="majorHAnsi" w:hAnsiTheme="majorHAnsi" w:cstheme="majorHAnsi"/>
          <w:sz w:val="22"/>
          <w:szCs w:val="22"/>
        </w:rPr>
        <w:t>experienţă</w:t>
      </w:r>
      <w:proofErr w:type="spellEnd"/>
      <w:r w:rsidRPr="003614FC">
        <w:rPr>
          <w:rFonts w:asciiTheme="majorHAnsi" w:hAnsiTheme="majorHAnsi" w:cstheme="majorHAnsi"/>
          <w:sz w:val="22"/>
          <w:szCs w:val="22"/>
        </w:rPr>
        <w:t xml:space="preserve"> în </w:t>
      </w:r>
      <w:proofErr w:type="spellStart"/>
      <w:r w:rsidRPr="003614FC">
        <w:rPr>
          <w:rFonts w:asciiTheme="majorHAnsi" w:hAnsiTheme="majorHAnsi" w:cstheme="majorHAnsi"/>
          <w:sz w:val="22"/>
          <w:szCs w:val="22"/>
        </w:rPr>
        <w:t>educaţia</w:t>
      </w:r>
      <w:proofErr w:type="spellEnd"/>
      <w:r w:rsidRPr="003614FC">
        <w:rPr>
          <w:rFonts w:asciiTheme="majorHAnsi" w:hAnsiTheme="majorHAnsi" w:cstheme="majorHAnsi"/>
          <w:sz w:val="22"/>
          <w:szCs w:val="22"/>
        </w:rPr>
        <w:t xml:space="preserve"> specială.</w:t>
      </w:r>
    </w:p>
    <w:p w14:paraId="717C8EDA" w14:textId="77777777" w:rsidR="007B75C5" w:rsidRDefault="007B75C5" w:rsidP="007B75C5">
      <w:pPr>
        <w:spacing w:after="60"/>
        <w:ind w:left="360"/>
        <w:jc w:val="both"/>
      </w:pPr>
      <w:r>
        <w:rPr>
          <w:b/>
        </w:rPr>
        <w:t xml:space="preserve">• </w:t>
      </w:r>
      <w:proofErr w:type="spellStart"/>
      <w:r>
        <w:rPr>
          <w:b/>
        </w:rPr>
        <w:t>Disponibilitate</w:t>
      </w:r>
      <w:proofErr w:type="spellEnd"/>
      <w:r>
        <w:rPr>
          <w:b/>
        </w:rPr>
        <w:t xml:space="preserve">: </w:t>
      </w:r>
      <w:proofErr w:type="spellStart"/>
      <w:r>
        <w:t>pentru</w:t>
      </w:r>
      <w:proofErr w:type="spellEnd"/>
      <w:r>
        <w:t xml:space="preserve"> </w:t>
      </w:r>
      <w:proofErr w:type="spellStart"/>
      <w:r>
        <w:t>deplasări</w:t>
      </w:r>
      <w:proofErr w:type="spellEnd"/>
      <w:r>
        <w:t>;</w:t>
      </w:r>
    </w:p>
    <w:p w14:paraId="52812E71" w14:textId="77777777" w:rsidR="007B75C5" w:rsidRDefault="007B75C5" w:rsidP="007B75C5">
      <w:pPr>
        <w:spacing w:after="60"/>
        <w:ind w:left="360"/>
        <w:jc w:val="both"/>
      </w:pPr>
      <w:r>
        <w:rPr>
          <w:b/>
        </w:rPr>
        <w:t xml:space="preserve">• </w:t>
      </w:r>
      <w:proofErr w:type="spellStart"/>
      <w:r>
        <w:rPr>
          <w:b/>
        </w:rPr>
        <w:t>Cunoştinţe</w:t>
      </w:r>
      <w:proofErr w:type="spellEnd"/>
      <w:r>
        <w:rPr>
          <w:b/>
        </w:rPr>
        <w:t xml:space="preserve"> de </w:t>
      </w:r>
      <w:proofErr w:type="spellStart"/>
      <w:r>
        <w:rPr>
          <w:b/>
        </w:rPr>
        <w:t>operare</w:t>
      </w:r>
      <w:proofErr w:type="spellEnd"/>
      <w:r>
        <w:rPr>
          <w:b/>
        </w:rPr>
        <w:t>/</w:t>
      </w:r>
      <w:proofErr w:type="spellStart"/>
      <w:r>
        <w:rPr>
          <w:b/>
        </w:rPr>
        <w:t>programare</w:t>
      </w:r>
      <w:proofErr w:type="spellEnd"/>
      <w:r>
        <w:rPr>
          <w:b/>
        </w:rPr>
        <w:t xml:space="preserve"> pe calculator (</w:t>
      </w:r>
      <w:proofErr w:type="spellStart"/>
      <w:r>
        <w:rPr>
          <w:b/>
        </w:rPr>
        <w:t>necesitate</w:t>
      </w:r>
      <w:proofErr w:type="spellEnd"/>
      <w:r>
        <w:rPr>
          <w:b/>
        </w:rPr>
        <w:t xml:space="preserve"> </w:t>
      </w:r>
      <w:proofErr w:type="spellStart"/>
      <w:r>
        <w:rPr>
          <w:b/>
        </w:rPr>
        <w:t>şi</w:t>
      </w:r>
      <w:proofErr w:type="spellEnd"/>
      <w:r>
        <w:rPr>
          <w:b/>
        </w:rPr>
        <w:t xml:space="preserve"> </w:t>
      </w:r>
      <w:proofErr w:type="spellStart"/>
      <w:r>
        <w:rPr>
          <w:b/>
        </w:rPr>
        <w:t>nivel</w:t>
      </w:r>
      <w:proofErr w:type="spellEnd"/>
      <w:r>
        <w:rPr>
          <w:b/>
        </w:rPr>
        <w:t xml:space="preserve">): </w:t>
      </w:r>
      <w:r>
        <w:t xml:space="preserve">Office, Excel, Word, Power Point - </w:t>
      </w:r>
      <w:proofErr w:type="spellStart"/>
      <w:r>
        <w:t>utilizator</w:t>
      </w:r>
      <w:proofErr w:type="spellEnd"/>
      <w:r>
        <w:t xml:space="preserve"> independent;</w:t>
      </w:r>
    </w:p>
    <w:p w14:paraId="40DF7899" w14:textId="77777777" w:rsidR="007B75C5" w:rsidRDefault="007B75C5" w:rsidP="007B75C5">
      <w:pPr>
        <w:spacing w:after="40"/>
        <w:ind w:left="360"/>
        <w:jc w:val="both"/>
      </w:pPr>
      <w:r>
        <w:rPr>
          <w:b/>
        </w:rPr>
        <w:t xml:space="preserve">• </w:t>
      </w:r>
      <w:proofErr w:type="spellStart"/>
      <w:r>
        <w:rPr>
          <w:b/>
        </w:rPr>
        <w:t>Abilităţi</w:t>
      </w:r>
      <w:proofErr w:type="spellEnd"/>
      <w:r>
        <w:rPr>
          <w:b/>
        </w:rPr>
        <w:t xml:space="preserve">, </w:t>
      </w:r>
      <w:proofErr w:type="spellStart"/>
      <w:r>
        <w:rPr>
          <w:b/>
        </w:rPr>
        <w:t>calităţi</w:t>
      </w:r>
      <w:proofErr w:type="spellEnd"/>
      <w:r>
        <w:rPr>
          <w:b/>
        </w:rPr>
        <w:t xml:space="preserve"> </w:t>
      </w:r>
      <w:proofErr w:type="spellStart"/>
      <w:r>
        <w:rPr>
          <w:b/>
        </w:rPr>
        <w:t>şi</w:t>
      </w:r>
      <w:proofErr w:type="spellEnd"/>
      <w:r>
        <w:rPr>
          <w:b/>
        </w:rPr>
        <w:t xml:space="preserve"> </w:t>
      </w:r>
      <w:proofErr w:type="spellStart"/>
      <w:r>
        <w:rPr>
          <w:b/>
        </w:rPr>
        <w:t>aptitudini</w:t>
      </w:r>
      <w:proofErr w:type="spellEnd"/>
      <w:r>
        <w:rPr>
          <w:b/>
        </w:rPr>
        <w:t xml:space="preserve"> </w:t>
      </w:r>
      <w:proofErr w:type="spellStart"/>
      <w:r>
        <w:rPr>
          <w:b/>
        </w:rPr>
        <w:t>necesare</w:t>
      </w:r>
      <w:proofErr w:type="spellEnd"/>
      <w:r>
        <w:rPr>
          <w:b/>
        </w:rPr>
        <w:t>:</w:t>
      </w:r>
    </w:p>
    <w:p w14:paraId="58224D5D" w14:textId="77777777" w:rsidR="007B75C5" w:rsidRDefault="007B75C5" w:rsidP="007B75C5">
      <w:pPr>
        <w:spacing w:after="40"/>
        <w:ind w:left="720"/>
        <w:jc w:val="both"/>
      </w:pPr>
      <w:r>
        <w:t xml:space="preserve">– </w:t>
      </w:r>
      <w:proofErr w:type="spellStart"/>
      <w:r>
        <w:t>competenţe</w:t>
      </w:r>
      <w:proofErr w:type="spellEnd"/>
      <w:r>
        <w:t xml:space="preserve"> de </w:t>
      </w:r>
      <w:proofErr w:type="spellStart"/>
      <w:r>
        <w:t>comunicare</w:t>
      </w:r>
      <w:proofErr w:type="spellEnd"/>
      <w:r>
        <w:t xml:space="preserve"> </w:t>
      </w:r>
      <w:proofErr w:type="spellStart"/>
      <w:r>
        <w:t>scrisă</w:t>
      </w:r>
      <w:proofErr w:type="spellEnd"/>
      <w:r>
        <w:t xml:space="preserve"> </w:t>
      </w:r>
      <w:proofErr w:type="spellStart"/>
      <w:r>
        <w:t>şi</w:t>
      </w:r>
      <w:proofErr w:type="spellEnd"/>
      <w:r>
        <w:t xml:space="preserve"> </w:t>
      </w:r>
      <w:proofErr w:type="spellStart"/>
      <w:r>
        <w:t>verbală</w:t>
      </w:r>
      <w:proofErr w:type="spellEnd"/>
      <w:r>
        <w:t xml:space="preserve">, de </w:t>
      </w:r>
      <w:proofErr w:type="spellStart"/>
      <w:r>
        <w:t>relaționare</w:t>
      </w:r>
      <w:proofErr w:type="spellEnd"/>
      <w:r>
        <w:t>;</w:t>
      </w:r>
    </w:p>
    <w:p w14:paraId="36FEC313" w14:textId="77777777" w:rsidR="007B75C5" w:rsidRDefault="007B75C5" w:rsidP="007B75C5">
      <w:pPr>
        <w:spacing w:after="40"/>
        <w:ind w:left="720"/>
        <w:jc w:val="both"/>
      </w:pPr>
      <w:r>
        <w:t xml:space="preserve">– </w:t>
      </w:r>
      <w:proofErr w:type="spellStart"/>
      <w:r>
        <w:t>moralitate</w:t>
      </w:r>
      <w:proofErr w:type="spellEnd"/>
      <w:r>
        <w:t xml:space="preserve">, </w:t>
      </w:r>
      <w:proofErr w:type="spellStart"/>
      <w:r>
        <w:t>corectitudine</w:t>
      </w:r>
      <w:proofErr w:type="spellEnd"/>
      <w:r>
        <w:t xml:space="preserve">, </w:t>
      </w:r>
      <w:proofErr w:type="spellStart"/>
      <w:r>
        <w:t>deschidere</w:t>
      </w:r>
      <w:proofErr w:type="spellEnd"/>
      <w:r>
        <w:t xml:space="preserve"> </w:t>
      </w:r>
      <w:proofErr w:type="spellStart"/>
      <w:r>
        <w:t>şi</w:t>
      </w:r>
      <w:proofErr w:type="spellEnd"/>
      <w:r>
        <w:t xml:space="preserve"> </w:t>
      </w:r>
      <w:proofErr w:type="spellStart"/>
      <w:r>
        <w:t>flexibilitate</w:t>
      </w:r>
      <w:proofErr w:type="spellEnd"/>
      <w:r>
        <w:t xml:space="preserve"> </w:t>
      </w:r>
      <w:proofErr w:type="spellStart"/>
      <w:r>
        <w:t>în</w:t>
      </w:r>
      <w:proofErr w:type="spellEnd"/>
      <w:r>
        <w:t xml:space="preserve"> </w:t>
      </w:r>
      <w:proofErr w:type="spellStart"/>
      <w:r>
        <w:t>relațiile</w:t>
      </w:r>
      <w:proofErr w:type="spellEnd"/>
      <w:r>
        <w:t xml:space="preserve"> </w:t>
      </w:r>
      <w:proofErr w:type="spellStart"/>
      <w:r>
        <w:t>interumane</w:t>
      </w:r>
      <w:proofErr w:type="spellEnd"/>
      <w:r>
        <w:t>;</w:t>
      </w:r>
    </w:p>
    <w:p w14:paraId="668E8505" w14:textId="77777777" w:rsidR="007B75C5" w:rsidRDefault="007B75C5" w:rsidP="007B75C5">
      <w:pPr>
        <w:spacing w:after="40"/>
        <w:ind w:left="720"/>
        <w:jc w:val="both"/>
      </w:pPr>
      <w:r>
        <w:t xml:space="preserve">– </w:t>
      </w:r>
      <w:proofErr w:type="spellStart"/>
      <w:r>
        <w:t>perseverenţă</w:t>
      </w:r>
      <w:proofErr w:type="spellEnd"/>
      <w:r>
        <w:t xml:space="preserve">, </w:t>
      </w:r>
      <w:proofErr w:type="spellStart"/>
      <w:r>
        <w:t>consecvenţă</w:t>
      </w:r>
      <w:proofErr w:type="spellEnd"/>
      <w:r>
        <w:t xml:space="preserve">, </w:t>
      </w:r>
      <w:proofErr w:type="spellStart"/>
      <w:r>
        <w:t>abilităţi</w:t>
      </w:r>
      <w:proofErr w:type="spellEnd"/>
      <w:r>
        <w:t xml:space="preserve"> </w:t>
      </w:r>
      <w:proofErr w:type="spellStart"/>
      <w:r>
        <w:t>pentru</w:t>
      </w:r>
      <w:proofErr w:type="spellEnd"/>
      <w:r>
        <w:t xml:space="preserve"> </w:t>
      </w:r>
      <w:proofErr w:type="spellStart"/>
      <w:r>
        <w:t>munca</w:t>
      </w:r>
      <w:proofErr w:type="spellEnd"/>
      <w:r>
        <w:t xml:space="preserve"> </w:t>
      </w:r>
      <w:proofErr w:type="spellStart"/>
      <w:r>
        <w:t>în</w:t>
      </w:r>
      <w:proofErr w:type="spellEnd"/>
      <w:r>
        <w:t xml:space="preserve"> </w:t>
      </w:r>
      <w:proofErr w:type="spellStart"/>
      <w:r>
        <w:t>condiții</w:t>
      </w:r>
      <w:proofErr w:type="spellEnd"/>
      <w:r>
        <w:t xml:space="preserve"> de </w:t>
      </w:r>
      <w:proofErr w:type="spellStart"/>
      <w:r>
        <w:t>stres</w:t>
      </w:r>
      <w:proofErr w:type="spellEnd"/>
      <w:r>
        <w:t xml:space="preserve">, </w:t>
      </w:r>
      <w:proofErr w:type="spellStart"/>
      <w:r>
        <w:t>în</w:t>
      </w:r>
      <w:proofErr w:type="spellEnd"/>
      <w:r>
        <w:t xml:space="preserve"> </w:t>
      </w:r>
      <w:proofErr w:type="spellStart"/>
      <w:r>
        <w:t>situaţii</w:t>
      </w:r>
      <w:proofErr w:type="spellEnd"/>
      <w:r>
        <w:t xml:space="preserve"> de </w:t>
      </w:r>
      <w:proofErr w:type="spellStart"/>
      <w:r>
        <w:t>urgenţă</w:t>
      </w:r>
      <w:proofErr w:type="spellEnd"/>
      <w:r>
        <w:t xml:space="preserve"> </w:t>
      </w:r>
      <w:proofErr w:type="spellStart"/>
      <w:r>
        <w:t>sau</w:t>
      </w:r>
      <w:proofErr w:type="spellEnd"/>
      <w:r>
        <w:t xml:space="preserve"> </w:t>
      </w:r>
      <w:proofErr w:type="spellStart"/>
      <w:r>
        <w:t>neprevăzute</w:t>
      </w:r>
      <w:proofErr w:type="spellEnd"/>
      <w:r>
        <w:t>;</w:t>
      </w:r>
    </w:p>
    <w:p w14:paraId="0491F7D9" w14:textId="77777777" w:rsidR="007B75C5" w:rsidRDefault="007B75C5" w:rsidP="007B75C5">
      <w:pPr>
        <w:spacing w:after="40"/>
        <w:ind w:left="720"/>
        <w:jc w:val="both"/>
      </w:pPr>
      <w:r>
        <w:t xml:space="preserve">– </w:t>
      </w:r>
      <w:proofErr w:type="spellStart"/>
      <w:r>
        <w:t>analiza</w:t>
      </w:r>
      <w:proofErr w:type="spellEnd"/>
      <w:r>
        <w:t xml:space="preserve"> </w:t>
      </w:r>
      <w:proofErr w:type="spellStart"/>
      <w:r>
        <w:t>problemelor</w:t>
      </w:r>
      <w:proofErr w:type="spellEnd"/>
      <w:r>
        <w:t xml:space="preserve"> </w:t>
      </w:r>
      <w:proofErr w:type="spellStart"/>
      <w:r>
        <w:t>specifice</w:t>
      </w:r>
      <w:proofErr w:type="spellEnd"/>
      <w:r>
        <w:t xml:space="preserve"> </w:t>
      </w:r>
      <w:proofErr w:type="spellStart"/>
      <w:r>
        <w:t>mediului</w:t>
      </w:r>
      <w:proofErr w:type="spellEnd"/>
      <w:r>
        <w:t xml:space="preserve"> </w:t>
      </w:r>
      <w:proofErr w:type="spellStart"/>
      <w:r>
        <w:t>şcolar</w:t>
      </w:r>
      <w:proofErr w:type="spellEnd"/>
      <w:r>
        <w:t>;</w:t>
      </w:r>
    </w:p>
    <w:p w14:paraId="6EDDE9F0" w14:textId="77777777" w:rsidR="007B75C5" w:rsidRDefault="007B75C5" w:rsidP="007B75C5">
      <w:pPr>
        <w:spacing w:after="40"/>
        <w:ind w:left="720"/>
        <w:jc w:val="both"/>
      </w:pPr>
      <w:r>
        <w:t xml:space="preserve">– </w:t>
      </w:r>
      <w:proofErr w:type="spellStart"/>
      <w:r>
        <w:t>atenţie</w:t>
      </w:r>
      <w:proofErr w:type="spellEnd"/>
      <w:r>
        <w:t xml:space="preserve"> la </w:t>
      </w:r>
      <w:proofErr w:type="spellStart"/>
      <w:r>
        <w:t>detalii</w:t>
      </w:r>
      <w:proofErr w:type="spellEnd"/>
      <w:r>
        <w:t>;</w:t>
      </w:r>
    </w:p>
    <w:p w14:paraId="52649F89" w14:textId="77777777" w:rsidR="007B75C5" w:rsidRDefault="007B75C5" w:rsidP="007B75C5">
      <w:pPr>
        <w:spacing w:after="40"/>
        <w:ind w:left="720"/>
        <w:jc w:val="both"/>
      </w:pPr>
      <w:r>
        <w:t xml:space="preserve">– </w:t>
      </w:r>
      <w:proofErr w:type="spellStart"/>
      <w:r>
        <w:t>atitudine</w:t>
      </w:r>
      <w:proofErr w:type="spellEnd"/>
      <w:r>
        <w:t xml:space="preserve"> </w:t>
      </w:r>
      <w:proofErr w:type="spellStart"/>
      <w:r>
        <w:t>pozitivă</w:t>
      </w:r>
      <w:proofErr w:type="spellEnd"/>
      <w:r>
        <w:t xml:space="preserve">, </w:t>
      </w:r>
      <w:proofErr w:type="spellStart"/>
      <w:r>
        <w:t>motivatoare</w:t>
      </w:r>
      <w:proofErr w:type="spellEnd"/>
      <w:r>
        <w:t>;</w:t>
      </w:r>
    </w:p>
    <w:p w14:paraId="794934A4" w14:textId="77777777" w:rsidR="007B75C5" w:rsidRDefault="007B75C5" w:rsidP="007B75C5">
      <w:pPr>
        <w:spacing w:after="40"/>
        <w:ind w:left="720"/>
        <w:jc w:val="both"/>
      </w:pPr>
      <w:r>
        <w:t xml:space="preserve">– </w:t>
      </w:r>
      <w:proofErr w:type="spellStart"/>
      <w:r>
        <w:t>competenţe</w:t>
      </w:r>
      <w:proofErr w:type="spellEnd"/>
      <w:r>
        <w:t xml:space="preserve"> de </w:t>
      </w:r>
      <w:proofErr w:type="spellStart"/>
      <w:r>
        <w:t>integrare</w:t>
      </w:r>
      <w:proofErr w:type="spellEnd"/>
      <w:r>
        <w:t xml:space="preserve"> TIC </w:t>
      </w:r>
      <w:proofErr w:type="spellStart"/>
      <w:r>
        <w:t>în</w:t>
      </w:r>
      <w:proofErr w:type="spellEnd"/>
      <w:r>
        <w:t xml:space="preserve"> </w:t>
      </w:r>
      <w:proofErr w:type="spellStart"/>
      <w:r>
        <w:t>educație</w:t>
      </w:r>
      <w:proofErr w:type="spellEnd"/>
      <w:r>
        <w:t>.</w:t>
      </w:r>
    </w:p>
    <w:p w14:paraId="7944E027" w14:textId="08526BC1" w:rsidR="003614FC" w:rsidRPr="007B75C5" w:rsidRDefault="007B75C5" w:rsidP="007B75C5">
      <w:pPr>
        <w:spacing w:before="60" w:after="80"/>
        <w:ind w:left="360"/>
        <w:jc w:val="both"/>
        <w:rPr>
          <w:lang w:val="ro-RO"/>
        </w:rPr>
      </w:pPr>
      <w:r>
        <w:rPr>
          <w:b/>
        </w:rPr>
        <w:t xml:space="preserve">• Limbi </w:t>
      </w:r>
      <w:proofErr w:type="spellStart"/>
      <w:r>
        <w:rPr>
          <w:b/>
        </w:rPr>
        <w:t>străine</w:t>
      </w:r>
      <w:proofErr w:type="spellEnd"/>
      <w:r>
        <w:rPr>
          <w:b/>
        </w:rPr>
        <w:t xml:space="preserve"> solicitate: </w:t>
      </w:r>
      <w:r>
        <w:t xml:space="preserve">nu </w:t>
      </w:r>
      <w:proofErr w:type="spellStart"/>
      <w:r>
        <w:t>este</w:t>
      </w:r>
      <w:proofErr w:type="spellEnd"/>
      <w:r>
        <w:t xml:space="preserve"> </w:t>
      </w:r>
      <w:proofErr w:type="spellStart"/>
      <w:r>
        <w:t>cazul</w:t>
      </w:r>
      <w:proofErr w:type="spellEnd"/>
      <w:r>
        <w:t>;</w:t>
      </w:r>
    </w:p>
    <w:p w14:paraId="5CF63DAC" w14:textId="1736D49B" w:rsidR="007E17A3" w:rsidRDefault="00014083" w:rsidP="00C803D5">
      <w:pPr>
        <w:spacing w:before="280" w:after="80"/>
        <w:jc w:val="both"/>
      </w:pPr>
      <w:r>
        <w:rPr>
          <w:b/>
          <w:color w:val="003366"/>
          <w:sz w:val="26"/>
        </w:rPr>
        <w:t>ATRIBUŢIILE POSTULUI</w:t>
      </w:r>
      <w:r w:rsidR="0001582B">
        <w:rPr>
          <w:b/>
          <w:color w:val="003366"/>
          <w:sz w:val="26"/>
        </w:rPr>
        <w:t xml:space="preserve"> DE CONSILIER ȘCOLAR</w:t>
      </w:r>
    </w:p>
    <w:p w14:paraId="6DA8DE00" w14:textId="77777777" w:rsidR="007E17A3" w:rsidRDefault="00014083" w:rsidP="00C803D5">
      <w:pPr>
        <w:spacing w:after="60"/>
        <w:ind w:left="360"/>
        <w:jc w:val="both"/>
      </w:pPr>
      <w:r>
        <w:lastRenderedPageBreak/>
        <w:t>• consiliază cu prioritate elevii aflați în risc de abandon şcolar şi de excluziune socială, în scopul asigurării accesului, participării şi creşterii calității rezultatelor şcolare ale acestora;</w:t>
      </w:r>
    </w:p>
    <w:p w14:paraId="0259A322" w14:textId="77777777" w:rsidR="007E17A3" w:rsidRDefault="00014083" w:rsidP="00C803D5">
      <w:pPr>
        <w:spacing w:after="60"/>
        <w:ind w:left="360"/>
        <w:jc w:val="both"/>
      </w:pPr>
      <w:r>
        <w:t>• realizează evaluarea, depistarea, intervenția timpurie, asistența psihopedagogică şi monitorizarea corespunzătoare a tuturor copiilor identificați cu abilități adaptative cognitive și/sau socioemoționale scăzute în raport cu vârsta și nivelul lor de şcolarizare, împreună cu alte instituții/persoane abilitate, în cadrul echipelor comunitare integrate;</w:t>
      </w:r>
    </w:p>
    <w:p w14:paraId="43D41004" w14:textId="77777777" w:rsidR="007E17A3" w:rsidRDefault="00014083" w:rsidP="00C803D5">
      <w:pPr>
        <w:spacing w:after="60"/>
        <w:ind w:left="360"/>
        <w:jc w:val="both"/>
      </w:pPr>
      <w:r>
        <w:t>• consiliază părinţii şi sprijină cadrele didactice din unităţile de învățământ de masă în vederea facilitării procesului de incluziune școlară a copiilor/elevilor/tinerilor din categorii defavorizate, inclusiv a celor cu cerințe educaționale speciale;</w:t>
      </w:r>
    </w:p>
    <w:p w14:paraId="397739EE" w14:textId="01F54DC9" w:rsidR="007E17A3" w:rsidRDefault="00014083" w:rsidP="00C803D5">
      <w:pPr>
        <w:spacing w:after="60"/>
        <w:ind w:left="360"/>
        <w:jc w:val="both"/>
      </w:pPr>
      <w:r>
        <w:t xml:space="preserve">• colaborează cu asistentul social </w:t>
      </w:r>
      <w:proofErr w:type="spellStart"/>
      <w:r>
        <w:t>și</w:t>
      </w:r>
      <w:proofErr w:type="spellEnd"/>
      <w:r>
        <w:t xml:space="preserve"> </w:t>
      </w:r>
      <w:proofErr w:type="spellStart"/>
      <w:r>
        <w:t>asistentul</w:t>
      </w:r>
      <w:proofErr w:type="spellEnd"/>
      <w:r>
        <w:t xml:space="preserve"> medical </w:t>
      </w:r>
      <w:proofErr w:type="spellStart"/>
      <w:r>
        <w:t>comunitar</w:t>
      </w:r>
      <w:proofErr w:type="spellEnd"/>
      <w:r>
        <w:t xml:space="preserve">/ </w:t>
      </w:r>
      <w:proofErr w:type="spellStart"/>
      <w:r w:rsidR="007B75C5">
        <w:t>profesorul</w:t>
      </w:r>
      <w:proofErr w:type="spellEnd"/>
      <w:r w:rsidR="007B75C5">
        <w:t xml:space="preserve"> itinerant </w:t>
      </w:r>
      <w:proofErr w:type="spellStart"/>
      <w:r w:rsidR="007B75C5">
        <w:t>și</w:t>
      </w:r>
      <w:proofErr w:type="spellEnd"/>
      <w:r w:rsidR="007B75C5">
        <w:t xml:space="preserve"> de </w:t>
      </w:r>
      <w:proofErr w:type="spellStart"/>
      <w:r w:rsidR="007B75C5">
        <w:t>sprijin</w:t>
      </w:r>
      <w:proofErr w:type="spellEnd"/>
      <w:r>
        <w:t xml:space="preserve"> </w:t>
      </w:r>
      <w:proofErr w:type="spellStart"/>
      <w:r>
        <w:t>în</w:t>
      </w:r>
      <w:proofErr w:type="spellEnd"/>
      <w:r>
        <w:t xml:space="preserve"> </w:t>
      </w:r>
      <w:proofErr w:type="spellStart"/>
      <w:r>
        <w:t>cadrul</w:t>
      </w:r>
      <w:proofErr w:type="spellEnd"/>
      <w:r>
        <w:t xml:space="preserve"> </w:t>
      </w:r>
      <w:proofErr w:type="spellStart"/>
      <w:r>
        <w:t>echipelor</w:t>
      </w:r>
      <w:proofErr w:type="spellEnd"/>
      <w:r>
        <w:t xml:space="preserve"> comunitare integrate pentru combaterea sărăciei şi excluziunii sociale;</w:t>
      </w:r>
    </w:p>
    <w:p w14:paraId="2DF62D17" w14:textId="77777777" w:rsidR="007E17A3" w:rsidRDefault="00014083" w:rsidP="00C803D5">
      <w:pPr>
        <w:spacing w:after="60"/>
        <w:ind w:left="360"/>
        <w:jc w:val="both"/>
      </w:pPr>
      <w:r>
        <w:t>• asigură servicii de educație parentală;</w:t>
      </w:r>
    </w:p>
    <w:p w14:paraId="582C85B9" w14:textId="77777777" w:rsidR="007E17A3" w:rsidRDefault="00014083" w:rsidP="00C803D5">
      <w:pPr>
        <w:spacing w:after="60"/>
        <w:ind w:left="360"/>
        <w:jc w:val="both"/>
      </w:pPr>
      <w:r>
        <w:t>• asigură servicii de intervenție în situații de violenţă școlară, de mediere a conflictelor şcolare și de consiliere a preşcolarilor/ elevilor implicați în situații de violență școlară;</w:t>
      </w:r>
    </w:p>
    <w:p w14:paraId="3F12F727" w14:textId="77777777" w:rsidR="007E17A3" w:rsidRDefault="00014083" w:rsidP="00C803D5">
      <w:pPr>
        <w:spacing w:after="60"/>
        <w:ind w:left="360"/>
        <w:jc w:val="both"/>
      </w:pPr>
      <w:r>
        <w:t>• desfăşoară servicii de informare, consiliere și sprijin pentru personalul unităților de învăţământ și pentru elevi în scopul prevenirii traficului şi consumului de droguri, a delincvenței și predelincvenței juvenile şi a altor comportamente de risc, precum şi a oricărei forme de violență în spațiul şcolar, inclusiv bullying, cyberbullying, hărţuire;</w:t>
      </w:r>
    </w:p>
    <w:p w14:paraId="55A0710D" w14:textId="77777777" w:rsidR="007E17A3" w:rsidRDefault="00014083" w:rsidP="00C803D5">
      <w:pPr>
        <w:spacing w:after="60"/>
        <w:ind w:left="360"/>
        <w:jc w:val="both"/>
      </w:pPr>
      <w:r>
        <w:t>• asigură servicii de facilitare a integrării sociale și culturale a preşcolarilor/elevilor în colectivul clasei/grupei și al unității de învăţământ;</w:t>
      </w:r>
    </w:p>
    <w:p w14:paraId="071DF06B" w14:textId="77777777" w:rsidR="007E17A3" w:rsidRDefault="00014083" w:rsidP="00C803D5">
      <w:pPr>
        <w:spacing w:after="60"/>
        <w:ind w:left="360"/>
        <w:jc w:val="both"/>
      </w:pPr>
      <w:r>
        <w:t>• alte tipuri de intervenţii care sunt în relaţie cu aria consilierii şcolare care ţin de consilierul şcolar pentru eliminarea cauzelor care generează şi menţin starea de sărăcie şi excluziune socială.</w:t>
      </w:r>
    </w:p>
    <w:p w14:paraId="32E72A87" w14:textId="44FE6915" w:rsidR="003614FC" w:rsidRDefault="003614FC" w:rsidP="003614FC">
      <w:pPr>
        <w:pStyle w:val="al"/>
      </w:pPr>
      <w:r>
        <w:rPr>
          <w:b/>
          <w:color w:val="003366"/>
          <w:sz w:val="26"/>
        </w:rPr>
        <w:t>ATRIBUŢIILE POSTULUI DE PROFESOR ITINERANT ȘI DE SPRIJIN</w:t>
      </w:r>
      <w:r>
        <w:t xml:space="preserve"> </w:t>
      </w:r>
    </w:p>
    <w:p w14:paraId="10EEBFF7" w14:textId="3AB5D4F0" w:rsidR="003614FC" w:rsidRDefault="003614FC" w:rsidP="003614FC">
      <w:pPr>
        <w:pStyle w:val="Listaszerbekezds"/>
        <w:numPr>
          <w:ilvl w:val="0"/>
          <w:numId w:val="11"/>
        </w:numPr>
        <w:spacing w:after="120"/>
        <w:jc w:val="both"/>
      </w:pPr>
      <w:proofErr w:type="spellStart"/>
      <w:r>
        <w:t>dezvoltarea</w:t>
      </w:r>
      <w:proofErr w:type="spellEnd"/>
      <w:r>
        <w:t xml:space="preserve"> </w:t>
      </w:r>
      <w:proofErr w:type="spellStart"/>
      <w:r>
        <w:t>și</w:t>
      </w:r>
      <w:proofErr w:type="spellEnd"/>
      <w:r>
        <w:t xml:space="preserve"> </w:t>
      </w:r>
      <w:proofErr w:type="spellStart"/>
      <w:r>
        <w:t>promovarea</w:t>
      </w:r>
      <w:proofErr w:type="spellEnd"/>
      <w:r>
        <w:t xml:space="preserve"> </w:t>
      </w:r>
      <w:proofErr w:type="spellStart"/>
      <w:r>
        <w:t>activitățiilor</w:t>
      </w:r>
      <w:proofErr w:type="spellEnd"/>
      <w:r>
        <w:t xml:space="preserve"> de </w:t>
      </w:r>
      <w:proofErr w:type="spellStart"/>
      <w:r>
        <w:t>suport</w:t>
      </w:r>
      <w:proofErr w:type="spellEnd"/>
      <w:r>
        <w:t xml:space="preserve"> educational care </w:t>
      </w:r>
      <w:proofErr w:type="spellStart"/>
      <w:r>
        <w:t>să</w:t>
      </w:r>
      <w:proofErr w:type="spellEnd"/>
      <w:r>
        <w:t xml:space="preserve"> </w:t>
      </w:r>
      <w:proofErr w:type="spellStart"/>
      <w:r>
        <w:t>asigure</w:t>
      </w:r>
      <w:proofErr w:type="spellEnd"/>
      <w:r>
        <w:t xml:space="preserve"> </w:t>
      </w:r>
      <w:proofErr w:type="spellStart"/>
      <w:r>
        <w:t>diminuarea</w:t>
      </w:r>
      <w:proofErr w:type="spellEnd"/>
      <w:r>
        <w:t>/</w:t>
      </w:r>
      <w:proofErr w:type="spellStart"/>
      <w:r>
        <w:t>compensarea</w:t>
      </w:r>
      <w:proofErr w:type="spellEnd"/>
      <w:r>
        <w:t xml:space="preserve"> </w:t>
      </w:r>
      <w:proofErr w:type="spellStart"/>
      <w:r>
        <w:t>și</w:t>
      </w:r>
      <w:proofErr w:type="spellEnd"/>
      <w:r>
        <w:t xml:space="preserve"> </w:t>
      </w:r>
      <w:proofErr w:type="spellStart"/>
      <w:r>
        <w:t>remedierea</w:t>
      </w:r>
      <w:proofErr w:type="spellEnd"/>
      <w:r>
        <w:t xml:space="preserve"> </w:t>
      </w:r>
      <w:proofErr w:type="spellStart"/>
      <w:r>
        <w:t>dificultăților</w:t>
      </w:r>
      <w:proofErr w:type="spellEnd"/>
      <w:r>
        <w:t xml:space="preserve"> de </w:t>
      </w:r>
      <w:proofErr w:type="spellStart"/>
      <w:r>
        <w:t>învățare</w:t>
      </w:r>
      <w:proofErr w:type="spellEnd"/>
      <w:r>
        <w:t xml:space="preserve"> de </w:t>
      </w:r>
      <w:proofErr w:type="spellStart"/>
      <w:r>
        <w:t>ordin</w:t>
      </w:r>
      <w:proofErr w:type="spellEnd"/>
      <w:r>
        <w:t xml:space="preserve"> structural, </w:t>
      </w:r>
      <w:proofErr w:type="spellStart"/>
      <w:r>
        <w:t>organizatoric</w:t>
      </w:r>
      <w:proofErr w:type="spellEnd"/>
      <w:r>
        <w:t xml:space="preserve">, emotional </w:t>
      </w:r>
      <w:proofErr w:type="spellStart"/>
      <w:r>
        <w:t>șa</w:t>
      </w:r>
      <w:proofErr w:type="spellEnd"/>
      <w:r>
        <w:t xml:space="preserve"> de </w:t>
      </w:r>
      <w:proofErr w:type="spellStart"/>
      <w:r>
        <w:t>altă</w:t>
      </w:r>
      <w:proofErr w:type="spellEnd"/>
      <w:r>
        <w:t xml:space="preserve"> </w:t>
      </w:r>
      <w:proofErr w:type="spellStart"/>
      <w:r>
        <w:t>natură</w:t>
      </w:r>
      <w:proofErr w:type="spellEnd"/>
      <w:r>
        <w:t xml:space="preserve"> ale </w:t>
      </w:r>
      <w:proofErr w:type="spellStart"/>
      <w:r>
        <w:t>copiilor</w:t>
      </w:r>
      <w:proofErr w:type="spellEnd"/>
      <w:r>
        <w:t xml:space="preserve"> cu </w:t>
      </w:r>
      <w:proofErr w:type="spellStart"/>
      <w:r>
        <w:t>cerințe</w:t>
      </w:r>
      <w:proofErr w:type="spellEnd"/>
      <w:r>
        <w:t xml:space="preserve"> </w:t>
      </w:r>
      <w:proofErr w:type="spellStart"/>
      <w:r>
        <w:t>educaționale</w:t>
      </w:r>
      <w:proofErr w:type="spellEnd"/>
      <w:r>
        <w:t xml:space="preserve"> </w:t>
      </w:r>
      <w:proofErr w:type="spellStart"/>
      <w:r>
        <w:t>speciale</w:t>
      </w:r>
      <w:proofErr w:type="spellEnd"/>
      <w:r>
        <w:t>;</w:t>
      </w:r>
    </w:p>
    <w:p w14:paraId="4A593D66" w14:textId="04BFA77A" w:rsidR="003614FC" w:rsidRDefault="003614FC" w:rsidP="003614FC">
      <w:pPr>
        <w:pStyle w:val="Listaszerbekezds"/>
        <w:numPr>
          <w:ilvl w:val="0"/>
          <w:numId w:val="11"/>
        </w:numPr>
        <w:spacing w:after="120"/>
        <w:jc w:val="both"/>
      </w:pPr>
      <w:proofErr w:type="spellStart"/>
      <w:r>
        <w:t>participarea</w:t>
      </w:r>
      <w:proofErr w:type="spellEnd"/>
      <w:r>
        <w:t xml:space="preserve"> </w:t>
      </w:r>
      <w:proofErr w:type="spellStart"/>
      <w:r>
        <w:t>în</w:t>
      </w:r>
      <w:proofErr w:type="spellEnd"/>
      <w:r>
        <w:t xml:space="preserve"> </w:t>
      </w:r>
      <w:proofErr w:type="spellStart"/>
      <w:r>
        <w:t>colaborare</w:t>
      </w:r>
      <w:proofErr w:type="spellEnd"/>
      <w:r>
        <w:t xml:space="preserve"> cu </w:t>
      </w:r>
      <w:proofErr w:type="spellStart"/>
      <w:r>
        <w:t>membrii</w:t>
      </w:r>
      <w:proofErr w:type="spellEnd"/>
      <w:r>
        <w:t xml:space="preserve"> </w:t>
      </w:r>
      <w:proofErr w:type="spellStart"/>
      <w:r>
        <w:t>echipei</w:t>
      </w:r>
      <w:proofErr w:type="spellEnd"/>
      <w:r>
        <w:t xml:space="preserve"> </w:t>
      </w:r>
      <w:proofErr w:type="spellStart"/>
      <w:r>
        <w:t>comunitare</w:t>
      </w:r>
      <w:proofErr w:type="spellEnd"/>
      <w:r>
        <w:t xml:space="preserve"> integrate</w:t>
      </w:r>
      <w:r w:rsidR="00D2142A">
        <w:t xml:space="preserve"> la </w:t>
      </w:r>
      <w:proofErr w:type="spellStart"/>
      <w:r w:rsidR="00D2142A">
        <w:t>analiza</w:t>
      </w:r>
      <w:proofErr w:type="spellEnd"/>
      <w:r w:rsidR="00D2142A">
        <w:t xml:space="preserve"> </w:t>
      </w:r>
      <w:proofErr w:type="spellStart"/>
      <w:r w:rsidR="00D2142A">
        <w:t>situației</w:t>
      </w:r>
      <w:proofErr w:type="spellEnd"/>
      <w:r w:rsidR="00D2142A">
        <w:t xml:space="preserve"> </w:t>
      </w:r>
      <w:proofErr w:type="spellStart"/>
      <w:r w:rsidR="00D2142A">
        <w:t>copiilor</w:t>
      </w:r>
      <w:proofErr w:type="spellEnd"/>
      <w:r w:rsidR="00D2142A">
        <w:t xml:space="preserve">, </w:t>
      </w:r>
      <w:proofErr w:type="spellStart"/>
      <w:r w:rsidR="00D2142A">
        <w:t>în</w:t>
      </w:r>
      <w:proofErr w:type="spellEnd"/>
      <w:r w:rsidR="00D2142A">
        <w:t xml:space="preserve"> </w:t>
      </w:r>
      <w:proofErr w:type="spellStart"/>
      <w:r w:rsidR="00D2142A">
        <w:t>scopul</w:t>
      </w:r>
      <w:proofErr w:type="spellEnd"/>
      <w:r w:rsidR="00D2142A">
        <w:t xml:space="preserve"> </w:t>
      </w:r>
      <w:proofErr w:type="spellStart"/>
      <w:r w:rsidR="00D2142A">
        <w:t>identificării</w:t>
      </w:r>
      <w:proofErr w:type="spellEnd"/>
      <w:r w:rsidR="00D2142A">
        <w:t xml:space="preserve"> </w:t>
      </w:r>
      <w:proofErr w:type="spellStart"/>
      <w:r w:rsidR="00D2142A">
        <w:t>celor</w:t>
      </w:r>
      <w:proofErr w:type="spellEnd"/>
      <w:r w:rsidR="00D2142A">
        <w:t xml:space="preserve"> care </w:t>
      </w:r>
      <w:proofErr w:type="spellStart"/>
      <w:r w:rsidR="00D2142A">
        <w:t>necesită</w:t>
      </w:r>
      <w:proofErr w:type="spellEnd"/>
      <w:r w:rsidR="00D2142A">
        <w:t xml:space="preserve"> </w:t>
      </w:r>
      <w:proofErr w:type="spellStart"/>
      <w:r w:rsidR="00D2142A">
        <w:t>suport</w:t>
      </w:r>
      <w:proofErr w:type="spellEnd"/>
      <w:r w:rsidR="00D2142A">
        <w:t xml:space="preserve"> educational </w:t>
      </w:r>
      <w:proofErr w:type="spellStart"/>
      <w:r w:rsidR="00D2142A">
        <w:t>pentru</w:t>
      </w:r>
      <w:proofErr w:type="spellEnd"/>
      <w:r w:rsidR="00D2142A">
        <w:t xml:space="preserve"> </w:t>
      </w:r>
      <w:proofErr w:type="spellStart"/>
      <w:r w:rsidR="00D2142A">
        <w:t>depășirea</w:t>
      </w:r>
      <w:proofErr w:type="spellEnd"/>
      <w:r w:rsidR="00D2142A">
        <w:t xml:space="preserve"> </w:t>
      </w:r>
      <w:proofErr w:type="spellStart"/>
      <w:r w:rsidR="00D2142A">
        <w:t>dificultăților</w:t>
      </w:r>
      <w:proofErr w:type="spellEnd"/>
      <w:r w:rsidR="00D2142A">
        <w:t xml:space="preserve"> de </w:t>
      </w:r>
      <w:proofErr w:type="spellStart"/>
      <w:r w:rsidR="00D2142A">
        <w:t>învățare</w:t>
      </w:r>
      <w:proofErr w:type="spellEnd"/>
      <w:r w:rsidR="00D2142A">
        <w:t>;</w:t>
      </w:r>
    </w:p>
    <w:p w14:paraId="4788A958" w14:textId="0D585428" w:rsidR="00D2142A" w:rsidRDefault="00D2142A" w:rsidP="003614FC">
      <w:pPr>
        <w:pStyle w:val="Listaszerbekezds"/>
        <w:numPr>
          <w:ilvl w:val="0"/>
          <w:numId w:val="11"/>
        </w:numPr>
        <w:spacing w:after="120"/>
        <w:jc w:val="both"/>
      </w:pPr>
      <w:proofErr w:type="spellStart"/>
      <w:r>
        <w:t>colaborarea</w:t>
      </w:r>
      <w:proofErr w:type="spellEnd"/>
      <w:r>
        <w:t xml:space="preserve"> cu </w:t>
      </w:r>
      <w:proofErr w:type="spellStart"/>
      <w:r>
        <w:t>cadrele</w:t>
      </w:r>
      <w:proofErr w:type="spellEnd"/>
      <w:r>
        <w:t xml:space="preserve"> </w:t>
      </w:r>
      <w:proofErr w:type="spellStart"/>
      <w:r>
        <w:t>didactice</w:t>
      </w:r>
      <w:proofErr w:type="spellEnd"/>
      <w:r>
        <w:t xml:space="preserve">, </w:t>
      </w:r>
      <w:proofErr w:type="spellStart"/>
      <w:r>
        <w:t>alți</w:t>
      </w:r>
      <w:proofErr w:type="spellEnd"/>
      <w:r>
        <w:t xml:space="preserve"> </w:t>
      </w:r>
      <w:proofErr w:type="spellStart"/>
      <w:r>
        <w:t>specialiști</w:t>
      </w:r>
      <w:proofErr w:type="spellEnd"/>
      <w:r>
        <w:t xml:space="preserve"> </w:t>
      </w:r>
      <w:proofErr w:type="spellStart"/>
      <w:r>
        <w:t>și</w:t>
      </w:r>
      <w:proofErr w:type="spellEnd"/>
      <w:r>
        <w:t xml:space="preserve"> </w:t>
      </w:r>
      <w:proofErr w:type="spellStart"/>
      <w:r>
        <w:t>părinți</w:t>
      </w:r>
      <w:proofErr w:type="spellEnd"/>
      <w:r>
        <w:t xml:space="preserve"> </w:t>
      </w:r>
      <w:proofErr w:type="spellStart"/>
      <w:r>
        <w:t>în</w:t>
      </w:r>
      <w:proofErr w:type="spellEnd"/>
      <w:r>
        <w:t xml:space="preserve"> </w:t>
      </w:r>
      <w:proofErr w:type="spellStart"/>
      <w:r>
        <w:t>scopul</w:t>
      </w:r>
      <w:proofErr w:type="spellEnd"/>
      <w:r>
        <w:t xml:space="preserve"> </w:t>
      </w:r>
      <w:proofErr w:type="spellStart"/>
      <w:r>
        <w:t>realizării</w:t>
      </w:r>
      <w:proofErr w:type="spellEnd"/>
      <w:r>
        <w:t xml:space="preserve"> </w:t>
      </w:r>
      <w:proofErr w:type="spellStart"/>
      <w:r>
        <w:t>obiectivelor</w:t>
      </w:r>
      <w:proofErr w:type="spellEnd"/>
      <w:r>
        <w:t xml:space="preserve"> din </w:t>
      </w:r>
      <w:proofErr w:type="spellStart"/>
      <w:r>
        <w:t>Planuk</w:t>
      </w:r>
      <w:proofErr w:type="spellEnd"/>
      <w:r>
        <w:t xml:space="preserve"> educational </w:t>
      </w:r>
      <w:proofErr w:type="spellStart"/>
      <w:r>
        <w:t>individualizat</w:t>
      </w:r>
      <w:proofErr w:type="spellEnd"/>
      <w:r>
        <w:t xml:space="preserve"> </w:t>
      </w:r>
      <w:proofErr w:type="spellStart"/>
      <w:r>
        <w:t>și</w:t>
      </w:r>
      <w:proofErr w:type="spellEnd"/>
      <w:r>
        <w:t xml:space="preserve"> </w:t>
      </w:r>
      <w:proofErr w:type="spellStart"/>
      <w:r>
        <w:t>stabilirea</w:t>
      </w:r>
      <w:proofErr w:type="spellEnd"/>
      <w:r>
        <w:t xml:space="preserve"> </w:t>
      </w:r>
      <w:proofErr w:type="spellStart"/>
      <w:r>
        <w:t>modalităților</w:t>
      </w:r>
      <w:proofErr w:type="spellEnd"/>
      <w:r>
        <w:t xml:space="preserve"> concrete de </w:t>
      </w:r>
      <w:proofErr w:type="spellStart"/>
      <w:r>
        <w:t>lucru</w:t>
      </w:r>
      <w:proofErr w:type="spellEnd"/>
      <w:r>
        <w:t xml:space="preserve"> cu </w:t>
      </w:r>
      <w:proofErr w:type="spellStart"/>
      <w:r>
        <w:t>copii</w:t>
      </w:r>
      <w:proofErr w:type="spellEnd"/>
      <w:r>
        <w:t xml:space="preserve"> cu </w:t>
      </w:r>
      <w:proofErr w:type="spellStart"/>
      <w:r>
        <w:t>cerințe</w:t>
      </w:r>
      <w:proofErr w:type="spellEnd"/>
      <w:r>
        <w:t xml:space="preserve"> </w:t>
      </w:r>
      <w:proofErr w:type="spellStart"/>
      <w:r>
        <w:t>educaționale</w:t>
      </w:r>
      <w:proofErr w:type="spellEnd"/>
      <w:r>
        <w:t xml:space="preserve"> </w:t>
      </w:r>
      <w:proofErr w:type="spellStart"/>
      <w:r>
        <w:t>speciale</w:t>
      </w:r>
      <w:proofErr w:type="spellEnd"/>
      <w:r>
        <w:t>;</w:t>
      </w:r>
    </w:p>
    <w:p w14:paraId="10A12E84" w14:textId="5B4966EF" w:rsidR="00D2142A" w:rsidRDefault="00D2142A" w:rsidP="003614FC">
      <w:pPr>
        <w:pStyle w:val="Listaszerbekezds"/>
        <w:numPr>
          <w:ilvl w:val="0"/>
          <w:numId w:val="11"/>
        </w:numPr>
        <w:spacing w:after="120"/>
        <w:jc w:val="both"/>
      </w:pPr>
      <w:proofErr w:type="spellStart"/>
      <w:r>
        <w:t>identificarea</w:t>
      </w:r>
      <w:proofErr w:type="spellEnd"/>
      <w:r>
        <w:t xml:space="preserve"> </w:t>
      </w:r>
      <w:proofErr w:type="spellStart"/>
      <w:r>
        <w:t>resurselor</w:t>
      </w:r>
      <w:proofErr w:type="spellEnd"/>
      <w:r>
        <w:t xml:space="preserve"> </w:t>
      </w:r>
      <w:proofErr w:type="spellStart"/>
      <w:r>
        <w:t>necesare</w:t>
      </w:r>
      <w:proofErr w:type="spellEnd"/>
      <w:r>
        <w:t xml:space="preserve"> </w:t>
      </w:r>
      <w:proofErr w:type="spellStart"/>
      <w:r>
        <w:t>și</w:t>
      </w:r>
      <w:proofErr w:type="spellEnd"/>
      <w:r>
        <w:t xml:space="preserve"> </w:t>
      </w:r>
      <w:proofErr w:type="spellStart"/>
      <w:r>
        <w:t>adecvate</w:t>
      </w:r>
      <w:proofErr w:type="spellEnd"/>
      <w:r>
        <w:t xml:space="preserve"> </w:t>
      </w:r>
      <w:proofErr w:type="spellStart"/>
      <w:r>
        <w:t>realizării</w:t>
      </w:r>
      <w:proofErr w:type="spellEnd"/>
      <w:r>
        <w:t xml:space="preserve"> </w:t>
      </w:r>
      <w:proofErr w:type="spellStart"/>
      <w:r>
        <w:t>activităților</w:t>
      </w:r>
      <w:proofErr w:type="spellEnd"/>
      <w:r>
        <w:t xml:space="preserve"> de </w:t>
      </w:r>
      <w:proofErr w:type="spellStart"/>
      <w:r>
        <w:t>suport</w:t>
      </w:r>
      <w:proofErr w:type="spellEnd"/>
      <w:r>
        <w:t xml:space="preserve"> educational;</w:t>
      </w:r>
    </w:p>
    <w:p w14:paraId="29FEB7B1" w14:textId="4B4999B4" w:rsidR="00D2142A" w:rsidRDefault="00D2142A" w:rsidP="003614FC">
      <w:pPr>
        <w:pStyle w:val="Listaszerbekezds"/>
        <w:numPr>
          <w:ilvl w:val="0"/>
          <w:numId w:val="11"/>
        </w:numPr>
        <w:spacing w:after="120"/>
        <w:jc w:val="both"/>
      </w:pPr>
      <w:proofErr w:type="spellStart"/>
      <w:r>
        <w:t>realizarea</w:t>
      </w:r>
      <w:proofErr w:type="spellEnd"/>
      <w:r>
        <w:t xml:space="preserve"> </w:t>
      </w:r>
      <w:proofErr w:type="spellStart"/>
      <w:r>
        <w:t>activitățiilor</w:t>
      </w:r>
      <w:proofErr w:type="spellEnd"/>
      <w:r>
        <w:t xml:space="preserve"> de </w:t>
      </w:r>
      <w:proofErr w:type="spellStart"/>
      <w:r>
        <w:t>sprijin</w:t>
      </w:r>
      <w:proofErr w:type="spellEnd"/>
      <w:r>
        <w:t xml:space="preserve"> educational, individual </w:t>
      </w:r>
      <w:proofErr w:type="spellStart"/>
      <w:r>
        <w:t>sau</w:t>
      </w:r>
      <w:proofErr w:type="spellEnd"/>
      <w:r>
        <w:t xml:space="preserve"> </w:t>
      </w:r>
      <w:proofErr w:type="spellStart"/>
      <w:r>
        <w:t>în</w:t>
      </w:r>
      <w:proofErr w:type="spellEnd"/>
      <w:r>
        <w:t xml:space="preserve"> </w:t>
      </w:r>
      <w:proofErr w:type="spellStart"/>
      <w:r>
        <w:t>grup</w:t>
      </w:r>
      <w:proofErr w:type="spellEnd"/>
      <w:r>
        <w:t xml:space="preserve">, </w:t>
      </w:r>
      <w:proofErr w:type="spellStart"/>
      <w:r>
        <w:t>sprijinirea</w:t>
      </w:r>
      <w:proofErr w:type="spellEnd"/>
      <w:r>
        <w:t xml:space="preserve"> </w:t>
      </w:r>
      <w:proofErr w:type="spellStart"/>
      <w:r>
        <w:t>copiilor</w:t>
      </w:r>
      <w:proofErr w:type="spellEnd"/>
      <w:r>
        <w:t xml:space="preserve"> cu </w:t>
      </w:r>
      <w:proofErr w:type="spellStart"/>
      <w:r>
        <w:t>cerințe</w:t>
      </w:r>
      <w:proofErr w:type="spellEnd"/>
      <w:r>
        <w:t xml:space="preserve"> </w:t>
      </w:r>
      <w:proofErr w:type="spellStart"/>
      <w:r>
        <w:t>educaționale</w:t>
      </w:r>
      <w:proofErr w:type="spellEnd"/>
      <w:r w:rsidR="00DA5FFA">
        <w:t xml:space="preserve"> </w:t>
      </w:r>
      <w:proofErr w:type="spellStart"/>
      <w:r w:rsidR="00DA5FFA">
        <w:t>speciale</w:t>
      </w:r>
      <w:proofErr w:type="spellEnd"/>
      <w:r w:rsidR="00DA5FFA">
        <w:t xml:space="preserve"> </w:t>
      </w:r>
      <w:proofErr w:type="spellStart"/>
      <w:r w:rsidR="00DA5FFA">
        <w:t>în</w:t>
      </w:r>
      <w:proofErr w:type="spellEnd"/>
      <w:r w:rsidR="00DA5FFA">
        <w:t xml:space="preserve"> </w:t>
      </w:r>
      <w:proofErr w:type="spellStart"/>
      <w:r w:rsidR="00DA5FFA">
        <w:t>pregătirea</w:t>
      </w:r>
      <w:proofErr w:type="spellEnd"/>
      <w:r w:rsidR="00DA5FFA">
        <w:t xml:space="preserve"> </w:t>
      </w:r>
      <w:proofErr w:type="spellStart"/>
      <w:r w:rsidR="00DA5FFA">
        <w:t>temelor</w:t>
      </w:r>
      <w:proofErr w:type="spellEnd"/>
      <w:r w:rsidR="00DA5FFA">
        <w:t xml:space="preserve"> </w:t>
      </w:r>
      <w:proofErr w:type="spellStart"/>
      <w:r w:rsidR="00DA5FFA">
        <w:t>pentru</w:t>
      </w:r>
      <w:proofErr w:type="spellEnd"/>
      <w:r w:rsidR="00DA5FFA">
        <w:t xml:space="preserve"> </w:t>
      </w:r>
      <w:proofErr w:type="spellStart"/>
      <w:r w:rsidR="00DA5FFA">
        <w:t>acasă</w:t>
      </w:r>
      <w:proofErr w:type="spellEnd"/>
      <w:r w:rsidR="00DA5FFA">
        <w:t>;</w:t>
      </w:r>
    </w:p>
    <w:p w14:paraId="619A7604" w14:textId="0E40CEA9" w:rsidR="00DA5FFA" w:rsidRDefault="00DA5FFA" w:rsidP="003614FC">
      <w:pPr>
        <w:pStyle w:val="Listaszerbekezds"/>
        <w:numPr>
          <w:ilvl w:val="0"/>
          <w:numId w:val="11"/>
        </w:numPr>
        <w:spacing w:after="120"/>
        <w:jc w:val="both"/>
      </w:pPr>
      <w:proofErr w:type="spellStart"/>
      <w:r>
        <w:t>organizarea</w:t>
      </w:r>
      <w:proofErr w:type="spellEnd"/>
      <w:r>
        <w:t xml:space="preserve"> </w:t>
      </w:r>
      <w:proofErr w:type="spellStart"/>
      <w:r>
        <w:t>și</w:t>
      </w:r>
      <w:proofErr w:type="spellEnd"/>
      <w:r>
        <w:t xml:space="preserve"> </w:t>
      </w:r>
      <w:proofErr w:type="spellStart"/>
      <w:r>
        <w:t>promovarea</w:t>
      </w:r>
      <w:proofErr w:type="spellEnd"/>
      <w:r>
        <w:t xml:space="preserve"> </w:t>
      </w:r>
      <w:proofErr w:type="spellStart"/>
      <w:r>
        <w:t>activitățiilor</w:t>
      </w:r>
      <w:proofErr w:type="spellEnd"/>
      <w:r>
        <w:t xml:space="preserve"> de </w:t>
      </w:r>
      <w:proofErr w:type="spellStart"/>
      <w:r>
        <w:t>prevenire</w:t>
      </w:r>
      <w:proofErr w:type="spellEnd"/>
      <w:r>
        <w:t xml:space="preserve"> a </w:t>
      </w:r>
      <w:proofErr w:type="spellStart"/>
      <w:r>
        <w:t>eșecului</w:t>
      </w:r>
      <w:proofErr w:type="spellEnd"/>
      <w:r>
        <w:t xml:space="preserve"> </w:t>
      </w:r>
      <w:proofErr w:type="spellStart"/>
      <w:r>
        <w:t>școlar</w:t>
      </w:r>
      <w:proofErr w:type="spellEnd"/>
      <w:r>
        <w:t xml:space="preserve"> al </w:t>
      </w:r>
      <w:proofErr w:type="spellStart"/>
      <w:r>
        <w:t>copiilor</w:t>
      </w:r>
      <w:proofErr w:type="spellEnd"/>
      <w:r>
        <w:t xml:space="preserve"> cu </w:t>
      </w:r>
      <w:proofErr w:type="spellStart"/>
      <w:r>
        <w:t>cerințe</w:t>
      </w:r>
      <w:proofErr w:type="spellEnd"/>
      <w:r>
        <w:t xml:space="preserve"> </w:t>
      </w:r>
      <w:proofErr w:type="spellStart"/>
      <w:r>
        <w:t>educaționale</w:t>
      </w:r>
      <w:proofErr w:type="spellEnd"/>
      <w:r>
        <w:t xml:space="preserve"> </w:t>
      </w:r>
      <w:proofErr w:type="spellStart"/>
      <w:r>
        <w:t>speciale</w:t>
      </w:r>
      <w:proofErr w:type="spellEnd"/>
      <w:r>
        <w:t>.</w:t>
      </w:r>
    </w:p>
    <w:p w14:paraId="6744D47A" w14:textId="50CB0C89" w:rsidR="00DA5FFA" w:rsidRDefault="00DA5FFA" w:rsidP="003614FC">
      <w:pPr>
        <w:pStyle w:val="Listaszerbekezds"/>
        <w:numPr>
          <w:ilvl w:val="0"/>
          <w:numId w:val="11"/>
        </w:numPr>
        <w:spacing w:after="120"/>
        <w:jc w:val="both"/>
      </w:pPr>
      <w:r>
        <w:lastRenderedPageBreak/>
        <w:t xml:space="preserve">Alte </w:t>
      </w:r>
      <w:proofErr w:type="spellStart"/>
      <w:r>
        <w:t>tipuri</w:t>
      </w:r>
      <w:proofErr w:type="spellEnd"/>
      <w:r>
        <w:t xml:space="preserve"> de </w:t>
      </w:r>
      <w:proofErr w:type="spellStart"/>
      <w:r>
        <w:t>intervenții</w:t>
      </w:r>
      <w:proofErr w:type="spellEnd"/>
      <w:r>
        <w:t xml:space="preserve"> care sun </w:t>
      </w:r>
      <w:proofErr w:type="spellStart"/>
      <w:r>
        <w:t>în</w:t>
      </w:r>
      <w:proofErr w:type="spellEnd"/>
      <w:r>
        <w:t xml:space="preserve"> </w:t>
      </w:r>
      <w:proofErr w:type="spellStart"/>
      <w:r>
        <w:t>relație</w:t>
      </w:r>
      <w:proofErr w:type="spellEnd"/>
      <w:r>
        <w:t xml:space="preserve"> cu aria </w:t>
      </w:r>
      <w:proofErr w:type="spellStart"/>
      <w:r>
        <w:t>suportului</w:t>
      </w:r>
      <w:proofErr w:type="spellEnd"/>
      <w:r>
        <w:t>/</w:t>
      </w:r>
      <w:proofErr w:type="spellStart"/>
      <w:r>
        <w:t>sprijinului</w:t>
      </w:r>
      <w:proofErr w:type="spellEnd"/>
      <w:r>
        <w:t xml:space="preserve"> educational care </w:t>
      </w:r>
      <w:proofErr w:type="spellStart"/>
      <w:r>
        <w:t>țin</w:t>
      </w:r>
      <w:proofErr w:type="spellEnd"/>
      <w:r>
        <w:t xml:space="preserve"> de </w:t>
      </w:r>
      <w:proofErr w:type="spellStart"/>
      <w:r>
        <w:t>profesorul</w:t>
      </w:r>
      <w:proofErr w:type="spellEnd"/>
      <w:r>
        <w:t xml:space="preserve"> itinerant </w:t>
      </w:r>
      <w:proofErr w:type="spellStart"/>
      <w:r>
        <w:t>și</w:t>
      </w:r>
      <w:proofErr w:type="spellEnd"/>
      <w:r>
        <w:t xml:space="preserve"> de </w:t>
      </w:r>
      <w:proofErr w:type="spellStart"/>
      <w:r>
        <w:t>sprijin</w:t>
      </w:r>
      <w:proofErr w:type="spellEnd"/>
      <w:r>
        <w:t xml:space="preserve"> </w:t>
      </w:r>
      <w:proofErr w:type="spellStart"/>
      <w:r>
        <w:t>pentru</w:t>
      </w:r>
      <w:proofErr w:type="spellEnd"/>
      <w:r>
        <w:t xml:space="preserve"> </w:t>
      </w:r>
      <w:proofErr w:type="spellStart"/>
      <w:r>
        <w:t>eliminarea</w:t>
      </w:r>
      <w:proofErr w:type="spellEnd"/>
      <w:r>
        <w:t xml:space="preserve"> </w:t>
      </w:r>
      <w:proofErr w:type="spellStart"/>
      <w:r>
        <w:t>cauzelor</w:t>
      </w:r>
      <w:proofErr w:type="spellEnd"/>
      <w:r>
        <w:t xml:space="preserve"> care </w:t>
      </w:r>
      <w:proofErr w:type="spellStart"/>
      <w:r>
        <w:t>generează</w:t>
      </w:r>
      <w:proofErr w:type="spellEnd"/>
      <w:r>
        <w:t xml:space="preserve"> </w:t>
      </w:r>
      <w:proofErr w:type="spellStart"/>
      <w:r>
        <w:t>și</w:t>
      </w:r>
      <w:proofErr w:type="spellEnd"/>
      <w:r>
        <w:t xml:space="preserve"> </w:t>
      </w:r>
      <w:proofErr w:type="spellStart"/>
      <w:r>
        <w:t>mențin</w:t>
      </w:r>
      <w:proofErr w:type="spellEnd"/>
      <w:r>
        <w:t xml:space="preserve"> </w:t>
      </w:r>
      <w:proofErr w:type="spellStart"/>
      <w:r>
        <w:t>starea</w:t>
      </w:r>
      <w:proofErr w:type="spellEnd"/>
      <w:r>
        <w:t xml:space="preserve"> de </w:t>
      </w:r>
      <w:proofErr w:type="spellStart"/>
      <w:r>
        <w:t>sărăcie</w:t>
      </w:r>
      <w:proofErr w:type="spellEnd"/>
      <w:r>
        <w:t xml:space="preserve"> </w:t>
      </w:r>
      <w:proofErr w:type="spellStart"/>
      <w:r>
        <w:t>și</w:t>
      </w:r>
      <w:proofErr w:type="spellEnd"/>
      <w:r>
        <w:t xml:space="preserve"> </w:t>
      </w:r>
      <w:proofErr w:type="spellStart"/>
      <w:r>
        <w:t>exculziune</w:t>
      </w:r>
      <w:proofErr w:type="spellEnd"/>
      <w:r>
        <w:t xml:space="preserve"> social</w:t>
      </w:r>
    </w:p>
    <w:p w14:paraId="22E194A8" w14:textId="77777777" w:rsidR="00DA5FFA" w:rsidRDefault="00DA5FFA" w:rsidP="00DA5FFA">
      <w:pPr>
        <w:pStyle w:val="Listaszerbekezds"/>
        <w:spacing w:before="200" w:after="60"/>
        <w:jc w:val="both"/>
        <w:rPr>
          <w:b/>
          <w:color w:val="003366"/>
          <w:sz w:val="23"/>
        </w:rPr>
      </w:pPr>
    </w:p>
    <w:p w14:paraId="61BF8E35" w14:textId="6F1BC3AC" w:rsidR="00DA5FFA" w:rsidRDefault="00DA5FFA" w:rsidP="00DA5FFA">
      <w:pPr>
        <w:pStyle w:val="Listaszerbekezds"/>
        <w:spacing w:before="200" w:after="60"/>
        <w:jc w:val="both"/>
      </w:pPr>
      <w:r w:rsidRPr="00DA5FFA">
        <w:rPr>
          <w:b/>
          <w:color w:val="003366"/>
          <w:sz w:val="23"/>
        </w:rPr>
        <w:t xml:space="preserve">Alte </w:t>
      </w:r>
      <w:proofErr w:type="spellStart"/>
      <w:r w:rsidRPr="00DA5FFA">
        <w:rPr>
          <w:b/>
          <w:color w:val="003366"/>
          <w:sz w:val="23"/>
        </w:rPr>
        <w:t>atribuţii</w:t>
      </w:r>
      <w:proofErr w:type="spellEnd"/>
      <w:r w:rsidRPr="00DA5FFA">
        <w:rPr>
          <w:b/>
          <w:color w:val="003366"/>
          <w:sz w:val="23"/>
        </w:rPr>
        <w:t xml:space="preserve"> (</w:t>
      </w:r>
      <w:proofErr w:type="spellStart"/>
      <w:r w:rsidRPr="00DA5FFA">
        <w:rPr>
          <w:b/>
          <w:color w:val="003366"/>
          <w:sz w:val="23"/>
        </w:rPr>
        <w:t>specifice</w:t>
      </w:r>
      <w:proofErr w:type="spellEnd"/>
      <w:r w:rsidRPr="00DA5FFA">
        <w:rPr>
          <w:b/>
          <w:color w:val="003366"/>
          <w:sz w:val="23"/>
        </w:rPr>
        <w:t xml:space="preserve"> </w:t>
      </w:r>
      <w:proofErr w:type="spellStart"/>
      <w:r w:rsidRPr="00DA5FFA">
        <w:rPr>
          <w:b/>
          <w:color w:val="003366"/>
          <w:sz w:val="23"/>
        </w:rPr>
        <w:t>în</w:t>
      </w:r>
      <w:proofErr w:type="spellEnd"/>
      <w:r w:rsidRPr="00DA5FFA">
        <w:rPr>
          <w:b/>
          <w:color w:val="003366"/>
          <w:sz w:val="23"/>
        </w:rPr>
        <w:t xml:space="preserve"> </w:t>
      </w:r>
      <w:proofErr w:type="spellStart"/>
      <w:r w:rsidRPr="00DA5FFA">
        <w:rPr>
          <w:b/>
          <w:color w:val="003366"/>
          <w:sz w:val="23"/>
        </w:rPr>
        <w:t>cadrul</w:t>
      </w:r>
      <w:proofErr w:type="spellEnd"/>
      <w:r w:rsidRPr="00DA5FFA">
        <w:rPr>
          <w:b/>
          <w:color w:val="003366"/>
          <w:sz w:val="23"/>
        </w:rPr>
        <w:t xml:space="preserve"> </w:t>
      </w:r>
      <w:proofErr w:type="spellStart"/>
      <w:r w:rsidRPr="00DA5FFA">
        <w:rPr>
          <w:b/>
          <w:color w:val="003366"/>
          <w:sz w:val="23"/>
        </w:rPr>
        <w:t>proiectului</w:t>
      </w:r>
      <w:proofErr w:type="spellEnd"/>
      <w:r w:rsidRPr="00DA5FFA">
        <w:rPr>
          <w:b/>
          <w:color w:val="003366"/>
          <w:sz w:val="23"/>
        </w:rPr>
        <w:t>)</w:t>
      </w:r>
      <w:r>
        <w:rPr>
          <w:b/>
          <w:color w:val="003366"/>
          <w:sz w:val="23"/>
        </w:rPr>
        <w:t xml:space="preserve"> </w:t>
      </w:r>
      <w:proofErr w:type="spellStart"/>
      <w:r>
        <w:rPr>
          <w:b/>
          <w:color w:val="003366"/>
          <w:sz w:val="23"/>
        </w:rPr>
        <w:t>pentru</w:t>
      </w:r>
      <w:proofErr w:type="spellEnd"/>
      <w:r>
        <w:rPr>
          <w:b/>
          <w:color w:val="003366"/>
          <w:sz w:val="23"/>
        </w:rPr>
        <w:t xml:space="preserve"> </w:t>
      </w:r>
      <w:proofErr w:type="spellStart"/>
      <w:r>
        <w:rPr>
          <w:b/>
          <w:color w:val="003366"/>
          <w:sz w:val="23"/>
        </w:rPr>
        <w:t>consilier</w:t>
      </w:r>
      <w:proofErr w:type="spellEnd"/>
      <w:r>
        <w:rPr>
          <w:b/>
          <w:color w:val="003366"/>
          <w:sz w:val="23"/>
        </w:rPr>
        <w:t xml:space="preserve"> </w:t>
      </w:r>
      <w:proofErr w:type="spellStart"/>
      <w:r>
        <w:rPr>
          <w:b/>
          <w:color w:val="003366"/>
          <w:sz w:val="23"/>
        </w:rPr>
        <w:t>școlar</w:t>
      </w:r>
      <w:proofErr w:type="spellEnd"/>
      <w:r>
        <w:rPr>
          <w:b/>
          <w:color w:val="003366"/>
          <w:sz w:val="23"/>
        </w:rPr>
        <w:t>/</w:t>
      </w:r>
      <w:proofErr w:type="spellStart"/>
      <w:r w:rsidR="00593590">
        <w:rPr>
          <w:b/>
          <w:color w:val="003366"/>
          <w:sz w:val="23"/>
        </w:rPr>
        <w:t>profesor</w:t>
      </w:r>
      <w:proofErr w:type="spellEnd"/>
      <w:r w:rsidR="00593590">
        <w:rPr>
          <w:b/>
          <w:color w:val="003366"/>
          <w:sz w:val="23"/>
        </w:rPr>
        <w:t xml:space="preserve"> itinerant </w:t>
      </w:r>
      <w:proofErr w:type="spellStart"/>
      <w:r w:rsidR="00593590">
        <w:rPr>
          <w:b/>
          <w:color w:val="003366"/>
          <w:sz w:val="23"/>
        </w:rPr>
        <w:t>și</w:t>
      </w:r>
      <w:proofErr w:type="spellEnd"/>
      <w:r w:rsidR="00593590">
        <w:rPr>
          <w:b/>
          <w:color w:val="003366"/>
          <w:sz w:val="23"/>
        </w:rPr>
        <w:t xml:space="preserve"> de </w:t>
      </w:r>
      <w:proofErr w:type="spellStart"/>
      <w:r w:rsidR="00593590">
        <w:rPr>
          <w:b/>
          <w:color w:val="003366"/>
          <w:sz w:val="23"/>
        </w:rPr>
        <w:t>sprijin</w:t>
      </w:r>
      <w:proofErr w:type="spellEnd"/>
      <w:r w:rsidRPr="00DA5FFA">
        <w:rPr>
          <w:b/>
          <w:color w:val="003366"/>
          <w:sz w:val="23"/>
        </w:rPr>
        <w:t>:</w:t>
      </w:r>
    </w:p>
    <w:p w14:paraId="0CBF7B79" w14:textId="77777777" w:rsidR="00DA5FFA" w:rsidRDefault="00DA5FFA" w:rsidP="00DA5FFA">
      <w:pPr>
        <w:pStyle w:val="Listaszerbekezds"/>
        <w:spacing w:after="60"/>
        <w:jc w:val="both"/>
      </w:pPr>
      <w:r>
        <w:t xml:space="preserve">• </w:t>
      </w:r>
      <w:proofErr w:type="spellStart"/>
      <w:r>
        <w:t>derularea</w:t>
      </w:r>
      <w:proofErr w:type="spellEnd"/>
      <w:r>
        <w:t xml:space="preserve"> de </w:t>
      </w:r>
      <w:proofErr w:type="spellStart"/>
      <w:r>
        <w:t>activități</w:t>
      </w:r>
      <w:proofErr w:type="spellEnd"/>
      <w:r>
        <w:t xml:space="preserve"> de </w:t>
      </w:r>
      <w:proofErr w:type="spellStart"/>
      <w:r>
        <w:t>identificare</w:t>
      </w:r>
      <w:proofErr w:type="spellEnd"/>
      <w:r>
        <w:t xml:space="preserve"> a </w:t>
      </w:r>
      <w:proofErr w:type="spellStart"/>
      <w:r>
        <w:t>persoanelor</w:t>
      </w:r>
      <w:proofErr w:type="spellEnd"/>
      <w:r>
        <w:t xml:space="preserve"> </w:t>
      </w:r>
      <w:proofErr w:type="spellStart"/>
      <w:r>
        <w:t>vulnerabile</w:t>
      </w:r>
      <w:proofErr w:type="spellEnd"/>
      <w:r>
        <w:t xml:space="preserve">, </w:t>
      </w:r>
      <w:proofErr w:type="spellStart"/>
      <w:r>
        <w:t>prin</w:t>
      </w:r>
      <w:proofErr w:type="spellEnd"/>
      <w:r>
        <w:t xml:space="preserve"> diverse </w:t>
      </w:r>
      <w:proofErr w:type="spellStart"/>
      <w:r>
        <w:t>mecanisme</w:t>
      </w:r>
      <w:proofErr w:type="spellEnd"/>
      <w:r>
        <w:t xml:space="preserve"> - screening, </w:t>
      </w:r>
      <w:proofErr w:type="spellStart"/>
      <w:r>
        <w:t>sesizări</w:t>
      </w:r>
      <w:proofErr w:type="spellEnd"/>
      <w:r>
        <w:t xml:space="preserve">, </w:t>
      </w:r>
      <w:proofErr w:type="spellStart"/>
      <w:r>
        <w:t>referire</w:t>
      </w:r>
      <w:proofErr w:type="spellEnd"/>
      <w:r>
        <w:t>;</w:t>
      </w:r>
    </w:p>
    <w:p w14:paraId="28F079DF" w14:textId="77777777" w:rsidR="00DA5FFA" w:rsidRDefault="00DA5FFA" w:rsidP="00DA5FFA">
      <w:pPr>
        <w:pStyle w:val="Listaszerbekezds"/>
        <w:spacing w:after="60"/>
        <w:jc w:val="both"/>
      </w:pPr>
      <w:r>
        <w:t xml:space="preserve">• </w:t>
      </w:r>
      <w:proofErr w:type="spellStart"/>
      <w:r>
        <w:t>elaborarea</w:t>
      </w:r>
      <w:proofErr w:type="spellEnd"/>
      <w:r>
        <w:t xml:space="preserve"> de </w:t>
      </w:r>
      <w:proofErr w:type="spellStart"/>
      <w:r>
        <w:t>rapoarte</w:t>
      </w:r>
      <w:proofErr w:type="spellEnd"/>
      <w:r>
        <w:t xml:space="preserve"> </w:t>
      </w:r>
      <w:proofErr w:type="spellStart"/>
      <w:r>
        <w:t>lunare</w:t>
      </w:r>
      <w:proofErr w:type="spellEnd"/>
      <w:r>
        <w:t xml:space="preserve"> de </w:t>
      </w:r>
      <w:proofErr w:type="spellStart"/>
      <w:r>
        <w:t>activitate</w:t>
      </w:r>
      <w:proofErr w:type="spellEnd"/>
      <w:r>
        <w:t xml:space="preserve">, </w:t>
      </w:r>
      <w:proofErr w:type="spellStart"/>
      <w:r>
        <w:t>după</w:t>
      </w:r>
      <w:proofErr w:type="spellEnd"/>
      <w:r>
        <w:t xml:space="preserve"> </w:t>
      </w:r>
      <w:proofErr w:type="spellStart"/>
      <w:r>
        <w:t>modelul</w:t>
      </w:r>
      <w:proofErr w:type="spellEnd"/>
      <w:r>
        <w:t xml:space="preserve"> </w:t>
      </w:r>
      <w:proofErr w:type="spellStart"/>
      <w:r>
        <w:t>furnizat</w:t>
      </w:r>
      <w:proofErr w:type="spellEnd"/>
      <w:r>
        <w:t xml:space="preserve"> de UJSS, </w:t>
      </w:r>
      <w:proofErr w:type="spellStart"/>
      <w:r>
        <w:t>privind</w:t>
      </w:r>
      <w:proofErr w:type="spellEnd"/>
      <w:r>
        <w:t xml:space="preserve"> </w:t>
      </w:r>
      <w:proofErr w:type="spellStart"/>
      <w:r>
        <w:t>implementarea</w:t>
      </w:r>
      <w:proofErr w:type="spellEnd"/>
      <w:r>
        <w:t xml:space="preserve"> </w:t>
      </w:r>
      <w:proofErr w:type="spellStart"/>
      <w:r>
        <w:t>activității</w:t>
      </w:r>
      <w:proofErr w:type="spellEnd"/>
      <w:r>
        <w:t xml:space="preserve"> de </w:t>
      </w:r>
      <w:proofErr w:type="spellStart"/>
      <w:r>
        <w:t>consiliere</w:t>
      </w:r>
      <w:proofErr w:type="spellEnd"/>
      <w:r>
        <w:t xml:space="preserve"> </w:t>
      </w:r>
      <w:proofErr w:type="spellStart"/>
      <w:r>
        <w:t>școlară</w:t>
      </w:r>
      <w:proofErr w:type="spellEnd"/>
      <w:r>
        <w:t xml:space="preserve"> </w:t>
      </w:r>
      <w:proofErr w:type="spellStart"/>
      <w:r>
        <w:t>în</w:t>
      </w:r>
      <w:proofErr w:type="spellEnd"/>
      <w:r>
        <w:t xml:space="preserve"> </w:t>
      </w:r>
      <w:proofErr w:type="spellStart"/>
      <w:r>
        <w:t>cadrul</w:t>
      </w:r>
      <w:proofErr w:type="spellEnd"/>
      <w:r>
        <w:t xml:space="preserve"> ECI;</w:t>
      </w:r>
    </w:p>
    <w:p w14:paraId="2C801A3C" w14:textId="77777777" w:rsidR="00DA5FFA" w:rsidRDefault="00DA5FFA" w:rsidP="00DA5FFA">
      <w:pPr>
        <w:pStyle w:val="Listaszerbekezds"/>
        <w:spacing w:after="60"/>
        <w:jc w:val="both"/>
      </w:pPr>
      <w:r>
        <w:t xml:space="preserve">• </w:t>
      </w:r>
      <w:proofErr w:type="spellStart"/>
      <w:r>
        <w:t>participarea</w:t>
      </w:r>
      <w:proofErr w:type="spellEnd"/>
      <w:r>
        <w:t xml:space="preserve"> la </w:t>
      </w:r>
      <w:proofErr w:type="spellStart"/>
      <w:r>
        <w:t>schimburi</w:t>
      </w:r>
      <w:proofErr w:type="spellEnd"/>
      <w:r>
        <w:t xml:space="preserve"> de </w:t>
      </w:r>
      <w:proofErr w:type="spellStart"/>
      <w:r>
        <w:t>experienţă</w:t>
      </w:r>
      <w:proofErr w:type="spellEnd"/>
      <w:r>
        <w:t xml:space="preserve"> </w:t>
      </w:r>
      <w:proofErr w:type="spellStart"/>
      <w:r>
        <w:t>şi</w:t>
      </w:r>
      <w:proofErr w:type="spellEnd"/>
      <w:r>
        <w:t xml:space="preserve"> </w:t>
      </w:r>
      <w:proofErr w:type="spellStart"/>
      <w:r>
        <w:t>întâlniri</w:t>
      </w:r>
      <w:proofErr w:type="spellEnd"/>
      <w:r>
        <w:t xml:space="preserve"> locale </w:t>
      </w:r>
      <w:proofErr w:type="spellStart"/>
      <w:r>
        <w:t>între</w:t>
      </w:r>
      <w:proofErr w:type="spellEnd"/>
      <w:r>
        <w:t xml:space="preserve"> </w:t>
      </w:r>
      <w:proofErr w:type="spellStart"/>
      <w:r>
        <w:t>lucrătorii</w:t>
      </w:r>
      <w:proofErr w:type="spellEnd"/>
      <w:r>
        <w:t xml:space="preserve"> </w:t>
      </w:r>
      <w:proofErr w:type="spellStart"/>
      <w:r>
        <w:t>comunitari</w:t>
      </w:r>
      <w:proofErr w:type="spellEnd"/>
      <w:r>
        <w:t xml:space="preserve">, </w:t>
      </w:r>
      <w:proofErr w:type="spellStart"/>
      <w:r>
        <w:t>diverşi</w:t>
      </w:r>
      <w:proofErr w:type="spellEnd"/>
      <w:r>
        <w:t xml:space="preserve"> </w:t>
      </w:r>
      <w:proofErr w:type="spellStart"/>
      <w:r>
        <w:t>profesionişti</w:t>
      </w:r>
      <w:proofErr w:type="spellEnd"/>
      <w:r>
        <w:t xml:space="preserve">, </w:t>
      </w:r>
      <w:proofErr w:type="spellStart"/>
      <w:r>
        <w:t>membri</w:t>
      </w:r>
      <w:proofErr w:type="spellEnd"/>
      <w:r>
        <w:t xml:space="preserve"> ai </w:t>
      </w:r>
      <w:proofErr w:type="spellStart"/>
      <w:r>
        <w:t>structurilor</w:t>
      </w:r>
      <w:proofErr w:type="spellEnd"/>
      <w:r>
        <w:t xml:space="preserve"> </w:t>
      </w:r>
      <w:proofErr w:type="spellStart"/>
      <w:r>
        <w:t>comunitare</w:t>
      </w:r>
      <w:proofErr w:type="spellEnd"/>
      <w:r>
        <w:t xml:space="preserve"> consultative, </w:t>
      </w:r>
      <w:proofErr w:type="spellStart"/>
      <w:r>
        <w:t>reprezentanți</w:t>
      </w:r>
      <w:proofErr w:type="spellEnd"/>
      <w:r>
        <w:t xml:space="preserve"> ai </w:t>
      </w:r>
      <w:proofErr w:type="spellStart"/>
      <w:r>
        <w:t>primăriilor</w:t>
      </w:r>
      <w:proofErr w:type="spellEnd"/>
      <w:r>
        <w:t xml:space="preserve"> </w:t>
      </w:r>
      <w:proofErr w:type="spellStart"/>
      <w:r>
        <w:t>etc</w:t>
      </w:r>
      <w:proofErr w:type="spellEnd"/>
      <w:r>
        <w:t>;</w:t>
      </w:r>
    </w:p>
    <w:p w14:paraId="497B2871" w14:textId="77777777" w:rsidR="00DA5FFA" w:rsidRDefault="00DA5FFA" w:rsidP="00DA5FFA">
      <w:pPr>
        <w:pStyle w:val="Listaszerbekezds"/>
        <w:spacing w:after="60"/>
        <w:jc w:val="both"/>
      </w:pPr>
      <w:r>
        <w:t xml:space="preserve">• </w:t>
      </w:r>
      <w:proofErr w:type="spellStart"/>
      <w:r>
        <w:t>identificarea</w:t>
      </w:r>
      <w:proofErr w:type="spellEnd"/>
      <w:r>
        <w:t xml:space="preserve"> de </w:t>
      </w:r>
      <w:proofErr w:type="spellStart"/>
      <w:r>
        <w:t>iniţiative</w:t>
      </w:r>
      <w:proofErr w:type="spellEnd"/>
      <w:r>
        <w:t xml:space="preserve"> </w:t>
      </w:r>
      <w:proofErr w:type="spellStart"/>
      <w:r>
        <w:t>complementare</w:t>
      </w:r>
      <w:proofErr w:type="spellEnd"/>
      <w:r>
        <w:t xml:space="preserve"> </w:t>
      </w:r>
      <w:proofErr w:type="spellStart"/>
      <w:r>
        <w:t>derulate</w:t>
      </w:r>
      <w:proofErr w:type="spellEnd"/>
      <w:r>
        <w:t xml:space="preserve"> la </w:t>
      </w:r>
      <w:proofErr w:type="spellStart"/>
      <w:r>
        <w:t>nivel</w:t>
      </w:r>
      <w:proofErr w:type="spellEnd"/>
      <w:r>
        <w:t xml:space="preserve"> </w:t>
      </w:r>
      <w:proofErr w:type="spellStart"/>
      <w:r>
        <w:t>comunitar</w:t>
      </w:r>
      <w:proofErr w:type="spellEnd"/>
      <w:r>
        <w:t xml:space="preserve"> </w:t>
      </w:r>
      <w:proofErr w:type="spellStart"/>
      <w:r>
        <w:t>în</w:t>
      </w:r>
      <w:proofErr w:type="spellEnd"/>
      <w:r>
        <w:t xml:space="preserve"> </w:t>
      </w:r>
      <w:proofErr w:type="spellStart"/>
      <w:r>
        <w:t>sfera</w:t>
      </w:r>
      <w:proofErr w:type="spellEnd"/>
      <w:r>
        <w:t xml:space="preserve"> de </w:t>
      </w:r>
      <w:proofErr w:type="spellStart"/>
      <w:r>
        <w:t>activitate</w:t>
      </w:r>
      <w:proofErr w:type="spellEnd"/>
      <w:r>
        <w:t xml:space="preserve">, precum </w:t>
      </w:r>
      <w:proofErr w:type="spellStart"/>
      <w:r>
        <w:t>şi</w:t>
      </w:r>
      <w:proofErr w:type="spellEnd"/>
      <w:r>
        <w:t xml:space="preserve"> </w:t>
      </w:r>
      <w:proofErr w:type="spellStart"/>
      <w:r>
        <w:t>facilitarea</w:t>
      </w:r>
      <w:proofErr w:type="spellEnd"/>
      <w:r>
        <w:t xml:space="preserve"> </w:t>
      </w:r>
      <w:proofErr w:type="spellStart"/>
      <w:r>
        <w:t>cooperării</w:t>
      </w:r>
      <w:proofErr w:type="spellEnd"/>
      <w:r>
        <w:t xml:space="preserve"> cu </w:t>
      </w:r>
      <w:proofErr w:type="spellStart"/>
      <w:r>
        <w:t>alți</w:t>
      </w:r>
      <w:proofErr w:type="spellEnd"/>
      <w:r>
        <w:t xml:space="preserve"> </w:t>
      </w:r>
      <w:proofErr w:type="spellStart"/>
      <w:r>
        <w:t>actori</w:t>
      </w:r>
      <w:proofErr w:type="spellEnd"/>
      <w:r>
        <w:t xml:space="preserve"> de pe plan local;</w:t>
      </w:r>
    </w:p>
    <w:p w14:paraId="14CB5D2E" w14:textId="77777777" w:rsidR="00DA5FFA" w:rsidRDefault="00DA5FFA" w:rsidP="00DA5FFA">
      <w:pPr>
        <w:pStyle w:val="Listaszerbekezds"/>
        <w:spacing w:after="60"/>
        <w:jc w:val="both"/>
      </w:pPr>
      <w:r>
        <w:t xml:space="preserve">• </w:t>
      </w:r>
      <w:proofErr w:type="spellStart"/>
      <w:r>
        <w:t>participarea</w:t>
      </w:r>
      <w:proofErr w:type="spellEnd"/>
      <w:r>
        <w:t xml:space="preserve"> la </w:t>
      </w:r>
      <w:proofErr w:type="spellStart"/>
      <w:r>
        <w:t>întâlniri</w:t>
      </w:r>
      <w:proofErr w:type="spellEnd"/>
      <w:r>
        <w:t xml:space="preserve"> </w:t>
      </w:r>
      <w:proofErr w:type="spellStart"/>
      <w:r>
        <w:t>periodice</w:t>
      </w:r>
      <w:proofErr w:type="spellEnd"/>
      <w:r>
        <w:t xml:space="preserve"> (</w:t>
      </w:r>
      <w:proofErr w:type="spellStart"/>
      <w:r>
        <w:t>lunare</w:t>
      </w:r>
      <w:proofErr w:type="spellEnd"/>
      <w:r>
        <w:t>/</w:t>
      </w:r>
      <w:proofErr w:type="spellStart"/>
      <w:r>
        <w:t>trimestriale</w:t>
      </w:r>
      <w:proofErr w:type="spellEnd"/>
      <w:r>
        <w:t xml:space="preserve">) de </w:t>
      </w:r>
      <w:proofErr w:type="spellStart"/>
      <w:r>
        <w:t>instruire</w:t>
      </w:r>
      <w:proofErr w:type="spellEnd"/>
      <w:r>
        <w:t xml:space="preserve"> </w:t>
      </w:r>
      <w:proofErr w:type="spellStart"/>
      <w:r>
        <w:t>și</w:t>
      </w:r>
      <w:proofErr w:type="spellEnd"/>
      <w:r>
        <w:t xml:space="preserve"> </w:t>
      </w:r>
      <w:proofErr w:type="spellStart"/>
      <w:r>
        <w:t>supervizare</w:t>
      </w:r>
      <w:proofErr w:type="spellEnd"/>
      <w:r>
        <w:t xml:space="preserve"> a </w:t>
      </w:r>
      <w:proofErr w:type="spellStart"/>
      <w:r>
        <w:t>membrilor</w:t>
      </w:r>
      <w:proofErr w:type="spellEnd"/>
      <w:r>
        <w:t xml:space="preserve"> </w:t>
      </w:r>
      <w:proofErr w:type="spellStart"/>
      <w:r>
        <w:t>echipei</w:t>
      </w:r>
      <w:proofErr w:type="spellEnd"/>
      <w:r>
        <w:t xml:space="preserve"> </w:t>
      </w:r>
      <w:proofErr w:type="spellStart"/>
      <w:r>
        <w:t>comunitare</w:t>
      </w:r>
      <w:proofErr w:type="spellEnd"/>
      <w:r>
        <w:t xml:space="preserve"> (</w:t>
      </w:r>
      <w:proofErr w:type="spellStart"/>
      <w:r>
        <w:t>în</w:t>
      </w:r>
      <w:proofErr w:type="spellEnd"/>
      <w:r>
        <w:t xml:space="preserve"> </w:t>
      </w:r>
      <w:proofErr w:type="spellStart"/>
      <w:r>
        <w:t>ceea</w:t>
      </w:r>
      <w:proofErr w:type="spellEnd"/>
      <w:r>
        <w:t xml:space="preserve"> </w:t>
      </w:r>
      <w:proofErr w:type="spellStart"/>
      <w:r>
        <w:t>ce</w:t>
      </w:r>
      <w:proofErr w:type="spellEnd"/>
      <w:r>
        <w:t xml:space="preserve"> </w:t>
      </w:r>
      <w:proofErr w:type="spellStart"/>
      <w:r>
        <w:t>privește</w:t>
      </w:r>
      <w:proofErr w:type="spellEnd"/>
      <w:r>
        <w:t xml:space="preserve"> </w:t>
      </w:r>
      <w:proofErr w:type="spellStart"/>
      <w:r>
        <w:t>implementarea</w:t>
      </w:r>
      <w:proofErr w:type="spellEnd"/>
      <w:r>
        <w:t xml:space="preserve"> </w:t>
      </w:r>
      <w:proofErr w:type="spellStart"/>
      <w:r>
        <w:t>instrumentului</w:t>
      </w:r>
      <w:proofErr w:type="spellEnd"/>
      <w:r>
        <w:t xml:space="preserve"> informatic SCI de </w:t>
      </w:r>
      <w:proofErr w:type="spellStart"/>
      <w:r>
        <w:t>identificare</w:t>
      </w:r>
      <w:proofErr w:type="spellEnd"/>
      <w:r>
        <w:t xml:space="preserve"> </w:t>
      </w:r>
      <w:proofErr w:type="spellStart"/>
      <w:r>
        <w:t>și</w:t>
      </w:r>
      <w:proofErr w:type="spellEnd"/>
      <w:r>
        <w:t xml:space="preserve"> </w:t>
      </w:r>
      <w:proofErr w:type="spellStart"/>
      <w:r>
        <w:t>monitorizare</w:t>
      </w:r>
      <w:proofErr w:type="spellEnd"/>
      <w:r>
        <w:t xml:space="preserve"> a </w:t>
      </w:r>
      <w:proofErr w:type="spellStart"/>
      <w:r>
        <w:t>persoanelor</w:t>
      </w:r>
      <w:proofErr w:type="spellEnd"/>
      <w:r>
        <w:t xml:space="preserve"> </w:t>
      </w:r>
      <w:proofErr w:type="spellStart"/>
      <w:r>
        <w:t>vulnerabile</w:t>
      </w:r>
      <w:proofErr w:type="spellEnd"/>
      <w:r>
        <w:t xml:space="preserve">, </w:t>
      </w:r>
      <w:proofErr w:type="spellStart"/>
      <w:r>
        <w:t>centralizarea</w:t>
      </w:r>
      <w:proofErr w:type="spellEnd"/>
      <w:r>
        <w:t xml:space="preserve"> </w:t>
      </w:r>
      <w:proofErr w:type="spellStart"/>
      <w:r>
        <w:t>și</w:t>
      </w:r>
      <w:proofErr w:type="spellEnd"/>
      <w:r>
        <w:t xml:space="preserve"> </w:t>
      </w:r>
      <w:proofErr w:type="spellStart"/>
      <w:r>
        <w:t>validarea</w:t>
      </w:r>
      <w:proofErr w:type="spellEnd"/>
      <w:r>
        <w:t xml:space="preserve"> </w:t>
      </w:r>
      <w:proofErr w:type="spellStart"/>
      <w:r>
        <w:t>datelor</w:t>
      </w:r>
      <w:proofErr w:type="spellEnd"/>
      <w:r>
        <w:t xml:space="preserve"> </w:t>
      </w:r>
      <w:proofErr w:type="spellStart"/>
      <w:r>
        <w:t>culese</w:t>
      </w:r>
      <w:proofErr w:type="spellEnd"/>
      <w:r>
        <w:t xml:space="preserve"> la </w:t>
      </w:r>
      <w:proofErr w:type="spellStart"/>
      <w:r>
        <w:t>nivel</w:t>
      </w:r>
      <w:proofErr w:type="spellEnd"/>
      <w:r>
        <w:t xml:space="preserve"> local </w:t>
      </w:r>
      <w:proofErr w:type="spellStart"/>
      <w:r>
        <w:t>prin</w:t>
      </w:r>
      <w:proofErr w:type="spellEnd"/>
      <w:r>
        <w:t xml:space="preserve"> </w:t>
      </w:r>
      <w:proofErr w:type="spellStart"/>
      <w:r>
        <w:t>aplicația</w:t>
      </w:r>
      <w:proofErr w:type="spellEnd"/>
      <w:r>
        <w:t xml:space="preserve"> SCI </w:t>
      </w:r>
      <w:proofErr w:type="spellStart"/>
      <w:r>
        <w:t>şi</w:t>
      </w:r>
      <w:proofErr w:type="spellEnd"/>
      <w:r>
        <w:t xml:space="preserve"> </w:t>
      </w:r>
      <w:proofErr w:type="spellStart"/>
      <w:r>
        <w:t>raportarea</w:t>
      </w:r>
      <w:proofErr w:type="spellEnd"/>
      <w:r>
        <w:t xml:space="preserve"> lor </w:t>
      </w:r>
      <w:proofErr w:type="spellStart"/>
      <w:r>
        <w:t>lunară</w:t>
      </w:r>
      <w:proofErr w:type="spellEnd"/>
      <w:r>
        <w:t xml:space="preserve"> </w:t>
      </w:r>
      <w:proofErr w:type="spellStart"/>
      <w:r>
        <w:t>în</w:t>
      </w:r>
      <w:proofErr w:type="spellEnd"/>
      <w:r>
        <w:t xml:space="preserve"> </w:t>
      </w:r>
      <w:proofErr w:type="spellStart"/>
      <w:r>
        <w:t>cadrul</w:t>
      </w:r>
      <w:proofErr w:type="spellEnd"/>
      <w:r>
        <w:t xml:space="preserve"> </w:t>
      </w:r>
      <w:proofErr w:type="spellStart"/>
      <w:r>
        <w:t>rapoartelor</w:t>
      </w:r>
      <w:proofErr w:type="spellEnd"/>
      <w:r>
        <w:t xml:space="preserve"> </w:t>
      </w:r>
      <w:proofErr w:type="spellStart"/>
      <w:r>
        <w:t>lunare</w:t>
      </w:r>
      <w:proofErr w:type="spellEnd"/>
      <w:r>
        <w:t xml:space="preserve"> de </w:t>
      </w:r>
      <w:proofErr w:type="spellStart"/>
      <w:r>
        <w:t>activitate</w:t>
      </w:r>
      <w:proofErr w:type="spellEnd"/>
      <w:r>
        <w:t xml:space="preserve">; </w:t>
      </w:r>
      <w:proofErr w:type="spellStart"/>
      <w:r>
        <w:t>asigurarea</w:t>
      </w:r>
      <w:proofErr w:type="spellEnd"/>
      <w:r>
        <w:t xml:space="preserve"> </w:t>
      </w:r>
      <w:proofErr w:type="spellStart"/>
      <w:r>
        <w:t>managementului</w:t>
      </w:r>
      <w:proofErr w:type="spellEnd"/>
      <w:r>
        <w:t xml:space="preserve"> de </w:t>
      </w:r>
      <w:proofErr w:type="spellStart"/>
      <w:r>
        <w:t>caz</w:t>
      </w:r>
      <w:proofErr w:type="spellEnd"/>
      <w:r>
        <w:t xml:space="preserve"> </w:t>
      </w:r>
      <w:proofErr w:type="spellStart"/>
      <w:r>
        <w:t>şi</w:t>
      </w:r>
      <w:proofErr w:type="spellEnd"/>
      <w:r>
        <w:t xml:space="preserve"> </w:t>
      </w:r>
      <w:proofErr w:type="spellStart"/>
      <w:r>
        <w:t>furnizării</w:t>
      </w:r>
      <w:proofErr w:type="spellEnd"/>
      <w:r>
        <w:t xml:space="preserve"> de </w:t>
      </w:r>
      <w:proofErr w:type="spellStart"/>
      <w:r>
        <w:t>servicii</w:t>
      </w:r>
      <w:proofErr w:type="spellEnd"/>
      <w:r>
        <w:t xml:space="preserve"> </w:t>
      </w:r>
      <w:proofErr w:type="spellStart"/>
      <w:r>
        <w:t>sociale</w:t>
      </w:r>
      <w:proofErr w:type="spellEnd"/>
      <w:r>
        <w:t xml:space="preserve"> cu </w:t>
      </w:r>
      <w:proofErr w:type="spellStart"/>
      <w:r>
        <w:t>precădere</w:t>
      </w:r>
      <w:proofErr w:type="spellEnd"/>
      <w:r>
        <w:t xml:space="preserve"> a </w:t>
      </w:r>
      <w:proofErr w:type="spellStart"/>
      <w:r>
        <w:t>celor</w:t>
      </w:r>
      <w:proofErr w:type="spellEnd"/>
      <w:r>
        <w:t xml:space="preserve"> din </w:t>
      </w:r>
      <w:proofErr w:type="spellStart"/>
      <w:r>
        <w:t>pachetul</w:t>
      </w:r>
      <w:proofErr w:type="spellEnd"/>
      <w:r>
        <w:t xml:space="preserve"> minim de </w:t>
      </w:r>
      <w:proofErr w:type="spellStart"/>
      <w:r>
        <w:t>servicii</w:t>
      </w:r>
      <w:proofErr w:type="spellEnd"/>
      <w:r>
        <w:t xml:space="preserve"> </w:t>
      </w:r>
      <w:proofErr w:type="spellStart"/>
      <w:r>
        <w:t>generat</w:t>
      </w:r>
      <w:proofErr w:type="spellEnd"/>
      <w:r>
        <w:t xml:space="preserve"> de </w:t>
      </w:r>
      <w:proofErr w:type="spellStart"/>
      <w:r>
        <w:t>aplicația</w:t>
      </w:r>
      <w:proofErr w:type="spellEnd"/>
      <w:r>
        <w:t xml:space="preserve"> SCI </w:t>
      </w:r>
      <w:proofErr w:type="spellStart"/>
      <w:r>
        <w:t>şi</w:t>
      </w:r>
      <w:proofErr w:type="spellEnd"/>
      <w:r>
        <w:t xml:space="preserve"> </w:t>
      </w:r>
      <w:proofErr w:type="spellStart"/>
      <w:r>
        <w:t>în</w:t>
      </w:r>
      <w:proofErr w:type="spellEnd"/>
      <w:r>
        <w:t xml:space="preserve"> </w:t>
      </w:r>
      <w:proofErr w:type="spellStart"/>
      <w:r>
        <w:t>maniera</w:t>
      </w:r>
      <w:proofErr w:type="spellEnd"/>
      <w:r>
        <w:t xml:space="preserve"> </w:t>
      </w:r>
      <w:proofErr w:type="spellStart"/>
      <w:r>
        <w:t>integrată</w:t>
      </w:r>
      <w:proofErr w:type="spellEnd"/>
      <w:r>
        <w:t xml:space="preserve"> cu </w:t>
      </w:r>
      <w:proofErr w:type="spellStart"/>
      <w:r>
        <w:t>ceilalți</w:t>
      </w:r>
      <w:proofErr w:type="spellEnd"/>
      <w:r>
        <w:t xml:space="preserve"> </w:t>
      </w:r>
      <w:proofErr w:type="spellStart"/>
      <w:r>
        <w:t>prestatori</w:t>
      </w:r>
      <w:proofErr w:type="spellEnd"/>
      <w:r>
        <w:t xml:space="preserve"> de </w:t>
      </w:r>
      <w:proofErr w:type="spellStart"/>
      <w:r>
        <w:t>servicii</w:t>
      </w:r>
      <w:proofErr w:type="spellEnd"/>
      <w:r>
        <w:t xml:space="preserve">); </w:t>
      </w:r>
      <w:proofErr w:type="spellStart"/>
      <w:r>
        <w:t>crearea</w:t>
      </w:r>
      <w:proofErr w:type="spellEnd"/>
      <w:r>
        <w:t xml:space="preserve">, </w:t>
      </w:r>
      <w:proofErr w:type="spellStart"/>
      <w:r>
        <w:t>activarea</w:t>
      </w:r>
      <w:proofErr w:type="spellEnd"/>
      <w:r>
        <w:t xml:space="preserve"> </w:t>
      </w:r>
      <w:proofErr w:type="spellStart"/>
      <w:r>
        <w:t>şi</w:t>
      </w:r>
      <w:proofErr w:type="spellEnd"/>
      <w:r>
        <w:t xml:space="preserve"> </w:t>
      </w:r>
      <w:proofErr w:type="spellStart"/>
      <w:r>
        <w:t>mobilizarea</w:t>
      </w:r>
      <w:proofErr w:type="spellEnd"/>
      <w:r>
        <w:t xml:space="preserve"> </w:t>
      </w:r>
      <w:proofErr w:type="spellStart"/>
      <w:r>
        <w:t>structurilor</w:t>
      </w:r>
      <w:proofErr w:type="spellEnd"/>
      <w:r>
        <w:t xml:space="preserve"> </w:t>
      </w:r>
      <w:proofErr w:type="spellStart"/>
      <w:r>
        <w:t>comunitare</w:t>
      </w:r>
      <w:proofErr w:type="spellEnd"/>
      <w:r>
        <w:t xml:space="preserve"> consultative (SCC), </w:t>
      </w:r>
      <w:proofErr w:type="spellStart"/>
      <w:r>
        <w:t>prin</w:t>
      </w:r>
      <w:proofErr w:type="spellEnd"/>
      <w:r>
        <w:t xml:space="preserve"> </w:t>
      </w:r>
      <w:proofErr w:type="spellStart"/>
      <w:r>
        <w:t>susținerea</w:t>
      </w:r>
      <w:proofErr w:type="spellEnd"/>
      <w:r>
        <w:t xml:space="preserve"> </w:t>
      </w:r>
      <w:proofErr w:type="spellStart"/>
      <w:r>
        <w:t>implicării</w:t>
      </w:r>
      <w:proofErr w:type="spellEnd"/>
      <w:r>
        <w:t xml:space="preserve"> </w:t>
      </w:r>
      <w:proofErr w:type="spellStart"/>
      <w:r>
        <w:t>membrilor</w:t>
      </w:r>
      <w:proofErr w:type="spellEnd"/>
      <w:r>
        <w:t xml:space="preserve"> SCC </w:t>
      </w:r>
      <w:proofErr w:type="spellStart"/>
      <w:r>
        <w:t>în</w:t>
      </w:r>
      <w:proofErr w:type="spellEnd"/>
      <w:r>
        <w:t xml:space="preserve"> </w:t>
      </w:r>
      <w:proofErr w:type="spellStart"/>
      <w:r>
        <w:t>soluţionarea</w:t>
      </w:r>
      <w:proofErr w:type="spellEnd"/>
      <w:r>
        <w:t xml:space="preserve"> </w:t>
      </w:r>
      <w:proofErr w:type="spellStart"/>
      <w:r>
        <w:t>cazurilor</w:t>
      </w:r>
      <w:proofErr w:type="spellEnd"/>
      <w:r>
        <w:t xml:space="preserve"> </w:t>
      </w:r>
      <w:proofErr w:type="spellStart"/>
      <w:r>
        <w:t>identificate</w:t>
      </w:r>
      <w:proofErr w:type="spellEnd"/>
      <w:r>
        <w:t xml:space="preserve"> </w:t>
      </w:r>
      <w:proofErr w:type="spellStart"/>
      <w:r>
        <w:t>prin</w:t>
      </w:r>
      <w:proofErr w:type="spellEnd"/>
      <w:r>
        <w:t xml:space="preserve"> </w:t>
      </w:r>
      <w:proofErr w:type="spellStart"/>
      <w:r>
        <w:t>aplicația</w:t>
      </w:r>
      <w:proofErr w:type="spellEnd"/>
      <w:r>
        <w:t xml:space="preserve"> SCI;</w:t>
      </w:r>
    </w:p>
    <w:p w14:paraId="58C2774A" w14:textId="77777777" w:rsidR="00DA5FFA" w:rsidRDefault="00DA5FFA" w:rsidP="00DA5FFA">
      <w:pPr>
        <w:pStyle w:val="Listaszerbekezds"/>
        <w:spacing w:after="60"/>
        <w:jc w:val="both"/>
      </w:pPr>
      <w:r>
        <w:t xml:space="preserve">• </w:t>
      </w:r>
      <w:proofErr w:type="spellStart"/>
      <w:r>
        <w:t>participarea</w:t>
      </w:r>
      <w:proofErr w:type="spellEnd"/>
      <w:r>
        <w:t xml:space="preserve"> la </w:t>
      </w:r>
      <w:proofErr w:type="spellStart"/>
      <w:r>
        <w:t>evenimentele</w:t>
      </w:r>
      <w:proofErr w:type="spellEnd"/>
      <w:r>
        <w:t xml:space="preserve"> de </w:t>
      </w:r>
      <w:proofErr w:type="spellStart"/>
      <w:r>
        <w:t>informare</w:t>
      </w:r>
      <w:proofErr w:type="spellEnd"/>
      <w:r>
        <w:t xml:space="preserve"> </w:t>
      </w:r>
      <w:proofErr w:type="spellStart"/>
      <w:r>
        <w:t>și</w:t>
      </w:r>
      <w:proofErr w:type="spellEnd"/>
      <w:r>
        <w:t xml:space="preserve"> </w:t>
      </w:r>
      <w:proofErr w:type="spellStart"/>
      <w:r>
        <w:t>comunicare</w:t>
      </w:r>
      <w:proofErr w:type="spellEnd"/>
      <w:r>
        <w:t xml:space="preserve"> </w:t>
      </w:r>
      <w:proofErr w:type="spellStart"/>
      <w:r>
        <w:t>organizate</w:t>
      </w:r>
      <w:proofErr w:type="spellEnd"/>
      <w:r>
        <w:t xml:space="preserve"> </w:t>
      </w:r>
      <w:proofErr w:type="spellStart"/>
      <w:r>
        <w:t>în</w:t>
      </w:r>
      <w:proofErr w:type="spellEnd"/>
      <w:r>
        <w:t xml:space="preserve"> </w:t>
      </w:r>
      <w:proofErr w:type="spellStart"/>
      <w:r>
        <w:t>cadrul</w:t>
      </w:r>
      <w:proofErr w:type="spellEnd"/>
      <w:r>
        <w:t xml:space="preserve"> </w:t>
      </w:r>
      <w:proofErr w:type="spellStart"/>
      <w:r>
        <w:t>proiectului</w:t>
      </w:r>
      <w:proofErr w:type="spellEnd"/>
      <w:r>
        <w:t>;</w:t>
      </w:r>
    </w:p>
    <w:p w14:paraId="376739F6" w14:textId="77777777" w:rsidR="00DA5FFA" w:rsidRDefault="00DA5FFA" w:rsidP="00DA5FFA">
      <w:pPr>
        <w:pStyle w:val="Listaszerbekezds"/>
        <w:spacing w:after="60"/>
        <w:jc w:val="both"/>
      </w:pPr>
      <w:r>
        <w:t xml:space="preserve">• </w:t>
      </w:r>
      <w:proofErr w:type="spellStart"/>
      <w:r>
        <w:t>facilitarea</w:t>
      </w:r>
      <w:proofErr w:type="spellEnd"/>
      <w:r>
        <w:t xml:space="preserve"> </w:t>
      </w:r>
      <w:proofErr w:type="spellStart"/>
      <w:r>
        <w:t>diseminării</w:t>
      </w:r>
      <w:proofErr w:type="spellEnd"/>
      <w:r>
        <w:t xml:space="preserve"> </w:t>
      </w:r>
      <w:proofErr w:type="spellStart"/>
      <w:r>
        <w:t>informațiilor</w:t>
      </w:r>
      <w:proofErr w:type="spellEnd"/>
      <w:r>
        <w:t xml:space="preserve"> cu </w:t>
      </w:r>
      <w:proofErr w:type="spellStart"/>
      <w:r>
        <w:t>privire</w:t>
      </w:r>
      <w:proofErr w:type="spellEnd"/>
      <w:r>
        <w:t xml:space="preserve"> la </w:t>
      </w:r>
      <w:proofErr w:type="spellStart"/>
      <w:r>
        <w:t>proiect</w:t>
      </w:r>
      <w:proofErr w:type="spellEnd"/>
      <w:r>
        <w:t xml:space="preserve"> </w:t>
      </w:r>
      <w:proofErr w:type="spellStart"/>
      <w:r>
        <w:t>şi</w:t>
      </w:r>
      <w:proofErr w:type="spellEnd"/>
      <w:r>
        <w:t xml:space="preserve"> a </w:t>
      </w:r>
      <w:proofErr w:type="spellStart"/>
      <w:r>
        <w:t>instrumentelor</w:t>
      </w:r>
      <w:proofErr w:type="spellEnd"/>
      <w:r>
        <w:t xml:space="preserve"> elaborate </w:t>
      </w:r>
      <w:proofErr w:type="spellStart"/>
      <w:r>
        <w:t>în</w:t>
      </w:r>
      <w:proofErr w:type="spellEnd"/>
      <w:r>
        <w:t xml:space="preserve"> </w:t>
      </w:r>
      <w:proofErr w:type="spellStart"/>
      <w:r>
        <w:t>cadrul</w:t>
      </w:r>
      <w:proofErr w:type="spellEnd"/>
      <w:r>
        <w:t xml:space="preserve"> </w:t>
      </w:r>
      <w:proofErr w:type="spellStart"/>
      <w:r>
        <w:t>proiectului</w:t>
      </w:r>
      <w:proofErr w:type="spellEnd"/>
      <w:r>
        <w:t xml:space="preserve"> la </w:t>
      </w:r>
      <w:proofErr w:type="spellStart"/>
      <w:r>
        <w:t>nivelul</w:t>
      </w:r>
      <w:proofErr w:type="spellEnd"/>
      <w:r>
        <w:t xml:space="preserve"> DGASPC/AJPIS/CJRAE/DSP </w:t>
      </w:r>
      <w:proofErr w:type="spellStart"/>
      <w:r>
        <w:t>și</w:t>
      </w:r>
      <w:proofErr w:type="spellEnd"/>
      <w:r>
        <w:t xml:space="preserve"> a </w:t>
      </w:r>
      <w:proofErr w:type="spellStart"/>
      <w:r>
        <w:t>rezultatelor</w:t>
      </w:r>
      <w:proofErr w:type="spellEnd"/>
      <w:r>
        <w:t xml:space="preserve"> </w:t>
      </w:r>
      <w:proofErr w:type="spellStart"/>
      <w:r>
        <w:t>aplicării</w:t>
      </w:r>
      <w:proofErr w:type="spellEnd"/>
      <w:r>
        <w:t xml:space="preserve"> </w:t>
      </w:r>
      <w:proofErr w:type="spellStart"/>
      <w:r>
        <w:t>acestora</w:t>
      </w:r>
      <w:proofErr w:type="spellEnd"/>
      <w:r>
        <w:t>;</w:t>
      </w:r>
    </w:p>
    <w:p w14:paraId="0E27514F" w14:textId="37087F9F" w:rsidR="00DA5FFA" w:rsidRDefault="00DA5FFA" w:rsidP="00DA5FFA">
      <w:pPr>
        <w:pStyle w:val="Listaszerbekezds"/>
        <w:spacing w:after="60"/>
        <w:jc w:val="both"/>
      </w:pPr>
      <w:r>
        <w:t xml:space="preserve">• </w:t>
      </w:r>
      <w:proofErr w:type="spellStart"/>
      <w:r>
        <w:t>asigurarea</w:t>
      </w:r>
      <w:proofErr w:type="spellEnd"/>
      <w:r>
        <w:t xml:space="preserve"> </w:t>
      </w:r>
      <w:proofErr w:type="spellStart"/>
      <w:r>
        <w:t>aplicării</w:t>
      </w:r>
      <w:proofErr w:type="spellEnd"/>
      <w:r>
        <w:t xml:space="preserve"> la </w:t>
      </w:r>
      <w:proofErr w:type="spellStart"/>
      <w:r>
        <w:t>nivel</w:t>
      </w:r>
      <w:proofErr w:type="spellEnd"/>
      <w:r>
        <w:t xml:space="preserve"> </w:t>
      </w:r>
      <w:proofErr w:type="spellStart"/>
      <w:r>
        <w:t>județean</w:t>
      </w:r>
      <w:proofErr w:type="spellEnd"/>
      <w:r>
        <w:t xml:space="preserve"> a </w:t>
      </w:r>
      <w:proofErr w:type="spellStart"/>
      <w:r>
        <w:t>mecanismului</w:t>
      </w:r>
      <w:proofErr w:type="spellEnd"/>
      <w:r>
        <w:t xml:space="preserve"> </w:t>
      </w:r>
      <w:proofErr w:type="spellStart"/>
      <w:r>
        <w:t>operațional</w:t>
      </w:r>
      <w:proofErr w:type="spellEnd"/>
      <w:r>
        <w:t xml:space="preserve"> de </w:t>
      </w:r>
      <w:proofErr w:type="spellStart"/>
      <w:r>
        <w:t>colaborare</w:t>
      </w:r>
      <w:proofErr w:type="spellEnd"/>
      <w:r>
        <w:t xml:space="preserve"> </w:t>
      </w:r>
      <w:proofErr w:type="spellStart"/>
      <w:r>
        <w:t>interinstituţională</w:t>
      </w:r>
      <w:proofErr w:type="spellEnd"/>
      <w:r>
        <w:t xml:space="preserve"> </w:t>
      </w:r>
      <w:proofErr w:type="spellStart"/>
      <w:r>
        <w:t>și</w:t>
      </w:r>
      <w:proofErr w:type="spellEnd"/>
      <w:r>
        <w:t xml:space="preserve"> de </w:t>
      </w:r>
      <w:proofErr w:type="spellStart"/>
      <w:r>
        <w:t>coordonare</w:t>
      </w:r>
      <w:proofErr w:type="spellEnd"/>
      <w:r>
        <w:t xml:space="preserve"> a </w:t>
      </w:r>
      <w:proofErr w:type="spellStart"/>
      <w:r>
        <w:t>serviciilor</w:t>
      </w:r>
      <w:proofErr w:type="spellEnd"/>
      <w:r>
        <w:t xml:space="preserve"> </w:t>
      </w:r>
      <w:proofErr w:type="spellStart"/>
      <w:r>
        <w:t>comunitare</w:t>
      </w:r>
      <w:proofErr w:type="spellEnd"/>
      <w:r>
        <w:t xml:space="preserve"> integrate (</w:t>
      </w:r>
      <w:proofErr w:type="spellStart"/>
      <w:r>
        <w:t>având</w:t>
      </w:r>
      <w:proofErr w:type="spellEnd"/>
      <w:r>
        <w:t xml:space="preserve"> </w:t>
      </w:r>
      <w:proofErr w:type="spellStart"/>
      <w:r>
        <w:t>în</w:t>
      </w:r>
      <w:proofErr w:type="spellEnd"/>
      <w:r>
        <w:t xml:space="preserve"> </w:t>
      </w:r>
      <w:proofErr w:type="spellStart"/>
      <w:r>
        <w:t>vedere</w:t>
      </w:r>
      <w:proofErr w:type="spellEnd"/>
      <w:r>
        <w:t xml:space="preserve"> </w:t>
      </w:r>
      <w:proofErr w:type="spellStart"/>
      <w:r>
        <w:t>prevederile</w:t>
      </w:r>
      <w:proofErr w:type="spellEnd"/>
      <w:r>
        <w:t xml:space="preserve"> </w:t>
      </w:r>
      <w:proofErr w:type="spellStart"/>
      <w:r>
        <w:t>Ordinului</w:t>
      </w:r>
      <w:proofErr w:type="spellEnd"/>
      <w:r>
        <w:t xml:space="preserve"> nr. 2.555/2023/25.017/2.485/4.490/2024 </w:t>
      </w:r>
      <w:proofErr w:type="spellStart"/>
      <w:r>
        <w:t>privind</w:t>
      </w:r>
      <w:proofErr w:type="spellEnd"/>
      <w:r>
        <w:t xml:space="preserve"> </w:t>
      </w:r>
      <w:proofErr w:type="spellStart"/>
      <w:r>
        <w:t>modificarea</w:t>
      </w:r>
      <w:proofErr w:type="spellEnd"/>
      <w:r>
        <w:t xml:space="preserve"> </w:t>
      </w:r>
      <w:proofErr w:type="spellStart"/>
      <w:r>
        <w:t>Ordinului</w:t>
      </w:r>
      <w:proofErr w:type="spellEnd"/>
      <w:r>
        <w:t xml:space="preserve"> </w:t>
      </w:r>
      <w:proofErr w:type="spellStart"/>
      <w:r>
        <w:t>ministrului</w:t>
      </w:r>
      <w:proofErr w:type="spellEnd"/>
      <w:r>
        <w:t xml:space="preserve"> </w:t>
      </w:r>
      <w:proofErr w:type="spellStart"/>
      <w:r>
        <w:t>muncii</w:t>
      </w:r>
      <w:proofErr w:type="spellEnd"/>
      <w:r>
        <w:t xml:space="preserve"> </w:t>
      </w:r>
      <w:proofErr w:type="spellStart"/>
      <w:r>
        <w:t>şi</w:t>
      </w:r>
      <w:proofErr w:type="spellEnd"/>
      <w:r>
        <w:t xml:space="preserve"> </w:t>
      </w:r>
      <w:proofErr w:type="spellStart"/>
      <w:r>
        <w:t>justiției</w:t>
      </w:r>
      <w:proofErr w:type="spellEnd"/>
      <w:r>
        <w:t xml:space="preserve"> </w:t>
      </w:r>
      <w:proofErr w:type="spellStart"/>
      <w:r>
        <w:t>sociale</w:t>
      </w:r>
      <w:proofErr w:type="spellEnd"/>
      <w:r>
        <w:t xml:space="preserve">, al </w:t>
      </w:r>
      <w:proofErr w:type="spellStart"/>
      <w:r>
        <w:t>ministrului</w:t>
      </w:r>
      <w:proofErr w:type="spellEnd"/>
      <w:r>
        <w:t xml:space="preserve"> </w:t>
      </w:r>
      <w:proofErr w:type="spellStart"/>
      <w:r>
        <w:t>sănătății</w:t>
      </w:r>
      <w:proofErr w:type="spellEnd"/>
      <w:r>
        <w:t xml:space="preserve"> </w:t>
      </w:r>
      <w:proofErr w:type="spellStart"/>
      <w:r>
        <w:t>și</w:t>
      </w:r>
      <w:proofErr w:type="spellEnd"/>
      <w:r>
        <w:t xml:space="preserve"> al </w:t>
      </w:r>
      <w:proofErr w:type="spellStart"/>
      <w:r>
        <w:t>ministrului</w:t>
      </w:r>
      <w:proofErr w:type="spellEnd"/>
      <w:r>
        <w:t xml:space="preserve"> </w:t>
      </w:r>
      <w:proofErr w:type="spellStart"/>
      <w:r>
        <w:t>educaţiei</w:t>
      </w:r>
      <w:proofErr w:type="spellEnd"/>
      <w:r>
        <w:t xml:space="preserve"> </w:t>
      </w:r>
      <w:proofErr w:type="spellStart"/>
      <w:r>
        <w:t>naţionale</w:t>
      </w:r>
      <w:proofErr w:type="spellEnd"/>
      <w:r>
        <w:t xml:space="preserve"> nr. 393/630/4.236/2017 </w:t>
      </w:r>
      <w:proofErr w:type="spellStart"/>
      <w:r>
        <w:t>pentru</w:t>
      </w:r>
      <w:proofErr w:type="spellEnd"/>
      <w:r>
        <w:t xml:space="preserve"> </w:t>
      </w:r>
      <w:proofErr w:type="spellStart"/>
      <w:r>
        <w:t>aprobarea</w:t>
      </w:r>
      <w:proofErr w:type="spellEnd"/>
      <w:r>
        <w:t xml:space="preserve"> </w:t>
      </w:r>
      <w:proofErr w:type="spellStart"/>
      <w:r>
        <w:t>Protocolului</w:t>
      </w:r>
      <w:proofErr w:type="spellEnd"/>
      <w:r>
        <w:t xml:space="preserve"> de </w:t>
      </w:r>
      <w:proofErr w:type="spellStart"/>
      <w:r>
        <w:t>colaborare</w:t>
      </w:r>
      <w:proofErr w:type="spellEnd"/>
      <w:r>
        <w:t xml:space="preserve"> </w:t>
      </w:r>
      <w:proofErr w:type="spellStart"/>
      <w:r>
        <w:t>în</w:t>
      </w:r>
      <w:proofErr w:type="spellEnd"/>
      <w:r>
        <w:t xml:space="preserve"> </w:t>
      </w:r>
      <w:proofErr w:type="spellStart"/>
      <w:r>
        <w:t>vederea</w:t>
      </w:r>
      <w:proofErr w:type="spellEnd"/>
      <w:r>
        <w:t xml:space="preserve"> </w:t>
      </w:r>
      <w:proofErr w:type="spellStart"/>
      <w:r>
        <w:t>implementării</w:t>
      </w:r>
      <w:proofErr w:type="spellEnd"/>
      <w:r>
        <w:t xml:space="preserve"> </w:t>
      </w:r>
      <w:proofErr w:type="spellStart"/>
      <w:r>
        <w:t>serviciilor</w:t>
      </w:r>
      <w:proofErr w:type="spellEnd"/>
      <w:r>
        <w:t xml:space="preserve"> </w:t>
      </w:r>
      <w:proofErr w:type="spellStart"/>
      <w:r>
        <w:t>comunitare</w:t>
      </w:r>
      <w:proofErr w:type="spellEnd"/>
      <w:r>
        <w:t xml:space="preserve"> integrate </w:t>
      </w:r>
      <w:proofErr w:type="spellStart"/>
      <w:r>
        <w:t>necesare</w:t>
      </w:r>
      <w:proofErr w:type="spellEnd"/>
      <w:r>
        <w:t xml:space="preserve"> </w:t>
      </w:r>
      <w:proofErr w:type="spellStart"/>
      <w:r>
        <w:t>prevenirii</w:t>
      </w:r>
      <w:proofErr w:type="spellEnd"/>
      <w:r>
        <w:t xml:space="preserve"> </w:t>
      </w:r>
      <w:proofErr w:type="spellStart"/>
      <w:r>
        <w:t>excluziunii</w:t>
      </w:r>
      <w:proofErr w:type="spellEnd"/>
      <w:r>
        <w:t xml:space="preserve"> </w:t>
      </w:r>
      <w:proofErr w:type="spellStart"/>
      <w:r>
        <w:t>sociale</w:t>
      </w:r>
      <w:proofErr w:type="spellEnd"/>
      <w:r>
        <w:t xml:space="preserve"> </w:t>
      </w:r>
      <w:proofErr w:type="spellStart"/>
      <w:r>
        <w:t>şi</w:t>
      </w:r>
      <w:proofErr w:type="spellEnd"/>
      <w:r>
        <w:t xml:space="preserve"> </w:t>
      </w:r>
      <w:proofErr w:type="spellStart"/>
      <w:r>
        <w:t>combaterii</w:t>
      </w:r>
      <w:proofErr w:type="spellEnd"/>
      <w:r>
        <w:t xml:space="preserve"> </w:t>
      </w:r>
      <w:proofErr w:type="spellStart"/>
      <w:r>
        <w:t>sărăciei</w:t>
      </w:r>
      <w:proofErr w:type="spellEnd"/>
      <w:r>
        <w:t>);</w:t>
      </w:r>
    </w:p>
    <w:p w14:paraId="15670D5B" w14:textId="77777777" w:rsidR="00DA5FFA" w:rsidRDefault="00DA5FFA" w:rsidP="00DA5FFA">
      <w:pPr>
        <w:pStyle w:val="Listaszerbekezds"/>
        <w:spacing w:after="60"/>
        <w:jc w:val="both"/>
      </w:pPr>
      <w:r>
        <w:t xml:space="preserve">• </w:t>
      </w:r>
      <w:proofErr w:type="spellStart"/>
      <w:r>
        <w:t>comunicarea</w:t>
      </w:r>
      <w:proofErr w:type="spellEnd"/>
      <w:r>
        <w:t xml:space="preserve"> cu </w:t>
      </w:r>
      <w:proofErr w:type="spellStart"/>
      <w:r>
        <w:t>reprezentanții</w:t>
      </w:r>
      <w:proofErr w:type="spellEnd"/>
      <w:r>
        <w:t xml:space="preserve"> </w:t>
      </w:r>
      <w:proofErr w:type="spellStart"/>
      <w:r>
        <w:t>autorităților</w:t>
      </w:r>
      <w:proofErr w:type="spellEnd"/>
      <w:r>
        <w:t xml:space="preserve"> </w:t>
      </w:r>
      <w:proofErr w:type="spellStart"/>
      <w:r>
        <w:t>administrației</w:t>
      </w:r>
      <w:proofErr w:type="spellEnd"/>
      <w:r>
        <w:t xml:space="preserve"> </w:t>
      </w:r>
      <w:proofErr w:type="spellStart"/>
      <w:r>
        <w:t>publice</w:t>
      </w:r>
      <w:proofErr w:type="spellEnd"/>
      <w:r>
        <w:t xml:space="preserve"> locale </w:t>
      </w:r>
      <w:proofErr w:type="spellStart"/>
      <w:r>
        <w:t>pentru</w:t>
      </w:r>
      <w:proofErr w:type="spellEnd"/>
      <w:r>
        <w:t xml:space="preserve"> a se </w:t>
      </w:r>
      <w:proofErr w:type="spellStart"/>
      <w:r>
        <w:t>asigura</w:t>
      </w:r>
      <w:proofErr w:type="spellEnd"/>
      <w:r>
        <w:t xml:space="preserve"> de </w:t>
      </w:r>
      <w:proofErr w:type="spellStart"/>
      <w:r>
        <w:t>sustenabilitatea</w:t>
      </w:r>
      <w:proofErr w:type="spellEnd"/>
      <w:r>
        <w:t xml:space="preserve"> </w:t>
      </w:r>
      <w:proofErr w:type="spellStart"/>
      <w:r>
        <w:t>activităților</w:t>
      </w:r>
      <w:proofErr w:type="spellEnd"/>
      <w:r>
        <w:t xml:space="preserve"> din </w:t>
      </w:r>
      <w:proofErr w:type="spellStart"/>
      <w:r>
        <w:t>proiect</w:t>
      </w:r>
      <w:proofErr w:type="spellEnd"/>
      <w:r>
        <w:t xml:space="preserve">, </w:t>
      </w:r>
      <w:proofErr w:type="spellStart"/>
      <w:r>
        <w:t>prin</w:t>
      </w:r>
      <w:proofErr w:type="spellEnd"/>
      <w:r>
        <w:t xml:space="preserve"> </w:t>
      </w:r>
      <w:proofErr w:type="spellStart"/>
      <w:r>
        <w:t>participarea</w:t>
      </w:r>
      <w:proofErr w:type="spellEnd"/>
      <w:r>
        <w:t xml:space="preserve"> la </w:t>
      </w:r>
      <w:proofErr w:type="spellStart"/>
      <w:r>
        <w:t>identificarea</w:t>
      </w:r>
      <w:proofErr w:type="spellEnd"/>
      <w:r>
        <w:t xml:space="preserve"> </w:t>
      </w:r>
      <w:proofErr w:type="spellStart"/>
      <w:r>
        <w:t>unor</w:t>
      </w:r>
      <w:proofErr w:type="spellEnd"/>
      <w:r>
        <w:t xml:space="preserve"> </w:t>
      </w:r>
      <w:proofErr w:type="spellStart"/>
      <w:r>
        <w:t>oportunități</w:t>
      </w:r>
      <w:proofErr w:type="spellEnd"/>
      <w:r>
        <w:t xml:space="preserve"> de </w:t>
      </w:r>
      <w:proofErr w:type="spellStart"/>
      <w:r>
        <w:t>finanțare</w:t>
      </w:r>
      <w:proofErr w:type="spellEnd"/>
      <w:r>
        <w:t xml:space="preserve"> </w:t>
      </w:r>
      <w:proofErr w:type="spellStart"/>
      <w:r>
        <w:t>nerambursabilă</w:t>
      </w:r>
      <w:proofErr w:type="spellEnd"/>
      <w:r>
        <w:t xml:space="preserve"> </w:t>
      </w:r>
      <w:proofErr w:type="spellStart"/>
      <w:r>
        <w:t>şi</w:t>
      </w:r>
      <w:proofErr w:type="spellEnd"/>
      <w:r>
        <w:t xml:space="preserve"> </w:t>
      </w:r>
      <w:proofErr w:type="spellStart"/>
      <w:r>
        <w:t>scrierea</w:t>
      </w:r>
      <w:proofErr w:type="spellEnd"/>
      <w:r>
        <w:t xml:space="preserve"> de </w:t>
      </w:r>
      <w:proofErr w:type="spellStart"/>
      <w:r>
        <w:t>proiecte</w:t>
      </w:r>
      <w:proofErr w:type="spellEnd"/>
      <w:r>
        <w:t xml:space="preserve"> la </w:t>
      </w:r>
      <w:proofErr w:type="spellStart"/>
      <w:r>
        <w:t>nivel</w:t>
      </w:r>
      <w:proofErr w:type="spellEnd"/>
      <w:r>
        <w:t xml:space="preserve"> local.</w:t>
      </w:r>
    </w:p>
    <w:p w14:paraId="2D7824BE" w14:textId="77777777" w:rsidR="00DA5FFA" w:rsidRDefault="00DA5FFA" w:rsidP="00DA5FFA">
      <w:pPr>
        <w:pStyle w:val="Listaszerbekezds"/>
        <w:spacing w:before="120" w:after="80"/>
        <w:jc w:val="both"/>
      </w:pPr>
      <w:proofErr w:type="spellStart"/>
      <w:r w:rsidRPr="00DA5FFA">
        <w:rPr>
          <w:b/>
        </w:rPr>
        <w:t>Procentele</w:t>
      </w:r>
      <w:proofErr w:type="spellEnd"/>
      <w:r w:rsidRPr="00DA5FFA">
        <w:rPr>
          <w:b/>
        </w:rPr>
        <w:t xml:space="preserve"> de </w:t>
      </w:r>
      <w:proofErr w:type="spellStart"/>
      <w:r w:rsidRPr="00DA5FFA">
        <w:rPr>
          <w:b/>
        </w:rPr>
        <w:t>timp</w:t>
      </w:r>
      <w:proofErr w:type="spellEnd"/>
      <w:r w:rsidRPr="00DA5FFA">
        <w:rPr>
          <w:b/>
        </w:rPr>
        <w:t xml:space="preserve"> </w:t>
      </w:r>
      <w:proofErr w:type="spellStart"/>
      <w:r w:rsidRPr="00DA5FFA">
        <w:rPr>
          <w:b/>
        </w:rPr>
        <w:t>alocate</w:t>
      </w:r>
      <w:proofErr w:type="spellEnd"/>
      <w:r w:rsidRPr="00DA5FFA">
        <w:rPr>
          <w:b/>
        </w:rPr>
        <w:t xml:space="preserve"> </w:t>
      </w:r>
      <w:proofErr w:type="spellStart"/>
      <w:r w:rsidRPr="00DA5FFA">
        <w:rPr>
          <w:b/>
        </w:rPr>
        <w:t>fiecărei</w:t>
      </w:r>
      <w:proofErr w:type="spellEnd"/>
      <w:r w:rsidRPr="00DA5FFA">
        <w:rPr>
          <w:b/>
        </w:rPr>
        <w:t xml:space="preserve"> </w:t>
      </w:r>
      <w:proofErr w:type="spellStart"/>
      <w:r w:rsidRPr="00DA5FFA">
        <w:rPr>
          <w:b/>
        </w:rPr>
        <w:t>categorii</w:t>
      </w:r>
      <w:proofErr w:type="spellEnd"/>
      <w:r w:rsidRPr="00DA5FFA">
        <w:rPr>
          <w:b/>
        </w:rPr>
        <w:t xml:space="preserve"> de </w:t>
      </w:r>
      <w:proofErr w:type="spellStart"/>
      <w:r w:rsidRPr="00DA5FFA">
        <w:rPr>
          <w:b/>
        </w:rPr>
        <w:t>activități</w:t>
      </w:r>
      <w:proofErr w:type="spellEnd"/>
      <w:r w:rsidRPr="00DA5FFA">
        <w:rPr>
          <w:b/>
        </w:rPr>
        <w:t>:</w:t>
      </w:r>
    </w:p>
    <w:p w14:paraId="752647D7" w14:textId="77777777" w:rsidR="00DA5FFA" w:rsidRDefault="00DA5FFA" w:rsidP="00DA5FFA">
      <w:pPr>
        <w:pStyle w:val="Listaszerbekezds"/>
        <w:spacing w:after="40"/>
        <w:jc w:val="both"/>
      </w:pPr>
      <w:r>
        <w:t xml:space="preserve">– </w:t>
      </w:r>
      <w:proofErr w:type="spellStart"/>
      <w:r>
        <w:t>cel</w:t>
      </w:r>
      <w:proofErr w:type="spellEnd"/>
      <w:r>
        <w:t xml:space="preserve"> </w:t>
      </w:r>
      <w:proofErr w:type="spellStart"/>
      <w:r>
        <w:t>puțin</w:t>
      </w:r>
      <w:proofErr w:type="spellEnd"/>
      <w:r>
        <w:t xml:space="preserve"> 70% </w:t>
      </w:r>
      <w:proofErr w:type="spellStart"/>
      <w:r>
        <w:t>va</w:t>
      </w:r>
      <w:proofErr w:type="spellEnd"/>
      <w:r>
        <w:t xml:space="preserve"> fi </w:t>
      </w:r>
      <w:proofErr w:type="spellStart"/>
      <w:r>
        <w:t>alocată</w:t>
      </w:r>
      <w:proofErr w:type="spellEnd"/>
      <w:r>
        <w:t xml:space="preserve"> </w:t>
      </w:r>
      <w:proofErr w:type="spellStart"/>
      <w:r>
        <w:t>activităților</w:t>
      </w:r>
      <w:proofErr w:type="spellEnd"/>
      <w:r>
        <w:t xml:space="preserve"> </w:t>
      </w:r>
      <w:proofErr w:type="spellStart"/>
      <w:r>
        <w:t>centrate</w:t>
      </w:r>
      <w:proofErr w:type="spellEnd"/>
      <w:r>
        <w:t xml:space="preserve"> pe </w:t>
      </w:r>
      <w:proofErr w:type="spellStart"/>
      <w:r>
        <w:t>beneficiar</w:t>
      </w:r>
      <w:proofErr w:type="spellEnd"/>
      <w:r>
        <w:t xml:space="preserve"> (</w:t>
      </w:r>
      <w:proofErr w:type="spellStart"/>
      <w:r>
        <w:t>identificare</w:t>
      </w:r>
      <w:proofErr w:type="spellEnd"/>
      <w:r>
        <w:t xml:space="preserve">, </w:t>
      </w:r>
      <w:proofErr w:type="spellStart"/>
      <w:r>
        <w:t>evaluare</w:t>
      </w:r>
      <w:proofErr w:type="spellEnd"/>
      <w:r>
        <w:t xml:space="preserve"> </w:t>
      </w:r>
      <w:proofErr w:type="spellStart"/>
      <w:r>
        <w:t>nevoi</w:t>
      </w:r>
      <w:proofErr w:type="spellEnd"/>
      <w:r>
        <w:t xml:space="preserve">, </w:t>
      </w:r>
      <w:proofErr w:type="spellStart"/>
      <w:r>
        <w:t>informare</w:t>
      </w:r>
      <w:proofErr w:type="spellEnd"/>
      <w:r>
        <w:t xml:space="preserve">, </w:t>
      </w:r>
      <w:proofErr w:type="spellStart"/>
      <w:r>
        <w:t>referire</w:t>
      </w:r>
      <w:proofErr w:type="spellEnd"/>
      <w:r>
        <w:t xml:space="preserve">, </w:t>
      </w:r>
      <w:proofErr w:type="spellStart"/>
      <w:r>
        <w:t>monitorizare</w:t>
      </w:r>
      <w:proofErr w:type="spellEnd"/>
      <w:r>
        <w:t xml:space="preserve">, </w:t>
      </w:r>
      <w:proofErr w:type="spellStart"/>
      <w:r>
        <w:t>consiliere</w:t>
      </w:r>
      <w:proofErr w:type="spellEnd"/>
      <w:r>
        <w:t xml:space="preserve">, </w:t>
      </w:r>
      <w:proofErr w:type="spellStart"/>
      <w:r>
        <w:t>sprijin</w:t>
      </w:r>
      <w:proofErr w:type="spellEnd"/>
      <w:r>
        <w:t xml:space="preserve"> şi </w:t>
      </w:r>
      <w:proofErr w:type="spellStart"/>
      <w:r>
        <w:t>acompaniere</w:t>
      </w:r>
      <w:proofErr w:type="spellEnd"/>
      <w:r>
        <w:t>);</w:t>
      </w:r>
    </w:p>
    <w:p w14:paraId="589EF37F" w14:textId="77777777" w:rsidR="00DA5FFA" w:rsidRDefault="00DA5FFA" w:rsidP="00DA5FFA">
      <w:pPr>
        <w:pStyle w:val="Listaszerbekezds"/>
        <w:spacing w:after="120"/>
        <w:jc w:val="both"/>
      </w:pPr>
      <w:r>
        <w:t xml:space="preserve">– </w:t>
      </w:r>
      <w:proofErr w:type="spellStart"/>
      <w:r>
        <w:t>cel</w:t>
      </w:r>
      <w:proofErr w:type="spellEnd"/>
      <w:r>
        <w:t xml:space="preserve"> </w:t>
      </w:r>
      <w:proofErr w:type="spellStart"/>
      <w:r>
        <w:t>puțin</w:t>
      </w:r>
      <w:proofErr w:type="spellEnd"/>
      <w:r>
        <w:t xml:space="preserve"> 15% din </w:t>
      </w:r>
      <w:proofErr w:type="spellStart"/>
      <w:r>
        <w:t>norma</w:t>
      </w:r>
      <w:proofErr w:type="spellEnd"/>
      <w:r>
        <w:t xml:space="preserve"> de </w:t>
      </w:r>
      <w:proofErr w:type="spellStart"/>
      <w:r>
        <w:t>lucru</w:t>
      </w:r>
      <w:proofErr w:type="spellEnd"/>
      <w:r>
        <w:t xml:space="preserve"> se </w:t>
      </w:r>
      <w:proofErr w:type="spellStart"/>
      <w:r>
        <w:t>va</w:t>
      </w:r>
      <w:proofErr w:type="spellEnd"/>
      <w:r>
        <w:t xml:space="preserve"> </w:t>
      </w:r>
      <w:proofErr w:type="spellStart"/>
      <w:r>
        <w:t>aloca</w:t>
      </w:r>
      <w:proofErr w:type="spellEnd"/>
      <w:r>
        <w:t xml:space="preserve"> </w:t>
      </w:r>
      <w:proofErr w:type="spellStart"/>
      <w:r>
        <w:t>pentru</w:t>
      </w:r>
      <w:proofErr w:type="spellEnd"/>
      <w:r>
        <w:t xml:space="preserve"> </w:t>
      </w:r>
      <w:proofErr w:type="spellStart"/>
      <w:r>
        <w:t>activități</w:t>
      </w:r>
      <w:proofErr w:type="spellEnd"/>
      <w:r>
        <w:t xml:space="preserve"> </w:t>
      </w:r>
      <w:proofErr w:type="spellStart"/>
      <w:r>
        <w:t>centrate</w:t>
      </w:r>
      <w:proofErr w:type="spellEnd"/>
      <w:r>
        <w:t xml:space="preserve"> pe </w:t>
      </w:r>
      <w:proofErr w:type="spellStart"/>
      <w:r>
        <w:t>dezvoltarea</w:t>
      </w:r>
      <w:proofErr w:type="spellEnd"/>
      <w:r>
        <w:t xml:space="preserve"> </w:t>
      </w:r>
      <w:proofErr w:type="spellStart"/>
      <w:r>
        <w:t>capacității</w:t>
      </w:r>
      <w:proofErr w:type="spellEnd"/>
      <w:r>
        <w:t xml:space="preserve"> </w:t>
      </w:r>
      <w:proofErr w:type="spellStart"/>
      <w:r>
        <w:t>unității</w:t>
      </w:r>
      <w:proofErr w:type="spellEnd"/>
      <w:r>
        <w:t>/</w:t>
      </w:r>
      <w:proofErr w:type="spellStart"/>
      <w:r>
        <w:t>autorităților</w:t>
      </w:r>
      <w:proofErr w:type="spellEnd"/>
      <w:r>
        <w:t xml:space="preserve"> locale/SPAS, </w:t>
      </w:r>
      <w:proofErr w:type="spellStart"/>
      <w:r>
        <w:t>prin</w:t>
      </w:r>
      <w:proofErr w:type="spellEnd"/>
      <w:r>
        <w:t xml:space="preserve"> </w:t>
      </w:r>
      <w:proofErr w:type="spellStart"/>
      <w:r>
        <w:t>participarea</w:t>
      </w:r>
      <w:proofErr w:type="spellEnd"/>
      <w:r>
        <w:t xml:space="preserve"> la </w:t>
      </w:r>
      <w:proofErr w:type="spellStart"/>
      <w:r>
        <w:t>activități</w:t>
      </w:r>
      <w:proofErr w:type="spellEnd"/>
      <w:r>
        <w:t xml:space="preserve"> de </w:t>
      </w:r>
      <w:proofErr w:type="spellStart"/>
      <w:r>
        <w:t>formare</w:t>
      </w:r>
      <w:proofErr w:type="spellEnd"/>
      <w:r>
        <w:t xml:space="preserve"> </w:t>
      </w:r>
      <w:proofErr w:type="spellStart"/>
      <w:r>
        <w:t>şi</w:t>
      </w:r>
      <w:proofErr w:type="spellEnd"/>
      <w:r>
        <w:t xml:space="preserve"> </w:t>
      </w:r>
      <w:proofErr w:type="spellStart"/>
      <w:r>
        <w:t>dezvoltare</w:t>
      </w:r>
      <w:proofErr w:type="spellEnd"/>
      <w:r>
        <w:t xml:space="preserve"> </w:t>
      </w:r>
      <w:proofErr w:type="spellStart"/>
      <w:r>
        <w:t>profesională</w:t>
      </w:r>
      <w:proofErr w:type="spellEnd"/>
      <w:r>
        <w:t xml:space="preserve">, </w:t>
      </w:r>
      <w:proofErr w:type="spellStart"/>
      <w:r>
        <w:t>consolidare</w:t>
      </w:r>
      <w:proofErr w:type="spellEnd"/>
      <w:r>
        <w:t xml:space="preserve"> </w:t>
      </w:r>
      <w:proofErr w:type="spellStart"/>
      <w:r>
        <w:t>structuri</w:t>
      </w:r>
      <w:proofErr w:type="spellEnd"/>
      <w:r>
        <w:t xml:space="preserve"> </w:t>
      </w:r>
      <w:proofErr w:type="spellStart"/>
      <w:r>
        <w:t>comunitare</w:t>
      </w:r>
      <w:proofErr w:type="spellEnd"/>
      <w:r>
        <w:t xml:space="preserve"> consultative, </w:t>
      </w:r>
      <w:proofErr w:type="spellStart"/>
      <w:r>
        <w:t>cooperare</w:t>
      </w:r>
      <w:proofErr w:type="spellEnd"/>
      <w:r>
        <w:t xml:space="preserve"> </w:t>
      </w:r>
      <w:proofErr w:type="spellStart"/>
      <w:r>
        <w:t>locală</w:t>
      </w:r>
      <w:proofErr w:type="spellEnd"/>
      <w:r>
        <w:t xml:space="preserve">, </w:t>
      </w:r>
      <w:proofErr w:type="spellStart"/>
      <w:r>
        <w:t>intersectorială</w:t>
      </w:r>
      <w:proofErr w:type="spellEnd"/>
      <w:r>
        <w:t>, etc.</w:t>
      </w:r>
    </w:p>
    <w:p w14:paraId="784E14C5" w14:textId="77777777" w:rsidR="00DA5FFA" w:rsidRDefault="00DA5FFA" w:rsidP="00DA5FFA">
      <w:pPr>
        <w:spacing w:after="120"/>
        <w:jc w:val="both"/>
      </w:pPr>
    </w:p>
    <w:p w14:paraId="1D330E0A" w14:textId="77777777" w:rsidR="007E17A3" w:rsidRDefault="00014083" w:rsidP="00C803D5">
      <w:pPr>
        <w:spacing w:before="280" w:after="80"/>
        <w:jc w:val="both"/>
      </w:pPr>
      <w:r>
        <w:rPr>
          <w:b/>
          <w:color w:val="003366"/>
          <w:sz w:val="26"/>
        </w:rPr>
        <w:t>DOSARUL DE CONCURS TREBUIE SĂ CUPRINDĂ:</w:t>
      </w:r>
    </w:p>
    <w:p w14:paraId="4AAE6249" w14:textId="77777777" w:rsidR="007E17A3" w:rsidRDefault="00014083" w:rsidP="00C803D5">
      <w:pPr>
        <w:spacing w:after="60"/>
        <w:ind w:left="360"/>
        <w:jc w:val="both"/>
      </w:pPr>
      <w:r>
        <w:t>a) formularul de înscriere la concurs care conține și declarația de consimțământ privind prelucrarea datelor cu caracter personal;</w:t>
      </w:r>
    </w:p>
    <w:p w14:paraId="1EFD5D64" w14:textId="77777777" w:rsidR="007E17A3" w:rsidRDefault="00014083" w:rsidP="00C803D5">
      <w:pPr>
        <w:spacing w:after="60"/>
        <w:ind w:left="360"/>
        <w:jc w:val="both"/>
      </w:pPr>
      <w:r>
        <w:t>b) copia actului de identitate sau orice alt document care atestă identitatea, potrivit legii, după caz (semnată de candidat);</w:t>
      </w:r>
    </w:p>
    <w:p w14:paraId="78F49B1E" w14:textId="77777777" w:rsidR="007E17A3" w:rsidRDefault="00014083" w:rsidP="00C803D5">
      <w:pPr>
        <w:spacing w:after="60"/>
        <w:ind w:left="360"/>
        <w:jc w:val="both"/>
      </w:pPr>
      <w:r>
        <w:t>c) copia certificatului de căsătorie sau a altui document prin care s-a realizat schimbarea de nume, după caz;</w:t>
      </w:r>
    </w:p>
    <w:p w14:paraId="5AEFCD46" w14:textId="77777777" w:rsidR="007E17A3" w:rsidRDefault="00014083" w:rsidP="00C803D5">
      <w:pPr>
        <w:spacing w:after="60"/>
        <w:ind w:left="360"/>
        <w:jc w:val="both"/>
      </w:pPr>
      <w:r>
        <w:t>d) copiile documentelor care atestă nivelul studiilor şi ale altor acte care atestă efectuarea unor specializări; studii superioare, absolvite cu diplomă de licență cu specializarea în psihologie, pedagogie, psihopedagogie specială, sociologie, asistență socială, precum şi alte specializări, conform centralizatorului aprobat prin ordin al ministerului educaţiei şi cercetării pentru ocuparea posturilor/catedrelor de profesor consilier şcolar, în vigoare în anul şcolar al angajării, însoţită de diploma/diplomele pentru modulul psihopedagogic;</w:t>
      </w:r>
    </w:p>
    <w:p w14:paraId="3CA2EE8A" w14:textId="77777777" w:rsidR="007E17A3" w:rsidRDefault="00014083" w:rsidP="00C803D5">
      <w:pPr>
        <w:spacing w:after="60"/>
        <w:ind w:left="360"/>
        <w:jc w:val="both"/>
      </w:pPr>
      <w: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51A6047D" w14:textId="77777777" w:rsidR="007E17A3" w:rsidRDefault="00014083" w:rsidP="00C803D5">
      <w:pPr>
        <w:spacing w:after="60"/>
        <w:ind w:left="360"/>
        <w:jc w:val="both"/>
      </w:pPr>
      <w:r>
        <w:t>f) Curriculum Vitae, model comun european;</w:t>
      </w:r>
    </w:p>
    <w:p w14:paraId="69071FE0" w14:textId="77777777" w:rsidR="007E17A3" w:rsidRDefault="00014083" w:rsidP="00C803D5">
      <w:pPr>
        <w:spacing w:after="60"/>
        <w:ind w:left="360"/>
        <w:jc w:val="both"/>
      </w:pPr>
      <w: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515EC6DD" w14:textId="77777777" w:rsidR="007E17A3" w:rsidRDefault="00014083" w:rsidP="00C803D5">
      <w:pPr>
        <w:spacing w:after="60"/>
        <w:ind w:left="360"/>
        <w:jc w:val="both"/>
      </w:pPr>
      <w:r>
        <w:t>h) adeverinţă medicală care să ateste starea de sănătate corespunzătoare, eliberată de către medicul de familie al candidatului sau de către unităţile sanitare abilitate cu cel mult 6 luni anterior derulării concursului. Adeverinţa care atestă starea de sănătate conține, în clar, numărul, data, numele emitentului şi calitatea acestuia, în formatul standard stabilit de Ministerul Sănătății;</w:t>
      </w:r>
    </w:p>
    <w:p w14:paraId="3BFFFB1B" w14:textId="77777777" w:rsidR="007E17A3" w:rsidRDefault="00014083" w:rsidP="00C803D5">
      <w:pPr>
        <w:spacing w:after="60"/>
        <w:ind w:left="360"/>
        <w:jc w:val="both"/>
      </w:pPr>
      <w: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6510715" w14:textId="4DFF22E4" w:rsidR="007E17A3" w:rsidRDefault="00014083" w:rsidP="00C803D5">
      <w:pPr>
        <w:spacing w:before="120"/>
        <w:jc w:val="both"/>
      </w:pPr>
      <w:r>
        <w:t xml:space="preserve">Dosarele de concurs se vor depune în termen de 10 zile lucrătoare de la data </w:t>
      </w:r>
      <w:proofErr w:type="spellStart"/>
      <w:r>
        <w:t>publicării</w:t>
      </w:r>
      <w:proofErr w:type="spellEnd"/>
      <w:r>
        <w:t xml:space="preserve"> </w:t>
      </w:r>
      <w:proofErr w:type="spellStart"/>
      <w:r>
        <w:t>anunțului</w:t>
      </w:r>
      <w:proofErr w:type="spellEnd"/>
      <w:r>
        <w:t xml:space="preserve"> </w:t>
      </w:r>
      <w:proofErr w:type="spellStart"/>
      <w:r>
        <w:t>pentru</w:t>
      </w:r>
      <w:proofErr w:type="spellEnd"/>
      <w:r>
        <w:t xml:space="preserve"> </w:t>
      </w:r>
      <w:proofErr w:type="spellStart"/>
      <w:r>
        <w:t>ocuparea</w:t>
      </w:r>
      <w:proofErr w:type="spellEnd"/>
      <w:r>
        <w:t xml:space="preserve"> </w:t>
      </w:r>
      <w:proofErr w:type="spellStart"/>
      <w:r>
        <w:t>postului</w:t>
      </w:r>
      <w:proofErr w:type="spellEnd"/>
      <w:r>
        <w:t xml:space="preserve"> vacant (</w:t>
      </w:r>
      <w:r w:rsidR="006B5563">
        <w:t>08</w:t>
      </w:r>
      <w:r>
        <w:t>.</w:t>
      </w:r>
      <w:r w:rsidR="006B5563">
        <w:t>10</w:t>
      </w:r>
      <w:r>
        <w:t xml:space="preserve">.2026), </w:t>
      </w:r>
      <w:proofErr w:type="spellStart"/>
      <w:r>
        <w:t>în</w:t>
      </w:r>
      <w:proofErr w:type="spellEnd"/>
      <w:r>
        <w:t xml:space="preserve"> </w:t>
      </w:r>
      <w:proofErr w:type="spellStart"/>
      <w:r>
        <w:t>perioada</w:t>
      </w:r>
      <w:proofErr w:type="spellEnd"/>
      <w:r>
        <w:t xml:space="preserve"> </w:t>
      </w:r>
      <w:r w:rsidR="006B5563">
        <w:t>24</w:t>
      </w:r>
      <w:r>
        <w:t>.</w:t>
      </w:r>
      <w:r w:rsidR="006B5563">
        <w:t>10</w:t>
      </w:r>
      <w:r>
        <w:t xml:space="preserve">.2026 - </w:t>
      </w:r>
      <w:r w:rsidR="006B5563">
        <w:t>08</w:t>
      </w:r>
      <w:r>
        <w:t>.</w:t>
      </w:r>
      <w:r w:rsidR="006B5563">
        <w:t>10</w:t>
      </w:r>
      <w:r>
        <w:t xml:space="preserve">.2026, ora 13,00, la </w:t>
      </w:r>
      <w:proofErr w:type="spellStart"/>
      <w:r>
        <w:t>sediul</w:t>
      </w:r>
      <w:proofErr w:type="spellEnd"/>
      <w:r>
        <w:t xml:space="preserve"> </w:t>
      </w:r>
      <w:proofErr w:type="spellStart"/>
      <w:r>
        <w:t>Primăriei</w:t>
      </w:r>
      <w:proofErr w:type="spellEnd"/>
      <w:r>
        <w:t xml:space="preserve"> </w:t>
      </w:r>
      <w:proofErr w:type="spellStart"/>
      <w:r>
        <w:t>Comunei</w:t>
      </w:r>
      <w:proofErr w:type="spellEnd"/>
      <w:r>
        <w:t xml:space="preserve"> </w:t>
      </w:r>
      <w:proofErr w:type="spellStart"/>
      <w:r w:rsidR="006B5563">
        <w:t>Ulie</w:t>
      </w:r>
      <w:proofErr w:type="spellEnd"/>
      <w:r w:rsidR="006B5563">
        <w:rPr>
          <w:lang w:val="ro-RO"/>
        </w:rPr>
        <w:t>ș</w:t>
      </w:r>
      <w:r>
        <w:t xml:space="preserve">, </w:t>
      </w:r>
      <w:proofErr w:type="spellStart"/>
      <w:r>
        <w:t>satul</w:t>
      </w:r>
      <w:proofErr w:type="spellEnd"/>
      <w:r>
        <w:t xml:space="preserve"> </w:t>
      </w:r>
      <w:proofErr w:type="spellStart"/>
      <w:r w:rsidR="006B5563">
        <w:t>Ulieș</w:t>
      </w:r>
      <w:proofErr w:type="spellEnd"/>
      <w:r w:rsidR="006B5563">
        <w:t>,</w:t>
      </w:r>
      <w:r>
        <w:t xml:space="preserve"> nr. </w:t>
      </w:r>
      <w:r w:rsidR="006B5563">
        <w:t>30</w:t>
      </w:r>
      <w:r>
        <w:t xml:space="preserve">, județul Harghita, la secretarul </w:t>
      </w:r>
      <w:proofErr w:type="spellStart"/>
      <w:r>
        <w:t>comisiei</w:t>
      </w:r>
      <w:proofErr w:type="spellEnd"/>
      <w:r>
        <w:t xml:space="preserve"> de concurs </w:t>
      </w:r>
      <w:proofErr w:type="spellStart"/>
      <w:r>
        <w:t>dna</w:t>
      </w:r>
      <w:proofErr w:type="spellEnd"/>
      <w:r>
        <w:t xml:space="preserve"> </w:t>
      </w:r>
      <w:r w:rsidR="006B5563">
        <w:t>Bokor-Mezei Csilla</w:t>
      </w:r>
      <w:r>
        <w:t xml:space="preserve">, </w:t>
      </w:r>
      <w:proofErr w:type="spellStart"/>
      <w:r>
        <w:t>Compartiment</w:t>
      </w:r>
      <w:proofErr w:type="spellEnd"/>
      <w:r>
        <w:t xml:space="preserve"> </w:t>
      </w:r>
      <w:r w:rsidR="006B5563">
        <w:t>juridic</w:t>
      </w:r>
      <w:r>
        <w:t xml:space="preserve"> </w:t>
      </w:r>
      <w:proofErr w:type="spellStart"/>
      <w:r>
        <w:t>și</w:t>
      </w:r>
      <w:proofErr w:type="spellEnd"/>
      <w:r w:rsidR="006B5563">
        <w:t xml:space="preserve"> de</w:t>
      </w:r>
      <w:r>
        <w:t xml:space="preserve"> </w:t>
      </w:r>
      <w:proofErr w:type="spellStart"/>
      <w:r>
        <w:t>resurse</w:t>
      </w:r>
      <w:proofErr w:type="spellEnd"/>
      <w:r>
        <w:t xml:space="preserve"> </w:t>
      </w:r>
      <w:proofErr w:type="spellStart"/>
      <w:r>
        <w:t>umane</w:t>
      </w:r>
      <w:proofErr w:type="spellEnd"/>
      <w:r>
        <w:t xml:space="preserve">, date de contact: </w:t>
      </w:r>
      <w:proofErr w:type="spellStart"/>
      <w:r>
        <w:t>tel</w:t>
      </w:r>
      <w:proofErr w:type="spellEnd"/>
      <w:r>
        <w:t xml:space="preserve">: </w:t>
      </w:r>
      <w:r w:rsidR="006B5563">
        <w:t>0266222001</w:t>
      </w:r>
      <w:r>
        <w:t xml:space="preserve">, email: </w:t>
      </w:r>
      <w:r w:rsidR="006B5563">
        <w:t>comunaulies@yahoo.com</w:t>
      </w:r>
    </w:p>
    <w:p w14:paraId="4D89AD62" w14:textId="77777777" w:rsidR="007E17A3" w:rsidRDefault="00014083" w:rsidP="00C803D5">
      <w:pPr>
        <w:spacing w:before="280" w:after="80"/>
        <w:jc w:val="both"/>
      </w:pPr>
      <w:r>
        <w:rPr>
          <w:b/>
          <w:color w:val="003366"/>
          <w:sz w:val="26"/>
        </w:rPr>
        <w:lastRenderedPageBreak/>
        <w:t>CALENDARUL DE DESFĂŞURARE A CONCURSULUI:</w:t>
      </w:r>
    </w:p>
    <w:tbl>
      <w:tblPr>
        <w:tblW w:w="0" w:type="auto"/>
        <w:jc w:val="center"/>
        <w:tblLayout w:type="fixed"/>
        <w:tblLook w:val="04A0" w:firstRow="1" w:lastRow="0" w:firstColumn="1" w:lastColumn="0" w:noHBand="0" w:noVBand="1"/>
      </w:tblPr>
      <w:tblGrid>
        <w:gridCol w:w="1152"/>
        <w:gridCol w:w="5472"/>
        <w:gridCol w:w="1728"/>
        <w:gridCol w:w="1152"/>
      </w:tblGrid>
      <w:tr w:rsidR="007E17A3" w14:paraId="07171081" w14:textId="77777777">
        <w:trPr>
          <w:cantSplit/>
          <w:jc w:val="center"/>
        </w:trPr>
        <w:tc>
          <w:tcPr>
            <w:tcW w:w="1152" w:type="dxa"/>
            <w:tcBorders>
              <w:top w:val="single" w:sz="4" w:space="0" w:color="CCCCCC"/>
              <w:bottom w:val="single" w:sz="4" w:space="0" w:color="CCCCCC"/>
            </w:tcBorders>
            <w:shd w:val="clear" w:color="auto" w:fill="003366"/>
          </w:tcPr>
          <w:p w14:paraId="35CD7300" w14:textId="77777777" w:rsidR="007E17A3" w:rsidRDefault="00014083" w:rsidP="00C803D5">
            <w:pPr>
              <w:spacing w:before="60" w:after="60"/>
              <w:jc w:val="both"/>
            </w:pPr>
            <w:r>
              <w:rPr>
                <w:b/>
                <w:color w:val="FFFFFF"/>
              </w:rPr>
              <w:t>Nr. Crt.</w:t>
            </w:r>
          </w:p>
        </w:tc>
        <w:tc>
          <w:tcPr>
            <w:tcW w:w="5472" w:type="dxa"/>
            <w:tcBorders>
              <w:top w:val="single" w:sz="4" w:space="0" w:color="CCCCCC"/>
              <w:bottom w:val="single" w:sz="4" w:space="0" w:color="CCCCCC"/>
            </w:tcBorders>
            <w:shd w:val="clear" w:color="auto" w:fill="003366"/>
          </w:tcPr>
          <w:p w14:paraId="25C19E25" w14:textId="77777777" w:rsidR="007E17A3" w:rsidRDefault="00014083" w:rsidP="00C803D5">
            <w:pPr>
              <w:spacing w:before="60" w:after="60"/>
              <w:jc w:val="both"/>
            </w:pPr>
            <w:r>
              <w:rPr>
                <w:b/>
                <w:color w:val="FFFFFF"/>
              </w:rPr>
              <w:t>Activitate</w:t>
            </w:r>
          </w:p>
        </w:tc>
        <w:tc>
          <w:tcPr>
            <w:tcW w:w="1728" w:type="dxa"/>
            <w:tcBorders>
              <w:top w:val="single" w:sz="4" w:space="0" w:color="CCCCCC"/>
              <w:bottom w:val="single" w:sz="4" w:space="0" w:color="CCCCCC"/>
            </w:tcBorders>
            <w:shd w:val="clear" w:color="auto" w:fill="003366"/>
          </w:tcPr>
          <w:p w14:paraId="0FDCAE70" w14:textId="77777777" w:rsidR="007E17A3" w:rsidRDefault="00014083" w:rsidP="00C803D5">
            <w:pPr>
              <w:spacing w:before="60" w:after="60"/>
              <w:jc w:val="both"/>
            </w:pPr>
            <w:r>
              <w:rPr>
                <w:b/>
                <w:color w:val="FFFFFF"/>
              </w:rPr>
              <w:t>Data</w:t>
            </w:r>
          </w:p>
        </w:tc>
        <w:tc>
          <w:tcPr>
            <w:tcW w:w="1152" w:type="dxa"/>
            <w:tcBorders>
              <w:top w:val="single" w:sz="4" w:space="0" w:color="CCCCCC"/>
              <w:bottom w:val="single" w:sz="4" w:space="0" w:color="CCCCCC"/>
            </w:tcBorders>
            <w:shd w:val="clear" w:color="auto" w:fill="003366"/>
          </w:tcPr>
          <w:p w14:paraId="201CAC9F" w14:textId="77777777" w:rsidR="007E17A3" w:rsidRDefault="00014083" w:rsidP="00C803D5">
            <w:pPr>
              <w:spacing w:before="60" w:after="60"/>
              <w:jc w:val="both"/>
            </w:pPr>
            <w:r>
              <w:rPr>
                <w:b/>
                <w:color w:val="FFFFFF"/>
              </w:rPr>
              <w:t>Ora</w:t>
            </w:r>
          </w:p>
        </w:tc>
      </w:tr>
      <w:tr w:rsidR="007E17A3" w14:paraId="133502EC" w14:textId="77777777">
        <w:trPr>
          <w:cantSplit/>
          <w:jc w:val="center"/>
        </w:trPr>
        <w:tc>
          <w:tcPr>
            <w:tcW w:w="1152" w:type="dxa"/>
            <w:tcBorders>
              <w:top w:val="single" w:sz="4" w:space="0" w:color="CCCCCC"/>
              <w:bottom w:val="single" w:sz="4" w:space="0" w:color="CCCCCC"/>
            </w:tcBorders>
            <w:shd w:val="clear" w:color="auto" w:fill="F0F4F8"/>
          </w:tcPr>
          <w:p w14:paraId="1AE0D5F2" w14:textId="77777777" w:rsidR="007E17A3" w:rsidRDefault="00014083" w:rsidP="00C803D5">
            <w:pPr>
              <w:spacing w:before="60" w:after="60"/>
              <w:jc w:val="both"/>
            </w:pPr>
            <w:r>
              <w:rPr>
                <w:sz w:val="20"/>
              </w:rPr>
              <w:t>1.</w:t>
            </w:r>
          </w:p>
        </w:tc>
        <w:tc>
          <w:tcPr>
            <w:tcW w:w="5472" w:type="dxa"/>
            <w:tcBorders>
              <w:top w:val="single" w:sz="4" w:space="0" w:color="CCCCCC"/>
              <w:bottom w:val="single" w:sz="4" w:space="0" w:color="CCCCCC"/>
            </w:tcBorders>
            <w:shd w:val="clear" w:color="auto" w:fill="F0F4F8"/>
          </w:tcPr>
          <w:p w14:paraId="3E7C576B" w14:textId="77777777" w:rsidR="007E17A3" w:rsidRDefault="00014083" w:rsidP="00C803D5">
            <w:pPr>
              <w:spacing w:before="60" w:after="60"/>
              <w:jc w:val="both"/>
            </w:pPr>
            <w:r>
              <w:rPr>
                <w:sz w:val="20"/>
              </w:rPr>
              <w:t>Data postării/publicării anunțului</w:t>
            </w:r>
          </w:p>
        </w:tc>
        <w:tc>
          <w:tcPr>
            <w:tcW w:w="1728" w:type="dxa"/>
            <w:tcBorders>
              <w:top w:val="single" w:sz="4" w:space="0" w:color="CCCCCC"/>
              <w:bottom w:val="single" w:sz="4" w:space="0" w:color="CCCCCC"/>
            </w:tcBorders>
            <w:shd w:val="clear" w:color="auto" w:fill="F0F4F8"/>
          </w:tcPr>
          <w:p w14:paraId="433267AE" w14:textId="713CC05E" w:rsidR="007E17A3" w:rsidRDefault="004435C2" w:rsidP="00C803D5">
            <w:pPr>
              <w:spacing w:before="60" w:after="60"/>
              <w:jc w:val="both"/>
            </w:pPr>
            <w:r>
              <w:rPr>
                <w:sz w:val="20"/>
              </w:rPr>
              <w:t>08</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shd w:val="clear" w:color="auto" w:fill="F0F4F8"/>
          </w:tcPr>
          <w:p w14:paraId="7FC066CF" w14:textId="77777777" w:rsidR="007E17A3" w:rsidRDefault="00014083" w:rsidP="00C803D5">
            <w:pPr>
              <w:spacing w:before="60" w:after="60"/>
              <w:jc w:val="both"/>
            </w:pPr>
            <w:r>
              <w:rPr>
                <w:sz w:val="20"/>
              </w:rPr>
              <w:t>13,00</w:t>
            </w:r>
          </w:p>
        </w:tc>
      </w:tr>
      <w:tr w:rsidR="007E17A3" w14:paraId="220CBB18" w14:textId="77777777">
        <w:trPr>
          <w:cantSplit/>
          <w:jc w:val="center"/>
        </w:trPr>
        <w:tc>
          <w:tcPr>
            <w:tcW w:w="1152" w:type="dxa"/>
            <w:tcBorders>
              <w:top w:val="single" w:sz="4" w:space="0" w:color="CCCCCC"/>
              <w:bottom w:val="single" w:sz="4" w:space="0" w:color="CCCCCC"/>
            </w:tcBorders>
          </w:tcPr>
          <w:p w14:paraId="73BDC49D" w14:textId="77777777" w:rsidR="007E17A3" w:rsidRDefault="00014083" w:rsidP="00C803D5">
            <w:pPr>
              <w:spacing w:before="60" w:after="60"/>
              <w:jc w:val="both"/>
            </w:pPr>
            <w:r>
              <w:rPr>
                <w:sz w:val="20"/>
              </w:rPr>
              <w:t>2.</w:t>
            </w:r>
          </w:p>
        </w:tc>
        <w:tc>
          <w:tcPr>
            <w:tcW w:w="5472" w:type="dxa"/>
            <w:tcBorders>
              <w:top w:val="single" w:sz="4" w:space="0" w:color="CCCCCC"/>
              <w:bottom w:val="single" w:sz="4" w:space="0" w:color="CCCCCC"/>
            </w:tcBorders>
          </w:tcPr>
          <w:p w14:paraId="522CB3AB" w14:textId="77777777" w:rsidR="007E17A3" w:rsidRDefault="00014083" w:rsidP="00C803D5">
            <w:pPr>
              <w:spacing w:before="60" w:after="60"/>
              <w:jc w:val="both"/>
            </w:pPr>
            <w:r>
              <w:rPr>
                <w:sz w:val="20"/>
              </w:rPr>
              <w:t>Data limită de depunere a dosarelor</w:t>
            </w:r>
          </w:p>
        </w:tc>
        <w:tc>
          <w:tcPr>
            <w:tcW w:w="1728" w:type="dxa"/>
            <w:tcBorders>
              <w:top w:val="single" w:sz="4" w:space="0" w:color="CCCCCC"/>
              <w:bottom w:val="single" w:sz="4" w:space="0" w:color="CCCCCC"/>
            </w:tcBorders>
          </w:tcPr>
          <w:p w14:paraId="17F5920C" w14:textId="5F6FB8DC" w:rsidR="007E17A3" w:rsidRDefault="004435C2" w:rsidP="00C803D5">
            <w:pPr>
              <w:spacing w:before="60" w:after="60"/>
              <w:jc w:val="both"/>
            </w:pPr>
            <w:r>
              <w:rPr>
                <w:sz w:val="20"/>
              </w:rPr>
              <w:t>08</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42F0918E" w14:textId="77777777" w:rsidR="007E17A3" w:rsidRDefault="00014083" w:rsidP="00C803D5">
            <w:pPr>
              <w:spacing w:before="60" w:after="60"/>
              <w:jc w:val="both"/>
            </w:pPr>
            <w:r>
              <w:rPr>
                <w:sz w:val="20"/>
              </w:rPr>
              <w:t>13,00</w:t>
            </w:r>
          </w:p>
        </w:tc>
      </w:tr>
      <w:tr w:rsidR="007E17A3" w14:paraId="4ED5AE21" w14:textId="77777777">
        <w:trPr>
          <w:cantSplit/>
          <w:jc w:val="center"/>
        </w:trPr>
        <w:tc>
          <w:tcPr>
            <w:tcW w:w="1152" w:type="dxa"/>
            <w:tcBorders>
              <w:top w:val="single" w:sz="4" w:space="0" w:color="CCCCCC"/>
              <w:bottom w:val="single" w:sz="4" w:space="0" w:color="CCCCCC"/>
            </w:tcBorders>
            <w:shd w:val="clear" w:color="auto" w:fill="F0F4F8"/>
          </w:tcPr>
          <w:p w14:paraId="5D725EA2" w14:textId="77777777" w:rsidR="007E17A3" w:rsidRDefault="00014083" w:rsidP="00C803D5">
            <w:pPr>
              <w:spacing w:before="60" w:after="60"/>
              <w:jc w:val="both"/>
            </w:pPr>
            <w:r>
              <w:rPr>
                <w:sz w:val="20"/>
              </w:rPr>
              <w:t>3.</w:t>
            </w:r>
          </w:p>
        </w:tc>
        <w:tc>
          <w:tcPr>
            <w:tcW w:w="5472" w:type="dxa"/>
            <w:tcBorders>
              <w:top w:val="single" w:sz="4" w:space="0" w:color="CCCCCC"/>
              <w:bottom w:val="single" w:sz="4" w:space="0" w:color="CCCCCC"/>
            </w:tcBorders>
            <w:shd w:val="clear" w:color="auto" w:fill="F0F4F8"/>
          </w:tcPr>
          <w:p w14:paraId="07A561AB" w14:textId="77777777" w:rsidR="007E17A3" w:rsidRDefault="00014083" w:rsidP="00C803D5">
            <w:pPr>
              <w:spacing w:before="60" w:after="60"/>
              <w:jc w:val="both"/>
            </w:pPr>
            <w:r>
              <w:rPr>
                <w:sz w:val="20"/>
              </w:rPr>
              <w:t>Selecţia dosarelor</w:t>
            </w:r>
          </w:p>
        </w:tc>
        <w:tc>
          <w:tcPr>
            <w:tcW w:w="1728" w:type="dxa"/>
            <w:tcBorders>
              <w:top w:val="single" w:sz="4" w:space="0" w:color="CCCCCC"/>
              <w:bottom w:val="single" w:sz="4" w:space="0" w:color="CCCCCC"/>
            </w:tcBorders>
            <w:shd w:val="clear" w:color="auto" w:fill="F0F4F8"/>
          </w:tcPr>
          <w:p w14:paraId="6EA0976A" w14:textId="094614DF" w:rsidR="007E17A3" w:rsidRDefault="00014083" w:rsidP="00C803D5">
            <w:pPr>
              <w:spacing w:before="60" w:after="60"/>
              <w:jc w:val="both"/>
            </w:pPr>
            <w:r>
              <w:rPr>
                <w:sz w:val="20"/>
              </w:rPr>
              <w:t>0</w:t>
            </w:r>
            <w:r w:rsidR="004435C2">
              <w:rPr>
                <w:sz w:val="20"/>
              </w:rPr>
              <w:t>9</w:t>
            </w:r>
            <w:r>
              <w:rPr>
                <w:sz w:val="20"/>
              </w:rPr>
              <w:t>.</w:t>
            </w:r>
            <w:r w:rsidR="004435C2">
              <w:rPr>
                <w:sz w:val="20"/>
              </w:rPr>
              <w:t>10</w:t>
            </w:r>
            <w:r>
              <w:rPr>
                <w:sz w:val="20"/>
              </w:rPr>
              <w:t>.2026</w:t>
            </w:r>
          </w:p>
        </w:tc>
        <w:tc>
          <w:tcPr>
            <w:tcW w:w="1152" w:type="dxa"/>
            <w:tcBorders>
              <w:top w:val="single" w:sz="4" w:space="0" w:color="CCCCCC"/>
              <w:bottom w:val="single" w:sz="4" w:space="0" w:color="CCCCCC"/>
            </w:tcBorders>
            <w:shd w:val="clear" w:color="auto" w:fill="F0F4F8"/>
          </w:tcPr>
          <w:p w14:paraId="21DDA37D" w14:textId="77777777" w:rsidR="007E17A3" w:rsidRDefault="00014083" w:rsidP="00C803D5">
            <w:pPr>
              <w:spacing w:before="60" w:after="60"/>
              <w:jc w:val="both"/>
            </w:pPr>
            <w:r>
              <w:rPr>
                <w:sz w:val="20"/>
              </w:rPr>
              <w:t>13,00</w:t>
            </w:r>
          </w:p>
        </w:tc>
      </w:tr>
      <w:tr w:rsidR="007E17A3" w14:paraId="2C7A65C2" w14:textId="77777777">
        <w:trPr>
          <w:cantSplit/>
          <w:jc w:val="center"/>
        </w:trPr>
        <w:tc>
          <w:tcPr>
            <w:tcW w:w="1152" w:type="dxa"/>
            <w:tcBorders>
              <w:top w:val="single" w:sz="4" w:space="0" w:color="CCCCCC"/>
              <w:bottom w:val="single" w:sz="4" w:space="0" w:color="CCCCCC"/>
            </w:tcBorders>
          </w:tcPr>
          <w:p w14:paraId="7685F8E8" w14:textId="77777777" w:rsidR="007E17A3" w:rsidRDefault="00014083" w:rsidP="00C803D5">
            <w:pPr>
              <w:spacing w:before="60" w:after="60"/>
              <w:jc w:val="both"/>
            </w:pPr>
            <w:r>
              <w:rPr>
                <w:sz w:val="20"/>
              </w:rPr>
              <w:t>4.</w:t>
            </w:r>
          </w:p>
        </w:tc>
        <w:tc>
          <w:tcPr>
            <w:tcW w:w="5472" w:type="dxa"/>
            <w:tcBorders>
              <w:top w:val="single" w:sz="4" w:space="0" w:color="CCCCCC"/>
              <w:bottom w:val="single" w:sz="4" w:space="0" w:color="CCCCCC"/>
            </w:tcBorders>
          </w:tcPr>
          <w:p w14:paraId="0CAAE315" w14:textId="77777777" w:rsidR="007E17A3" w:rsidRDefault="00014083" w:rsidP="00C803D5">
            <w:pPr>
              <w:spacing w:before="60" w:after="60"/>
              <w:jc w:val="both"/>
            </w:pPr>
            <w:r>
              <w:rPr>
                <w:sz w:val="20"/>
              </w:rPr>
              <w:t>Afişarea selecției dosarelor</w:t>
            </w:r>
          </w:p>
        </w:tc>
        <w:tc>
          <w:tcPr>
            <w:tcW w:w="1728" w:type="dxa"/>
            <w:tcBorders>
              <w:top w:val="single" w:sz="4" w:space="0" w:color="CCCCCC"/>
              <w:bottom w:val="single" w:sz="4" w:space="0" w:color="CCCCCC"/>
            </w:tcBorders>
          </w:tcPr>
          <w:p w14:paraId="12D6476B" w14:textId="3F5D408D" w:rsidR="007E17A3" w:rsidRDefault="004435C2" w:rsidP="00C803D5">
            <w:pPr>
              <w:spacing w:before="60" w:after="60"/>
              <w:jc w:val="both"/>
            </w:pPr>
            <w:r>
              <w:rPr>
                <w:sz w:val="20"/>
              </w:rPr>
              <w:t>12</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417E7C7C" w14:textId="77777777" w:rsidR="007E17A3" w:rsidRDefault="00014083" w:rsidP="00C803D5">
            <w:pPr>
              <w:spacing w:before="60" w:after="60"/>
              <w:jc w:val="both"/>
            </w:pPr>
            <w:r>
              <w:rPr>
                <w:sz w:val="20"/>
              </w:rPr>
              <w:t>10,00</w:t>
            </w:r>
          </w:p>
        </w:tc>
      </w:tr>
      <w:tr w:rsidR="007E17A3" w14:paraId="53E9236E" w14:textId="77777777">
        <w:trPr>
          <w:cantSplit/>
          <w:jc w:val="center"/>
        </w:trPr>
        <w:tc>
          <w:tcPr>
            <w:tcW w:w="1152" w:type="dxa"/>
            <w:tcBorders>
              <w:top w:val="single" w:sz="4" w:space="0" w:color="CCCCCC"/>
              <w:bottom w:val="single" w:sz="4" w:space="0" w:color="CCCCCC"/>
            </w:tcBorders>
            <w:shd w:val="clear" w:color="auto" w:fill="F0F4F8"/>
          </w:tcPr>
          <w:p w14:paraId="6E9E8C9B" w14:textId="77777777" w:rsidR="007E17A3" w:rsidRDefault="00014083" w:rsidP="00C803D5">
            <w:pPr>
              <w:spacing w:before="60" w:after="60"/>
              <w:jc w:val="both"/>
            </w:pPr>
            <w:r>
              <w:rPr>
                <w:sz w:val="20"/>
              </w:rPr>
              <w:t>5.</w:t>
            </w:r>
          </w:p>
        </w:tc>
        <w:tc>
          <w:tcPr>
            <w:tcW w:w="5472" w:type="dxa"/>
            <w:tcBorders>
              <w:top w:val="single" w:sz="4" w:space="0" w:color="CCCCCC"/>
              <w:bottom w:val="single" w:sz="4" w:space="0" w:color="CCCCCC"/>
            </w:tcBorders>
            <w:shd w:val="clear" w:color="auto" w:fill="F0F4F8"/>
          </w:tcPr>
          <w:p w14:paraId="5384FAF0" w14:textId="77777777" w:rsidR="007E17A3" w:rsidRDefault="00014083" w:rsidP="00C803D5">
            <w:pPr>
              <w:spacing w:before="60" w:after="60"/>
              <w:jc w:val="both"/>
            </w:pPr>
            <w:r>
              <w:rPr>
                <w:sz w:val="20"/>
              </w:rPr>
              <w:t>Termen limită pentru depunerea contestaţiilor privind selecția dosarelor</w:t>
            </w:r>
          </w:p>
        </w:tc>
        <w:tc>
          <w:tcPr>
            <w:tcW w:w="1728" w:type="dxa"/>
            <w:tcBorders>
              <w:top w:val="single" w:sz="4" w:space="0" w:color="CCCCCC"/>
              <w:bottom w:val="single" w:sz="4" w:space="0" w:color="CCCCCC"/>
            </w:tcBorders>
            <w:shd w:val="clear" w:color="auto" w:fill="F0F4F8"/>
          </w:tcPr>
          <w:p w14:paraId="2F9BA0EE" w14:textId="2B1B049E" w:rsidR="007E17A3" w:rsidRDefault="004435C2" w:rsidP="00C803D5">
            <w:pPr>
              <w:spacing w:before="60" w:after="60"/>
              <w:jc w:val="both"/>
            </w:pPr>
            <w:r>
              <w:rPr>
                <w:sz w:val="20"/>
              </w:rPr>
              <w:t>13</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shd w:val="clear" w:color="auto" w:fill="F0F4F8"/>
          </w:tcPr>
          <w:p w14:paraId="007998D7" w14:textId="77777777" w:rsidR="007E17A3" w:rsidRDefault="00014083" w:rsidP="00C803D5">
            <w:pPr>
              <w:spacing w:before="60" w:after="60"/>
              <w:jc w:val="both"/>
            </w:pPr>
            <w:r>
              <w:rPr>
                <w:sz w:val="20"/>
              </w:rPr>
              <w:t>10,00</w:t>
            </w:r>
          </w:p>
        </w:tc>
      </w:tr>
      <w:tr w:rsidR="007E17A3" w14:paraId="2E6B9B07" w14:textId="77777777">
        <w:trPr>
          <w:cantSplit/>
          <w:jc w:val="center"/>
        </w:trPr>
        <w:tc>
          <w:tcPr>
            <w:tcW w:w="1152" w:type="dxa"/>
            <w:tcBorders>
              <w:top w:val="single" w:sz="4" w:space="0" w:color="CCCCCC"/>
              <w:bottom w:val="single" w:sz="4" w:space="0" w:color="CCCCCC"/>
            </w:tcBorders>
          </w:tcPr>
          <w:p w14:paraId="32011D10" w14:textId="77777777" w:rsidR="007E17A3" w:rsidRDefault="00014083" w:rsidP="00C803D5">
            <w:pPr>
              <w:spacing w:before="60" w:after="60"/>
              <w:jc w:val="both"/>
            </w:pPr>
            <w:r>
              <w:rPr>
                <w:sz w:val="20"/>
              </w:rPr>
              <w:t>6.</w:t>
            </w:r>
          </w:p>
        </w:tc>
        <w:tc>
          <w:tcPr>
            <w:tcW w:w="5472" w:type="dxa"/>
            <w:tcBorders>
              <w:top w:val="single" w:sz="4" w:space="0" w:color="CCCCCC"/>
              <w:bottom w:val="single" w:sz="4" w:space="0" w:color="CCCCCC"/>
            </w:tcBorders>
          </w:tcPr>
          <w:p w14:paraId="6FC4B58B" w14:textId="77777777" w:rsidR="007E17A3" w:rsidRDefault="00014083" w:rsidP="00C803D5">
            <w:pPr>
              <w:spacing w:before="60" w:after="60"/>
              <w:jc w:val="both"/>
            </w:pPr>
            <w:r>
              <w:rPr>
                <w:sz w:val="20"/>
              </w:rPr>
              <w:t>Afişarea rezultatelor la contestaţii</w:t>
            </w:r>
          </w:p>
        </w:tc>
        <w:tc>
          <w:tcPr>
            <w:tcW w:w="1728" w:type="dxa"/>
            <w:tcBorders>
              <w:top w:val="single" w:sz="4" w:space="0" w:color="CCCCCC"/>
              <w:bottom w:val="single" w:sz="4" w:space="0" w:color="CCCCCC"/>
            </w:tcBorders>
          </w:tcPr>
          <w:p w14:paraId="68758151" w14:textId="7B4406DC" w:rsidR="007E17A3" w:rsidRDefault="004435C2" w:rsidP="00C803D5">
            <w:pPr>
              <w:spacing w:before="60" w:after="60"/>
              <w:jc w:val="both"/>
            </w:pPr>
            <w:r>
              <w:rPr>
                <w:sz w:val="20"/>
              </w:rPr>
              <w:t>14</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7EEEE8F2" w14:textId="77777777" w:rsidR="007E17A3" w:rsidRDefault="00014083" w:rsidP="00C803D5">
            <w:pPr>
              <w:spacing w:before="60" w:after="60"/>
              <w:jc w:val="both"/>
            </w:pPr>
            <w:r>
              <w:rPr>
                <w:sz w:val="20"/>
              </w:rPr>
              <w:t>10,00</w:t>
            </w:r>
          </w:p>
        </w:tc>
      </w:tr>
      <w:tr w:rsidR="007E17A3" w14:paraId="5D8339AD" w14:textId="77777777">
        <w:trPr>
          <w:cantSplit/>
          <w:jc w:val="center"/>
        </w:trPr>
        <w:tc>
          <w:tcPr>
            <w:tcW w:w="1152" w:type="dxa"/>
            <w:tcBorders>
              <w:top w:val="single" w:sz="4" w:space="0" w:color="CCCCCC"/>
              <w:bottom w:val="single" w:sz="4" w:space="0" w:color="CCCCCC"/>
            </w:tcBorders>
            <w:shd w:val="clear" w:color="auto" w:fill="F0F4F8"/>
          </w:tcPr>
          <w:p w14:paraId="712732FB" w14:textId="77777777" w:rsidR="007E17A3" w:rsidRDefault="00014083" w:rsidP="00C803D5">
            <w:pPr>
              <w:spacing w:before="60" w:after="60"/>
              <w:jc w:val="both"/>
            </w:pPr>
            <w:r>
              <w:rPr>
                <w:sz w:val="20"/>
              </w:rPr>
              <w:t>7.</w:t>
            </w:r>
          </w:p>
        </w:tc>
        <w:tc>
          <w:tcPr>
            <w:tcW w:w="5472" w:type="dxa"/>
            <w:tcBorders>
              <w:top w:val="single" w:sz="4" w:space="0" w:color="CCCCCC"/>
              <w:bottom w:val="single" w:sz="4" w:space="0" w:color="CCCCCC"/>
            </w:tcBorders>
            <w:shd w:val="clear" w:color="auto" w:fill="F0F4F8"/>
          </w:tcPr>
          <w:p w14:paraId="07DBC66A" w14:textId="77777777" w:rsidR="007E17A3" w:rsidRDefault="00014083" w:rsidP="00C803D5">
            <w:pPr>
              <w:spacing w:before="60" w:after="60"/>
              <w:jc w:val="both"/>
            </w:pPr>
            <w:r>
              <w:rPr>
                <w:sz w:val="20"/>
              </w:rPr>
              <w:t>Proba scrisă</w:t>
            </w:r>
          </w:p>
        </w:tc>
        <w:tc>
          <w:tcPr>
            <w:tcW w:w="1728" w:type="dxa"/>
            <w:tcBorders>
              <w:top w:val="single" w:sz="4" w:space="0" w:color="CCCCCC"/>
              <w:bottom w:val="single" w:sz="4" w:space="0" w:color="CCCCCC"/>
            </w:tcBorders>
            <w:shd w:val="clear" w:color="auto" w:fill="F0F4F8"/>
          </w:tcPr>
          <w:p w14:paraId="15579479" w14:textId="367591A0" w:rsidR="007E17A3" w:rsidRDefault="004435C2" w:rsidP="00C803D5">
            <w:pPr>
              <w:spacing w:before="60" w:after="60"/>
              <w:jc w:val="both"/>
            </w:pPr>
            <w:r>
              <w:rPr>
                <w:sz w:val="20"/>
              </w:rPr>
              <w:t>16</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shd w:val="clear" w:color="auto" w:fill="F0F4F8"/>
          </w:tcPr>
          <w:p w14:paraId="5BE78FC4" w14:textId="77777777" w:rsidR="007E17A3" w:rsidRDefault="00014083" w:rsidP="00C803D5">
            <w:pPr>
              <w:spacing w:before="60" w:after="60"/>
              <w:jc w:val="both"/>
            </w:pPr>
            <w:r>
              <w:rPr>
                <w:sz w:val="20"/>
              </w:rPr>
              <w:t>10,00</w:t>
            </w:r>
          </w:p>
        </w:tc>
      </w:tr>
      <w:tr w:rsidR="007E17A3" w14:paraId="77516028" w14:textId="77777777">
        <w:trPr>
          <w:cantSplit/>
          <w:jc w:val="center"/>
        </w:trPr>
        <w:tc>
          <w:tcPr>
            <w:tcW w:w="1152" w:type="dxa"/>
            <w:tcBorders>
              <w:top w:val="single" w:sz="4" w:space="0" w:color="CCCCCC"/>
              <w:bottom w:val="single" w:sz="4" w:space="0" w:color="CCCCCC"/>
            </w:tcBorders>
          </w:tcPr>
          <w:p w14:paraId="0E489C22" w14:textId="77777777" w:rsidR="007E17A3" w:rsidRDefault="00014083" w:rsidP="00C803D5">
            <w:pPr>
              <w:spacing w:before="60" w:after="60"/>
              <w:jc w:val="both"/>
            </w:pPr>
            <w:r>
              <w:rPr>
                <w:sz w:val="20"/>
              </w:rPr>
              <w:t>8.</w:t>
            </w:r>
          </w:p>
        </w:tc>
        <w:tc>
          <w:tcPr>
            <w:tcW w:w="5472" w:type="dxa"/>
            <w:tcBorders>
              <w:top w:val="single" w:sz="4" w:space="0" w:color="CCCCCC"/>
              <w:bottom w:val="single" w:sz="4" w:space="0" w:color="CCCCCC"/>
            </w:tcBorders>
          </w:tcPr>
          <w:p w14:paraId="129A889D" w14:textId="77777777" w:rsidR="007E17A3" w:rsidRDefault="00014083" w:rsidP="00C803D5">
            <w:pPr>
              <w:spacing w:before="60" w:after="60"/>
              <w:jc w:val="both"/>
            </w:pPr>
            <w:r>
              <w:rPr>
                <w:sz w:val="20"/>
              </w:rPr>
              <w:t>Afişarea rezultatelor la proba scrisă</w:t>
            </w:r>
          </w:p>
        </w:tc>
        <w:tc>
          <w:tcPr>
            <w:tcW w:w="1728" w:type="dxa"/>
            <w:tcBorders>
              <w:top w:val="single" w:sz="4" w:space="0" w:color="CCCCCC"/>
              <w:bottom w:val="single" w:sz="4" w:space="0" w:color="CCCCCC"/>
            </w:tcBorders>
          </w:tcPr>
          <w:p w14:paraId="4D77B4B8" w14:textId="5FDB79EC" w:rsidR="007E17A3" w:rsidRDefault="004435C2" w:rsidP="00C803D5">
            <w:pPr>
              <w:spacing w:before="60" w:after="60"/>
              <w:jc w:val="both"/>
            </w:pPr>
            <w:r>
              <w:rPr>
                <w:sz w:val="20"/>
              </w:rPr>
              <w:t>16</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045CCDD7" w14:textId="77777777" w:rsidR="007E17A3" w:rsidRDefault="00014083" w:rsidP="00C803D5">
            <w:pPr>
              <w:spacing w:before="60" w:after="60"/>
              <w:jc w:val="both"/>
            </w:pPr>
            <w:r>
              <w:rPr>
                <w:sz w:val="20"/>
              </w:rPr>
              <w:t>14,00</w:t>
            </w:r>
          </w:p>
        </w:tc>
      </w:tr>
      <w:tr w:rsidR="007E17A3" w14:paraId="1F9463AC" w14:textId="77777777">
        <w:trPr>
          <w:cantSplit/>
          <w:jc w:val="center"/>
        </w:trPr>
        <w:tc>
          <w:tcPr>
            <w:tcW w:w="1152" w:type="dxa"/>
            <w:tcBorders>
              <w:top w:val="single" w:sz="4" w:space="0" w:color="CCCCCC"/>
              <w:bottom w:val="single" w:sz="4" w:space="0" w:color="CCCCCC"/>
            </w:tcBorders>
            <w:shd w:val="clear" w:color="auto" w:fill="F0F4F8"/>
          </w:tcPr>
          <w:p w14:paraId="07E2E16F" w14:textId="77777777" w:rsidR="007E17A3" w:rsidRDefault="00014083" w:rsidP="00C803D5">
            <w:pPr>
              <w:spacing w:before="60" w:after="60"/>
              <w:jc w:val="both"/>
            </w:pPr>
            <w:r>
              <w:rPr>
                <w:sz w:val="20"/>
              </w:rPr>
              <w:t>9.</w:t>
            </w:r>
          </w:p>
        </w:tc>
        <w:tc>
          <w:tcPr>
            <w:tcW w:w="5472" w:type="dxa"/>
            <w:tcBorders>
              <w:top w:val="single" w:sz="4" w:space="0" w:color="CCCCCC"/>
              <w:bottom w:val="single" w:sz="4" w:space="0" w:color="CCCCCC"/>
            </w:tcBorders>
            <w:shd w:val="clear" w:color="auto" w:fill="F0F4F8"/>
          </w:tcPr>
          <w:p w14:paraId="25EF1F64" w14:textId="77777777" w:rsidR="007E17A3" w:rsidRDefault="00014083" w:rsidP="00C803D5">
            <w:pPr>
              <w:spacing w:before="60" w:after="60"/>
              <w:jc w:val="both"/>
            </w:pPr>
            <w:r>
              <w:rPr>
                <w:sz w:val="20"/>
              </w:rPr>
              <w:t>Termen limită contestaţii la proba scrisă</w:t>
            </w:r>
          </w:p>
        </w:tc>
        <w:tc>
          <w:tcPr>
            <w:tcW w:w="1728" w:type="dxa"/>
            <w:tcBorders>
              <w:top w:val="single" w:sz="4" w:space="0" w:color="CCCCCC"/>
              <w:bottom w:val="single" w:sz="4" w:space="0" w:color="CCCCCC"/>
            </w:tcBorders>
            <w:shd w:val="clear" w:color="auto" w:fill="F0F4F8"/>
          </w:tcPr>
          <w:p w14:paraId="6193FE6B" w14:textId="600D636C" w:rsidR="007E17A3" w:rsidRDefault="00014083" w:rsidP="00C803D5">
            <w:pPr>
              <w:spacing w:before="60" w:after="60"/>
              <w:jc w:val="both"/>
            </w:pPr>
            <w:r>
              <w:rPr>
                <w:sz w:val="20"/>
              </w:rPr>
              <w:t>1</w:t>
            </w:r>
            <w:r w:rsidR="004435C2">
              <w:rPr>
                <w:sz w:val="20"/>
              </w:rPr>
              <w:t>9</w:t>
            </w:r>
            <w:r>
              <w:rPr>
                <w:sz w:val="20"/>
              </w:rPr>
              <w:t>.</w:t>
            </w:r>
            <w:r w:rsidR="004435C2">
              <w:rPr>
                <w:sz w:val="20"/>
              </w:rPr>
              <w:t>10</w:t>
            </w:r>
            <w:r>
              <w:rPr>
                <w:sz w:val="20"/>
              </w:rPr>
              <w:t>.2026</w:t>
            </w:r>
          </w:p>
        </w:tc>
        <w:tc>
          <w:tcPr>
            <w:tcW w:w="1152" w:type="dxa"/>
            <w:tcBorders>
              <w:top w:val="single" w:sz="4" w:space="0" w:color="CCCCCC"/>
              <w:bottom w:val="single" w:sz="4" w:space="0" w:color="CCCCCC"/>
            </w:tcBorders>
            <w:shd w:val="clear" w:color="auto" w:fill="F0F4F8"/>
          </w:tcPr>
          <w:p w14:paraId="05942677" w14:textId="77777777" w:rsidR="007E17A3" w:rsidRDefault="00014083" w:rsidP="00C803D5">
            <w:pPr>
              <w:spacing w:before="60" w:after="60"/>
              <w:jc w:val="both"/>
            </w:pPr>
            <w:r>
              <w:rPr>
                <w:sz w:val="20"/>
              </w:rPr>
              <w:t>14,00</w:t>
            </w:r>
          </w:p>
        </w:tc>
      </w:tr>
      <w:tr w:rsidR="007E17A3" w14:paraId="5A7E5D62" w14:textId="77777777">
        <w:trPr>
          <w:cantSplit/>
          <w:jc w:val="center"/>
        </w:trPr>
        <w:tc>
          <w:tcPr>
            <w:tcW w:w="1152" w:type="dxa"/>
            <w:tcBorders>
              <w:top w:val="single" w:sz="4" w:space="0" w:color="CCCCCC"/>
              <w:bottom w:val="single" w:sz="4" w:space="0" w:color="CCCCCC"/>
            </w:tcBorders>
          </w:tcPr>
          <w:p w14:paraId="1AC0790E" w14:textId="77777777" w:rsidR="007E17A3" w:rsidRDefault="00014083" w:rsidP="00C803D5">
            <w:pPr>
              <w:spacing w:before="60" w:after="60"/>
              <w:jc w:val="both"/>
            </w:pPr>
            <w:r>
              <w:rPr>
                <w:sz w:val="20"/>
              </w:rPr>
              <w:t>10.</w:t>
            </w:r>
          </w:p>
        </w:tc>
        <w:tc>
          <w:tcPr>
            <w:tcW w:w="5472" w:type="dxa"/>
            <w:tcBorders>
              <w:top w:val="single" w:sz="4" w:space="0" w:color="CCCCCC"/>
              <w:bottom w:val="single" w:sz="4" w:space="0" w:color="CCCCCC"/>
            </w:tcBorders>
          </w:tcPr>
          <w:p w14:paraId="64F0D112" w14:textId="77777777" w:rsidR="007E17A3" w:rsidRDefault="00014083" w:rsidP="00C803D5">
            <w:pPr>
              <w:spacing w:before="60" w:after="60"/>
              <w:jc w:val="both"/>
            </w:pPr>
            <w:r>
              <w:rPr>
                <w:sz w:val="20"/>
              </w:rPr>
              <w:t>Afişarea rezultatelor la soluționarea contestaţiilor la proba scrisă</w:t>
            </w:r>
          </w:p>
        </w:tc>
        <w:tc>
          <w:tcPr>
            <w:tcW w:w="1728" w:type="dxa"/>
            <w:tcBorders>
              <w:top w:val="single" w:sz="4" w:space="0" w:color="CCCCCC"/>
              <w:bottom w:val="single" w:sz="4" w:space="0" w:color="CCCCCC"/>
            </w:tcBorders>
          </w:tcPr>
          <w:p w14:paraId="05918838" w14:textId="6A819B8E" w:rsidR="007E17A3" w:rsidRDefault="004435C2" w:rsidP="00C803D5">
            <w:pPr>
              <w:spacing w:before="60" w:after="60"/>
              <w:jc w:val="both"/>
            </w:pPr>
            <w:r>
              <w:rPr>
                <w:sz w:val="20"/>
              </w:rPr>
              <w:t>20</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3B23764E" w14:textId="77777777" w:rsidR="007E17A3" w:rsidRDefault="00014083" w:rsidP="00C803D5">
            <w:pPr>
              <w:spacing w:before="60" w:after="60"/>
              <w:jc w:val="both"/>
            </w:pPr>
            <w:r>
              <w:rPr>
                <w:sz w:val="20"/>
              </w:rPr>
              <w:t>10,00</w:t>
            </w:r>
          </w:p>
        </w:tc>
      </w:tr>
      <w:tr w:rsidR="007E17A3" w14:paraId="7AF3D036" w14:textId="77777777">
        <w:trPr>
          <w:cantSplit/>
          <w:jc w:val="center"/>
        </w:trPr>
        <w:tc>
          <w:tcPr>
            <w:tcW w:w="1152" w:type="dxa"/>
            <w:tcBorders>
              <w:top w:val="single" w:sz="4" w:space="0" w:color="CCCCCC"/>
              <w:bottom w:val="single" w:sz="4" w:space="0" w:color="CCCCCC"/>
            </w:tcBorders>
            <w:shd w:val="clear" w:color="auto" w:fill="F0F4F8"/>
          </w:tcPr>
          <w:p w14:paraId="3CD16AA5" w14:textId="77777777" w:rsidR="007E17A3" w:rsidRDefault="00014083" w:rsidP="00C803D5">
            <w:pPr>
              <w:spacing w:before="60" w:after="60"/>
              <w:jc w:val="both"/>
            </w:pPr>
            <w:r>
              <w:rPr>
                <w:sz w:val="20"/>
              </w:rPr>
              <w:t>11.</w:t>
            </w:r>
          </w:p>
        </w:tc>
        <w:tc>
          <w:tcPr>
            <w:tcW w:w="5472" w:type="dxa"/>
            <w:tcBorders>
              <w:top w:val="single" w:sz="4" w:space="0" w:color="CCCCCC"/>
              <w:bottom w:val="single" w:sz="4" w:space="0" w:color="CCCCCC"/>
            </w:tcBorders>
            <w:shd w:val="clear" w:color="auto" w:fill="F0F4F8"/>
          </w:tcPr>
          <w:p w14:paraId="48F500F3" w14:textId="77777777" w:rsidR="007E17A3" w:rsidRDefault="00014083" w:rsidP="00C803D5">
            <w:pPr>
              <w:spacing w:before="60" w:after="60"/>
              <w:jc w:val="both"/>
            </w:pPr>
            <w:r>
              <w:rPr>
                <w:sz w:val="20"/>
              </w:rPr>
              <w:t>Interviul</w:t>
            </w:r>
          </w:p>
        </w:tc>
        <w:tc>
          <w:tcPr>
            <w:tcW w:w="1728" w:type="dxa"/>
            <w:tcBorders>
              <w:top w:val="single" w:sz="4" w:space="0" w:color="CCCCCC"/>
              <w:bottom w:val="single" w:sz="4" w:space="0" w:color="CCCCCC"/>
            </w:tcBorders>
            <w:shd w:val="clear" w:color="auto" w:fill="F0F4F8"/>
          </w:tcPr>
          <w:p w14:paraId="7A324F47" w14:textId="30BEE378" w:rsidR="007E17A3" w:rsidRDefault="004435C2" w:rsidP="00C803D5">
            <w:pPr>
              <w:spacing w:before="60" w:after="60"/>
              <w:jc w:val="both"/>
            </w:pPr>
            <w:r>
              <w:rPr>
                <w:sz w:val="20"/>
              </w:rPr>
              <w:t>21</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shd w:val="clear" w:color="auto" w:fill="F0F4F8"/>
          </w:tcPr>
          <w:p w14:paraId="7718514C" w14:textId="77777777" w:rsidR="007E17A3" w:rsidRDefault="00014083" w:rsidP="00C803D5">
            <w:pPr>
              <w:spacing w:before="60" w:after="60"/>
              <w:jc w:val="both"/>
            </w:pPr>
            <w:r>
              <w:rPr>
                <w:sz w:val="20"/>
              </w:rPr>
              <w:t>10,00</w:t>
            </w:r>
          </w:p>
        </w:tc>
      </w:tr>
      <w:tr w:rsidR="007E17A3" w14:paraId="30CE7FC7" w14:textId="77777777">
        <w:trPr>
          <w:cantSplit/>
          <w:jc w:val="center"/>
        </w:trPr>
        <w:tc>
          <w:tcPr>
            <w:tcW w:w="1152" w:type="dxa"/>
            <w:tcBorders>
              <w:top w:val="single" w:sz="4" w:space="0" w:color="CCCCCC"/>
              <w:bottom w:val="single" w:sz="4" w:space="0" w:color="CCCCCC"/>
            </w:tcBorders>
          </w:tcPr>
          <w:p w14:paraId="76878E57" w14:textId="77777777" w:rsidR="007E17A3" w:rsidRDefault="00014083" w:rsidP="00C803D5">
            <w:pPr>
              <w:spacing w:before="60" w:after="60"/>
              <w:jc w:val="both"/>
            </w:pPr>
            <w:r>
              <w:rPr>
                <w:sz w:val="20"/>
              </w:rPr>
              <w:t>12.</w:t>
            </w:r>
          </w:p>
        </w:tc>
        <w:tc>
          <w:tcPr>
            <w:tcW w:w="5472" w:type="dxa"/>
            <w:tcBorders>
              <w:top w:val="single" w:sz="4" w:space="0" w:color="CCCCCC"/>
              <w:bottom w:val="single" w:sz="4" w:space="0" w:color="CCCCCC"/>
            </w:tcBorders>
          </w:tcPr>
          <w:p w14:paraId="496CA102" w14:textId="77777777" w:rsidR="007E17A3" w:rsidRDefault="00014083" w:rsidP="00C803D5">
            <w:pPr>
              <w:spacing w:before="60" w:after="60"/>
              <w:jc w:val="both"/>
            </w:pPr>
            <w:r>
              <w:rPr>
                <w:sz w:val="20"/>
              </w:rPr>
              <w:t>Afişarea rezultatelor la proba de interviu</w:t>
            </w:r>
          </w:p>
        </w:tc>
        <w:tc>
          <w:tcPr>
            <w:tcW w:w="1728" w:type="dxa"/>
            <w:tcBorders>
              <w:top w:val="single" w:sz="4" w:space="0" w:color="CCCCCC"/>
              <w:bottom w:val="single" w:sz="4" w:space="0" w:color="CCCCCC"/>
            </w:tcBorders>
          </w:tcPr>
          <w:p w14:paraId="676997E0" w14:textId="128F9304" w:rsidR="007E17A3" w:rsidRDefault="004435C2" w:rsidP="00C803D5">
            <w:pPr>
              <w:spacing w:before="60" w:after="60"/>
              <w:jc w:val="both"/>
            </w:pPr>
            <w:r>
              <w:rPr>
                <w:sz w:val="20"/>
              </w:rPr>
              <w:t>21</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58F45785" w14:textId="77777777" w:rsidR="007E17A3" w:rsidRDefault="00014083" w:rsidP="00C803D5">
            <w:pPr>
              <w:spacing w:before="60" w:after="60"/>
              <w:jc w:val="both"/>
            </w:pPr>
            <w:r>
              <w:rPr>
                <w:sz w:val="20"/>
              </w:rPr>
              <w:t>13,00</w:t>
            </w:r>
          </w:p>
        </w:tc>
      </w:tr>
      <w:tr w:rsidR="007E17A3" w14:paraId="214D6130" w14:textId="77777777">
        <w:trPr>
          <w:cantSplit/>
          <w:jc w:val="center"/>
        </w:trPr>
        <w:tc>
          <w:tcPr>
            <w:tcW w:w="1152" w:type="dxa"/>
            <w:tcBorders>
              <w:top w:val="single" w:sz="4" w:space="0" w:color="CCCCCC"/>
              <w:bottom w:val="single" w:sz="4" w:space="0" w:color="CCCCCC"/>
            </w:tcBorders>
            <w:shd w:val="clear" w:color="auto" w:fill="F0F4F8"/>
          </w:tcPr>
          <w:p w14:paraId="7D08D5CC" w14:textId="77777777" w:rsidR="007E17A3" w:rsidRDefault="00014083" w:rsidP="00C803D5">
            <w:pPr>
              <w:spacing w:before="60" w:after="60"/>
              <w:jc w:val="both"/>
            </w:pPr>
            <w:r>
              <w:rPr>
                <w:sz w:val="20"/>
              </w:rPr>
              <w:t>13.</w:t>
            </w:r>
          </w:p>
        </w:tc>
        <w:tc>
          <w:tcPr>
            <w:tcW w:w="5472" w:type="dxa"/>
            <w:tcBorders>
              <w:top w:val="single" w:sz="4" w:space="0" w:color="CCCCCC"/>
              <w:bottom w:val="single" w:sz="4" w:space="0" w:color="CCCCCC"/>
            </w:tcBorders>
            <w:shd w:val="clear" w:color="auto" w:fill="F0F4F8"/>
          </w:tcPr>
          <w:p w14:paraId="56FEF183" w14:textId="77777777" w:rsidR="007E17A3" w:rsidRDefault="00014083" w:rsidP="00C803D5">
            <w:pPr>
              <w:spacing w:before="60" w:after="60"/>
              <w:jc w:val="both"/>
            </w:pPr>
            <w:r>
              <w:rPr>
                <w:sz w:val="20"/>
              </w:rPr>
              <w:t>Termen limită contestaţii la proba de interviu</w:t>
            </w:r>
          </w:p>
        </w:tc>
        <w:tc>
          <w:tcPr>
            <w:tcW w:w="1728" w:type="dxa"/>
            <w:tcBorders>
              <w:top w:val="single" w:sz="4" w:space="0" w:color="CCCCCC"/>
              <w:bottom w:val="single" w:sz="4" w:space="0" w:color="CCCCCC"/>
            </w:tcBorders>
            <w:shd w:val="clear" w:color="auto" w:fill="F0F4F8"/>
          </w:tcPr>
          <w:p w14:paraId="0D8418EB" w14:textId="472DD513" w:rsidR="007E17A3" w:rsidRDefault="004435C2" w:rsidP="00C803D5">
            <w:pPr>
              <w:spacing w:before="60" w:after="60"/>
              <w:jc w:val="both"/>
            </w:pPr>
            <w:r>
              <w:rPr>
                <w:sz w:val="20"/>
              </w:rPr>
              <w:t>22</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shd w:val="clear" w:color="auto" w:fill="F0F4F8"/>
          </w:tcPr>
          <w:p w14:paraId="1FBC992F" w14:textId="77777777" w:rsidR="007E17A3" w:rsidRDefault="00014083" w:rsidP="00C803D5">
            <w:pPr>
              <w:spacing w:before="60" w:after="60"/>
              <w:jc w:val="both"/>
            </w:pPr>
            <w:r>
              <w:rPr>
                <w:sz w:val="20"/>
              </w:rPr>
              <w:t>13,00</w:t>
            </w:r>
          </w:p>
        </w:tc>
      </w:tr>
      <w:tr w:rsidR="007E17A3" w14:paraId="0AD76B84" w14:textId="77777777">
        <w:trPr>
          <w:cantSplit/>
          <w:jc w:val="center"/>
        </w:trPr>
        <w:tc>
          <w:tcPr>
            <w:tcW w:w="1152" w:type="dxa"/>
            <w:tcBorders>
              <w:top w:val="single" w:sz="4" w:space="0" w:color="CCCCCC"/>
              <w:bottom w:val="single" w:sz="4" w:space="0" w:color="CCCCCC"/>
            </w:tcBorders>
          </w:tcPr>
          <w:p w14:paraId="3096425C" w14:textId="77777777" w:rsidR="007E17A3" w:rsidRDefault="00014083" w:rsidP="00C803D5">
            <w:pPr>
              <w:spacing w:before="60" w:after="60"/>
              <w:jc w:val="both"/>
            </w:pPr>
            <w:r>
              <w:rPr>
                <w:sz w:val="20"/>
              </w:rPr>
              <w:t>14.</w:t>
            </w:r>
          </w:p>
        </w:tc>
        <w:tc>
          <w:tcPr>
            <w:tcW w:w="5472" w:type="dxa"/>
            <w:tcBorders>
              <w:top w:val="single" w:sz="4" w:space="0" w:color="CCCCCC"/>
              <w:bottom w:val="single" w:sz="4" w:space="0" w:color="CCCCCC"/>
            </w:tcBorders>
          </w:tcPr>
          <w:p w14:paraId="0F7C87AF" w14:textId="77777777" w:rsidR="007E17A3" w:rsidRDefault="00014083" w:rsidP="00C803D5">
            <w:pPr>
              <w:spacing w:before="60" w:after="60"/>
              <w:jc w:val="both"/>
            </w:pPr>
            <w:r>
              <w:rPr>
                <w:sz w:val="20"/>
              </w:rPr>
              <w:t>Afişarea rezultatelor la soluționarea contestaţiilor la proba de interviu</w:t>
            </w:r>
          </w:p>
        </w:tc>
        <w:tc>
          <w:tcPr>
            <w:tcW w:w="1728" w:type="dxa"/>
            <w:tcBorders>
              <w:top w:val="single" w:sz="4" w:space="0" w:color="CCCCCC"/>
              <w:bottom w:val="single" w:sz="4" w:space="0" w:color="CCCCCC"/>
            </w:tcBorders>
          </w:tcPr>
          <w:p w14:paraId="376E0A42" w14:textId="0C0FE215" w:rsidR="007E17A3" w:rsidRDefault="004435C2" w:rsidP="00C803D5">
            <w:pPr>
              <w:spacing w:before="60" w:after="60"/>
              <w:jc w:val="both"/>
            </w:pPr>
            <w:r>
              <w:rPr>
                <w:sz w:val="20"/>
              </w:rPr>
              <w:t>23</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tcPr>
          <w:p w14:paraId="138C5CF9" w14:textId="77777777" w:rsidR="007E17A3" w:rsidRDefault="00014083" w:rsidP="00C803D5">
            <w:pPr>
              <w:spacing w:before="60" w:after="60"/>
              <w:jc w:val="both"/>
            </w:pPr>
            <w:r>
              <w:rPr>
                <w:sz w:val="20"/>
              </w:rPr>
              <w:t>10,00</w:t>
            </w:r>
          </w:p>
        </w:tc>
      </w:tr>
      <w:tr w:rsidR="007E17A3" w14:paraId="30E2ADCA" w14:textId="77777777">
        <w:trPr>
          <w:cantSplit/>
          <w:jc w:val="center"/>
        </w:trPr>
        <w:tc>
          <w:tcPr>
            <w:tcW w:w="1152" w:type="dxa"/>
            <w:tcBorders>
              <w:top w:val="single" w:sz="4" w:space="0" w:color="CCCCCC"/>
              <w:bottom w:val="single" w:sz="4" w:space="0" w:color="CCCCCC"/>
            </w:tcBorders>
            <w:shd w:val="clear" w:color="auto" w:fill="F0F4F8"/>
          </w:tcPr>
          <w:p w14:paraId="05445D21" w14:textId="77777777" w:rsidR="007E17A3" w:rsidRDefault="00014083" w:rsidP="00C803D5">
            <w:pPr>
              <w:spacing w:before="60" w:after="60"/>
              <w:jc w:val="both"/>
            </w:pPr>
            <w:r>
              <w:rPr>
                <w:sz w:val="20"/>
              </w:rPr>
              <w:t>15.</w:t>
            </w:r>
          </w:p>
        </w:tc>
        <w:tc>
          <w:tcPr>
            <w:tcW w:w="5472" w:type="dxa"/>
            <w:tcBorders>
              <w:top w:val="single" w:sz="4" w:space="0" w:color="CCCCCC"/>
              <w:bottom w:val="single" w:sz="4" w:space="0" w:color="CCCCCC"/>
            </w:tcBorders>
            <w:shd w:val="clear" w:color="auto" w:fill="F0F4F8"/>
          </w:tcPr>
          <w:p w14:paraId="2AB57AFB" w14:textId="77777777" w:rsidR="007E17A3" w:rsidRDefault="00014083" w:rsidP="00C803D5">
            <w:pPr>
              <w:spacing w:before="60" w:after="60"/>
              <w:jc w:val="both"/>
            </w:pPr>
            <w:r>
              <w:rPr>
                <w:sz w:val="20"/>
              </w:rPr>
              <w:t>Afişarea rezultatelor finale ale concursului</w:t>
            </w:r>
          </w:p>
        </w:tc>
        <w:tc>
          <w:tcPr>
            <w:tcW w:w="1728" w:type="dxa"/>
            <w:tcBorders>
              <w:top w:val="single" w:sz="4" w:space="0" w:color="CCCCCC"/>
              <w:bottom w:val="single" w:sz="4" w:space="0" w:color="CCCCCC"/>
            </w:tcBorders>
            <w:shd w:val="clear" w:color="auto" w:fill="F0F4F8"/>
          </w:tcPr>
          <w:p w14:paraId="0F3BA74F" w14:textId="4157168F" w:rsidR="007E17A3" w:rsidRDefault="004435C2" w:rsidP="00C803D5">
            <w:pPr>
              <w:spacing w:before="60" w:after="60"/>
              <w:jc w:val="both"/>
            </w:pPr>
            <w:r>
              <w:rPr>
                <w:sz w:val="20"/>
              </w:rPr>
              <w:t>23</w:t>
            </w:r>
            <w:r w:rsidR="00014083">
              <w:rPr>
                <w:sz w:val="20"/>
              </w:rPr>
              <w:t>.</w:t>
            </w:r>
            <w:r>
              <w:rPr>
                <w:sz w:val="20"/>
              </w:rPr>
              <w:t>10</w:t>
            </w:r>
            <w:r w:rsidR="00014083">
              <w:rPr>
                <w:sz w:val="20"/>
              </w:rPr>
              <w:t>.2026</w:t>
            </w:r>
          </w:p>
        </w:tc>
        <w:tc>
          <w:tcPr>
            <w:tcW w:w="1152" w:type="dxa"/>
            <w:tcBorders>
              <w:top w:val="single" w:sz="4" w:space="0" w:color="CCCCCC"/>
              <w:bottom w:val="single" w:sz="4" w:space="0" w:color="CCCCCC"/>
            </w:tcBorders>
            <w:shd w:val="clear" w:color="auto" w:fill="F0F4F8"/>
          </w:tcPr>
          <w:p w14:paraId="7E8E370B" w14:textId="77777777" w:rsidR="007E17A3" w:rsidRDefault="00014083" w:rsidP="00C803D5">
            <w:pPr>
              <w:spacing w:before="60" w:after="60"/>
              <w:jc w:val="both"/>
            </w:pPr>
            <w:r>
              <w:rPr>
                <w:sz w:val="20"/>
              </w:rPr>
              <w:t>10,00</w:t>
            </w:r>
          </w:p>
        </w:tc>
      </w:tr>
    </w:tbl>
    <w:p w14:paraId="0331DD8D" w14:textId="418F8EE5" w:rsidR="007E17A3" w:rsidRDefault="00014083" w:rsidP="00C803D5">
      <w:pPr>
        <w:spacing w:before="280" w:after="80"/>
        <w:jc w:val="both"/>
      </w:pPr>
      <w:r>
        <w:rPr>
          <w:b/>
          <w:color w:val="003366"/>
          <w:sz w:val="26"/>
        </w:rPr>
        <w:t xml:space="preserve">BIBLIOGRAFIA ŞI TEMATICA </w:t>
      </w:r>
      <w:proofErr w:type="spellStart"/>
      <w:r>
        <w:rPr>
          <w:b/>
          <w:color w:val="003366"/>
          <w:sz w:val="26"/>
        </w:rPr>
        <w:t>pentru</w:t>
      </w:r>
      <w:proofErr w:type="spellEnd"/>
      <w:r>
        <w:rPr>
          <w:b/>
          <w:color w:val="003366"/>
          <w:sz w:val="26"/>
        </w:rPr>
        <w:t xml:space="preserve"> </w:t>
      </w:r>
      <w:proofErr w:type="spellStart"/>
      <w:r w:rsidR="00593590">
        <w:rPr>
          <w:b/>
          <w:color w:val="003366"/>
          <w:sz w:val="26"/>
        </w:rPr>
        <w:t>postul</w:t>
      </w:r>
      <w:proofErr w:type="spellEnd"/>
      <w:r w:rsidR="00593590">
        <w:rPr>
          <w:b/>
          <w:color w:val="003366"/>
          <w:sz w:val="26"/>
        </w:rPr>
        <w:t xml:space="preserve"> de </w:t>
      </w:r>
      <w:proofErr w:type="spellStart"/>
      <w:r w:rsidR="00593590">
        <w:rPr>
          <w:b/>
          <w:color w:val="003366"/>
          <w:sz w:val="26"/>
        </w:rPr>
        <w:t>consilier</w:t>
      </w:r>
      <w:proofErr w:type="spellEnd"/>
      <w:r w:rsidR="00593590">
        <w:rPr>
          <w:b/>
          <w:color w:val="003366"/>
          <w:sz w:val="26"/>
        </w:rPr>
        <w:t xml:space="preserve"> </w:t>
      </w:r>
      <w:proofErr w:type="spellStart"/>
      <w:r w:rsidR="00593590">
        <w:rPr>
          <w:b/>
          <w:color w:val="003366"/>
          <w:sz w:val="26"/>
        </w:rPr>
        <w:t>școlar</w:t>
      </w:r>
      <w:proofErr w:type="spellEnd"/>
      <w:r>
        <w:rPr>
          <w:b/>
          <w:color w:val="003366"/>
          <w:sz w:val="26"/>
        </w:rPr>
        <w:t>:</w:t>
      </w:r>
    </w:p>
    <w:p w14:paraId="2B0D226C" w14:textId="77777777" w:rsidR="007E17A3" w:rsidRDefault="00014083" w:rsidP="00C803D5">
      <w:pPr>
        <w:spacing w:after="60"/>
        <w:ind w:left="360"/>
        <w:jc w:val="both"/>
      </w:pPr>
      <w:r>
        <w:t>1. Băban, A. (coord.) (2009). Consiliere educaţională. Ghid metodologic pentru orele de dirigenție și consiliere. Editura ASCR, Cluj-Napoca.</w:t>
      </w:r>
    </w:p>
    <w:p w14:paraId="31EE458E" w14:textId="77777777" w:rsidR="007E17A3" w:rsidRDefault="00014083" w:rsidP="00C803D5">
      <w:pPr>
        <w:spacing w:after="60"/>
        <w:ind w:left="360"/>
        <w:jc w:val="both"/>
      </w:pPr>
      <w:r>
        <w:t>2. Jigău, M. (2001). Consiliere și orientare. Ghid metodologic. Editura Sigma, Bucureşti.</w:t>
      </w:r>
    </w:p>
    <w:p w14:paraId="1CEF2B89" w14:textId="6B7906F4" w:rsidR="007E17A3" w:rsidRDefault="00014083" w:rsidP="00C803D5">
      <w:pPr>
        <w:spacing w:after="60"/>
        <w:ind w:left="360"/>
        <w:jc w:val="both"/>
      </w:pPr>
      <w:r>
        <w:t xml:space="preserve">3. Nelson-Jones, R. (2009). Manual de consiliere. </w:t>
      </w:r>
      <w:proofErr w:type="spellStart"/>
      <w:r>
        <w:t>Editura</w:t>
      </w:r>
      <w:proofErr w:type="spellEnd"/>
      <w:r>
        <w:t xml:space="preserve"> </w:t>
      </w:r>
      <w:proofErr w:type="spellStart"/>
      <w:r>
        <w:t>Trei</w:t>
      </w:r>
      <w:proofErr w:type="spellEnd"/>
      <w:r>
        <w:t xml:space="preserve">, </w:t>
      </w:r>
      <w:proofErr w:type="spellStart"/>
      <w:r>
        <w:t>Bucureşti</w:t>
      </w:r>
      <w:proofErr w:type="spellEnd"/>
      <w:r>
        <w:t>.</w:t>
      </w:r>
    </w:p>
    <w:p w14:paraId="1D0CBBD9" w14:textId="2C2A6BCD" w:rsidR="004B3142" w:rsidRDefault="004B3142" w:rsidP="004B3142">
      <w:pPr>
        <w:ind w:firstLine="360"/>
      </w:pPr>
      <w:r>
        <w:t xml:space="preserve">4. </w:t>
      </w:r>
      <w:proofErr w:type="spellStart"/>
      <w:r>
        <w:t>Tomșa</w:t>
      </w:r>
      <w:proofErr w:type="spellEnd"/>
      <w:r>
        <w:t xml:space="preserve">, </w:t>
      </w:r>
      <w:proofErr w:type="spellStart"/>
      <w:r>
        <w:t>Gh</w:t>
      </w:r>
      <w:proofErr w:type="spellEnd"/>
      <w:r>
        <w:t xml:space="preserve">. (2007). </w:t>
      </w:r>
      <w:proofErr w:type="spellStart"/>
      <w:r>
        <w:t>Consilierea</w:t>
      </w:r>
      <w:proofErr w:type="spellEnd"/>
      <w:r>
        <w:t xml:space="preserve"> </w:t>
      </w:r>
      <w:proofErr w:type="spellStart"/>
      <w:r>
        <w:t>și</w:t>
      </w:r>
      <w:proofErr w:type="spellEnd"/>
      <w:r>
        <w:t xml:space="preserve"> </w:t>
      </w:r>
      <w:proofErr w:type="spellStart"/>
      <w:r>
        <w:t>orientarea</w:t>
      </w:r>
      <w:proofErr w:type="spellEnd"/>
      <w:r>
        <w:t xml:space="preserve"> </w:t>
      </w:r>
      <w:proofErr w:type="spellStart"/>
      <w:r>
        <w:t>în</w:t>
      </w:r>
      <w:proofErr w:type="spellEnd"/>
      <w:r>
        <w:t xml:space="preserve"> </w:t>
      </w:r>
      <w:proofErr w:type="spellStart"/>
      <w:r>
        <w:t>școală</w:t>
      </w:r>
      <w:proofErr w:type="spellEnd"/>
      <w:r>
        <w:t xml:space="preserve"> (ed. a V-a). </w:t>
      </w:r>
      <w:proofErr w:type="spellStart"/>
      <w:r>
        <w:t>Editura</w:t>
      </w:r>
      <w:proofErr w:type="spellEnd"/>
      <w:r>
        <w:t xml:space="preserve"> CREDIS, </w:t>
      </w:r>
      <w:proofErr w:type="spellStart"/>
      <w:r>
        <w:t>București</w:t>
      </w:r>
      <w:proofErr w:type="spellEnd"/>
      <w:r>
        <w:t>.</w:t>
      </w:r>
    </w:p>
    <w:p w14:paraId="727662D9" w14:textId="3E09F244" w:rsidR="0003196E" w:rsidRDefault="0003196E" w:rsidP="004B3142">
      <w:pPr>
        <w:ind w:firstLine="360"/>
      </w:pPr>
      <w:r>
        <w:t xml:space="preserve">5. </w:t>
      </w:r>
      <w:proofErr w:type="spellStart"/>
      <w:r>
        <w:t>Cosmovici</w:t>
      </w:r>
      <w:proofErr w:type="spellEnd"/>
      <w:r>
        <w:t xml:space="preserve">, A., </w:t>
      </w:r>
      <w:proofErr w:type="spellStart"/>
      <w:r>
        <w:t>Iacob</w:t>
      </w:r>
      <w:proofErr w:type="spellEnd"/>
      <w:r>
        <w:t xml:space="preserve">, L. – </w:t>
      </w:r>
      <w:proofErr w:type="spellStart"/>
      <w:r>
        <w:t>Psihologie</w:t>
      </w:r>
      <w:proofErr w:type="spellEnd"/>
      <w:r>
        <w:t xml:space="preserve"> </w:t>
      </w:r>
      <w:proofErr w:type="spellStart"/>
      <w:r>
        <w:t>școlară</w:t>
      </w:r>
      <w:proofErr w:type="spellEnd"/>
      <w:r>
        <w:t xml:space="preserve">, </w:t>
      </w:r>
      <w:proofErr w:type="spellStart"/>
      <w:r>
        <w:t>Polirom</w:t>
      </w:r>
      <w:proofErr w:type="spellEnd"/>
    </w:p>
    <w:p w14:paraId="1E65DD2B" w14:textId="7858B6F8" w:rsidR="007E17A3" w:rsidRDefault="0003196E" w:rsidP="00C803D5">
      <w:pPr>
        <w:spacing w:after="60"/>
        <w:ind w:left="360"/>
        <w:jc w:val="both"/>
      </w:pPr>
      <w:r>
        <w:t>6</w:t>
      </w:r>
      <w:r w:rsidR="00014083">
        <w:t>. Legea învăţământului preuniversitar nr. 198/2023, cu modificările şi completările ulterioare;</w:t>
      </w:r>
    </w:p>
    <w:p w14:paraId="44E28F84" w14:textId="32679664" w:rsidR="007E17A3" w:rsidRDefault="0003196E" w:rsidP="00C803D5">
      <w:pPr>
        <w:spacing w:after="60"/>
        <w:ind w:left="360"/>
        <w:jc w:val="both"/>
      </w:pPr>
      <w:r>
        <w:t>7</w:t>
      </w:r>
      <w:r w:rsidR="00014083">
        <w:t>. Legea nr. 272 din 21 iunie 2004 (</w:t>
      </w:r>
      <w:proofErr w:type="spellStart"/>
      <w:r w:rsidR="00014083">
        <w:t>republicată</w:t>
      </w:r>
      <w:proofErr w:type="spellEnd"/>
      <w:r w:rsidR="00014083">
        <w:t xml:space="preserve">) </w:t>
      </w:r>
      <w:proofErr w:type="spellStart"/>
      <w:r w:rsidR="00014083">
        <w:t>privind</w:t>
      </w:r>
      <w:proofErr w:type="spellEnd"/>
      <w:r w:rsidR="00014083">
        <w:t xml:space="preserve"> </w:t>
      </w:r>
      <w:proofErr w:type="spellStart"/>
      <w:r w:rsidR="00014083">
        <w:t>protecţia</w:t>
      </w:r>
      <w:proofErr w:type="spellEnd"/>
      <w:r w:rsidR="00014083">
        <w:t xml:space="preserve"> </w:t>
      </w:r>
      <w:proofErr w:type="spellStart"/>
      <w:r w:rsidR="00014083">
        <w:t>şi</w:t>
      </w:r>
      <w:proofErr w:type="spellEnd"/>
      <w:r w:rsidR="00014083">
        <w:t xml:space="preserve"> </w:t>
      </w:r>
      <w:proofErr w:type="spellStart"/>
      <w:r w:rsidR="00014083">
        <w:t>promovarea</w:t>
      </w:r>
      <w:proofErr w:type="spellEnd"/>
      <w:r w:rsidR="00014083">
        <w:t xml:space="preserve"> </w:t>
      </w:r>
      <w:proofErr w:type="spellStart"/>
      <w:r w:rsidR="00014083">
        <w:t>drepturilor</w:t>
      </w:r>
      <w:proofErr w:type="spellEnd"/>
      <w:r w:rsidR="00014083">
        <w:t xml:space="preserve"> </w:t>
      </w:r>
      <w:proofErr w:type="spellStart"/>
      <w:r w:rsidR="00014083">
        <w:t>copilului</w:t>
      </w:r>
      <w:proofErr w:type="spellEnd"/>
      <w:r w:rsidR="00014083">
        <w:t>;</w:t>
      </w:r>
    </w:p>
    <w:p w14:paraId="1B48306E" w14:textId="3B76B3BE" w:rsidR="00593590" w:rsidRDefault="00593590" w:rsidP="00C803D5">
      <w:pPr>
        <w:spacing w:after="60"/>
        <w:ind w:left="360"/>
        <w:jc w:val="both"/>
      </w:pPr>
    </w:p>
    <w:p w14:paraId="7AC7842E" w14:textId="78860321" w:rsidR="00593590" w:rsidRDefault="00593590" w:rsidP="00593590">
      <w:pPr>
        <w:spacing w:before="280" w:after="80"/>
        <w:jc w:val="both"/>
        <w:rPr>
          <w:b/>
          <w:color w:val="003366"/>
          <w:sz w:val="26"/>
        </w:rPr>
      </w:pPr>
      <w:r>
        <w:rPr>
          <w:b/>
          <w:color w:val="003366"/>
          <w:sz w:val="26"/>
        </w:rPr>
        <w:lastRenderedPageBreak/>
        <w:t xml:space="preserve">BIBLIOGRAFIA ŞI TEMATICA </w:t>
      </w:r>
      <w:proofErr w:type="spellStart"/>
      <w:r>
        <w:rPr>
          <w:b/>
          <w:color w:val="003366"/>
          <w:sz w:val="26"/>
        </w:rPr>
        <w:t>pentru</w:t>
      </w:r>
      <w:proofErr w:type="spellEnd"/>
      <w:r>
        <w:rPr>
          <w:b/>
          <w:color w:val="003366"/>
          <w:sz w:val="26"/>
        </w:rPr>
        <w:t xml:space="preserve"> </w:t>
      </w:r>
      <w:proofErr w:type="spellStart"/>
      <w:r>
        <w:rPr>
          <w:b/>
          <w:color w:val="003366"/>
          <w:sz w:val="26"/>
        </w:rPr>
        <w:t>postul</w:t>
      </w:r>
      <w:proofErr w:type="spellEnd"/>
      <w:r>
        <w:rPr>
          <w:b/>
          <w:color w:val="003366"/>
          <w:sz w:val="26"/>
        </w:rPr>
        <w:t xml:space="preserve"> de </w:t>
      </w:r>
      <w:proofErr w:type="spellStart"/>
      <w:r>
        <w:rPr>
          <w:b/>
          <w:color w:val="003366"/>
          <w:sz w:val="26"/>
        </w:rPr>
        <w:t>profesor</w:t>
      </w:r>
      <w:proofErr w:type="spellEnd"/>
      <w:r>
        <w:rPr>
          <w:b/>
          <w:color w:val="003366"/>
          <w:sz w:val="26"/>
        </w:rPr>
        <w:t xml:space="preserve"> itinerant </w:t>
      </w:r>
      <w:proofErr w:type="spellStart"/>
      <w:r>
        <w:rPr>
          <w:b/>
          <w:color w:val="003366"/>
          <w:sz w:val="26"/>
        </w:rPr>
        <w:t>și</w:t>
      </w:r>
      <w:proofErr w:type="spellEnd"/>
      <w:r>
        <w:rPr>
          <w:b/>
          <w:color w:val="003366"/>
          <w:sz w:val="26"/>
        </w:rPr>
        <w:t xml:space="preserve"> de </w:t>
      </w:r>
      <w:proofErr w:type="spellStart"/>
      <w:r>
        <w:rPr>
          <w:b/>
          <w:color w:val="003366"/>
          <w:sz w:val="26"/>
        </w:rPr>
        <w:t>sprijin</w:t>
      </w:r>
      <w:proofErr w:type="spellEnd"/>
      <w:r>
        <w:rPr>
          <w:b/>
          <w:color w:val="003366"/>
          <w:sz w:val="26"/>
        </w:rPr>
        <w:t>:</w:t>
      </w:r>
    </w:p>
    <w:p w14:paraId="6830F757" w14:textId="0260DED0" w:rsidR="0003196E" w:rsidRDefault="0003196E" w:rsidP="0003196E">
      <w:pPr>
        <w:pStyle w:val="Listaszerbekezds"/>
        <w:numPr>
          <w:ilvl w:val="0"/>
          <w:numId w:val="12"/>
        </w:numPr>
        <w:spacing w:after="80"/>
      </w:pPr>
      <w:proofErr w:type="spellStart"/>
      <w:r>
        <w:t>Legea</w:t>
      </w:r>
      <w:proofErr w:type="spellEnd"/>
      <w:r>
        <w:t xml:space="preserve"> </w:t>
      </w:r>
      <w:proofErr w:type="spellStart"/>
      <w:r>
        <w:t>învățământului</w:t>
      </w:r>
      <w:proofErr w:type="spellEnd"/>
      <w:r>
        <w:t xml:space="preserve"> </w:t>
      </w:r>
      <w:proofErr w:type="spellStart"/>
      <w:r>
        <w:t>preuniversitar</w:t>
      </w:r>
      <w:proofErr w:type="spellEnd"/>
      <w:r>
        <w:t xml:space="preserve"> nr. 198/2023,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w:t>
      </w:r>
    </w:p>
    <w:p w14:paraId="6128D2A1" w14:textId="3BF51D7C" w:rsidR="0003196E" w:rsidRDefault="0003196E" w:rsidP="0003196E">
      <w:pPr>
        <w:pStyle w:val="Listaszerbekezds"/>
        <w:numPr>
          <w:ilvl w:val="0"/>
          <w:numId w:val="12"/>
        </w:numPr>
        <w:spacing w:after="80"/>
      </w:pPr>
      <w:r>
        <w:t xml:space="preserve">2. </w:t>
      </w:r>
      <w:proofErr w:type="spellStart"/>
      <w:r>
        <w:t>Regulamentul-cadru</w:t>
      </w:r>
      <w:proofErr w:type="spellEnd"/>
      <w:r>
        <w:t xml:space="preserve"> de </w:t>
      </w:r>
      <w:proofErr w:type="spellStart"/>
      <w:r>
        <w:t>organizare</w:t>
      </w:r>
      <w:proofErr w:type="spellEnd"/>
      <w:r>
        <w:t xml:space="preserve"> </w:t>
      </w:r>
      <w:proofErr w:type="spellStart"/>
      <w:r>
        <w:t>și</w:t>
      </w:r>
      <w:proofErr w:type="spellEnd"/>
      <w:r>
        <w:t xml:space="preserve"> </w:t>
      </w:r>
      <w:proofErr w:type="spellStart"/>
      <w:r>
        <w:t>funcționare</w:t>
      </w:r>
      <w:proofErr w:type="spellEnd"/>
      <w:r>
        <w:t xml:space="preserve"> a </w:t>
      </w:r>
      <w:proofErr w:type="spellStart"/>
      <w:r>
        <w:t>unităților</w:t>
      </w:r>
      <w:proofErr w:type="spellEnd"/>
      <w:r>
        <w:t xml:space="preserve"> de </w:t>
      </w:r>
      <w:proofErr w:type="spellStart"/>
      <w:r>
        <w:t>învățământ</w:t>
      </w:r>
      <w:proofErr w:type="spellEnd"/>
      <w:r>
        <w:t xml:space="preserve"> </w:t>
      </w:r>
      <w:proofErr w:type="spellStart"/>
      <w:r>
        <w:t>preuniversitar</w:t>
      </w:r>
      <w:proofErr w:type="spellEnd"/>
      <w:r>
        <w:t xml:space="preserve">, </w:t>
      </w:r>
      <w:proofErr w:type="spellStart"/>
      <w:r>
        <w:t>aprobat</w:t>
      </w:r>
      <w:proofErr w:type="spellEnd"/>
      <w:r>
        <w:t xml:space="preserve"> </w:t>
      </w:r>
      <w:proofErr w:type="spellStart"/>
      <w:r>
        <w:t>prin</w:t>
      </w:r>
      <w:proofErr w:type="spellEnd"/>
      <w:r>
        <w:t xml:space="preserve"> </w:t>
      </w:r>
      <w:proofErr w:type="spellStart"/>
      <w:r>
        <w:t>Ordinul</w:t>
      </w:r>
      <w:proofErr w:type="spellEnd"/>
      <w:r>
        <w:t xml:space="preserve"> </w:t>
      </w:r>
      <w:proofErr w:type="spellStart"/>
      <w:r>
        <w:t>ministrului</w:t>
      </w:r>
      <w:proofErr w:type="spellEnd"/>
      <w:r>
        <w:t xml:space="preserve"> </w:t>
      </w:r>
      <w:proofErr w:type="spellStart"/>
      <w:r>
        <w:t>educației</w:t>
      </w:r>
      <w:proofErr w:type="spellEnd"/>
      <w:r>
        <w:t xml:space="preserve"> nr. 5.726/2024,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w:t>
      </w:r>
    </w:p>
    <w:p w14:paraId="4D9EE9EE" w14:textId="0C9C0711" w:rsidR="0003196E" w:rsidRDefault="0003196E" w:rsidP="0003196E">
      <w:pPr>
        <w:pStyle w:val="Listaszerbekezds"/>
        <w:numPr>
          <w:ilvl w:val="0"/>
          <w:numId w:val="12"/>
        </w:numPr>
        <w:spacing w:after="80"/>
      </w:pPr>
      <w:proofErr w:type="spellStart"/>
      <w:r>
        <w:t>Ordinul</w:t>
      </w:r>
      <w:proofErr w:type="spellEnd"/>
      <w:r>
        <w:t xml:space="preserve"> nr. 5.578/2011 </w:t>
      </w:r>
      <w:proofErr w:type="spellStart"/>
      <w:r>
        <w:t>privind</w:t>
      </w:r>
      <w:proofErr w:type="spellEnd"/>
      <w:r>
        <w:t xml:space="preserve"> </w:t>
      </w:r>
      <w:proofErr w:type="spellStart"/>
      <w:r>
        <w:t>aprobarea</w:t>
      </w:r>
      <w:proofErr w:type="spellEnd"/>
      <w:r>
        <w:t xml:space="preserve"> </w:t>
      </w:r>
      <w:proofErr w:type="spellStart"/>
      <w:r>
        <w:t>Metodologiei</w:t>
      </w:r>
      <w:proofErr w:type="spellEnd"/>
      <w:r>
        <w:t xml:space="preserve"> </w:t>
      </w:r>
      <w:proofErr w:type="spellStart"/>
      <w:r>
        <w:t>privind</w:t>
      </w:r>
      <w:proofErr w:type="spellEnd"/>
      <w:r>
        <w:t xml:space="preserve"> </w:t>
      </w:r>
      <w:proofErr w:type="spellStart"/>
      <w:r>
        <w:t>organizarea</w:t>
      </w:r>
      <w:proofErr w:type="spellEnd"/>
      <w:r>
        <w:t xml:space="preserve"> </w:t>
      </w:r>
      <w:proofErr w:type="spellStart"/>
      <w:r>
        <w:t>serviciilor</w:t>
      </w:r>
      <w:proofErr w:type="spellEnd"/>
      <w:r>
        <w:t xml:space="preserve"> de </w:t>
      </w:r>
      <w:proofErr w:type="spellStart"/>
      <w:r>
        <w:t>sprijin</w:t>
      </w:r>
      <w:proofErr w:type="spellEnd"/>
      <w:r>
        <w:t xml:space="preserve"> </w:t>
      </w:r>
      <w:proofErr w:type="spellStart"/>
      <w:r>
        <w:t>educațional</w:t>
      </w:r>
      <w:proofErr w:type="spellEnd"/>
      <w:r>
        <w:t xml:space="preserve"> </w:t>
      </w:r>
      <w:proofErr w:type="spellStart"/>
      <w:r>
        <w:t>pentru</w:t>
      </w:r>
      <w:proofErr w:type="spellEnd"/>
      <w:r>
        <w:t xml:space="preserve"> </w:t>
      </w:r>
      <w:proofErr w:type="spellStart"/>
      <w:r>
        <w:t>copiii</w:t>
      </w:r>
      <w:proofErr w:type="spellEnd"/>
      <w:r>
        <w:t xml:space="preserve">, </w:t>
      </w:r>
      <w:proofErr w:type="spellStart"/>
      <w:r>
        <w:t>elevii</w:t>
      </w:r>
      <w:proofErr w:type="spellEnd"/>
      <w:r>
        <w:t xml:space="preserve"> </w:t>
      </w:r>
      <w:proofErr w:type="spellStart"/>
      <w:r>
        <w:t>și</w:t>
      </w:r>
      <w:proofErr w:type="spellEnd"/>
      <w:r>
        <w:t xml:space="preserve"> </w:t>
      </w:r>
      <w:proofErr w:type="spellStart"/>
      <w:r>
        <w:t>tinerii</w:t>
      </w:r>
      <w:proofErr w:type="spellEnd"/>
      <w:r>
        <w:t xml:space="preserve"> cu </w:t>
      </w:r>
      <w:proofErr w:type="spellStart"/>
      <w:r>
        <w:t>cerințe</w:t>
      </w:r>
      <w:proofErr w:type="spellEnd"/>
      <w:r>
        <w:t xml:space="preserve"> </w:t>
      </w:r>
      <w:proofErr w:type="spellStart"/>
      <w:r>
        <w:t>educaționale</w:t>
      </w:r>
      <w:proofErr w:type="spellEnd"/>
      <w:r>
        <w:t xml:space="preserve"> </w:t>
      </w:r>
      <w:proofErr w:type="spellStart"/>
      <w:r>
        <w:t>speciale</w:t>
      </w:r>
      <w:proofErr w:type="spellEnd"/>
      <w:r>
        <w:t xml:space="preserve"> </w:t>
      </w:r>
      <w:proofErr w:type="spellStart"/>
      <w:r>
        <w:t>integrați</w:t>
      </w:r>
      <w:proofErr w:type="spellEnd"/>
      <w:r>
        <w:t xml:space="preserve"> </w:t>
      </w:r>
      <w:proofErr w:type="spellStart"/>
      <w:r>
        <w:t>în</w:t>
      </w:r>
      <w:proofErr w:type="spellEnd"/>
      <w:r>
        <w:t xml:space="preserve"> </w:t>
      </w:r>
      <w:proofErr w:type="spellStart"/>
      <w:r>
        <w:t>învățământul</w:t>
      </w:r>
      <w:proofErr w:type="spellEnd"/>
      <w:r>
        <w:t xml:space="preserve"> de </w:t>
      </w:r>
      <w:proofErr w:type="spellStart"/>
      <w:r>
        <w:t>masă</w:t>
      </w:r>
      <w:proofErr w:type="spellEnd"/>
      <w:r>
        <w:t xml:space="preserve">, </w:t>
      </w:r>
      <w:proofErr w:type="spellStart"/>
      <w:r>
        <w:t>în</w:t>
      </w:r>
      <w:proofErr w:type="spellEnd"/>
      <w:r>
        <w:t xml:space="preserve"> </w:t>
      </w:r>
      <w:proofErr w:type="spellStart"/>
      <w:r>
        <w:t>măsura</w:t>
      </w:r>
      <w:proofErr w:type="spellEnd"/>
      <w:r>
        <w:t xml:space="preserve"> în care </w:t>
      </w:r>
      <w:proofErr w:type="spellStart"/>
      <w:r>
        <w:t>prevederile</w:t>
      </w:r>
      <w:proofErr w:type="spellEnd"/>
      <w:r>
        <w:t xml:space="preserve"> sale </w:t>
      </w:r>
      <w:proofErr w:type="spellStart"/>
      <w:r>
        <w:t>rămân</w:t>
      </w:r>
      <w:proofErr w:type="spellEnd"/>
      <w:r>
        <w:t xml:space="preserve"> </w:t>
      </w:r>
      <w:proofErr w:type="spellStart"/>
      <w:r>
        <w:t>aplicabile</w:t>
      </w:r>
      <w:proofErr w:type="spellEnd"/>
      <w:r>
        <w:t>.</w:t>
      </w:r>
    </w:p>
    <w:p w14:paraId="64811F55" w14:textId="6A1E267B" w:rsidR="0003196E" w:rsidRDefault="0003196E" w:rsidP="0003196E">
      <w:pPr>
        <w:pStyle w:val="Listaszerbekezds"/>
        <w:numPr>
          <w:ilvl w:val="0"/>
          <w:numId w:val="12"/>
        </w:numPr>
        <w:spacing w:after="80"/>
      </w:pPr>
      <w:proofErr w:type="spellStart"/>
      <w:r>
        <w:t>Ordinul</w:t>
      </w:r>
      <w:proofErr w:type="spellEnd"/>
      <w:r>
        <w:t xml:space="preserve"> nr. 1.985/1.305/5.805/2016 </w:t>
      </w:r>
      <w:proofErr w:type="spellStart"/>
      <w:r>
        <w:t>privind</w:t>
      </w:r>
      <w:proofErr w:type="spellEnd"/>
      <w:r>
        <w:t xml:space="preserve"> </w:t>
      </w:r>
      <w:proofErr w:type="spellStart"/>
      <w:r>
        <w:t>aprobarea</w:t>
      </w:r>
      <w:proofErr w:type="spellEnd"/>
      <w:r>
        <w:t xml:space="preserve"> </w:t>
      </w:r>
      <w:proofErr w:type="spellStart"/>
      <w:r>
        <w:t>metodologiei</w:t>
      </w:r>
      <w:proofErr w:type="spellEnd"/>
      <w:r>
        <w:t xml:space="preserve"> </w:t>
      </w:r>
      <w:proofErr w:type="spellStart"/>
      <w:r>
        <w:t>pentru</w:t>
      </w:r>
      <w:proofErr w:type="spellEnd"/>
      <w:r>
        <w:t xml:space="preserve"> </w:t>
      </w:r>
      <w:proofErr w:type="spellStart"/>
      <w:r>
        <w:t>evaluarea</w:t>
      </w:r>
      <w:proofErr w:type="spellEnd"/>
      <w:r>
        <w:t xml:space="preserve"> </w:t>
      </w:r>
      <w:proofErr w:type="spellStart"/>
      <w:r>
        <w:t>și</w:t>
      </w:r>
      <w:proofErr w:type="spellEnd"/>
      <w:r>
        <w:t xml:space="preserve"> </w:t>
      </w:r>
      <w:proofErr w:type="spellStart"/>
      <w:r>
        <w:t>intervenția</w:t>
      </w:r>
      <w:proofErr w:type="spellEnd"/>
      <w:r>
        <w:t xml:space="preserve"> </w:t>
      </w:r>
      <w:proofErr w:type="spellStart"/>
      <w:r>
        <w:t>integrată</w:t>
      </w:r>
      <w:proofErr w:type="spellEnd"/>
      <w:r>
        <w:t xml:space="preserve"> </w:t>
      </w:r>
      <w:proofErr w:type="spellStart"/>
      <w:r>
        <w:t>în</w:t>
      </w:r>
      <w:proofErr w:type="spellEnd"/>
      <w:r>
        <w:t xml:space="preserve"> </w:t>
      </w:r>
      <w:proofErr w:type="spellStart"/>
      <w:r>
        <w:t>vederea</w:t>
      </w:r>
      <w:proofErr w:type="spellEnd"/>
      <w:r>
        <w:t xml:space="preserve"> </w:t>
      </w:r>
      <w:proofErr w:type="spellStart"/>
      <w:r>
        <w:t>încadrării</w:t>
      </w:r>
      <w:proofErr w:type="spellEnd"/>
      <w:r>
        <w:t xml:space="preserve"> </w:t>
      </w:r>
      <w:proofErr w:type="spellStart"/>
      <w:r>
        <w:t>copiilor</w:t>
      </w:r>
      <w:proofErr w:type="spellEnd"/>
      <w:r>
        <w:t xml:space="preserve"> cu </w:t>
      </w:r>
      <w:proofErr w:type="spellStart"/>
      <w:r>
        <w:t>dizabilități</w:t>
      </w:r>
      <w:proofErr w:type="spellEnd"/>
      <w:r>
        <w:t xml:space="preserve"> </w:t>
      </w:r>
      <w:proofErr w:type="spellStart"/>
      <w:r>
        <w:t>în</w:t>
      </w:r>
      <w:proofErr w:type="spellEnd"/>
      <w:r>
        <w:t xml:space="preserve"> grad de handicap, a </w:t>
      </w:r>
      <w:proofErr w:type="spellStart"/>
      <w:r>
        <w:t>orientării</w:t>
      </w:r>
      <w:proofErr w:type="spellEnd"/>
      <w:r>
        <w:t xml:space="preserve"> </w:t>
      </w:r>
      <w:proofErr w:type="spellStart"/>
      <w:r>
        <w:t>școlare</w:t>
      </w:r>
      <w:proofErr w:type="spellEnd"/>
      <w:r>
        <w:t xml:space="preserve"> </w:t>
      </w:r>
      <w:proofErr w:type="spellStart"/>
      <w:r>
        <w:t>și</w:t>
      </w:r>
      <w:proofErr w:type="spellEnd"/>
      <w:r>
        <w:t xml:space="preserve"> </w:t>
      </w:r>
      <w:proofErr w:type="spellStart"/>
      <w:r>
        <w:t>profesionale</w:t>
      </w:r>
      <w:proofErr w:type="spellEnd"/>
      <w:r>
        <w:t xml:space="preserve"> a </w:t>
      </w:r>
      <w:proofErr w:type="spellStart"/>
      <w:r>
        <w:t>copiilor</w:t>
      </w:r>
      <w:proofErr w:type="spellEnd"/>
      <w:r>
        <w:t xml:space="preserve"> cu </w:t>
      </w:r>
      <w:proofErr w:type="spellStart"/>
      <w:r>
        <w:t>cerințe</w:t>
      </w:r>
      <w:proofErr w:type="spellEnd"/>
      <w:r>
        <w:t xml:space="preserve"> </w:t>
      </w:r>
      <w:proofErr w:type="spellStart"/>
      <w:r>
        <w:t>educaționale</w:t>
      </w:r>
      <w:proofErr w:type="spellEnd"/>
      <w:r>
        <w:t xml:space="preserve"> </w:t>
      </w:r>
      <w:proofErr w:type="spellStart"/>
      <w:r>
        <w:t>speciale</w:t>
      </w:r>
      <w:proofErr w:type="spellEnd"/>
      <w:r>
        <w:t xml:space="preserve"> </w:t>
      </w:r>
      <w:proofErr w:type="spellStart"/>
      <w:r>
        <w:t>și</w:t>
      </w:r>
      <w:proofErr w:type="spellEnd"/>
      <w:r>
        <w:t xml:space="preserve"> a </w:t>
      </w:r>
      <w:proofErr w:type="spellStart"/>
      <w:r>
        <w:t>abrogării</w:t>
      </w:r>
      <w:proofErr w:type="spellEnd"/>
      <w:r>
        <w:t xml:space="preserve"> </w:t>
      </w:r>
      <w:proofErr w:type="spellStart"/>
      <w:r>
        <w:t>unor</w:t>
      </w:r>
      <w:proofErr w:type="spellEnd"/>
      <w:r>
        <w:t xml:space="preserve"> </w:t>
      </w:r>
      <w:proofErr w:type="spellStart"/>
      <w:r>
        <w:t>acte</w:t>
      </w:r>
      <w:proofErr w:type="spellEnd"/>
      <w:r>
        <w:t xml:space="preserve"> normative.</w:t>
      </w:r>
    </w:p>
    <w:p w14:paraId="199EF670" w14:textId="34D29EB8" w:rsidR="0003196E" w:rsidRDefault="0003196E" w:rsidP="0003196E">
      <w:pPr>
        <w:pStyle w:val="Listaszerbekezds"/>
        <w:numPr>
          <w:ilvl w:val="0"/>
          <w:numId w:val="12"/>
        </w:numPr>
        <w:spacing w:after="80"/>
      </w:pPr>
      <w:r>
        <w:t xml:space="preserve"> </w:t>
      </w:r>
      <w:proofErr w:type="spellStart"/>
      <w:r>
        <w:t>Legea</w:t>
      </w:r>
      <w:proofErr w:type="spellEnd"/>
      <w:r>
        <w:t xml:space="preserve"> nr. 448/2006 </w:t>
      </w:r>
      <w:proofErr w:type="spellStart"/>
      <w:r>
        <w:t>privind</w:t>
      </w:r>
      <w:proofErr w:type="spellEnd"/>
      <w:r>
        <w:t xml:space="preserve"> </w:t>
      </w:r>
      <w:proofErr w:type="spellStart"/>
      <w:r>
        <w:t>protecția</w:t>
      </w:r>
      <w:proofErr w:type="spellEnd"/>
      <w:r>
        <w:t xml:space="preserve"> </w:t>
      </w:r>
      <w:proofErr w:type="spellStart"/>
      <w:r>
        <w:t>și</w:t>
      </w:r>
      <w:proofErr w:type="spellEnd"/>
      <w:r>
        <w:t xml:space="preserve"> </w:t>
      </w:r>
      <w:proofErr w:type="spellStart"/>
      <w:r>
        <w:t>promovarea</w:t>
      </w:r>
      <w:proofErr w:type="spellEnd"/>
      <w:r>
        <w:t xml:space="preserve"> </w:t>
      </w:r>
      <w:proofErr w:type="spellStart"/>
      <w:r>
        <w:t>drepturilor</w:t>
      </w:r>
      <w:proofErr w:type="spellEnd"/>
      <w:r>
        <w:t xml:space="preserve"> </w:t>
      </w:r>
      <w:proofErr w:type="spellStart"/>
      <w:r>
        <w:t>persoanelor</w:t>
      </w:r>
      <w:proofErr w:type="spellEnd"/>
      <w:r>
        <w:t xml:space="preserve"> cu handicap, </w:t>
      </w:r>
      <w:proofErr w:type="spellStart"/>
      <w:r>
        <w:t>republicată</w:t>
      </w:r>
      <w:proofErr w:type="spellEnd"/>
      <w:r>
        <w:t xml:space="preserve">, cu </w:t>
      </w:r>
      <w:proofErr w:type="spellStart"/>
      <w:r>
        <w:t>modificările</w:t>
      </w:r>
      <w:proofErr w:type="spellEnd"/>
      <w:r>
        <w:t xml:space="preserve"> </w:t>
      </w:r>
      <w:proofErr w:type="spellStart"/>
      <w:r>
        <w:t>și</w:t>
      </w:r>
      <w:proofErr w:type="spellEnd"/>
      <w:r>
        <w:t xml:space="preserve"> </w:t>
      </w:r>
      <w:proofErr w:type="spellStart"/>
      <w:r>
        <w:t>completările</w:t>
      </w:r>
      <w:proofErr w:type="spellEnd"/>
      <w:r>
        <w:t xml:space="preserve"> </w:t>
      </w:r>
      <w:proofErr w:type="spellStart"/>
      <w:r>
        <w:t>ulterioare</w:t>
      </w:r>
      <w:proofErr w:type="spellEnd"/>
      <w:r>
        <w:t>.</w:t>
      </w:r>
    </w:p>
    <w:p w14:paraId="035D42E2" w14:textId="33B4A960" w:rsidR="0003196E" w:rsidRDefault="0003196E" w:rsidP="0003196E">
      <w:pPr>
        <w:pStyle w:val="Listaszerbekezds"/>
        <w:numPr>
          <w:ilvl w:val="0"/>
          <w:numId w:val="12"/>
        </w:numPr>
        <w:spacing w:after="80"/>
      </w:pPr>
      <w:proofErr w:type="spellStart"/>
      <w:r>
        <w:t>Ordinul</w:t>
      </w:r>
      <w:proofErr w:type="spellEnd"/>
      <w:r>
        <w:t xml:space="preserve"> </w:t>
      </w:r>
      <w:proofErr w:type="spellStart"/>
      <w:r>
        <w:t>ministrului</w:t>
      </w:r>
      <w:proofErr w:type="spellEnd"/>
      <w:r>
        <w:t xml:space="preserve"> </w:t>
      </w:r>
      <w:proofErr w:type="spellStart"/>
      <w:r>
        <w:t>educației</w:t>
      </w:r>
      <w:proofErr w:type="spellEnd"/>
      <w:r>
        <w:t xml:space="preserve"> nr. 3.215/2025 </w:t>
      </w:r>
      <w:proofErr w:type="spellStart"/>
      <w:r>
        <w:t>pentru</w:t>
      </w:r>
      <w:proofErr w:type="spellEnd"/>
      <w:r>
        <w:t xml:space="preserve"> </w:t>
      </w:r>
      <w:proofErr w:type="spellStart"/>
      <w:r>
        <w:t>aprobarea</w:t>
      </w:r>
      <w:proofErr w:type="spellEnd"/>
      <w:r>
        <w:t xml:space="preserve"> </w:t>
      </w:r>
      <w:proofErr w:type="spellStart"/>
      <w:r>
        <w:t>Procedurii</w:t>
      </w:r>
      <w:proofErr w:type="spellEnd"/>
      <w:r>
        <w:t xml:space="preserve"> </w:t>
      </w:r>
      <w:proofErr w:type="spellStart"/>
      <w:r>
        <w:t>și</w:t>
      </w:r>
      <w:proofErr w:type="spellEnd"/>
      <w:r>
        <w:t xml:space="preserve"> </w:t>
      </w:r>
      <w:proofErr w:type="spellStart"/>
      <w:r>
        <w:t>calendarului</w:t>
      </w:r>
      <w:proofErr w:type="spellEnd"/>
      <w:r>
        <w:t xml:space="preserve"> </w:t>
      </w:r>
      <w:proofErr w:type="spellStart"/>
      <w:r>
        <w:t>privind</w:t>
      </w:r>
      <w:proofErr w:type="spellEnd"/>
      <w:r>
        <w:t xml:space="preserve"> </w:t>
      </w:r>
      <w:proofErr w:type="spellStart"/>
      <w:r>
        <w:t>transferul</w:t>
      </w:r>
      <w:proofErr w:type="spellEnd"/>
      <w:r>
        <w:t xml:space="preserve"> </w:t>
      </w:r>
      <w:proofErr w:type="spellStart"/>
      <w:r>
        <w:t>posturilor</w:t>
      </w:r>
      <w:proofErr w:type="spellEnd"/>
      <w:r>
        <w:t xml:space="preserve"> de </w:t>
      </w:r>
      <w:proofErr w:type="spellStart"/>
      <w:r>
        <w:t>profesor</w:t>
      </w:r>
      <w:proofErr w:type="spellEnd"/>
      <w:r>
        <w:t xml:space="preserve"> itinerant </w:t>
      </w:r>
      <w:proofErr w:type="spellStart"/>
      <w:r>
        <w:t>și</w:t>
      </w:r>
      <w:proofErr w:type="spellEnd"/>
      <w:r>
        <w:t xml:space="preserve"> de </w:t>
      </w:r>
      <w:proofErr w:type="spellStart"/>
      <w:r>
        <w:t>sprijin</w:t>
      </w:r>
      <w:proofErr w:type="spellEnd"/>
      <w:r>
        <w:t xml:space="preserve"> </w:t>
      </w:r>
      <w:proofErr w:type="spellStart"/>
      <w:r>
        <w:t>și</w:t>
      </w:r>
      <w:proofErr w:type="spellEnd"/>
      <w:r>
        <w:t xml:space="preserve"> </w:t>
      </w:r>
      <w:proofErr w:type="spellStart"/>
      <w:r>
        <w:t>preluarea</w:t>
      </w:r>
      <w:proofErr w:type="spellEnd"/>
      <w:r>
        <w:t xml:space="preserve"> </w:t>
      </w:r>
      <w:proofErr w:type="spellStart"/>
      <w:r>
        <w:t>personalului</w:t>
      </w:r>
      <w:proofErr w:type="spellEnd"/>
      <w:r>
        <w:t xml:space="preserve"> didactic de </w:t>
      </w:r>
      <w:proofErr w:type="spellStart"/>
      <w:r>
        <w:t>predare</w:t>
      </w:r>
      <w:proofErr w:type="spellEnd"/>
      <w:r>
        <w:t xml:space="preserve"> </w:t>
      </w:r>
      <w:proofErr w:type="spellStart"/>
      <w:r>
        <w:t>încadrat</w:t>
      </w:r>
      <w:proofErr w:type="spellEnd"/>
      <w:r>
        <w:t xml:space="preserve"> pe </w:t>
      </w:r>
      <w:proofErr w:type="spellStart"/>
      <w:r>
        <w:t>aceste</w:t>
      </w:r>
      <w:proofErr w:type="spellEnd"/>
      <w:r>
        <w:t xml:space="preserve"> </w:t>
      </w:r>
      <w:proofErr w:type="spellStart"/>
      <w:r>
        <w:t>posturi</w:t>
      </w:r>
      <w:proofErr w:type="spellEnd"/>
      <w:r>
        <w:t xml:space="preserve"> la CJRAE/CMBRAE.</w:t>
      </w:r>
    </w:p>
    <w:p w14:paraId="14504B87" w14:textId="037DC4BF" w:rsidR="0003196E" w:rsidRDefault="0003196E" w:rsidP="0003196E">
      <w:pPr>
        <w:pStyle w:val="Listaszerbekezds"/>
        <w:numPr>
          <w:ilvl w:val="0"/>
          <w:numId w:val="12"/>
        </w:numPr>
        <w:spacing w:after="80"/>
      </w:pPr>
      <w:proofErr w:type="spellStart"/>
      <w:r>
        <w:t>Fișa</w:t>
      </w:r>
      <w:proofErr w:type="spellEnd"/>
      <w:r>
        <w:t xml:space="preserve"> </w:t>
      </w:r>
      <w:proofErr w:type="spellStart"/>
      <w:r>
        <w:t>postului</w:t>
      </w:r>
      <w:proofErr w:type="spellEnd"/>
      <w:r>
        <w:t xml:space="preserve"> </w:t>
      </w:r>
      <w:proofErr w:type="spellStart"/>
      <w:r>
        <w:t>și</w:t>
      </w:r>
      <w:proofErr w:type="spellEnd"/>
      <w:r>
        <w:t xml:space="preserve"> </w:t>
      </w:r>
      <w:proofErr w:type="spellStart"/>
      <w:r>
        <w:t>atribuțiile</w:t>
      </w:r>
      <w:proofErr w:type="spellEnd"/>
      <w:r>
        <w:t xml:space="preserve"> </w:t>
      </w:r>
      <w:proofErr w:type="spellStart"/>
      <w:r>
        <w:t>specifice</w:t>
      </w:r>
      <w:proofErr w:type="spellEnd"/>
      <w:r>
        <w:t xml:space="preserve"> </w:t>
      </w:r>
      <w:proofErr w:type="spellStart"/>
      <w:r>
        <w:t>funcției</w:t>
      </w:r>
      <w:proofErr w:type="spellEnd"/>
      <w:r>
        <w:t xml:space="preserve"> de </w:t>
      </w:r>
      <w:proofErr w:type="spellStart"/>
      <w:r>
        <w:t>profesor</w:t>
      </w:r>
      <w:proofErr w:type="spellEnd"/>
      <w:r>
        <w:t xml:space="preserve"> itinerant </w:t>
      </w:r>
      <w:proofErr w:type="spellStart"/>
      <w:r>
        <w:t>și</w:t>
      </w:r>
      <w:proofErr w:type="spellEnd"/>
      <w:r>
        <w:t xml:space="preserve"> de </w:t>
      </w:r>
      <w:proofErr w:type="spellStart"/>
      <w:r>
        <w:t>sprijin</w:t>
      </w:r>
      <w:proofErr w:type="spellEnd"/>
      <w:r>
        <w:t xml:space="preserve"> – </w:t>
      </w:r>
      <w:proofErr w:type="spellStart"/>
      <w:r>
        <w:t>membru</w:t>
      </w:r>
      <w:proofErr w:type="spellEnd"/>
      <w:r>
        <w:t xml:space="preserve"> </w:t>
      </w:r>
      <w:proofErr w:type="spellStart"/>
      <w:r>
        <w:t>în</w:t>
      </w:r>
      <w:proofErr w:type="spellEnd"/>
      <w:r>
        <w:t xml:space="preserve"> </w:t>
      </w:r>
      <w:proofErr w:type="spellStart"/>
      <w:r>
        <w:t>Echipa</w:t>
      </w:r>
      <w:proofErr w:type="spellEnd"/>
      <w:r>
        <w:t xml:space="preserve"> </w:t>
      </w:r>
      <w:proofErr w:type="spellStart"/>
      <w:r>
        <w:t>Comunitară</w:t>
      </w:r>
      <w:proofErr w:type="spellEnd"/>
      <w:r>
        <w:t xml:space="preserve"> </w:t>
      </w:r>
      <w:proofErr w:type="spellStart"/>
      <w:r>
        <w:t>Integrată</w:t>
      </w:r>
      <w:proofErr w:type="spellEnd"/>
      <w:r>
        <w:t xml:space="preserve">, </w:t>
      </w:r>
      <w:proofErr w:type="spellStart"/>
      <w:r>
        <w:t>aferente</w:t>
      </w:r>
      <w:proofErr w:type="spellEnd"/>
      <w:r>
        <w:t xml:space="preserve"> </w:t>
      </w:r>
      <w:proofErr w:type="spellStart"/>
      <w:r>
        <w:t>proiectului</w:t>
      </w:r>
      <w:proofErr w:type="spellEnd"/>
      <w:r>
        <w:t xml:space="preserve"> „</w:t>
      </w:r>
      <w:proofErr w:type="spellStart"/>
      <w:r>
        <w:t>Furnizare</w:t>
      </w:r>
      <w:proofErr w:type="spellEnd"/>
      <w:r>
        <w:t xml:space="preserve"> de </w:t>
      </w:r>
      <w:proofErr w:type="spellStart"/>
      <w:r>
        <w:t>servicii</w:t>
      </w:r>
      <w:proofErr w:type="spellEnd"/>
      <w:r>
        <w:t xml:space="preserve"> integrate </w:t>
      </w:r>
      <w:proofErr w:type="spellStart"/>
      <w:r>
        <w:t>în</w:t>
      </w:r>
      <w:proofErr w:type="spellEnd"/>
      <w:r>
        <w:t xml:space="preserve"> </w:t>
      </w:r>
      <w:proofErr w:type="spellStart"/>
      <w:r>
        <w:t>comunitățile</w:t>
      </w:r>
      <w:proofErr w:type="spellEnd"/>
      <w:r>
        <w:t xml:space="preserve"> </w:t>
      </w:r>
      <w:proofErr w:type="spellStart"/>
      <w:r>
        <w:t>rurale</w:t>
      </w:r>
      <w:proofErr w:type="spellEnd"/>
      <w:r>
        <w:t xml:space="preserve"> – </w:t>
      </w:r>
      <w:proofErr w:type="spellStart"/>
      <w:r>
        <w:t>facilitarea</w:t>
      </w:r>
      <w:proofErr w:type="spellEnd"/>
      <w:r>
        <w:t xml:space="preserve"> </w:t>
      </w:r>
      <w:proofErr w:type="spellStart"/>
      <w:r>
        <w:t>accesului</w:t>
      </w:r>
      <w:proofErr w:type="spellEnd"/>
      <w:r>
        <w:t xml:space="preserve"> </w:t>
      </w:r>
      <w:proofErr w:type="spellStart"/>
      <w:r>
        <w:t>persoanelor</w:t>
      </w:r>
      <w:proofErr w:type="spellEnd"/>
      <w:r>
        <w:t xml:space="preserve"> </w:t>
      </w:r>
      <w:proofErr w:type="spellStart"/>
      <w:r>
        <w:t>vulnerabile</w:t>
      </w:r>
      <w:proofErr w:type="spellEnd"/>
      <w:r>
        <w:t xml:space="preserve"> la </w:t>
      </w:r>
      <w:proofErr w:type="spellStart"/>
      <w:r>
        <w:t>servicii</w:t>
      </w:r>
      <w:proofErr w:type="spellEnd"/>
      <w:r>
        <w:t xml:space="preserve"> de </w:t>
      </w:r>
      <w:proofErr w:type="spellStart"/>
      <w:r>
        <w:t>bază</w:t>
      </w:r>
      <w:proofErr w:type="spellEnd"/>
      <w:r>
        <w:t xml:space="preserve"> </w:t>
      </w:r>
      <w:proofErr w:type="spellStart"/>
      <w:r>
        <w:t>eficiente</w:t>
      </w:r>
      <w:proofErr w:type="spellEnd"/>
      <w:r>
        <w:t xml:space="preserve"> </w:t>
      </w:r>
      <w:proofErr w:type="spellStart"/>
      <w:r>
        <w:t>și</w:t>
      </w:r>
      <w:proofErr w:type="spellEnd"/>
      <w:r>
        <w:t xml:space="preserve"> de </w:t>
      </w:r>
      <w:proofErr w:type="spellStart"/>
      <w:r>
        <w:t>calitate</w:t>
      </w:r>
      <w:proofErr w:type="spellEnd"/>
      <w:r>
        <w:t>”.</w:t>
      </w:r>
    </w:p>
    <w:p w14:paraId="0AF1854B" w14:textId="6E9340AC" w:rsidR="0003196E" w:rsidRDefault="0003196E" w:rsidP="0003196E">
      <w:pPr>
        <w:pStyle w:val="Listaszerbekezds"/>
        <w:numPr>
          <w:ilvl w:val="0"/>
          <w:numId w:val="12"/>
        </w:numPr>
        <w:spacing w:after="80"/>
      </w:pPr>
      <w:proofErr w:type="spellStart"/>
      <w:r>
        <w:t>Materiale</w:t>
      </w:r>
      <w:proofErr w:type="spellEnd"/>
      <w:r>
        <w:t xml:space="preserve"> </w:t>
      </w:r>
      <w:proofErr w:type="spellStart"/>
      <w:r>
        <w:t>și</w:t>
      </w:r>
      <w:proofErr w:type="spellEnd"/>
      <w:r>
        <w:t xml:space="preserve"> </w:t>
      </w:r>
      <w:proofErr w:type="spellStart"/>
      <w:r>
        <w:t>ghiduri</w:t>
      </w:r>
      <w:proofErr w:type="spellEnd"/>
      <w:r>
        <w:t xml:space="preserve"> de </w:t>
      </w:r>
      <w:proofErr w:type="spellStart"/>
      <w:r>
        <w:t>specialitate</w:t>
      </w:r>
      <w:proofErr w:type="spellEnd"/>
      <w:r>
        <w:t xml:space="preserve"> </w:t>
      </w:r>
      <w:proofErr w:type="spellStart"/>
      <w:r>
        <w:t>privind</w:t>
      </w:r>
      <w:proofErr w:type="spellEnd"/>
      <w:r>
        <w:t xml:space="preserve"> </w:t>
      </w:r>
      <w:proofErr w:type="spellStart"/>
      <w:r>
        <w:t>adaptarea</w:t>
      </w:r>
      <w:proofErr w:type="spellEnd"/>
      <w:r>
        <w:t xml:space="preserve"> </w:t>
      </w:r>
      <w:proofErr w:type="spellStart"/>
      <w:r>
        <w:t>curriculară</w:t>
      </w:r>
      <w:proofErr w:type="spellEnd"/>
      <w:r>
        <w:t xml:space="preserve">, </w:t>
      </w:r>
      <w:proofErr w:type="spellStart"/>
      <w:r>
        <w:t>intervenția</w:t>
      </w:r>
      <w:proofErr w:type="spellEnd"/>
      <w:r>
        <w:t xml:space="preserve"> </w:t>
      </w:r>
      <w:proofErr w:type="spellStart"/>
      <w:r>
        <w:t>individualizată</w:t>
      </w:r>
      <w:proofErr w:type="spellEnd"/>
      <w:r>
        <w:t xml:space="preserve">, </w:t>
      </w:r>
      <w:proofErr w:type="spellStart"/>
      <w:r>
        <w:t>evaluarea</w:t>
      </w:r>
      <w:proofErr w:type="spellEnd"/>
      <w:r>
        <w:t xml:space="preserve"> </w:t>
      </w:r>
      <w:proofErr w:type="spellStart"/>
      <w:r>
        <w:t>funcțională</w:t>
      </w:r>
      <w:proofErr w:type="spellEnd"/>
      <w:r>
        <w:t xml:space="preserve"> </w:t>
      </w:r>
      <w:proofErr w:type="spellStart"/>
      <w:r>
        <w:t>și</w:t>
      </w:r>
      <w:proofErr w:type="spellEnd"/>
      <w:r>
        <w:t xml:space="preserve"> </w:t>
      </w:r>
      <w:proofErr w:type="spellStart"/>
      <w:r>
        <w:t>dezvoltarea</w:t>
      </w:r>
      <w:proofErr w:type="spellEnd"/>
      <w:r>
        <w:t xml:space="preserve"> </w:t>
      </w:r>
      <w:proofErr w:type="spellStart"/>
      <w:r>
        <w:t>competențelor</w:t>
      </w:r>
      <w:proofErr w:type="spellEnd"/>
      <w:r>
        <w:t xml:space="preserve"> de </w:t>
      </w:r>
      <w:proofErr w:type="spellStart"/>
      <w:r>
        <w:t>autonomie</w:t>
      </w:r>
      <w:proofErr w:type="spellEnd"/>
      <w:r>
        <w:t xml:space="preserve"> </w:t>
      </w:r>
      <w:proofErr w:type="spellStart"/>
      <w:r>
        <w:t>și</w:t>
      </w:r>
      <w:proofErr w:type="spellEnd"/>
      <w:r>
        <w:t xml:space="preserve"> </w:t>
      </w:r>
      <w:proofErr w:type="spellStart"/>
      <w:r>
        <w:t>participare</w:t>
      </w:r>
      <w:proofErr w:type="spellEnd"/>
      <w:r>
        <w:t xml:space="preserve"> </w:t>
      </w:r>
      <w:proofErr w:type="spellStart"/>
      <w:r>
        <w:t>școlară</w:t>
      </w:r>
      <w:proofErr w:type="spellEnd"/>
      <w:r>
        <w:t>.</w:t>
      </w:r>
    </w:p>
    <w:p w14:paraId="48330418" w14:textId="77777777" w:rsidR="0003196E" w:rsidRDefault="0003196E" w:rsidP="00593590">
      <w:pPr>
        <w:spacing w:before="280" w:after="80"/>
        <w:jc w:val="both"/>
      </w:pPr>
    </w:p>
    <w:p w14:paraId="53DA5A50" w14:textId="77777777" w:rsidR="00593590" w:rsidRDefault="00593590" w:rsidP="00C803D5">
      <w:pPr>
        <w:spacing w:after="60"/>
        <w:ind w:left="360"/>
        <w:jc w:val="both"/>
      </w:pPr>
    </w:p>
    <w:p w14:paraId="5738EEBD" w14:textId="3B374BD1" w:rsidR="007E17A3" w:rsidRDefault="00014083" w:rsidP="00C803D5">
      <w:pPr>
        <w:spacing w:before="320" w:after="40"/>
        <w:jc w:val="both"/>
      </w:pPr>
      <w:proofErr w:type="spellStart"/>
      <w:r>
        <w:t>Comuna</w:t>
      </w:r>
      <w:proofErr w:type="spellEnd"/>
      <w:r>
        <w:t xml:space="preserve"> </w:t>
      </w:r>
      <w:proofErr w:type="spellStart"/>
      <w:r w:rsidR="006B5563">
        <w:t>Ulieș</w:t>
      </w:r>
      <w:proofErr w:type="spellEnd"/>
      <w:r>
        <w:t xml:space="preserve">, la </w:t>
      </w:r>
      <w:r w:rsidR="006B5563">
        <w:t>2</w:t>
      </w:r>
      <w:r w:rsidR="007B75C5">
        <w:t>2</w:t>
      </w:r>
      <w:r>
        <w:t>.</w:t>
      </w:r>
      <w:r w:rsidR="006B5563">
        <w:t>09</w:t>
      </w:r>
      <w:r>
        <w:t>.2026</w:t>
      </w:r>
    </w:p>
    <w:p w14:paraId="3E2BA486" w14:textId="24111F5B" w:rsidR="007E17A3" w:rsidRPr="006B5563" w:rsidRDefault="00014083" w:rsidP="006B5563">
      <w:pPr>
        <w:spacing w:before="240"/>
        <w:jc w:val="center"/>
        <w:rPr>
          <w:lang w:val="hu-HU"/>
        </w:rPr>
      </w:pPr>
      <w:r>
        <w:rPr>
          <w:b/>
          <w:sz w:val="24"/>
        </w:rPr>
        <w:t>PRIMAR,</w:t>
      </w:r>
      <w:r>
        <w:rPr>
          <w:b/>
          <w:sz w:val="24"/>
        </w:rPr>
        <w:br/>
      </w:r>
      <w:proofErr w:type="spellStart"/>
      <w:r w:rsidR="006B5563">
        <w:rPr>
          <w:b/>
          <w:sz w:val="24"/>
        </w:rPr>
        <w:t>Gy</w:t>
      </w:r>
      <w:r w:rsidR="006B5563">
        <w:rPr>
          <w:b/>
          <w:sz w:val="24"/>
          <w:lang w:val="hu-HU"/>
        </w:rPr>
        <w:t>örgy</w:t>
      </w:r>
      <w:proofErr w:type="spellEnd"/>
      <w:r w:rsidR="006B5563">
        <w:rPr>
          <w:b/>
          <w:sz w:val="24"/>
          <w:lang w:val="hu-HU"/>
        </w:rPr>
        <w:t xml:space="preserve"> Sándor</w:t>
      </w:r>
    </w:p>
    <w:sectPr w:rsidR="007E17A3" w:rsidRPr="006B5563" w:rsidSect="00034616">
      <w:headerReference w:type="default" r:id="rId8"/>
      <w:footerReference w:type="default" r:id="rId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3F34B" w14:textId="77777777" w:rsidR="0084023D" w:rsidRDefault="0084023D" w:rsidP="00C803D5">
      <w:pPr>
        <w:spacing w:after="0" w:line="240" w:lineRule="auto"/>
      </w:pPr>
      <w:r>
        <w:separator/>
      </w:r>
    </w:p>
  </w:endnote>
  <w:endnote w:type="continuationSeparator" w:id="0">
    <w:p w14:paraId="6A47C674" w14:textId="77777777" w:rsidR="0084023D" w:rsidRDefault="0084023D" w:rsidP="00C80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lbertus Extra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5696345"/>
      <w:docPartObj>
        <w:docPartGallery w:val="Page Numbers (Bottom of Page)"/>
        <w:docPartUnique/>
      </w:docPartObj>
    </w:sdtPr>
    <w:sdtEndPr/>
    <w:sdtContent>
      <w:p w14:paraId="0298881C" w14:textId="0F917512" w:rsidR="00964C91" w:rsidRDefault="00964C91">
        <w:pPr>
          <w:pStyle w:val="llb"/>
          <w:jc w:val="right"/>
        </w:pPr>
        <w:r>
          <w:fldChar w:fldCharType="begin"/>
        </w:r>
        <w:r>
          <w:instrText>PAGE   \* MERGEFORMAT</w:instrText>
        </w:r>
        <w:r>
          <w:fldChar w:fldCharType="separate"/>
        </w:r>
        <w:r>
          <w:rPr>
            <w:lang w:val="hu-HU"/>
          </w:rPr>
          <w:t>2</w:t>
        </w:r>
        <w:r>
          <w:fldChar w:fldCharType="end"/>
        </w:r>
      </w:p>
    </w:sdtContent>
  </w:sdt>
  <w:p w14:paraId="340EE713" w14:textId="77777777" w:rsidR="00964C91" w:rsidRDefault="00964C9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F55D7" w14:textId="77777777" w:rsidR="0084023D" w:rsidRDefault="0084023D" w:rsidP="00C803D5">
      <w:pPr>
        <w:spacing w:after="0" w:line="240" w:lineRule="auto"/>
      </w:pPr>
      <w:r>
        <w:separator/>
      </w:r>
    </w:p>
  </w:footnote>
  <w:footnote w:type="continuationSeparator" w:id="0">
    <w:p w14:paraId="123D2302" w14:textId="77777777" w:rsidR="0084023D" w:rsidRDefault="0084023D" w:rsidP="00C80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41CA3" w14:textId="45EDBDFF" w:rsidR="00C803D5" w:rsidRDefault="00C803D5" w:rsidP="00C803D5">
    <w:pPr>
      <w:tabs>
        <w:tab w:val="left" w:pos="1418"/>
      </w:tabs>
      <w:rPr>
        <w:rFonts w:ascii="Albertus Extra Bold" w:hAnsi="Albertus Extra Bold"/>
        <w:i/>
        <w:color w:val="000000"/>
        <w:sz w:val="28"/>
        <w:szCs w:val="28"/>
      </w:rPr>
    </w:pPr>
    <w:r>
      <w:rPr>
        <w:noProof/>
      </w:rPr>
      <w:drawing>
        <wp:anchor distT="0" distB="0" distL="114300" distR="114300" simplePos="0" relativeHeight="251659264" behindDoc="0" locked="0" layoutInCell="1" allowOverlap="1" wp14:anchorId="1A44364E" wp14:editId="0A2EF15A">
          <wp:simplePos x="0" y="0"/>
          <wp:positionH relativeFrom="column">
            <wp:posOffset>59690</wp:posOffset>
          </wp:positionH>
          <wp:positionV relativeFrom="paragraph">
            <wp:posOffset>-15875</wp:posOffset>
          </wp:positionV>
          <wp:extent cx="681990" cy="853440"/>
          <wp:effectExtent l="0" t="0" r="3810" b="3810"/>
          <wp:wrapSquare wrapText="bothSides"/>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lbertus Extra Bold" w:hAnsi="Albertus Extra Bold"/>
        <w:i/>
        <w:color w:val="000000"/>
        <w:sz w:val="28"/>
        <w:szCs w:val="28"/>
      </w:rPr>
      <w:tab/>
    </w:r>
    <w:r w:rsidRPr="00C24B72">
      <w:rPr>
        <w:rFonts w:ascii="Albertus Extra Bold" w:hAnsi="Albertus Extra Bold"/>
        <w:i/>
        <w:color w:val="000000"/>
        <w:sz w:val="28"/>
        <w:szCs w:val="28"/>
      </w:rPr>
      <w:t>ROMÂNIA</w:t>
    </w:r>
  </w:p>
  <w:p w14:paraId="5B2B6BEF" w14:textId="77777777" w:rsidR="00C803D5" w:rsidRDefault="00C803D5" w:rsidP="00C803D5">
    <w:pPr>
      <w:tabs>
        <w:tab w:val="left" w:pos="1418"/>
      </w:tabs>
      <w:rPr>
        <w:rFonts w:ascii="Albertus Extra Bold" w:hAnsi="Albertus Extra Bold"/>
        <w:i/>
        <w:color w:val="000000"/>
        <w:sz w:val="28"/>
        <w:szCs w:val="28"/>
      </w:rPr>
    </w:pPr>
    <w:r>
      <w:rPr>
        <w:rFonts w:ascii="Albertus Extra Bold" w:hAnsi="Albertus Extra Bold"/>
        <w:i/>
        <w:color w:val="000000"/>
        <w:sz w:val="28"/>
        <w:szCs w:val="28"/>
      </w:rPr>
      <w:tab/>
    </w:r>
    <w:r w:rsidRPr="00C24B72">
      <w:rPr>
        <w:rFonts w:ascii="Albertus Extra Bold" w:hAnsi="Albertus Extra Bold"/>
        <w:i/>
        <w:color w:val="000000"/>
        <w:sz w:val="28"/>
        <w:szCs w:val="28"/>
      </w:rPr>
      <w:t>JUD. HARGHITA</w:t>
    </w:r>
  </w:p>
  <w:p w14:paraId="05631A6B" w14:textId="4C9EB13C" w:rsidR="00C803D5" w:rsidRPr="00C803D5" w:rsidRDefault="00C803D5" w:rsidP="00C803D5">
    <w:pPr>
      <w:tabs>
        <w:tab w:val="left" w:pos="1418"/>
      </w:tabs>
      <w:rPr>
        <w:rFonts w:ascii="Albertus Extra Bold" w:hAnsi="Albertus Extra Bold"/>
        <w:i/>
        <w:color w:val="000000"/>
        <w:sz w:val="28"/>
        <w:szCs w:val="28"/>
      </w:rPr>
    </w:pPr>
    <w:r>
      <w:rPr>
        <w:rFonts w:ascii="Albertus Extra Bold" w:hAnsi="Albertus Extra Bold"/>
        <w:i/>
        <w:color w:val="000000"/>
        <w:sz w:val="28"/>
        <w:szCs w:val="28"/>
      </w:rPr>
      <w:tab/>
      <w:t>PRIMĂRIA COMUNEI ULIEȘ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abstractNum w:abstractNumId="9" w15:restartNumberingAfterBreak="0">
    <w:nsid w:val="4DDD5047"/>
    <w:multiLevelType w:val="hybridMultilevel"/>
    <w:tmpl w:val="DD9C51E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94F0154"/>
    <w:multiLevelType w:val="hybridMultilevel"/>
    <w:tmpl w:val="FC3E58E2"/>
    <w:lvl w:ilvl="0" w:tplc="D5FA5B40">
      <w:start w:val="1"/>
      <w:numFmt w:val="decimal"/>
      <w:lvlText w:val="%1."/>
      <w:lvlJc w:val="left"/>
      <w:pPr>
        <w:ind w:left="530" w:hanging="360"/>
      </w:pPr>
      <w:rPr>
        <w:rFonts w:hint="default"/>
      </w:rPr>
    </w:lvl>
    <w:lvl w:ilvl="1" w:tplc="04180019" w:tentative="1">
      <w:start w:val="1"/>
      <w:numFmt w:val="lowerLetter"/>
      <w:lvlText w:val="%2."/>
      <w:lvlJc w:val="left"/>
      <w:pPr>
        <w:ind w:left="1250" w:hanging="360"/>
      </w:pPr>
    </w:lvl>
    <w:lvl w:ilvl="2" w:tplc="0418001B" w:tentative="1">
      <w:start w:val="1"/>
      <w:numFmt w:val="lowerRoman"/>
      <w:lvlText w:val="%3."/>
      <w:lvlJc w:val="right"/>
      <w:pPr>
        <w:ind w:left="1970" w:hanging="180"/>
      </w:pPr>
    </w:lvl>
    <w:lvl w:ilvl="3" w:tplc="0418000F" w:tentative="1">
      <w:start w:val="1"/>
      <w:numFmt w:val="decimal"/>
      <w:lvlText w:val="%4."/>
      <w:lvlJc w:val="left"/>
      <w:pPr>
        <w:ind w:left="2690" w:hanging="360"/>
      </w:pPr>
    </w:lvl>
    <w:lvl w:ilvl="4" w:tplc="04180019" w:tentative="1">
      <w:start w:val="1"/>
      <w:numFmt w:val="lowerLetter"/>
      <w:lvlText w:val="%5."/>
      <w:lvlJc w:val="left"/>
      <w:pPr>
        <w:ind w:left="3410" w:hanging="360"/>
      </w:pPr>
    </w:lvl>
    <w:lvl w:ilvl="5" w:tplc="0418001B" w:tentative="1">
      <w:start w:val="1"/>
      <w:numFmt w:val="lowerRoman"/>
      <w:lvlText w:val="%6."/>
      <w:lvlJc w:val="right"/>
      <w:pPr>
        <w:ind w:left="4130" w:hanging="180"/>
      </w:pPr>
    </w:lvl>
    <w:lvl w:ilvl="6" w:tplc="0418000F" w:tentative="1">
      <w:start w:val="1"/>
      <w:numFmt w:val="decimal"/>
      <w:lvlText w:val="%7."/>
      <w:lvlJc w:val="left"/>
      <w:pPr>
        <w:ind w:left="4850" w:hanging="360"/>
      </w:pPr>
    </w:lvl>
    <w:lvl w:ilvl="7" w:tplc="04180019" w:tentative="1">
      <w:start w:val="1"/>
      <w:numFmt w:val="lowerLetter"/>
      <w:lvlText w:val="%8."/>
      <w:lvlJc w:val="left"/>
      <w:pPr>
        <w:ind w:left="5570" w:hanging="360"/>
      </w:pPr>
    </w:lvl>
    <w:lvl w:ilvl="8" w:tplc="0418001B" w:tentative="1">
      <w:start w:val="1"/>
      <w:numFmt w:val="lowerRoman"/>
      <w:lvlText w:val="%9."/>
      <w:lvlJc w:val="right"/>
      <w:pPr>
        <w:ind w:left="6290" w:hanging="180"/>
      </w:pPr>
    </w:lvl>
  </w:abstractNum>
  <w:abstractNum w:abstractNumId="11" w15:restartNumberingAfterBreak="0">
    <w:nsid w:val="7A445A65"/>
    <w:multiLevelType w:val="hybridMultilevel"/>
    <w:tmpl w:val="683C4722"/>
    <w:lvl w:ilvl="0" w:tplc="0622CAAA">
      <w:numFmt w:val="bullet"/>
      <w:lvlText w:val="-"/>
      <w:lvlJc w:val="left"/>
      <w:pPr>
        <w:ind w:left="1140" w:hanging="360"/>
      </w:pPr>
      <w:rPr>
        <w:rFonts w:ascii="Times New Roman" w:eastAsia="Times New Roman" w:hAnsi="Times New Roman" w:cs="Times New Roman" w:hint="default"/>
        <w:b w:val="0"/>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083"/>
    <w:rsid w:val="0001582B"/>
    <w:rsid w:val="0003196E"/>
    <w:rsid w:val="00034616"/>
    <w:rsid w:val="0006063C"/>
    <w:rsid w:val="0015074B"/>
    <w:rsid w:val="00244E2D"/>
    <w:rsid w:val="0029639D"/>
    <w:rsid w:val="00326F90"/>
    <w:rsid w:val="003614FC"/>
    <w:rsid w:val="004435C2"/>
    <w:rsid w:val="004B3142"/>
    <w:rsid w:val="00593590"/>
    <w:rsid w:val="006B5563"/>
    <w:rsid w:val="007B75C5"/>
    <w:rsid w:val="007E17A3"/>
    <w:rsid w:val="0084023D"/>
    <w:rsid w:val="008A6644"/>
    <w:rsid w:val="00923867"/>
    <w:rsid w:val="00964C91"/>
    <w:rsid w:val="009F0F9B"/>
    <w:rsid w:val="00A634B8"/>
    <w:rsid w:val="00AA1D8D"/>
    <w:rsid w:val="00B47730"/>
    <w:rsid w:val="00C803D5"/>
    <w:rsid w:val="00CB0664"/>
    <w:rsid w:val="00D150F1"/>
    <w:rsid w:val="00D2142A"/>
    <w:rsid w:val="00DA5FFA"/>
    <w:rsid w:val="00DE2B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FCCE6C"/>
  <w14:defaultImageDpi w14:val="300"/>
  <w15:docId w15:val="{96AAA2F2-23C1-46C7-83BD-DF7C47AB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Calibri" w:hAnsi="Calibri"/>
      <w:color w:val="333333"/>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l">
    <w:name w:val="a_l"/>
    <w:basedOn w:val="Norml"/>
    <w:rsid w:val="003614FC"/>
    <w:pPr>
      <w:spacing w:before="100" w:beforeAutospacing="1" w:after="100" w:afterAutospacing="1" w:line="240" w:lineRule="auto"/>
    </w:pPr>
    <w:rPr>
      <w:rFonts w:ascii="Times New Roman" w:eastAsia="Times New Roman" w:hAnsi="Times New Roman" w:cs="Times New Roman"/>
      <w:color w:val="auto"/>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531595">
      <w:bodyDiv w:val="1"/>
      <w:marLeft w:val="0"/>
      <w:marRight w:val="0"/>
      <w:marTop w:val="0"/>
      <w:marBottom w:val="0"/>
      <w:divBdr>
        <w:top w:val="none" w:sz="0" w:space="0" w:color="auto"/>
        <w:left w:val="none" w:sz="0" w:space="0" w:color="auto"/>
        <w:bottom w:val="none" w:sz="0" w:space="0" w:color="auto"/>
        <w:right w:val="none" w:sz="0" w:space="0" w:color="auto"/>
      </w:divBdr>
    </w:div>
    <w:div w:id="19461890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3020</Words>
  <Characters>17520</Characters>
  <Application>Microsoft Office Word</Application>
  <DocSecurity>0</DocSecurity>
  <Lines>146</Lines>
  <Paragraphs>40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Csilla</cp:lastModifiedBy>
  <cp:revision>5</cp:revision>
  <cp:lastPrinted>2026-09-22T11:08:00Z</cp:lastPrinted>
  <dcterms:created xsi:type="dcterms:W3CDTF">2026-09-22T11:07:00Z</dcterms:created>
  <dcterms:modified xsi:type="dcterms:W3CDTF">2026-09-22T12:48:00Z</dcterms:modified>
  <cp:category/>
</cp:coreProperties>
</file>