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57B" w:rsidRDefault="00026B51" w:rsidP="00CC157B">
      <w:pPr>
        <w:spacing w:after="0" w:line="240" w:lineRule="auto"/>
        <w:rPr>
          <w:rFonts w:ascii="Times New Roman" w:hAnsi="Times New Roman" w:cs="Times New Roman"/>
          <w:sz w:val="24"/>
          <w:szCs w:val="24"/>
        </w:rPr>
      </w:pPr>
      <w:r w:rsidRPr="00E54FCD">
        <w:rPr>
          <w:rFonts w:ascii="Times New Roman" w:hAnsi="Times New Roman" w:cs="Times New Roman"/>
          <w:b/>
          <w:sz w:val="24"/>
          <w:szCs w:val="24"/>
        </w:rPr>
        <w:t>Nr.</w:t>
      </w:r>
      <w:r w:rsidR="00AC6E03">
        <w:rPr>
          <w:rFonts w:ascii="Times New Roman" w:hAnsi="Times New Roman" w:cs="Times New Roman"/>
          <w:b/>
          <w:sz w:val="24"/>
          <w:szCs w:val="24"/>
        </w:rPr>
        <w:t>2443</w:t>
      </w:r>
      <w:r w:rsidR="0047185E" w:rsidRPr="00E54FCD">
        <w:rPr>
          <w:rFonts w:ascii="Times New Roman" w:hAnsi="Times New Roman" w:cs="Times New Roman"/>
          <w:b/>
          <w:sz w:val="24"/>
          <w:szCs w:val="24"/>
        </w:rPr>
        <w:t xml:space="preserve"> </w:t>
      </w:r>
      <w:r w:rsidR="000D3D6F" w:rsidRPr="00E54FCD">
        <w:rPr>
          <w:rFonts w:ascii="Times New Roman" w:hAnsi="Times New Roman" w:cs="Times New Roman"/>
          <w:b/>
          <w:sz w:val="24"/>
          <w:szCs w:val="24"/>
        </w:rPr>
        <w:t xml:space="preserve">din </w:t>
      </w:r>
      <w:r w:rsidR="00AC6E03">
        <w:rPr>
          <w:rFonts w:ascii="Times New Roman" w:hAnsi="Times New Roman" w:cs="Times New Roman"/>
          <w:b/>
          <w:sz w:val="24"/>
          <w:szCs w:val="24"/>
        </w:rPr>
        <w:t>22</w:t>
      </w:r>
      <w:r w:rsidR="00ED3DCD" w:rsidRPr="00E54FCD">
        <w:rPr>
          <w:rFonts w:ascii="Times New Roman" w:hAnsi="Times New Roman" w:cs="Times New Roman"/>
          <w:b/>
          <w:sz w:val="24"/>
          <w:szCs w:val="24"/>
        </w:rPr>
        <w:t>.</w:t>
      </w:r>
      <w:r w:rsidR="00AC6E03">
        <w:rPr>
          <w:rFonts w:ascii="Times New Roman" w:hAnsi="Times New Roman" w:cs="Times New Roman"/>
          <w:b/>
          <w:sz w:val="24"/>
          <w:szCs w:val="24"/>
        </w:rPr>
        <w:t>09.</w:t>
      </w:r>
      <w:r w:rsidR="00ED3DCD" w:rsidRPr="00E54FCD">
        <w:rPr>
          <w:rFonts w:ascii="Times New Roman" w:hAnsi="Times New Roman" w:cs="Times New Roman"/>
          <w:b/>
          <w:sz w:val="24"/>
          <w:szCs w:val="24"/>
        </w:rPr>
        <w:t>2026</w:t>
      </w:r>
      <w:r w:rsidR="000D3D6F" w:rsidRPr="00607E21">
        <w:rPr>
          <w:rFonts w:ascii="Times New Roman" w:hAnsi="Times New Roman" w:cs="Times New Roman"/>
          <w:b/>
          <w:sz w:val="24"/>
          <w:szCs w:val="24"/>
        </w:rPr>
        <w:br/>
      </w:r>
      <w:r w:rsidR="000D3D6F" w:rsidRPr="00607E21">
        <w:rPr>
          <w:rFonts w:ascii="Times New Roman" w:hAnsi="Times New Roman" w:cs="Times New Roman"/>
          <w:sz w:val="24"/>
          <w:szCs w:val="24"/>
        </w:rPr>
        <w:br/>
      </w:r>
      <w:r w:rsidRPr="00607E21">
        <w:rPr>
          <w:rFonts w:ascii="Times New Roman" w:hAnsi="Times New Roman" w:cs="Times New Roman"/>
          <w:sz w:val="24"/>
          <w:szCs w:val="24"/>
        </w:rPr>
        <w:t xml:space="preserve">                                                  </w:t>
      </w:r>
      <w:r w:rsidR="00301C72">
        <w:rPr>
          <w:rFonts w:ascii="Times New Roman" w:hAnsi="Times New Roman" w:cs="Times New Roman"/>
          <w:sz w:val="24"/>
          <w:szCs w:val="24"/>
        </w:rPr>
        <w:t xml:space="preserve">           </w:t>
      </w:r>
      <w:r w:rsidRPr="00607E21">
        <w:rPr>
          <w:rFonts w:ascii="Times New Roman" w:hAnsi="Times New Roman" w:cs="Times New Roman"/>
          <w:sz w:val="24"/>
          <w:szCs w:val="24"/>
        </w:rPr>
        <w:t xml:space="preserve"> </w:t>
      </w:r>
      <w:r w:rsidR="00301C72">
        <w:rPr>
          <w:rFonts w:ascii="Times New Roman" w:hAnsi="Times New Roman" w:cs="Times New Roman"/>
          <w:sz w:val="24"/>
          <w:szCs w:val="24"/>
        </w:rPr>
        <w:t xml:space="preserve">    </w:t>
      </w:r>
      <w:r w:rsidRPr="00607E21">
        <w:rPr>
          <w:rFonts w:ascii="Times New Roman" w:hAnsi="Times New Roman" w:cs="Times New Roman"/>
          <w:b/>
          <w:sz w:val="24"/>
          <w:szCs w:val="24"/>
        </w:rPr>
        <w:t>ANUNȚ</w:t>
      </w:r>
      <w:r w:rsidR="000D3D6F" w:rsidRPr="00607E21">
        <w:rPr>
          <w:rFonts w:ascii="Times New Roman" w:hAnsi="Times New Roman" w:cs="Times New Roman"/>
          <w:sz w:val="24"/>
          <w:szCs w:val="24"/>
        </w:rPr>
        <w:br/>
      </w:r>
      <w:r w:rsidR="000D3D6F" w:rsidRPr="00607E21">
        <w:rPr>
          <w:rFonts w:ascii="Times New Roman" w:hAnsi="Times New Roman" w:cs="Times New Roman"/>
          <w:sz w:val="24"/>
          <w:szCs w:val="24"/>
        </w:rPr>
        <w:br/>
      </w:r>
      <w:r w:rsidRPr="00607E21">
        <w:rPr>
          <w:rFonts w:ascii="Times New Roman" w:hAnsi="Times New Roman" w:cs="Times New Roman"/>
          <w:sz w:val="24"/>
          <w:szCs w:val="24"/>
        </w:rPr>
        <w:tab/>
      </w:r>
      <w:proofErr w:type="spellStart"/>
      <w:r w:rsidR="00A85149" w:rsidRPr="00607E21">
        <w:rPr>
          <w:rStyle w:val="Strong"/>
          <w:rFonts w:ascii="Times New Roman" w:hAnsi="Times New Roman" w:cs="Times New Roman"/>
          <w:sz w:val="24"/>
          <w:szCs w:val="24"/>
        </w:rPr>
        <w:t>Primăria</w:t>
      </w:r>
      <w:proofErr w:type="spellEnd"/>
      <w:r w:rsidR="00A85149" w:rsidRPr="00607E21">
        <w:rPr>
          <w:rStyle w:val="Strong"/>
          <w:rFonts w:ascii="Times New Roman" w:hAnsi="Times New Roman" w:cs="Times New Roman"/>
          <w:sz w:val="24"/>
          <w:szCs w:val="24"/>
        </w:rPr>
        <w:t xml:space="preserve"> </w:t>
      </w:r>
      <w:proofErr w:type="spellStart"/>
      <w:r w:rsidR="00A85149" w:rsidRPr="00607E21">
        <w:rPr>
          <w:rStyle w:val="Strong"/>
          <w:rFonts w:ascii="Times New Roman" w:hAnsi="Times New Roman" w:cs="Times New Roman"/>
          <w:sz w:val="24"/>
          <w:szCs w:val="24"/>
        </w:rPr>
        <w:t>Comunei</w:t>
      </w:r>
      <w:proofErr w:type="spellEnd"/>
      <w:r w:rsidR="00A85149" w:rsidRPr="00607E21">
        <w:rPr>
          <w:rStyle w:val="Strong"/>
          <w:rFonts w:ascii="Times New Roman" w:hAnsi="Times New Roman" w:cs="Times New Roman"/>
          <w:sz w:val="24"/>
          <w:szCs w:val="24"/>
        </w:rPr>
        <w:t xml:space="preserve"> </w:t>
      </w:r>
      <w:proofErr w:type="spellStart"/>
      <w:r w:rsidR="00A85149" w:rsidRPr="00607E21">
        <w:rPr>
          <w:rStyle w:val="Strong"/>
          <w:rFonts w:ascii="Times New Roman" w:hAnsi="Times New Roman" w:cs="Times New Roman"/>
          <w:sz w:val="24"/>
          <w:szCs w:val="24"/>
        </w:rPr>
        <w:t>Augustin</w:t>
      </w:r>
      <w:proofErr w:type="spellEnd"/>
      <w:r w:rsidR="00A85149" w:rsidRPr="00607E21">
        <w:rPr>
          <w:rFonts w:ascii="Times New Roman" w:hAnsi="Times New Roman" w:cs="Times New Roman"/>
          <w:sz w:val="24"/>
          <w:szCs w:val="24"/>
        </w:rPr>
        <w:t xml:space="preserve"> </w:t>
      </w:r>
      <w:proofErr w:type="spellStart"/>
      <w:r w:rsidR="00A85149" w:rsidRPr="00607E21">
        <w:rPr>
          <w:rFonts w:ascii="Times New Roman" w:hAnsi="Times New Roman" w:cs="Times New Roman"/>
          <w:sz w:val="24"/>
          <w:szCs w:val="24"/>
        </w:rPr>
        <w:t>organizează</w:t>
      </w:r>
      <w:proofErr w:type="spellEnd"/>
      <w:r w:rsidR="00A85149" w:rsidRPr="00607E21">
        <w:rPr>
          <w:rFonts w:ascii="Times New Roman" w:hAnsi="Times New Roman" w:cs="Times New Roman"/>
          <w:sz w:val="24"/>
          <w:szCs w:val="24"/>
        </w:rPr>
        <w:t xml:space="preserve"> </w:t>
      </w:r>
      <w:proofErr w:type="gramStart"/>
      <w:r w:rsidR="00A85149" w:rsidRPr="00607E21">
        <w:rPr>
          <w:rFonts w:ascii="Times New Roman" w:hAnsi="Times New Roman" w:cs="Times New Roman"/>
          <w:sz w:val="24"/>
          <w:szCs w:val="24"/>
        </w:rPr>
        <w:t>concurs</w:t>
      </w:r>
      <w:proofErr w:type="gramEnd"/>
      <w:r w:rsidR="00A85149" w:rsidRPr="00607E21">
        <w:rPr>
          <w:rFonts w:ascii="Times New Roman" w:hAnsi="Times New Roman" w:cs="Times New Roman"/>
          <w:sz w:val="24"/>
          <w:szCs w:val="24"/>
        </w:rPr>
        <w:t xml:space="preserve"> de </w:t>
      </w:r>
      <w:proofErr w:type="spellStart"/>
      <w:r w:rsidR="00A85149" w:rsidRPr="00607E21">
        <w:rPr>
          <w:rFonts w:ascii="Times New Roman" w:hAnsi="Times New Roman" w:cs="Times New Roman"/>
          <w:sz w:val="24"/>
          <w:szCs w:val="24"/>
        </w:rPr>
        <w:t>recrutare</w:t>
      </w:r>
      <w:proofErr w:type="spellEnd"/>
      <w:r w:rsidR="00A85149" w:rsidRPr="00607E21">
        <w:rPr>
          <w:rFonts w:ascii="Times New Roman" w:hAnsi="Times New Roman" w:cs="Times New Roman"/>
          <w:sz w:val="24"/>
          <w:szCs w:val="24"/>
        </w:rPr>
        <w:t xml:space="preserve">, la </w:t>
      </w:r>
      <w:proofErr w:type="spellStart"/>
      <w:r w:rsidR="00A85149" w:rsidRPr="00607E21">
        <w:rPr>
          <w:rFonts w:ascii="Times New Roman" w:hAnsi="Times New Roman" w:cs="Times New Roman"/>
          <w:sz w:val="24"/>
          <w:szCs w:val="24"/>
        </w:rPr>
        <w:t>sediul</w:t>
      </w:r>
      <w:proofErr w:type="spellEnd"/>
      <w:r w:rsidR="00A85149" w:rsidRPr="00607E21">
        <w:rPr>
          <w:rFonts w:ascii="Times New Roman" w:hAnsi="Times New Roman" w:cs="Times New Roman"/>
          <w:sz w:val="24"/>
          <w:szCs w:val="24"/>
        </w:rPr>
        <w:t xml:space="preserve"> din </w:t>
      </w:r>
      <w:proofErr w:type="spellStart"/>
      <w:r w:rsidR="00A85149" w:rsidRPr="00607E21">
        <w:rPr>
          <w:rFonts w:ascii="Times New Roman" w:hAnsi="Times New Roman" w:cs="Times New Roman"/>
          <w:sz w:val="24"/>
          <w:szCs w:val="24"/>
        </w:rPr>
        <w:t>comuna</w:t>
      </w:r>
      <w:proofErr w:type="spellEnd"/>
      <w:r w:rsidR="00A85149" w:rsidRPr="00607E21">
        <w:rPr>
          <w:rFonts w:ascii="Times New Roman" w:hAnsi="Times New Roman" w:cs="Times New Roman"/>
          <w:sz w:val="24"/>
          <w:szCs w:val="24"/>
        </w:rPr>
        <w:t xml:space="preserve"> </w:t>
      </w:r>
      <w:proofErr w:type="spellStart"/>
      <w:r w:rsidR="00A85149" w:rsidRPr="00607E21">
        <w:rPr>
          <w:rFonts w:ascii="Times New Roman" w:hAnsi="Times New Roman" w:cs="Times New Roman"/>
          <w:sz w:val="24"/>
          <w:szCs w:val="24"/>
        </w:rPr>
        <w:t>Augustin</w:t>
      </w:r>
      <w:proofErr w:type="spellEnd"/>
      <w:r w:rsidR="00A85149" w:rsidRPr="00607E21">
        <w:rPr>
          <w:rFonts w:ascii="Times New Roman" w:hAnsi="Times New Roman" w:cs="Times New Roman"/>
          <w:sz w:val="24"/>
          <w:szCs w:val="24"/>
        </w:rPr>
        <w:t xml:space="preserve">, str. </w:t>
      </w:r>
      <w:proofErr w:type="spellStart"/>
      <w:r w:rsidR="00A85149" w:rsidRPr="00607E21">
        <w:rPr>
          <w:rFonts w:ascii="Times New Roman" w:hAnsi="Times New Roman" w:cs="Times New Roman"/>
          <w:sz w:val="24"/>
          <w:szCs w:val="24"/>
        </w:rPr>
        <w:t>Lungă</w:t>
      </w:r>
      <w:proofErr w:type="spellEnd"/>
      <w:r w:rsidR="00A85149" w:rsidRPr="00607E21">
        <w:rPr>
          <w:rFonts w:ascii="Times New Roman" w:hAnsi="Times New Roman" w:cs="Times New Roman"/>
          <w:sz w:val="24"/>
          <w:szCs w:val="24"/>
        </w:rPr>
        <w:t xml:space="preserve"> nr. 238, </w:t>
      </w:r>
      <w:proofErr w:type="spellStart"/>
      <w:r w:rsidR="00A85149" w:rsidRPr="00607E21">
        <w:rPr>
          <w:rFonts w:ascii="Times New Roman" w:hAnsi="Times New Roman" w:cs="Times New Roman"/>
          <w:sz w:val="24"/>
          <w:szCs w:val="24"/>
        </w:rPr>
        <w:t>județul</w:t>
      </w:r>
      <w:proofErr w:type="spellEnd"/>
      <w:r w:rsidR="00A85149" w:rsidRPr="00607E21">
        <w:rPr>
          <w:rFonts w:ascii="Times New Roman" w:hAnsi="Times New Roman" w:cs="Times New Roman"/>
          <w:sz w:val="24"/>
          <w:szCs w:val="24"/>
        </w:rPr>
        <w:t xml:space="preserve"> </w:t>
      </w:r>
      <w:proofErr w:type="spellStart"/>
      <w:r w:rsidR="00A85149" w:rsidRPr="00607E21">
        <w:rPr>
          <w:rFonts w:ascii="Times New Roman" w:hAnsi="Times New Roman" w:cs="Times New Roman"/>
          <w:sz w:val="24"/>
          <w:szCs w:val="24"/>
        </w:rPr>
        <w:t>Brașov</w:t>
      </w:r>
      <w:proofErr w:type="spellEnd"/>
      <w:r w:rsidR="00A85149" w:rsidRPr="00607E21">
        <w:rPr>
          <w:rFonts w:ascii="Times New Roman" w:hAnsi="Times New Roman" w:cs="Times New Roman"/>
          <w:sz w:val="24"/>
          <w:szCs w:val="24"/>
        </w:rPr>
        <w:t xml:space="preserve">, </w:t>
      </w:r>
      <w:proofErr w:type="spellStart"/>
      <w:r w:rsidR="00A85149" w:rsidRPr="00607E21">
        <w:rPr>
          <w:rFonts w:ascii="Times New Roman" w:hAnsi="Times New Roman" w:cs="Times New Roman"/>
          <w:sz w:val="24"/>
          <w:szCs w:val="24"/>
        </w:rPr>
        <w:t>pentru</w:t>
      </w:r>
      <w:proofErr w:type="spellEnd"/>
      <w:r w:rsidR="00A85149" w:rsidRPr="00607E21">
        <w:rPr>
          <w:rFonts w:ascii="Times New Roman" w:hAnsi="Times New Roman" w:cs="Times New Roman"/>
          <w:sz w:val="24"/>
          <w:szCs w:val="24"/>
        </w:rPr>
        <w:t xml:space="preserve"> </w:t>
      </w:r>
      <w:proofErr w:type="spellStart"/>
      <w:r w:rsidR="00A85149" w:rsidRPr="00607E21">
        <w:rPr>
          <w:rFonts w:ascii="Times New Roman" w:hAnsi="Times New Roman" w:cs="Times New Roman"/>
          <w:sz w:val="24"/>
          <w:szCs w:val="24"/>
        </w:rPr>
        <w:t>ocuparea</w:t>
      </w:r>
      <w:proofErr w:type="spellEnd"/>
      <w:r w:rsidR="00A85149" w:rsidRPr="00607E21">
        <w:rPr>
          <w:rFonts w:ascii="Times New Roman" w:hAnsi="Times New Roman" w:cs="Times New Roman"/>
          <w:sz w:val="24"/>
          <w:szCs w:val="24"/>
        </w:rPr>
        <w:t xml:space="preserve"> </w:t>
      </w:r>
      <w:proofErr w:type="spellStart"/>
      <w:r w:rsidR="00A85149" w:rsidRPr="00607E21">
        <w:rPr>
          <w:rStyle w:val="Strong"/>
          <w:rFonts w:ascii="Times New Roman" w:hAnsi="Times New Roman" w:cs="Times New Roman"/>
          <w:sz w:val="24"/>
          <w:szCs w:val="24"/>
        </w:rPr>
        <w:t>postului</w:t>
      </w:r>
      <w:proofErr w:type="spellEnd"/>
      <w:r w:rsidR="00A85149" w:rsidRPr="00607E21">
        <w:rPr>
          <w:rStyle w:val="Strong"/>
          <w:rFonts w:ascii="Times New Roman" w:hAnsi="Times New Roman" w:cs="Times New Roman"/>
          <w:sz w:val="24"/>
          <w:szCs w:val="24"/>
        </w:rPr>
        <w:t xml:space="preserve"> contractual vacant de </w:t>
      </w:r>
      <w:r w:rsidR="00247BC2">
        <w:rPr>
          <w:rStyle w:val="Strong"/>
          <w:rFonts w:ascii="Times New Roman" w:hAnsi="Times New Roman" w:cs="Times New Roman"/>
          <w:sz w:val="24"/>
          <w:szCs w:val="24"/>
        </w:rPr>
        <w:t xml:space="preserve">Referent-grad </w:t>
      </w:r>
      <w:proofErr w:type="spellStart"/>
      <w:r w:rsidR="00247BC2">
        <w:rPr>
          <w:rStyle w:val="Strong"/>
          <w:rFonts w:ascii="Times New Roman" w:hAnsi="Times New Roman" w:cs="Times New Roman"/>
          <w:sz w:val="24"/>
          <w:szCs w:val="24"/>
        </w:rPr>
        <w:t>profe</w:t>
      </w:r>
      <w:r w:rsidR="00217E13">
        <w:rPr>
          <w:rStyle w:val="Strong"/>
          <w:rFonts w:ascii="Times New Roman" w:hAnsi="Times New Roman" w:cs="Times New Roman"/>
          <w:sz w:val="24"/>
          <w:szCs w:val="24"/>
        </w:rPr>
        <w:t>sional</w:t>
      </w:r>
      <w:proofErr w:type="spellEnd"/>
      <w:r w:rsidR="00217E13">
        <w:rPr>
          <w:rStyle w:val="Strong"/>
          <w:rFonts w:ascii="Times New Roman" w:hAnsi="Times New Roman" w:cs="Times New Roman"/>
          <w:sz w:val="24"/>
          <w:szCs w:val="24"/>
        </w:rPr>
        <w:t xml:space="preserve"> </w:t>
      </w:r>
      <w:proofErr w:type="gramStart"/>
      <w:r w:rsidR="00217E13">
        <w:rPr>
          <w:rStyle w:val="Strong"/>
          <w:rFonts w:ascii="Times New Roman" w:hAnsi="Times New Roman" w:cs="Times New Roman"/>
          <w:sz w:val="24"/>
          <w:szCs w:val="24"/>
        </w:rPr>
        <w:t>debutant</w:t>
      </w:r>
      <w:r w:rsidR="00F2642E">
        <w:rPr>
          <w:rStyle w:val="Strong"/>
          <w:rFonts w:ascii="Times New Roman" w:hAnsi="Times New Roman" w:cs="Times New Roman"/>
          <w:sz w:val="24"/>
          <w:szCs w:val="24"/>
        </w:rPr>
        <w:t xml:space="preserve"> </w:t>
      </w:r>
      <w:r w:rsidR="00A85149" w:rsidRPr="00607E21">
        <w:rPr>
          <w:rFonts w:ascii="Times New Roman" w:hAnsi="Times New Roman" w:cs="Times New Roman"/>
          <w:sz w:val="24"/>
          <w:szCs w:val="24"/>
        </w:rPr>
        <w:t xml:space="preserve"> </w:t>
      </w:r>
      <w:proofErr w:type="spellStart"/>
      <w:r w:rsidR="00A85149" w:rsidRPr="00607E21">
        <w:rPr>
          <w:rFonts w:ascii="Times New Roman" w:hAnsi="Times New Roman" w:cs="Times New Roman"/>
          <w:sz w:val="24"/>
          <w:szCs w:val="24"/>
        </w:rPr>
        <w:t>în</w:t>
      </w:r>
      <w:proofErr w:type="spellEnd"/>
      <w:proofErr w:type="gramEnd"/>
      <w:r w:rsidR="00A85149" w:rsidRPr="00607E21">
        <w:rPr>
          <w:rFonts w:ascii="Times New Roman" w:hAnsi="Times New Roman" w:cs="Times New Roman"/>
          <w:sz w:val="24"/>
          <w:szCs w:val="24"/>
        </w:rPr>
        <w:t xml:space="preserve"> </w:t>
      </w:r>
      <w:proofErr w:type="spellStart"/>
      <w:r w:rsidR="00A85149" w:rsidRPr="00607E21">
        <w:rPr>
          <w:rFonts w:ascii="Times New Roman" w:hAnsi="Times New Roman" w:cs="Times New Roman"/>
          <w:sz w:val="24"/>
          <w:szCs w:val="24"/>
        </w:rPr>
        <w:t>cadrul</w:t>
      </w:r>
      <w:proofErr w:type="spellEnd"/>
      <w:r w:rsidR="00A85149" w:rsidRPr="00607E21">
        <w:rPr>
          <w:rFonts w:ascii="Times New Roman" w:hAnsi="Times New Roman" w:cs="Times New Roman"/>
          <w:sz w:val="24"/>
          <w:szCs w:val="24"/>
        </w:rPr>
        <w:t xml:space="preserve"> </w:t>
      </w:r>
      <w:proofErr w:type="spellStart"/>
      <w:r w:rsidR="00A85149" w:rsidRPr="00607E21">
        <w:rPr>
          <w:rStyle w:val="Strong"/>
          <w:rFonts w:ascii="Times New Roman" w:hAnsi="Times New Roman" w:cs="Times New Roman"/>
          <w:sz w:val="24"/>
          <w:szCs w:val="24"/>
        </w:rPr>
        <w:t>Compartimentului</w:t>
      </w:r>
      <w:proofErr w:type="spellEnd"/>
      <w:r w:rsidR="00A85149" w:rsidRPr="00607E21">
        <w:rPr>
          <w:rStyle w:val="Strong"/>
          <w:rFonts w:ascii="Times New Roman" w:hAnsi="Times New Roman" w:cs="Times New Roman"/>
          <w:sz w:val="24"/>
          <w:szCs w:val="24"/>
        </w:rPr>
        <w:t xml:space="preserve"> </w:t>
      </w:r>
      <w:proofErr w:type="spellStart"/>
      <w:r w:rsidR="00A85149" w:rsidRPr="00607E21">
        <w:rPr>
          <w:rStyle w:val="Strong"/>
          <w:rFonts w:ascii="Times New Roman" w:hAnsi="Times New Roman" w:cs="Times New Roman"/>
          <w:sz w:val="24"/>
          <w:szCs w:val="24"/>
        </w:rPr>
        <w:t>Asistență</w:t>
      </w:r>
      <w:proofErr w:type="spellEnd"/>
      <w:r w:rsidR="00A85149" w:rsidRPr="00607E21">
        <w:rPr>
          <w:rStyle w:val="Strong"/>
          <w:rFonts w:ascii="Times New Roman" w:hAnsi="Times New Roman" w:cs="Times New Roman"/>
          <w:sz w:val="24"/>
          <w:szCs w:val="24"/>
        </w:rPr>
        <w:t xml:space="preserve"> </w:t>
      </w:r>
      <w:proofErr w:type="spellStart"/>
      <w:r w:rsidR="00A85149" w:rsidRPr="00607E21">
        <w:rPr>
          <w:rStyle w:val="Strong"/>
          <w:rFonts w:ascii="Times New Roman" w:hAnsi="Times New Roman" w:cs="Times New Roman"/>
          <w:sz w:val="24"/>
          <w:szCs w:val="24"/>
        </w:rPr>
        <w:t>Socială</w:t>
      </w:r>
      <w:proofErr w:type="spellEnd"/>
      <w:r w:rsidR="00A85149" w:rsidRPr="00607E21">
        <w:rPr>
          <w:rStyle w:val="Strong"/>
          <w:rFonts w:ascii="Times New Roman" w:hAnsi="Times New Roman" w:cs="Times New Roman"/>
          <w:sz w:val="24"/>
          <w:szCs w:val="24"/>
        </w:rPr>
        <w:t xml:space="preserve"> </w:t>
      </w:r>
      <w:proofErr w:type="spellStart"/>
      <w:r w:rsidR="00A85149" w:rsidRPr="00607E21">
        <w:rPr>
          <w:rStyle w:val="Strong"/>
          <w:rFonts w:ascii="Times New Roman" w:hAnsi="Times New Roman" w:cs="Times New Roman"/>
          <w:sz w:val="24"/>
          <w:szCs w:val="24"/>
        </w:rPr>
        <w:t>și</w:t>
      </w:r>
      <w:proofErr w:type="spellEnd"/>
      <w:r w:rsidR="00A85149" w:rsidRPr="00607E21">
        <w:rPr>
          <w:rStyle w:val="Strong"/>
          <w:rFonts w:ascii="Times New Roman" w:hAnsi="Times New Roman" w:cs="Times New Roman"/>
          <w:sz w:val="24"/>
          <w:szCs w:val="24"/>
        </w:rPr>
        <w:t xml:space="preserve"> </w:t>
      </w:r>
      <w:proofErr w:type="spellStart"/>
      <w:r w:rsidR="00A85149" w:rsidRPr="00607E21">
        <w:rPr>
          <w:rStyle w:val="Strong"/>
          <w:rFonts w:ascii="Times New Roman" w:hAnsi="Times New Roman" w:cs="Times New Roman"/>
          <w:sz w:val="24"/>
          <w:szCs w:val="24"/>
        </w:rPr>
        <w:t>Autoritate</w:t>
      </w:r>
      <w:proofErr w:type="spellEnd"/>
      <w:r w:rsidR="00A85149" w:rsidRPr="00607E21">
        <w:rPr>
          <w:rStyle w:val="Strong"/>
          <w:rFonts w:ascii="Times New Roman" w:hAnsi="Times New Roman" w:cs="Times New Roman"/>
          <w:sz w:val="24"/>
          <w:szCs w:val="24"/>
        </w:rPr>
        <w:t xml:space="preserve"> </w:t>
      </w:r>
      <w:proofErr w:type="spellStart"/>
      <w:r w:rsidR="00A85149" w:rsidRPr="00607E21">
        <w:rPr>
          <w:rStyle w:val="Strong"/>
          <w:rFonts w:ascii="Times New Roman" w:hAnsi="Times New Roman" w:cs="Times New Roman"/>
          <w:sz w:val="24"/>
          <w:szCs w:val="24"/>
        </w:rPr>
        <w:t>Tutelară</w:t>
      </w:r>
      <w:proofErr w:type="spellEnd"/>
      <w:r w:rsidR="00A85149" w:rsidRPr="00607E21">
        <w:rPr>
          <w:rFonts w:ascii="Times New Roman" w:hAnsi="Times New Roman" w:cs="Times New Roman"/>
          <w:sz w:val="24"/>
          <w:szCs w:val="24"/>
        </w:rPr>
        <w:t xml:space="preserve">, cu </w:t>
      </w:r>
      <w:proofErr w:type="spellStart"/>
      <w:r w:rsidR="00A85149" w:rsidRPr="00607E21">
        <w:rPr>
          <w:rFonts w:ascii="Times New Roman" w:hAnsi="Times New Roman" w:cs="Times New Roman"/>
          <w:sz w:val="24"/>
          <w:szCs w:val="24"/>
        </w:rPr>
        <w:t>normă</w:t>
      </w:r>
      <w:proofErr w:type="spellEnd"/>
      <w:r w:rsidR="00A85149" w:rsidRPr="00607E21">
        <w:rPr>
          <w:rFonts w:ascii="Times New Roman" w:hAnsi="Times New Roman" w:cs="Times New Roman"/>
          <w:sz w:val="24"/>
          <w:szCs w:val="24"/>
        </w:rPr>
        <w:t xml:space="preserve"> </w:t>
      </w:r>
      <w:proofErr w:type="spellStart"/>
      <w:r w:rsidR="00A85149" w:rsidRPr="00607E21">
        <w:rPr>
          <w:rFonts w:ascii="Times New Roman" w:hAnsi="Times New Roman" w:cs="Times New Roman"/>
          <w:sz w:val="24"/>
          <w:szCs w:val="24"/>
        </w:rPr>
        <w:t>întrea</w:t>
      </w:r>
      <w:r w:rsidR="00CE6DC2" w:rsidRPr="00607E21">
        <w:rPr>
          <w:rFonts w:ascii="Times New Roman" w:hAnsi="Times New Roman" w:cs="Times New Roman"/>
          <w:sz w:val="24"/>
          <w:szCs w:val="24"/>
        </w:rPr>
        <w:t>gă</w:t>
      </w:r>
      <w:proofErr w:type="spellEnd"/>
      <w:r w:rsidR="00CE6DC2" w:rsidRPr="00607E21">
        <w:rPr>
          <w:rFonts w:ascii="Times New Roman" w:hAnsi="Times New Roman" w:cs="Times New Roman"/>
          <w:sz w:val="24"/>
          <w:szCs w:val="24"/>
        </w:rPr>
        <w:t xml:space="preserve"> (8 ore/</w:t>
      </w:r>
      <w:proofErr w:type="spellStart"/>
      <w:r w:rsidR="00CE6DC2" w:rsidRPr="00607E21">
        <w:rPr>
          <w:rFonts w:ascii="Times New Roman" w:hAnsi="Times New Roman" w:cs="Times New Roman"/>
          <w:sz w:val="24"/>
          <w:szCs w:val="24"/>
        </w:rPr>
        <w:t>zi</w:t>
      </w:r>
      <w:proofErr w:type="spellEnd"/>
      <w:r w:rsidR="00CE6DC2" w:rsidRPr="00607E21">
        <w:rPr>
          <w:rFonts w:ascii="Times New Roman" w:hAnsi="Times New Roman" w:cs="Times New Roman"/>
          <w:sz w:val="24"/>
          <w:szCs w:val="24"/>
        </w:rPr>
        <w:t>, 40 ore/</w:t>
      </w:r>
      <w:proofErr w:type="spellStart"/>
      <w:r w:rsidR="00CE6DC2" w:rsidRPr="00607E21">
        <w:rPr>
          <w:rFonts w:ascii="Times New Roman" w:hAnsi="Times New Roman" w:cs="Times New Roman"/>
          <w:sz w:val="24"/>
          <w:szCs w:val="24"/>
        </w:rPr>
        <w:t>săptămână</w:t>
      </w:r>
      <w:proofErr w:type="spellEnd"/>
      <w:r w:rsidR="00E02C6D" w:rsidRPr="00607E21">
        <w:rPr>
          <w:rFonts w:ascii="Times New Roman" w:hAnsi="Times New Roman" w:cs="Times New Roman"/>
          <w:sz w:val="24"/>
          <w:szCs w:val="24"/>
        </w:rPr>
        <w:t>).</w:t>
      </w:r>
    </w:p>
    <w:p w:rsidR="004704E4" w:rsidRDefault="004704E4" w:rsidP="00CC157B">
      <w:pPr>
        <w:spacing w:after="0" w:line="240" w:lineRule="auto"/>
        <w:ind w:firstLine="720"/>
        <w:rPr>
          <w:rFonts w:ascii="Times New Roman" w:hAnsi="Times New Roman" w:cs="Times New Roman"/>
          <w:sz w:val="24"/>
          <w:szCs w:val="24"/>
        </w:rPr>
      </w:pPr>
      <w:proofErr w:type="spellStart"/>
      <w:proofErr w:type="gramStart"/>
      <w:r w:rsidRPr="00607E21">
        <w:rPr>
          <w:rFonts w:ascii="Times New Roman" w:hAnsi="Times New Roman" w:cs="Times New Roman"/>
          <w:sz w:val="24"/>
          <w:szCs w:val="24"/>
        </w:rPr>
        <w:t>Organizarea</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și</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desfășurarea</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concursului</w:t>
      </w:r>
      <w:proofErr w:type="spellEnd"/>
      <w:r w:rsidRPr="00607E21">
        <w:rPr>
          <w:rFonts w:ascii="Times New Roman" w:hAnsi="Times New Roman" w:cs="Times New Roman"/>
          <w:sz w:val="24"/>
          <w:szCs w:val="24"/>
        </w:rPr>
        <w:t xml:space="preserve"> se </w:t>
      </w:r>
      <w:proofErr w:type="spellStart"/>
      <w:r w:rsidRPr="00607E21">
        <w:rPr>
          <w:rFonts w:ascii="Times New Roman" w:hAnsi="Times New Roman" w:cs="Times New Roman"/>
          <w:sz w:val="24"/>
          <w:szCs w:val="24"/>
        </w:rPr>
        <w:t>realizează</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în</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baza</w:t>
      </w:r>
      <w:proofErr w:type="spellEnd"/>
      <w:r w:rsidRPr="00607E21">
        <w:rPr>
          <w:rFonts w:ascii="Times New Roman" w:hAnsi="Times New Roman" w:cs="Times New Roman"/>
          <w:sz w:val="24"/>
          <w:szCs w:val="24"/>
        </w:rPr>
        <w:t xml:space="preserve"> </w:t>
      </w:r>
      <w:proofErr w:type="spellStart"/>
      <w:r w:rsidRPr="00607E21">
        <w:rPr>
          <w:rStyle w:val="Strong"/>
          <w:rFonts w:ascii="Times New Roman" w:hAnsi="Times New Roman" w:cs="Times New Roman"/>
          <w:sz w:val="24"/>
          <w:szCs w:val="24"/>
        </w:rPr>
        <w:t>articolului</w:t>
      </w:r>
      <w:proofErr w:type="spellEnd"/>
      <w:r w:rsidRPr="00607E21">
        <w:rPr>
          <w:rStyle w:val="Strong"/>
          <w:rFonts w:ascii="Times New Roman" w:hAnsi="Times New Roman" w:cs="Times New Roman"/>
          <w:sz w:val="24"/>
          <w:szCs w:val="24"/>
        </w:rPr>
        <w:t xml:space="preserve"> VII </w:t>
      </w:r>
      <w:proofErr w:type="spellStart"/>
      <w:r w:rsidRPr="00607E21">
        <w:rPr>
          <w:rStyle w:val="Strong"/>
          <w:rFonts w:ascii="Times New Roman" w:hAnsi="Times New Roman" w:cs="Times New Roman"/>
          <w:sz w:val="24"/>
          <w:szCs w:val="24"/>
        </w:rPr>
        <w:t>alin</w:t>
      </w:r>
      <w:proofErr w:type="spellEnd"/>
      <w:r w:rsidRPr="00607E21">
        <w:rPr>
          <w:rStyle w:val="Strong"/>
          <w:rFonts w:ascii="Times New Roman" w:hAnsi="Times New Roman" w:cs="Times New Roman"/>
          <w:sz w:val="24"/>
          <w:szCs w:val="24"/>
        </w:rPr>
        <w:t>.</w:t>
      </w:r>
      <w:proofErr w:type="gramEnd"/>
      <w:r w:rsidRPr="00607E21">
        <w:rPr>
          <w:rStyle w:val="Strong"/>
          <w:rFonts w:ascii="Times New Roman" w:hAnsi="Times New Roman" w:cs="Times New Roman"/>
          <w:sz w:val="24"/>
          <w:szCs w:val="24"/>
        </w:rPr>
        <w:t xml:space="preserve"> (3) </w:t>
      </w:r>
      <w:proofErr w:type="gramStart"/>
      <w:r w:rsidRPr="00607E21">
        <w:rPr>
          <w:rStyle w:val="Strong"/>
          <w:rFonts w:ascii="Times New Roman" w:hAnsi="Times New Roman" w:cs="Times New Roman"/>
          <w:sz w:val="24"/>
          <w:szCs w:val="24"/>
        </w:rPr>
        <w:t>lit</w:t>
      </w:r>
      <w:proofErr w:type="gramEnd"/>
      <w:r w:rsidRPr="00607E21">
        <w:rPr>
          <w:rStyle w:val="Strong"/>
          <w:rFonts w:ascii="Times New Roman" w:hAnsi="Times New Roman" w:cs="Times New Roman"/>
          <w:sz w:val="24"/>
          <w:szCs w:val="24"/>
        </w:rPr>
        <w:t>. b)</w:t>
      </w:r>
      <w:r w:rsidRPr="00607E21">
        <w:rPr>
          <w:rFonts w:ascii="Times New Roman" w:hAnsi="Times New Roman" w:cs="Times New Roman"/>
          <w:sz w:val="24"/>
          <w:szCs w:val="24"/>
        </w:rPr>
        <w:t xml:space="preserve"> </w:t>
      </w:r>
      <w:proofErr w:type="gramStart"/>
      <w:r w:rsidRPr="00607E21">
        <w:rPr>
          <w:rFonts w:ascii="Times New Roman" w:hAnsi="Times New Roman" w:cs="Times New Roman"/>
          <w:sz w:val="24"/>
          <w:szCs w:val="24"/>
        </w:rPr>
        <w:t>din</w:t>
      </w:r>
      <w:proofErr w:type="gramEnd"/>
      <w:r w:rsidRPr="00607E21">
        <w:rPr>
          <w:rFonts w:ascii="Times New Roman" w:hAnsi="Times New Roman" w:cs="Times New Roman"/>
          <w:sz w:val="24"/>
          <w:szCs w:val="24"/>
        </w:rPr>
        <w:t xml:space="preserve"> </w:t>
      </w:r>
      <w:proofErr w:type="spellStart"/>
      <w:r w:rsidRPr="00607E21">
        <w:rPr>
          <w:rStyle w:val="Strong"/>
          <w:rFonts w:ascii="Times New Roman" w:hAnsi="Times New Roman" w:cs="Times New Roman"/>
          <w:sz w:val="24"/>
          <w:szCs w:val="24"/>
        </w:rPr>
        <w:t>Ordonanța</w:t>
      </w:r>
      <w:proofErr w:type="spellEnd"/>
      <w:r w:rsidRPr="00607E21">
        <w:rPr>
          <w:rStyle w:val="Strong"/>
          <w:rFonts w:ascii="Times New Roman" w:hAnsi="Times New Roman" w:cs="Times New Roman"/>
          <w:sz w:val="24"/>
          <w:szCs w:val="24"/>
        </w:rPr>
        <w:t xml:space="preserve"> de </w:t>
      </w:r>
      <w:proofErr w:type="spellStart"/>
      <w:r w:rsidRPr="00607E21">
        <w:rPr>
          <w:rStyle w:val="Strong"/>
          <w:rFonts w:ascii="Times New Roman" w:hAnsi="Times New Roman" w:cs="Times New Roman"/>
          <w:sz w:val="24"/>
          <w:szCs w:val="24"/>
        </w:rPr>
        <w:t>urgență</w:t>
      </w:r>
      <w:proofErr w:type="spellEnd"/>
      <w:r w:rsidRPr="00607E21">
        <w:rPr>
          <w:rStyle w:val="Strong"/>
          <w:rFonts w:ascii="Times New Roman" w:hAnsi="Times New Roman" w:cs="Times New Roman"/>
          <w:sz w:val="24"/>
          <w:szCs w:val="24"/>
        </w:rPr>
        <w:t xml:space="preserve"> nr. </w:t>
      </w:r>
      <w:proofErr w:type="gramStart"/>
      <w:r w:rsidRPr="00607E21">
        <w:rPr>
          <w:rStyle w:val="Strong"/>
          <w:rFonts w:ascii="Times New Roman" w:hAnsi="Times New Roman" w:cs="Times New Roman"/>
          <w:sz w:val="24"/>
          <w:szCs w:val="24"/>
        </w:rPr>
        <w:t>156/2024</w:t>
      </w:r>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privind</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unele</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măsuri</w:t>
      </w:r>
      <w:proofErr w:type="spellEnd"/>
      <w:r w:rsidRPr="00607E21">
        <w:rPr>
          <w:rFonts w:ascii="Times New Roman" w:hAnsi="Times New Roman" w:cs="Times New Roman"/>
          <w:sz w:val="24"/>
          <w:szCs w:val="24"/>
        </w:rPr>
        <w:t xml:space="preserve"> fiscal-</w:t>
      </w:r>
      <w:proofErr w:type="spellStart"/>
      <w:r w:rsidRPr="00607E21">
        <w:rPr>
          <w:rFonts w:ascii="Times New Roman" w:hAnsi="Times New Roman" w:cs="Times New Roman"/>
          <w:sz w:val="24"/>
          <w:szCs w:val="24"/>
        </w:rPr>
        <w:t>bugetare</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în</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domeniul</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cheltuielilor</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publice</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pentru</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fundamentarea</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bugetului</w:t>
      </w:r>
      <w:proofErr w:type="spellEnd"/>
      <w:r w:rsidRPr="00607E21">
        <w:rPr>
          <w:rFonts w:ascii="Times New Roman" w:hAnsi="Times New Roman" w:cs="Times New Roman"/>
          <w:sz w:val="24"/>
          <w:szCs w:val="24"/>
        </w:rPr>
        <w:t xml:space="preserve"> general </w:t>
      </w:r>
      <w:proofErr w:type="spellStart"/>
      <w:r w:rsidRPr="00607E21">
        <w:rPr>
          <w:rFonts w:ascii="Times New Roman" w:hAnsi="Times New Roman" w:cs="Times New Roman"/>
          <w:sz w:val="24"/>
          <w:szCs w:val="24"/>
        </w:rPr>
        <w:t>consolidat</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pe</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anul</w:t>
      </w:r>
      <w:proofErr w:type="spellEnd"/>
      <w:r w:rsidRPr="00607E21">
        <w:rPr>
          <w:rFonts w:ascii="Times New Roman" w:hAnsi="Times New Roman" w:cs="Times New Roman"/>
          <w:sz w:val="24"/>
          <w:szCs w:val="24"/>
        </w:rPr>
        <w:t xml:space="preserve"> 2025, </w:t>
      </w:r>
      <w:proofErr w:type="spellStart"/>
      <w:r w:rsidRPr="00607E21">
        <w:rPr>
          <w:rFonts w:ascii="Times New Roman" w:hAnsi="Times New Roman" w:cs="Times New Roman"/>
          <w:sz w:val="24"/>
          <w:szCs w:val="24"/>
        </w:rPr>
        <w:t>precum</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și</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pentru</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modificarea</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completarea</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și</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prorogarea</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unor</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acte</w:t>
      </w:r>
      <w:proofErr w:type="spellEnd"/>
      <w:r w:rsidRPr="00607E21">
        <w:rPr>
          <w:rFonts w:ascii="Times New Roman" w:hAnsi="Times New Roman" w:cs="Times New Roman"/>
          <w:sz w:val="24"/>
          <w:szCs w:val="24"/>
        </w:rPr>
        <w:t xml:space="preserve"> normative.</w:t>
      </w:r>
      <w:proofErr w:type="gramEnd"/>
      <w:r w:rsidR="00283F00">
        <w:t xml:space="preserve"> </w:t>
      </w:r>
      <w:proofErr w:type="spellStart"/>
      <w:r w:rsidRPr="00607E21">
        <w:rPr>
          <w:rFonts w:ascii="Times New Roman" w:hAnsi="Times New Roman" w:cs="Times New Roman"/>
          <w:sz w:val="24"/>
          <w:szCs w:val="24"/>
        </w:rPr>
        <w:t>Concursul</w:t>
      </w:r>
      <w:proofErr w:type="spellEnd"/>
      <w:r w:rsidRPr="00607E21">
        <w:rPr>
          <w:rFonts w:ascii="Times New Roman" w:hAnsi="Times New Roman" w:cs="Times New Roman"/>
          <w:sz w:val="24"/>
          <w:szCs w:val="24"/>
        </w:rPr>
        <w:t xml:space="preserve"> </w:t>
      </w:r>
      <w:proofErr w:type="spellStart"/>
      <w:proofErr w:type="gramStart"/>
      <w:r w:rsidRPr="00607E21">
        <w:rPr>
          <w:rFonts w:ascii="Times New Roman" w:hAnsi="Times New Roman" w:cs="Times New Roman"/>
          <w:sz w:val="24"/>
          <w:szCs w:val="24"/>
        </w:rPr>
        <w:t>este</w:t>
      </w:r>
      <w:proofErr w:type="spellEnd"/>
      <w:proofErr w:type="gram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organizat</w:t>
      </w:r>
      <w:proofErr w:type="spellEnd"/>
      <w:r w:rsidRPr="00607E21">
        <w:rPr>
          <w:rFonts w:ascii="Times New Roman" w:hAnsi="Times New Roman" w:cs="Times New Roman"/>
          <w:sz w:val="24"/>
          <w:szCs w:val="24"/>
        </w:rPr>
        <w:t xml:space="preserve"> </w:t>
      </w:r>
      <w:proofErr w:type="spellStart"/>
      <w:r w:rsidRPr="00607E21">
        <w:rPr>
          <w:rStyle w:val="Strong"/>
          <w:rFonts w:ascii="Times New Roman" w:hAnsi="Times New Roman" w:cs="Times New Roman"/>
          <w:sz w:val="24"/>
          <w:szCs w:val="24"/>
        </w:rPr>
        <w:t>coroborat</w:t>
      </w:r>
      <w:proofErr w:type="spellEnd"/>
      <w:r w:rsidRPr="00607E21">
        <w:rPr>
          <w:rStyle w:val="Strong"/>
          <w:rFonts w:ascii="Times New Roman" w:hAnsi="Times New Roman" w:cs="Times New Roman"/>
          <w:sz w:val="24"/>
          <w:szCs w:val="24"/>
        </w:rPr>
        <w:t xml:space="preserve"> cu </w:t>
      </w:r>
      <w:proofErr w:type="spellStart"/>
      <w:r w:rsidRPr="00607E21">
        <w:rPr>
          <w:rStyle w:val="Strong"/>
          <w:rFonts w:ascii="Times New Roman" w:hAnsi="Times New Roman" w:cs="Times New Roman"/>
          <w:sz w:val="24"/>
          <w:szCs w:val="24"/>
        </w:rPr>
        <w:t>prevederile</w:t>
      </w:r>
      <w:proofErr w:type="spellEnd"/>
      <w:r w:rsidRPr="00607E21">
        <w:rPr>
          <w:rStyle w:val="Strong"/>
          <w:rFonts w:ascii="Times New Roman" w:hAnsi="Times New Roman" w:cs="Times New Roman"/>
          <w:sz w:val="24"/>
          <w:szCs w:val="24"/>
        </w:rPr>
        <w:t xml:space="preserve"> H.G. nr. </w:t>
      </w:r>
      <w:proofErr w:type="gramStart"/>
      <w:r w:rsidRPr="00607E21">
        <w:rPr>
          <w:rStyle w:val="Strong"/>
          <w:rFonts w:ascii="Times New Roman" w:hAnsi="Times New Roman" w:cs="Times New Roman"/>
          <w:sz w:val="24"/>
          <w:szCs w:val="24"/>
        </w:rPr>
        <w:t>1336/2022</w:t>
      </w:r>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privind</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aprobarea</w:t>
      </w:r>
      <w:proofErr w:type="spellEnd"/>
      <w:r w:rsidRPr="00607E21">
        <w:rPr>
          <w:rFonts w:ascii="Times New Roman" w:hAnsi="Times New Roman" w:cs="Times New Roman"/>
          <w:sz w:val="24"/>
          <w:szCs w:val="24"/>
        </w:rPr>
        <w:t xml:space="preserve"> </w:t>
      </w:r>
      <w:proofErr w:type="spellStart"/>
      <w:r w:rsidRPr="00607E21">
        <w:rPr>
          <w:rStyle w:val="Strong"/>
          <w:rFonts w:ascii="Times New Roman" w:hAnsi="Times New Roman" w:cs="Times New Roman"/>
          <w:sz w:val="24"/>
          <w:szCs w:val="24"/>
        </w:rPr>
        <w:t>Regulamentului-cadru</w:t>
      </w:r>
      <w:proofErr w:type="spellEnd"/>
      <w:r w:rsidRPr="00607E21">
        <w:rPr>
          <w:rStyle w:val="Strong"/>
          <w:rFonts w:ascii="Times New Roman" w:hAnsi="Times New Roman" w:cs="Times New Roman"/>
          <w:sz w:val="24"/>
          <w:szCs w:val="24"/>
        </w:rPr>
        <w:t xml:space="preserve"> </w:t>
      </w:r>
      <w:proofErr w:type="spellStart"/>
      <w:r w:rsidRPr="00607E21">
        <w:rPr>
          <w:rStyle w:val="Strong"/>
          <w:rFonts w:ascii="Times New Roman" w:hAnsi="Times New Roman" w:cs="Times New Roman"/>
          <w:sz w:val="24"/>
          <w:szCs w:val="24"/>
        </w:rPr>
        <w:t>pentru</w:t>
      </w:r>
      <w:proofErr w:type="spellEnd"/>
      <w:r w:rsidRPr="00607E21">
        <w:rPr>
          <w:rStyle w:val="Strong"/>
          <w:rFonts w:ascii="Times New Roman" w:hAnsi="Times New Roman" w:cs="Times New Roman"/>
          <w:sz w:val="24"/>
          <w:szCs w:val="24"/>
        </w:rPr>
        <w:t xml:space="preserve"> </w:t>
      </w:r>
      <w:proofErr w:type="spellStart"/>
      <w:r w:rsidRPr="00607E21">
        <w:rPr>
          <w:rStyle w:val="Strong"/>
          <w:rFonts w:ascii="Times New Roman" w:hAnsi="Times New Roman" w:cs="Times New Roman"/>
          <w:sz w:val="24"/>
          <w:szCs w:val="24"/>
        </w:rPr>
        <w:t>organizarea</w:t>
      </w:r>
      <w:proofErr w:type="spellEnd"/>
      <w:r w:rsidRPr="00607E21">
        <w:rPr>
          <w:rStyle w:val="Strong"/>
          <w:rFonts w:ascii="Times New Roman" w:hAnsi="Times New Roman" w:cs="Times New Roman"/>
          <w:sz w:val="24"/>
          <w:szCs w:val="24"/>
        </w:rPr>
        <w:t xml:space="preserve"> </w:t>
      </w:r>
      <w:proofErr w:type="spellStart"/>
      <w:r w:rsidRPr="00607E21">
        <w:rPr>
          <w:rStyle w:val="Strong"/>
          <w:rFonts w:ascii="Times New Roman" w:hAnsi="Times New Roman" w:cs="Times New Roman"/>
          <w:sz w:val="24"/>
          <w:szCs w:val="24"/>
        </w:rPr>
        <w:t>și</w:t>
      </w:r>
      <w:proofErr w:type="spellEnd"/>
      <w:r w:rsidRPr="00607E21">
        <w:rPr>
          <w:rStyle w:val="Strong"/>
          <w:rFonts w:ascii="Times New Roman" w:hAnsi="Times New Roman" w:cs="Times New Roman"/>
          <w:sz w:val="24"/>
          <w:szCs w:val="24"/>
        </w:rPr>
        <w:t xml:space="preserve"> </w:t>
      </w:r>
      <w:proofErr w:type="spellStart"/>
      <w:r w:rsidRPr="00607E21">
        <w:rPr>
          <w:rStyle w:val="Strong"/>
          <w:rFonts w:ascii="Times New Roman" w:hAnsi="Times New Roman" w:cs="Times New Roman"/>
          <w:sz w:val="24"/>
          <w:szCs w:val="24"/>
        </w:rPr>
        <w:t>dezvoltarea</w:t>
      </w:r>
      <w:proofErr w:type="spellEnd"/>
      <w:r w:rsidRPr="00607E21">
        <w:rPr>
          <w:rStyle w:val="Strong"/>
          <w:rFonts w:ascii="Times New Roman" w:hAnsi="Times New Roman" w:cs="Times New Roman"/>
          <w:sz w:val="24"/>
          <w:szCs w:val="24"/>
        </w:rPr>
        <w:t xml:space="preserve"> </w:t>
      </w:r>
      <w:proofErr w:type="spellStart"/>
      <w:r w:rsidRPr="00607E21">
        <w:rPr>
          <w:rStyle w:val="Strong"/>
          <w:rFonts w:ascii="Times New Roman" w:hAnsi="Times New Roman" w:cs="Times New Roman"/>
          <w:sz w:val="24"/>
          <w:szCs w:val="24"/>
        </w:rPr>
        <w:t>carierei</w:t>
      </w:r>
      <w:proofErr w:type="spellEnd"/>
      <w:r w:rsidRPr="00607E21">
        <w:rPr>
          <w:rStyle w:val="Strong"/>
          <w:rFonts w:ascii="Times New Roman" w:hAnsi="Times New Roman" w:cs="Times New Roman"/>
          <w:sz w:val="24"/>
          <w:szCs w:val="24"/>
        </w:rPr>
        <w:t xml:space="preserve"> </w:t>
      </w:r>
      <w:proofErr w:type="spellStart"/>
      <w:r w:rsidRPr="00607E21">
        <w:rPr>
          <w:rStyle w:val="Strong"/>
          <w:rFonts w:ascii="Times New Roman" w:hAnsi="Times New Roman" w:cs="Times New Roman"/>
          <w:sz w:val="24"/>
          <w:szCs w:val="24"/>
        </w:rPr>
        <w:t>personalului</w:t>
      </w:r>
      <w:proofErr w:type="spellEnd"/>
      <w:r w:rsidRPr="00607E21">
        <w:rPr>
          <w:rStyle w:val="Strong"/>
          <w:rFonts w:ascii="Times New Roman" w:hAnsi="Times New Roman" w:cs="Times New Roman"/>
          <w:sz w:val="24"/>
          <w:szCs w:val="24"/>
        </w:rPr>
        <w:t xml:space="preserve"> contractual</w:t>
      </w:r>
      <w:r w:rsidRPr="00607E21">
        <w:rPr>
          <w:rFonts w:ascii="Times New Roman" w:hAnsi="Times New Roman" w:cs="Times New Roman"/>
          <w:sz w:val="24"/>
          <w:szCs w:val="24"/>
        </w:rPr>
        <w:t xml:space="preserve"> din </w:t>
      </w:r>
      <w:proofErr w:type="spellStart"/>
      <w:r w:rsidRPr="00607E21">
        <w:rPr>
          <w:rFonts w:ascii="Times New Roman" w:hAnsi="Times New Roman" w:cs="Times New Roman"/>
          <w:sz w:val="24"/>
          <w:szCs w:val="24"/>
        </w:rPr>
        <w:t>sectorul</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bugetar</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plătit</w:t>
      </w:r>
      <w:proofErr w:type="spellEnd"/>
      <w:r w:rsidRPr="00607E21">
        <w:rPr>
          <w:rFonts w:ascii="Times New Roman" w:hAnsi="Times New Roman" w:cs="Times New Roman"/>
          <w:sz w:val="24"/>
          <w:szCs w:val="24"/>
        </w:rPr>
        <w:t xml:space="preserve"> din </w:t>
      </w:r>
      <w:proofErr w:type="spellStart"/>
      <w:r w:rsidRPr="00607E21">
        <w:rPr>
          <w:rFonts w:ascii="Times New Roman" w:hAnsi="Times New Roman" w:cs="Times New Roman"/>
          <w:sz w:val="24"/>
          <w:szCs w:val="24"/>
        </w:rPr>
        <w:t>fonduri</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publice</w:t>
      </w:r>
      <w:proofErr w:type="spellEnd"/>
      <w:r w:rsidRPr="00607E21">
        <w:rPr>
          <w:rFonts w:ascii="Times New Roman" w:hAnsi="Times New Roman" w:cs="Times New Roman"/>
          <w:sz w:val="24"/>
          <w:szCs w:val="24"/>
        </w:rPr>
        <w:t xml:space="preserve">, cu </w:t>
      </w:r>
      <w:proofErr w:type="spellStart"/>
      <w:r w:rsidRPr="00607E21">
        <w:rPr>
          <w:rFonts w:ascii="Times New Roman" w:hAnsi="Times New Roman" w:cs="Times New Roman"/>
          <w:sz w:val="24"/>
          <w:szCs w:val="24"/>
        </w:rPr>
        <w:t>modificările</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și</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completările</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ulterioare</w:t>
      </w:r>
      <w:proofErr w:type="spellEnd"/>
      <w:r w:rsidRPr="00607E21">
        <w:rPr>
          <w:rFonts w:ascii="Times New Roman" w:hAnsi="Times New Roman" w:cs="Times New Roman"/>
          <w:sz w:val="24"/>
          <w:szCs w:val="24"/>
        </w:rPr>
        <w:t>.</w:t>
      </w:r>
      <w:proofErr w:type="gramEnd"/>
    </w:p>
    <w:p w:rsidR="00CC157B" w:rsidRPr="00CC157B" w:rsidRDefault="00CC157B" w:rsidP="00CC157B">
      <w:pPr>
        <w:spacing w:after="0" w:line="240" w:lineRule="auto"/>
        <w:ind w:firstLine="720"/>
        <w:rPr>
          <w:rFonts w:ascii="Times New Roman" w:hAnsi="Times New Roman" w:cs="Times New Roman"/>
          <w:sz w:val="24"/>
          <w:szCs w:val="24"/>
        </w:rPr>
      </w:pPr>
    </w:p>
    <w:p w:rsidR="00484A0C" w:rsidRPr="00607E21" w:rsidRDefault="00484A0C" w:rsidP="00CC157B">
      <w:pPr>
        <w:pStyle w:val="NormalWeb"/>
        <w:spacing w:before="0" w:beforeAutospacing="0" w:after="0" w:afterAutospacing="0"/>
        <w:rPr>
          <w:b/>
        </w:rPr>
      </w:pPr>
      <w:proofErr w:type="spellStart"/>
      <w:r w:rsidRPr="00607E21">
        <w:rPr>
          <w:b/>
        </w:rPr>
        <w:t>Condiții</w:t>
      </w:r>
      <w:proofErr w:type="spellEnd"/>
      <w:r w:rsidRPr="00607E21">
        <w:rPr>
          <w:b/>
        </w:rPr>
        <w:t xml:space="preserve"> </w:t>
      </w:r>
      <w:proofErr w:type="spellStart"/>
      <w:r w:rsidRPr="00607E21">
        <w:rPr>
          <w:b/>
        </w:rPr>
        <w:t>pentru</w:t>
      </w:r>
      <w:proofErr w:type="spellEnd"/>
      <w:r w:rsidRPr="00607E21">
        <w:rPr>
          <w:b/>
        </w:rPr>
        <w:t xml:space="preserve"> </w:t>
      </w:r>
      <w:proofErr w:type="spellStart"/>
      <w:r w:rsidRPr="00607E21">
        <w:rPr>
          <w:b/>
        </w:rPr>
        <w:t>ocuparea</w:t>
      </w:r>
      <w:proofErr w:type="spellEnd"/>
      <w:r w:rsidRPr="00607E21">
        <w:rPr>
          <w:b/>
        </w:rPr>
        <w:t xml:space="preserve"> </w:t>
      </w:r>
      <w:proofErr w:type="spellStart"/>
      <w:r w:rsidRPr="00607E21">
        <w:rPr>
          <w:b/>
        </w:rPr>
        <w:t>postului</w:t>
      </w:r>
      <w:proofErr w:type="spellEnd"/>
      <w:r w:rsidRPr="00607E21">
        <w:rPr>
          <w:b/>
        </w:rPr>
        <w:t>;</w:t>
      </w:r>
    </w:p>
    <w:p w:rsidR="00484A0C" w:rsidRPr="00607E21" w:rsidRDefault="004A137B" w:rsidP="00CC157B">
      <w:pPr>
        <w:pStyle w:val="NormalWeb"/>
        <w:spacing w:before="0" w:beforeAutospacing="0" w:after="0" w:afterAutospacing="0"/>
      </w:pPr>
      <w:r>
        <w:rPr>
          <w:rFonts w:ascii="Segoe UI" w:hAnsi="Segoe UI" w:cs="Segoe UI"/>
          <w:lang w:val="ro-RO"/>
        </w:rPr>
        <w:t xml:space="preserve">- </w:t>
      </w:r>
      <w:proofErr w:type="spellStart"/>
      <w:r w:rsidRPr="004A137B">
        <w:t>studii</w:t>
      </w:r>
      <w:proofErr w:type="spellEnd"/>
      <w:r w:rsidRPr="004A137B">
        <w:t xml:space="preserve"> </w:t>
      </w:r>
      <w:proofErr w:type="spellStart"/>
      <w:r w:rsidRPr="004A137B">
        <w:t>liceale</w:t>
      </w:r>
      <w:proofErr w:type="spellEnd"/>
      <w:r w:rsidRPr="004A137B">
        <w:t xml:space="preserve">, </w:t>
      </w:r>
      <w:proofErr w:type="spellStart"/>
      <w:r w:rsidRPr="004A137B">
        <w:t>respectiv</w:t>
      </w:r>
      <w:proofErr w:type="spellEnd"/>
      <w:r w:rsidRPr="004A137B">
        <w:t xml:space="preserve"> </w:t>
      </w:r>
      <w:proofErr w:type="spellStart"/>
      <w:r w:rsidRPr="004A137B">
        <w:t>studii</w:t>
      </w:r>
      <w:proofErr w:type="spellEnd"/>
      <w:r w:rsidRPr="004A137B">
        <w:t xml:space="preserve"> </w:t>
      </w:r>
      <w:proofErr w:type="spellStart"/>
      <w:r w:rsidRPr="004A137B">
        <w:t>medii</w:t>
      </w:r>
      <w:proofErr w:type="spellEnd"/>
      <w:r w:rsidRPr="004A137B">
        <w:t xml:space="preserve"> </w:t>
      </w:r>
      <w:proofErr w:type="spellStart"/>
      <w:r w:rsidRPr="004A137B">
        <w:t>liceale</w:t>
      </w:r>
      <w:proofErr w:type="spellEnd"/>
      <w:r w:rsidRPr="004A137B">
        <w:t xml:space="preserve">, </w:t>
      </w:r>
      <w:proofErr w:type="spellStart"/>
      <w:r w:rsidRPr="004A137B">
        <w:t>finalizate</w:t>
      </w:r>
      <w:proofErr w:type="spellEnd"/>
      <w:r w:rsidRPr="004A137B">
        <w:t xml:space="preserve"> cu </w:t>
      </w:r>
      <w:proofErr w:type="spellStart"/>
      <w:r w:rsidRPr="004A137B">
        <w:t>diplomă</w:t>
      </w:r>
      <w:proofErr w:type="spellEnd"/>
      <w:r w:rsidRPr="004A137B">
        <w:t xml:space="preserve"> de </w:t>
      </w:r>
      <w:proofErr w:type="spellStart"/>
      <w:r w:rsidRPr="004A137B">
        <w:t>bacalaureat</w:t>
      </w:r>
      <w:proofErr w:type="spellEnd"/>
    </w:p>
    <w:p w:rsidR="00484A0C" w:rsidRPr="00607E21" w:rsidRDefault="00484A0C" w:rsidP="00CC157B">
      <w:pPr>
        <w:pStyle w:val="NormalWeb"/>
        <w:spacing w:before="0" w:beforeAutospacing="0" w:after="0" w:afterAutospacing="0"/>
      </w:pPr>
      <w:r w:rsidRPr="00607E21">
        <w:t>-</w:t>
      </w:r>
      <w:proofErr w:type="spellStart"/>
      <w:r w:rsidRPr="00607E21">
        <w:t>Vechimea</w:t>
      </w:r>
      <w:proofErr w:type="spellEnd"/>
      <w:r w:rsidRPr="00607E21">
        <w:t xml:space="preserve"> minima </w:t>
      </w:r>
      <w:proofErr w:type="spellStart"/>
      <w:r w:rsidRPr="00607E21">
        <w:t>în</w:t>
      </w:r>
      <w:proofErr w:type="spellEnd"/>
      <w:r w:rsidRPr="00607E21">
        <w:t xml:space="preserve"> </w:t>
      </w:r>
      <w:proofErr w:type="spellStart"/>
      <w:r w:rsidRPr="00607E21">
        <w:t>specialitatea</w:t>
      </w:r>
      <w:proofErr w:type="spellEnd"/>
      <w:r w:rsidRPr="00607E21">
        <w:t xml:space="preserve"> </w:t>
      </w:r>
      <w:proofErr w:type="spellStart"/>
      <w:r w:rsidRPr="00607E21">
        <w:t>studiilor</w:t>
      </w:r>
      <w:proofErr w:type="spellEnd"/>
      <w:r w:rsidRPr="00607E21">
        <w:t xml:space="preserve"> - nu </w:t>
      </w:r>
      <w:proofErr w:type="spellStart"/>
      <w:proofErr w:type="gramStart"/>
      <w:r w:rsidRPr="00607E21">
        <w:t>este</w:t>
      </w:r>
      <w:proofErr w:type="spellEnd"/>
      <w:proofErr w:type="gramEnd"/>
      <w:r w:rsidRPr="00607E21">
        <w:t xml:space="preserve"> </w:t>
      </w:r>
      <w:proofErr w:type="spellStart"/>
      <w:r w:rsidRPr="00607E21">
        <w:t>necesar</w:t>
      </w:r>
      <w:proofErr w:type="spellEnd"/>
      <w:r w:rsidRPr="00607E21">
        <w:t xml:space="preserve"> </w:t>
      </w:r>
    </w:p>
    <w:p w:rsidR="00484A0C" w:rsidRDefault="00484A0C" w:rsidP="00CC157B">
      <w:pPr>
        <w:pStyle w:val="NormalWeb"/>
        <w:spacing w:before="0" w:beforeAutospacing="0" w:after="0" w:afterAutospacing="0"/>
      </w:pPr>
      <w:r w:rsidRPr="00607E21">
        <w:t>-</w:t>
      </w:r>
      <w:proofErr w:type="spellStart"/>
      <w:r w:rsidRPr="00607E21">
        <w:t>Durata</w:t>
      </w:r>
      <w:proofErr w:type="spellEnd"/>
      <w:r w:rsidRPr="00607E21">
        <w:t xml:space="preserve"> </w:t>
      </w:r>
      <w:proofErr w:type="spellStart"/>
      <w:r w:rsidRPr="00607E21">
        <w:t>timp</w:t>
      </w:r>
      <w:proofErr w:type="spellEnd"/>
      <w:r w:rsidRPr="00607E21">
        <w:t xml:space="preserve"> de </w:t>
      </w:r>
      <w:proofErr w:type="spellStart"/>
      <w:r w:rsidRPr="00607E21">
        <w:t>muncă</w:t>
      </w:r>
      <w:proofErr w:type="spellEnd"/>
      <w:r w:rsidRPr="00607E21">
        <w:t>: 8h/zi-40h/</w:t>
      </w:r>
      <w:proofErr w:type="spellStart"/>
      <w:r w:rsidRPr="00607E21">
        <w:t>săptămână</w:t>
      </w:r>
      <w:proofErr w:type="spellEnd"/>
    </w:p>
    <w:p w:rsidR="00CC157B" w:rsidRPr="00607E21" w:rsidRDefault="00CC157B" w:rsidP="00CC157B">
      <w:pPr>
        <w:pStyle w:val="NormalWeb"/>
        <w:spacing w:before="0" w:beforeAutospacing="0" w:after="0" w:afterAutospacing="0"/>
      </w:pPr>
    </w:p>
    <w:p w:rsidR="00484A0C" w:rsidRPr="006F7CC6" w:rsidRDefault="006F7CC6" w:rsidP="00CC157B">
      <w:pPr>
        <w:pStyle w:val="NormalWeb"/>
        <w:spacing w:before="0" w:beforeAutospacing="0" w:after="0" w:afterAutospacing="0"/>
        <w:rPr>
          <w:b/>
        </w:rPr>
      </w:pPr>
      <w:proofErr w:type="spellStart"/>
      <w:r w:rsidRPr="00607E21">
        <w:rPr>
          <w:b/>
        </w:rPr>
        <w:t>Perioada</w:t>
      </w:r>
      <w:proofErr w:type="spellEnd"/>
      <w:r w:rsidRPr="00607E21">
        <w:rPr>
          <w:b/>
        </w:rPr>
        <w:t xml:space="preserve"> de </w:t>
      </w:r>
      <w:proofErr w:type="spellStart"/>
      <w:r w:rsidRPr="00607E21">
        <w:rPr>
          <w:b/>
        </w:rPr>
        <w:t>depunere</w:t>
      </w:r>
      <w:proofErr w:type="spellEnd"/>
      <w:r w:rsidRPr="00607E21">
        <w:rPr>
          <w:b/>
        </w:rPr>
        <w:t xml:space="preserve"> a </w:t>
      </w:r>
      <w:proofErr w:type="spellStart"/>
      <w:r w:rsidRPr="00607E21">
        <w:rPr>
          <w:b/>
        </w:rPr>
        <w:t>dosarelor</w:t>
      </w:r>
      <w:proofErr w:type="spellEnd"/>
      <w:r w:rsidRPr="00607E21">
        <w:rPr>
          <w:b/>
        </w:rPr>
        <w:t xml:space="preserve">: </w:t>
      </w:r>
      <w:r w:rsidR="00AC6E03">
        <w:rPr>
          <w:b/>
        </w:rPr>
        <w:t>2</w:t>
      </w:r>
      <w:r w:rsidR="002C43ED">
        <w:rPr>
          <w:b/>
        </w:rPr>
        <w:t>4.09.2026-14</w:t>
      </w:r>
      <w:r w:rsidR="00C95521">
        <w:rPr>
          <w:b/>
        </w:rPr>
        <w:t>.10</w:t>
      </w:r>
      <w:r w:rsidR="00F537FE">
        <w:rPr>
          <w:b/>
        </w:rPr>
        <w:t>.2026</w:t>
      </w:r>
    </w:p>
    <w:p w:rsidR="00DB37C6" w:rsidRPr="006F7CC6" w:rsidRDefault="00DB37C6" w:rsidP="00CC157B">
      <w:pPr>
        <w:pStyle w:val="NormalWeb"/>
        <w:spacing w:before="0" w:beforeAutospacing="0" w:after="0" w:afterAutospacing="0"/>
        <w:rPr>
          <w:rStyle w:val="salnbdy"/>
          <w:b/>
          <w:noProof/>
        </w:rPr>
      </w:pPr>
      <w:r w:rsidRPr="006F7CC6">
        <w:rPr>
          <w:rStyle w:val="salnbdy"/>
          <w:b/>
          <w:noProof/>
        </w:rPr>
        <w:t>Pentr</w:t>
      </w:r>
      <w:r w:rsidR="00F537FE">
        <w:rPr>
          <w:rStyle w:val="salnbdy"/>
          <w:b/>
          <w:noProof/>
        </w:rPr>
        <w:t>u înscrierea la concurs candida</w:t>
      </w:r>
      <w:r w:rsidR="00F537FE">
        <w:rPr>
          <w:rStyle w:val="salnbdy"/>
          <w:b/>
          <w:noProof/>
          <w:lang w:val="ro-RO"/>
        </w:rPr>
        <w:t>ț</w:t>
      </w:r>
      <w:r w:rsidRPr="006F7CC6">
        <w:rPr>
          <w:rStyle w:val="salnbdy"/>
          <w:b/>
          <w:noProof/>
        </w:rPr>
        <w:t>ii vor prezenta un dosar care va conţine următoarele documente:</w:t>
      </w:r>
    </w:p>
    <w:p w:rsidR="00DB37C6" w:rsidRPr="00607E21" w:rsidRDefault="00DB37C6" w:rsidP="00CC157B">
      <w:pPr>
        <w:pStyle w:val="NormalWeb"/>
        <w:spacing w:before="0" w:beforeAutospacing="0" w:after="0" w:afterAutospacing="0"/>
      </w:pPr>
      <w:r w:rsidRPr="00607E21">
        <w:rPr>
          <w:rStyle w:val="slitttl"/>
          <w:noProof/>
        </w:rPr>
        <w:t>a)</w:t>
      </w:r>
      <w:r w:rsidRPr="00607E21">
        <w:rPr>
          <w:noProof/>
        </w:rPr>
        <w:t xml:space="preserve"> </w:t>
      </w:r>
      <w:r w:rsidRPr="00607E21">
        <w:rPr>
          <w:rStyle w:val="slitbdy"/>
          <w:noProof/>
        </w:rPr>
        <w:t xml:space="preserve">formular de înscriere la concurs, conform modelului prevăzut la </w:t>
      </w:r>
      <w:hyperlink w:history="1">
        <w:r w:rsidRPr="00607E21">
          <w:rPr>
            <w:rStyle w:val="Hyperlink"/>
            <w:noProof/>
          </w:rPr>
          <w:t>anexa nr. 2</w:t>
        </w:r>
      </w:hyperlink>
      <w:r w:rsidRPr="00607E21">
        <w:rPr>
          <w:rStyle w:val="slitbdy"/>
          <w:noProof/>
        </w:rPr>
        <w:t>;</w:t>
      </w:r>
    </w:p>
    <w:p w:rsidR="00DB37C6" w:rsidRPr="00607E21" w:rsidRDefault="00DB37C6" w:rsidP="00CC157B">
      <w:pPr>
        <w:pStyle w:val="NormalWeb"/>
        <w:spacing w:before="0" w:beforeAutospacing="0" w:after="0" w:afterAutospacing="0"/>
        <w:rPr>
          <w:noProof/>
        </w:rPr>
      </w:pPr>
      <w:r w:rsidRPr="00607E21">
        <w:rPr>
          <w:rStyle w:val="slitttl"/>
          <w:noProof/>
        </w:rPr>
        <w:t>b)</w:t>
      </w:r>
      <w:r w:rsidRPr="00607E21">
        <w:rPr>
          <w:noProof/>
        </w:rPr>
        <w:t xml:space="preserve"> </w:t>
      </w:r>
      <w:r w:rsidRPr="00607E21">
        <w:rPr>
          <w:rStyle w:val="slitbdy"/>
          <w:noProof/>
        </w:rPr>
        <w:t>copia actului de identitate sau orice alt document care atestă identitatea, potrivit legii, aflate în termen de valabilitate;</w:t>
      </w:r>
    </w:p>
    <w:p w:rsidR="00DB37C6" w:rsidRPr="00607E21" w:rsidRDefault="00DB37C6" w:rsidP="00CC157B">
      <w:pPr>
        <w:pStyle w:val="NormalWeb"/>
        <w:spacing w:before="0" w:beforeAutospacing="0" w:after="0" w:afterAutospacing="0"/>
        <w:rPr>
          <w:noProof/>
        </w:rPr>
      </w:pPr>
      <w:r w:rsidRPr="00607E21">
        <w:rPr>
          <w:rStyle w:val="slitttl"/>
          <w:noProof/>
        </w:rPr>
        <w:t>c)</w:t>
      </w:r>
      <w:r w:rsidRPr="00607E21">
        <w:rPr>
          <w:noProof/>
        </w:rPr>
        <w:t xml:space="preserve"> </w:t>
      </w:r>
      <w:r w:rsidRPr="00607E21">
        <w:rPr>
          <w:rStyle w:val="slitbdy"/>
          <w:noProof/>
        </w:rPr>
        <w:t>copia certificatului de căsătorie sau a altui document prin care s-a realizat schimbarea de nume, după caz;</w:t>
      </w:r>
    </w:p>
    <w:p w:rsidR="00DB37C6" w:rsidRPr="00607E21" w:rsidRDefault="00DB37C6" w:rsidP="00CC157B">
      <w:pPr>
        <w:pStyle w:val="NormalWeb"/>
        <w:spacing w:before="0" w:beforeAutospacing="0" w:after="0" w:afterAutospacing="0"/>
        <w:rPr>
          <w:noProof/>
        </w:rPr>
      </w:pPr>
      <w:r w:rsidRPr="00607E21">
        <w:rPr>
          <w:rStyle w:val="slitttl"/>
          <w:noProof/>
        </w:rPr>
        <w:t>d)</w:t>
      </w:r>
      <w:r w:rsidRPr="00607E21">
        <w:rPr>
          <w:noProof/>
        </w:rPr>
        <w:t xml:space="preserve"> </w:t>
      </w:r>
      <w:r w:rsidRPr="00607E21">
        <w:rPr>
          <w:rStyle w:val="slitbdy"/>
          <w:noProof/>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DB37C6" w:rsidRPr="00607E21" w:rsidRDefault="00DB37C6" w:rsidP="00CC157B">
      <w:pPr>
        <w:pStyle w:val="NormalWeb"/>
        <w:spacing w:before="0" w:beforeAutospacing="0" w:after="0" w:afterAutospacing="0"/>
        <w:rPr>
          <w:noProof/>
        </w:rPr>
      </w:pPr>
      <w:r w:rsidRPr="00607E21">
        <w:rPr>
          <w:rStyle w:val="slitttl"/>
          <w:noProof/>
        </w:rPr>
        <w:t>e)</w:t>
      </w:r>
      <w:r w:rsidRPr="00607E21">
        <w:rPr>
          <w:noProof/>
        </w:rPr>
        <w:t xml:space="preserve"> </w:t>
      </w:r>
      <w:r w:rsidRPr="00607E21">
        <w:rPr>
          <w:rStyle w:val="slitbdy"/>
          <w:noProof/>
        </w:rPr>
        <w:t>copia carnetului de muncă, a adeverinţei eliberate de angajator pentru perioada lucrată, care să ateste vechimea în muncă şi în specialitatea studiilor solicitate pentru ocuparea postului;</w:t>
      </w:r>
    </w:p>
    <w:p w:rsidR="00DB37C6" w:rsidRPr="00607E21" w:rsidRDefault="00DB37C6" w:rsidP="00CC157B">
      <w:pPr>
        <w:pStyle w:val="NormalWeb"/>
        <w:spacing w:before="0" w:beforeAutospacing="0" w:after="0" w:afterAutospacing="0"/>
        <w:rPr>
          <w:noProof/>
        </w:rPr>
      </w:pPr>
      <w:r w:rsidRPr="00607E21">
        <w:rPr>
          <w:rStyle w:val="slitttl"/>
          <w:noProof/>
        </w:rPr>
        <w:t>f)</w:t>
      </w:r>
      <w:r w:rsidRPr="00607E21">
        <w:rPr>
          <w:noProof/>
        </w:rPr>
        <w:t xml:space="preserve"> </w:t>
      </w:r>
      <w:r w:rsidRPr="00607E21">
        <w:rPr>
          <w:rStyle w:val="slitbdy"/>
          <w:noProof/>
        </w:rPr>
        <w:t>certificat de cazier judiciar sau, după caz, extrasul de pe cazierul judiciar;</w:t>
      </w:r>
    </w:p>
    <w:p w:rsidR="00DB37C6" w:rsidRPr="00607E21" w:rsidRDefault="00DB37C6" w:rsidP="00CC157B">
      <w:pPr>
        <w:pStyle w:val="NormalWeb"/>
        <w:spacing w:before="0" w:beforeAutospacing="0" w:after="0" w:afterAutospacing="0"/>
        <w:rPr>
          <w:noProof/>
        </w:rPr>
      </w:pPr>
      <w:r w:rsidRPr="00607E21">
        <w:rPr>
          <w:rStyle w:val="slitttl"/>
          <w:noProof/>
        </w:rPr>
        <w:lastRenderedPageBreak/>
        <w:t>g)</w:t>
      </w:r>
      <w:r w:rsidRPr="00607E21">
        <w:rPr>
          <w:noProof/>
        </w:rPr>
        <w:t xml:space="preserve"> </w:t>
      </w:r>
      <w:r w:rsidRPr="00607E21">
        <w:rPr>
          <w:rStyle w:val="slitbdy"/>
          <w:noProof/>
        </w:rPr>
        <w:t>adeverinţă medicală care să ateste starea de sănătate corespunzătoare, eliberată de către medicul de familie al candidatului sau de către unităţile sanitare abilitate cu cel mult 6 luni anterior derulării concursului</w:t>
      </w:r>
      <w:r w:rsidR="006F7CC6">
        <w:rPr>
          <w:rStyle w:val="slitbdy"/>
          <w:noProof/>
        </w:rPr>
        <w:t>,</w:t>
      </w:r>
      <w:r w:rsidR="006F7CC6" w:rsidRPr="006F7CC6">
        <w:t xml:space="preserve"> </w:t>
      </w:r>
      <w:proofErr w:type="spellStart"/>
      <w:r w:rsidR="006F7CC6">
        <w:t>şi</w:t>
      </w:r>
      <w:proofErr w:type="spellEnd"/>
      <w:r w:rsidR="006F7CC6">
        <w:t xml:space="preserve"> </w:t>
      </w:r>
      <w:proofErr w:type="gramStart"/>
      <w:r w:rsidR="006F7CC6">
        <w:t>a</w:t>
      </w:r>
      <w:proofErr w:type="gramEnd"/>
      <w:r w:rsidR="006F7CC6">
        <w:t xml:space="preserve"> </w:t>
      </w:r>
      <w:proofErr w:type="spellStart"/>
      <w:r w:rsidR="006F7CC6">
        <w:t>avizului</w:t>
      </w:r>
      <w:proofErr w:type="spellEnd"/>
      <w:r w:rsidR="006F7CC6">
        <w:t xml:space="preserve"> </w:t>
      </w:r>
      <w:proofErr w:type="spellStart"/>
      <w:r w:rsidR="006F7CC6">
        <w:t>psihologic</w:t>
      </w:r>
      <w:proofErr w:type="spellEnd"/>
      <w:r w:rsidR="006F7CC6">
        <w:t xml:space="preserve"> </w:t>
      </w:r>
      <w:proofErr w:type="spellStart"/>
      <w:r w:rsidR="006F7CC6">
        <w:t>eliberat</w:t>
      </w:r>
      <w:proofErr w:type="spellEnd"/>
      <w:r w:rsidR="006F7CC6">
        <w:t xml:space="preserve"> </w:t>
      </w:r>
      <w:proofErr w:type="spellStart"/>
      <w:r w:rsidR="006F7CC6">
        <w:t>pe</w:t>
      </w:r>
      <w:proofErr w:type="spellEnd"/>
      <w:r w:rsidR="006F7CC6">
        <w:t xml:space="preserve"> </w:t>
      </w:r>
      <w:proofErr w:type="spellStart"/>
      <w:r w:rsidR="006F7CC6">
        <w:t>baza</w:t>
      </w:r>
      <w:proofErr w:type="spellEnd"/>
      <w:r w:rsidR="006F7CC6">
        <w:t xml:space="preserve"> </w:t>
      </w:r>
      <w:proofErr w:type="spellStart"/>
      <w:r w:rsidR="006F7CC6">
        <w:t>unei</w:t>
      </w:r>
      <w:proofErr w:type="spellEnd"/>
      <w:r w:rsidR="006F7CC6">
        <w:t xml:space="preserve"> </w:t>
      </w:r>
      <w:proofErr w:type="spellStart"/>
      <w:r w:rsidR="006F7CC6">
        <w:t>evaluări</w:t>
      </w:r>
      <w:proofErr w:type="spellEnd"/>
      <w:r w:rsidR="006F7CC6">
        <w:t>;</w:t>
      </w:r>
    </w:p>
    <w:p w:rsidR="00283F00" w:rsidRDefault="00DB37C6" w:rsidP="00CC157B">
      <w:pPr>
        <w:pStyle w:val="NormalWeb"/>
        <w:spacing w:before="0" w:beforeAutospacing="0" w:after="0" w:afterAutospacing="0"/>
        <w:rPr>
          <w:noProof/>
        </w:rPr>
      </w:pPr>
      <w:r w:rsidRPr="00607E21">
        <w:rPr>
          <w:rStyle w:val="slitttl"/>
          <w:noProof/>
        </w:rPr>
        <w:t>h)</w:t>
      </w:r>
      <w:r w:rsidRPr="00607E21">
        <w:rPr>
          <w:noProof/>
        </w:rPr>
        <w:t xml:space="preserve"> </w:t>
      </w:r>
      <w:r w:rsidRPr="00607E21">
        <w:rPr>
          <w:rStyle w:val="slitbdy"/>
          <w:noProof/>
        </w:rPr>
        <w:t xml:space="preserve">certificatul de integritate comportamentală din care să reiasă că nu s-au comis infracţiuni prevăzute la </w:t>
      </w:r>
      <w:hyperlink w:history="1">
        <w:r w:rsidRPr="00607E21">
          <w:rPr>
            <w:rStyle w:val="Hyperlink"/>
            <w:noProof/>
          </w:rPr>
          <w:t xml:space="preserve">art. 1 alin. (2) din Legea nr. </w:t>
        </w:r>
        <w:proofErr w:type="gramStart"/>
        <w:r w:rsidRPr="00607E21">
          <w:rPr>
            <w:rStyle w:val="Hyperlink"/>
            <w:noProof/>
          </w:rPr>
          <w:t>118/2019</w:t>
        </w:r>
      </w:hyperlink>
      <w:r w:rsidRPr="00607E21">
        <w:rPr>
          <w:rStyle w:val="slitbdy"/>
          <w:noProof/>
        </w:rPr>
        <w:t xml:space="preserve"> privind Registrul naţional automatizat cu privire la persoanele care au comis infracţiuni sexuale, de exploatare a unor persoane sau asupra minorilor, precum şi pentru completarea </w:t>
      </w:r>
      <w:hyperlink w:history="1">
        <w:r w:rsidRPr="00607E21">
          <w:rPr>
            <w:rStyle w:val="Hyperlink"/>
            <w:noProof/>
          </w:rPr>
          <w:t>Legii nr.</w:t>
        </w:r>
        <w:proofErr w:type="gramEnd"/>
        <w:r w:rsidRPr="00607E21">
          <w:rPr>
            <w:rStyle w:val="Hyperlink"/>
            <w:noProof/>
          </w:rPr>
          <w:t xml:space="preserve"> 76/2008</w:t>
        </w:r>
      </w:hyperlink>
      <w:r w:rsidRPr="00607E21">
        <w:rPr>
          <w:rStyle w:val="slitbdy"/>
          <w:noProof/>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DB37C6" w:rsidRDefault="00DB37C6" w:rsidP="00CC157B">
      <w:pPr>
        <w:pStyle w:val="NormalWeb"/>
        <w:spacing w:before="0" w:beforeAutospacing="0" w:after="0" w:afterAutospacing="0"/>
        <w:rPr>
          <w:rStyle w:val="slitbdy"/>
          <w:noProof/>
        </w:rPr>
      </w:pPr>
      <w:r w:rsidRPr="00607E21">
        <w:rPr>
          <w:rStyle w:val="slitttl"/>
          <w:noProof/>
        </w:rPr>
        <w:t>i)</w:t>
      </w:r>
      <w:r w:rsidRPr="00607E21">
        <w:rPr>
          <w:noProof/>
        </w:rPr>
        <w:t xml:space="preserve"> </w:t>
      </w:r>
      <w:r w:rsidRPr="00607E21">
        <w:rPr>
          <w:rStyle w:val="slitbdy"/>
          <w:noProof/>
        </w:rPr>
        <w:t>curriculum vitae, model comun european.</w:t>
      </w:r>
    </w:p>
    <w:p w:rsidR="0086377D" w:rsidRDefault="0086377D" w:rsidP="00CC157B">
      <w:pPr>
        <w:pStyle w:val="NormalWeb"/>
        <w:spacing w:before="0" w:beforeAutospacing="0" w:after="0" w:afterAutospacing="0"/>
        <w:rPr>
          <w:b/>
        </w:rPr>
      </w:pPr>
    </w:p>
    <w:p w:rsidR="008A67C1" w:rsidRDefault="008A67C1" w:rsidP="00CC157B">
      <w:pPr>
        <w:pStyle w:val="NormalWeb"/>
        <w:spacing w:before="0" w:beforeAutospacing="0" w:after="0" w:afterAutospacing="0"/>
      </w:pPr>
      <w:proofErr w:type="spellStart"/>
      <w:r w:rsidRPr="00607E21">
        <w:rPr>
          <w:b/>
        </w:rPr>
        <w:t>Modalitatea</w:t>
      </w:r>
      <w:proofErr w:type="spellEnd"/>
      <w:r w:rsidRPr="00607E21">
        <w:rPr>
          <w:b/>
        </w:rPr>
        <w:t xml:space="preserve"> de </w:t>
      </w:r>
      <w:proofErr w:type="spellStart"/>
      <w:r w:rsidRPr="00607E21">
        <w:rPr>
          <w:b/>
        </w:rPr>
        <w:t>înscriere</w:t>
      </w:r>
      <w:proofErr w:type="spellEnd"/>
      <w:r w:rsidRPr="00607E21">
        <w:rPr>
          <w:b/>
        </w:rPr>
        <w:t xml:space="preserve"> la concurs</w:t>
      </w:r>
      <w:r w:rsidRPr="00607E21">
        <w:t xml:space="preserve"> </w:t>
      </w:r>
    </w:p>
    <w:p w:rsidR="00CC157B" w:rsidRDefault="00CC157B" w:rsidP="00CC157B">
      <w:pPr>
        <w:pStyle w:val="NormalWeb"/>
        <w:spacing w:before="0" w:beforeAutospacing="0" w:after="0" w:afterAutospacing="0"/>
      </w:pPr>
    </w:p>
    <w:p w:rsidR="00CC157B" w:rsidRPr="00607E21" w:rsidRDefault="00CC157B" w:rsidP="00CC157B">
      <w:pPr>
        <w:pStyle w:val="NormalWeb"/>
        <w:spacing w:before="0" w:beforeAutospacing="0" w:after="0" w:afterAutospacing="0"/>
        <w:ind w:firstLine="720"/>
      </w:pPr>
      <w:proofErr w:type="spellStart"/>
      <w:proofErr w:type="gramStart"/>
      <w:r w:rsidRPr="00607E21">
        <w:rPr>
          <w:b/>
        </w:rPr>
        <w:t>Documentele</w:t>
      </w:r>
      <w:proofErr w:type="spellEnd"/>
      <w:r w:rsidRPr="00607E21">
        <w:rPr>
          <w:b/>
        </w:rPr>
        <w:t xml:space="preserve"> se </w:t>
      </w:r>
      <w:proofErr w:type="spellStart"/>
      <w:r w:rsidRPr="00607E21">
        <w:rPr>
          <w:b/>
        </w:rPr>
        <w:t>depun</w:t>
      </w:r>
      <w:proofErr w:type="spellEnd"/>
      <w:r w:rsidRPr="00607E21">
        <w:rPr>
          <w:b/>
        </w:rPr>
        <w:t xml:space="preserve"> la </w:t>
      </w:r>
      <w:proofErr w:type="spellStart"/>
      <w:r w:rsidRPr="00607E21">
        <w:rPr>
          <w:b/>
        </w:rPr>
        <w:t>sediul</w:t>
      </w:r>
      <w:proofErr w:type="spellEnd"/>
      <w:r w:rsidRPr="00607E21">
        <w:rPr>
          <w:b/>
        </w:rPr>
        <w:t xml:space="preserve"> </w:t>
      </w:r>
      <w:proofErr w:type="spellStart"/>
      <w:r w:rsidRPr="00607E21">
        <w:rPr>
          <w:b/>
        </w:rPr>
        <w:t>Primăriei</w:t>
      </w:r>
      <w:proofErr w:type="spellEnd"/>
      <w:r w:rsidRPr="00607E21">
        <w:rPr>
          <w:b/>
        </w:rPr>
        <w:t xml:space="preserve"> </w:t>
      </w:r>
      <w:proofErr w:type="spellStart"/>
      <w:r w:rsidRPr="00607E21">
        <w:rPr>
          <w:b/>
        </w:rPr>
        <w:t>Augustin</w:t>
      </w:r>
      <w:proofErr w:type="spellEnd"/>
      <w:r w:rsidRPr="00607E21">
        <w:rPr>
          <w:b/>
        </w:rPr>
        <w:t xml:space="preserve"> str. </w:t>
      </w:r>
      <w:proofErr w:type="spellStart"/>
      <w:r w:rsidRPr="00607E21">
        <w:rPr>
          <w:b/>
        </w:rPr>
        <w:t>Lungă</w:t>
      </w:r>
      <w:proofErr w:type="spellEnd"/>
      <w:r w:rsidRPr="00607E21">
        <w:rPr>
          <w:b/>
        </w:rPr>
        <w:t>, nr.</w:t>
      </w:r>
      <w:proofErr w:type="gramEnd"/>
      <w:r w:rsidRPr="00607E21">
        <w:rPr>
          <w:b/>
        </w:rPr>
        <w:t xml:space="preserve"> 238, </w:t>
      </w:r>
      <w:proofErr w:type="spellStart"/>
      <w:r w:rsidRPr="00607E21">
        <w:rPr>
          <w:b/>
        </w:rPr>
        <w:t>jud.Brașov</w:t>
      </w:r>
      <w:proofErr w:type="spellEnd"/>
      <w:r>
        <w:rPr>
          <w:b/>
        </w:rPr>
        <w:t xml:space="preserve">, </w:t>
      </w:r>
      <w:proofErr w:type="spellStart"/>
      <w:r>
        <w:rPr>
          <w:b/>
        </w:rPr>
        <w:t>sau</w:t>
      </w:r>
      <w:proofErr w:type="spellEnd"/>
      <w:r>
        <w:rPr>
          <w:b/>
        </w:rPr>
        <w:t xml:space="preserve"> </w:t>
      </w:r>
      <w:r w:rsidRPr="00607E21">
        <w:t xml:space="preserve">se </w:t>
      </w:r>
      <w:proofErr w:type="spellStart"/>
      <w:r w:rsidRPr="00607E21">
        <w:t>poate</w:t>
      </w:r>
      <w:proofErr w:type="spellEnd"/>
      <w:r w:rsidRPr="00607E21">
        <w:t xml:space="preserve"> </w:t>
      </w:r>
      <w:proofErr w:type="spellStart"/>
      <w:r w:rsidRPr="00607E21">
        <w:t>transmite</w:t>
      </w:r>
      <w:proofErr w:type="spellEnd"/>
      <w:r w:rsidRPr="00607E21">
        <w:t xml:space="preserve"> </w:t>
      </w:r>
      <w:proofErr w:type="spellStart"/>
      <w:r w:rsidRPr="00607E21">
        <w:t>în</w:t>
      </w:r>
      <w:proofErr w:type="spellEnd"/>
      <w:r w:rsidRPr="00607E21">
        <w:t xml:space="preserve"> format electronic, la </w:t>
      </w:r>
      <w:proofErr w:type="spellStart"/>
      <w:r w:rsidRPr="00607E21">
        <w:t>adresa</w:t>
      </w:r>
      <w:proofErr w:type="spellEnd"/>
      <w:r w:rsidRPr="00607E21">
        <w:t xml:space="preserve"> de e-mail</w:t>
      </w:r>
      <w:r>
        <w:t xml:space="preserve">: </w:t>
      </w:r>
      <w:hyperlink r:id="rId8" w:history="1">
        <w:r w:rsidRPr="009B7AC9">
          <w:rPr>
            <w:rStyle w:val="Hyperlink"/>
          </w:rPr>
          <w:t>primariaaugustin@yahoo.com</w:t>
        </w:r>
      </w:hyperlink>
      <w:r>
        <w:t xml:space="preserve"> </w:t>
      </w:r>
    </w:p>
    <w:p w:rsidR="00CC157B" w:rsidRDefault="00CC157B" w:rsidP="00CC157B">
      <w:pPr>
        <w:pStyle w:val="NormalWeb"/>
        <w:spacing w:before="0" w:beforeAutospacing="0" w:after="0" w:afterAutospacing="0"/>
        <w:rPr>
          <w:b/>
        </w:rPr>
      </w:pPr>
    </w:p>
    <w:p w:rsidR="00422FF1" w:rsidRPr="00607E21" w:rsidRDefault="00422FF1" w:rsidP="00CC157B">
      <w:pPr>
        <w:pStyle w:val="NormalWeb"/>
        <w:spacing w:before="0" w:beforeAutospacing="0" w:after="0" w:afterAutospacing="0"/>
        <w:rPr>
          <w:b/>
          <w:noProof/>
        </w:rPr>
      </w:pPr>
      <w:proofErr w:type="spellStart"/>
      <w:proofErr w:type="gramStart"/>
      <w:r w:rsidRPr="00607E21">
        <w:rPr>
          <w:b/>
        </w:rPr>
        <w:t>Relații</w:t>
      </w:r>
      <w:proofErr w:type="spellEnd"/>
      <w:r w:rsidRPr="00607E21">
        <w:rPr>
          <w:b/>
        </w:rPr>
        <w:t xml:space="preserve"> </w:t>
      </w:r>
      <w:proofErr w:type="spellStart"/>
      <w:r w:rsidRPr="00607E21">
        <w:rPr>
          <w:b/>
        </w:rPr>
        <w:t>suplimentare</w:t>
      </w:r>
      <w:proofErr w:type="spellEnd"/>
      <w:r w:rsidRPr="00607E21">
        <w:rPr>
          <w:b/>
        </w:rPr>
        <w:t xml:space="preserve"> se pot </w:t>
      </w:r>
      <w:proofErr w:type="spellStart"/>
      <w:r w:rsidRPr="00607E21">
        <w:rPr>
          <w:b/>
        </w:rPr>
        <w:t>obține</w:t>
      </w:r>
      <w:proofErr w:type="spellEnd"/>
      <w:r w:rsidRPr="00607E21">
        <w:rPr>
          <w:b/>
        </w:rPr>
        <w:t xml:space="preserve"> la </w:t>
      </w:r>
      <w:proofErr w:type="spellStart"/>
      <w:r w:rsidRPr="00607E21">
        <w:rPr>
          <w:b/>
        </w:rPr>
        <w:t>sediul</w:t>
      </w:r>
      <w:proofErr w:type="spellEnd"/>
      <w:r w:rsidRPr="00607E21">
        <w:rPr>
          <w:b/>
        </w:rPr>
        <w:t xml:space="preserve"> </w:t>
      </w:r>
      <w:proofErr w:type="spellStart"/>
      <w:r w:rsidRPr="00607E21">
        <w:rPr>
          <w:b/>
        </w:rPr>
        <w:t>Primăriei</w:t>
      </w:r>
      <w:proofErr w:type="spellEnd"/>
      <w:r w:rsidRPr="00607E21">
        <w:rPr>
          <w:b/>
        </w:rPr>
        <w:t xml:space="preserve"> </w:t>
      </w:r>
      <w:proofErr w:type="spellStart"/>
      <w:r w:rsidRPr="00607E21">
        <w:rPr>
          <w:b/>
        </w:rPr>
        <w:t>Augustin</w:t>
      </w:r>
      <w:proofErr w:type="spellEnd"/>
      <w:r w:rsidRPr="00607E21">
        <w:rPr>
          <w:b/>
        </w:rPr>
        <w:t xml:space="preserve"> str. </w:t>
      </w:r>
      <w:proofErr w:type="spellStart"/>
      <w:r w:rsidRPr="00607E21">
        <w:rPr>
          <w:b/>
        </w:rPr>
        <w:t>Lungă</w:t>
      </w:r>
      <w:proofErr w:type="spellEnd"/>
      <w:r w:rsidRPr="00607E21">
        <w:rPr>
          <w:b/>
        </w:rPr>
        <w:t>, nr.</w:t>
      </w:r>
      <w:proofErr w:type="gramEnd"/>
      <w:r w:rsidRPr="00607E21">
        <w:rPr>
          <w:b/>
        </w:rPr>
        <w:t xml:space="preserve"> 238, </w:t>
      </w:r>
      <w:proofErr w:type="spellStart"/>
      <w:r w:rsidRPr="00607E21">
        <w:rPr>
          <w:b/>
        </w:rPr>
        <w:t>jud.Brașov</w:t>
      </w:r>
      <w:proofErr w:type="spellEnd"/>
      <w:r w:rsidRPr="004A137B">
        <w:rPr>
          <w:b/>
        </w:rPr>
        <w:t xml:space="preserve">, tel. </w:t>
      </w:r>
      <w:r w:rsidR="004A137B">
        <w:rPr>
          <w:b/>
        </w:rPr>
        <w:t>0763614083</w:t>
      </w:r>
      <w:r w:rsidRPr="00607E21">
        <w:rPr>
          <w:b/>
        </w:rPr>
        <w:t xml:space="preserve">, e-mail </w:t>
      </w:r>
      <w:hyperlink r:id="rId9" w:history="1">
        <w:r w:rsidRPr="00607E21">
          <w:rPr>
            <w:rStyle w:val="Hyperlink"/>
            <w:b/>
          </w:rPr>
          <w:t>primariaaugustin@yahoo.com</w:t>
        </w:r>
      </w:hyperlink>
      <w:r w:rsidRPr="00607E21">
        <w:rPr>
          <w:b/>
        </w:rPr>
        <w:t xml:space="preserve"> </w:t>
      </w:r>
      <w:r w:rsidR="002E45A0" w:rsidRPr="00607E21">
        <w:rPr>
          <w:b/>
        </w:rPr>
        <w:t>.</w:t>
      </w:r>
    </w:p>
    <w:p w:rsidR="0086377D" w:rsidRDefault="0086377D" w:rsidP="00CC157B">
      <w:pPr>
        <w:pStyle w:val="NormalWeb"/>
        <w:spacing w:before="0" w:beforeAutospacing="0" w:after="0" w:afterAutospacing="0"/>
      </w:pPr>
    </w:p>
    <w:p w:rsidR="00DB37C6" w:rsidRPr="00607E21" w:rsidRDefault="00DB37C6" w:rsidP="00CC157B">
      <w:pPr>
        <w:pStyle w:val="NormalWeb"/>
        <w:spacing w:before="0" w:beforeAutospacing="0" w:after="0" w:afterAutospacing="0"/>
      </w:pPr>
      <w:proofErr w:type="spellStart"/>
      <w:r w:rsidRPr="00607E21">
        <w:t>Poate</w:t>
      </w:r>
      <w:proofErr w:type="spellEnd"/>
      <w:r w:rsidRPr="00607E21">
        <w:t xml:space="preserve"> </w:t>
      </w:r>
      <w:proofErr w:type="spellStart"/>
      <w:r w:rsidRPr="00607E21">
        <w:t>ocupa</w:t>
      </w:r>
      <w:proofErr w:type="spellEnd"/>
      <w:r w:rsidRPr="00607E21">
        <w:t xml:space="preserve"> </w:t>
      </w:r>
      <w:proofErr w:type="gramStart"/>
      <w:r w:rsidRPr="00607E21">
        <w:t>un</w:t>
      </w:r>
      <w:proofErr w:type="gramEnd"/>
      <w:r w:rsidRPr="00607E21">
        <w:t xml:space="preserve"> post vacant </w:t>
      </w:r>
      <w:proofErr w:type="spellStart"/>
      <w:r w:rsidRPr="00607E21">
        <w:t>sau</w:t>
      </w:r>
      <w:proofErr w:type="spellEnd"/>
      <w:r w:rsidRPr="00607E21">
        <w:t xml:space="preserve"> </w:t>
      </w:r>
      <w:proofErr w:type="spellStart"/>
      <w:r w:rsidRPr="00607E21">
        <w:t>temporar</w:t>
      </w:r>
      <w:proofErr w:type="spellEnd"/>
      <w:r w:rsidRPr="00607E21">
        <w:t xml:space="preserve"> vacant </w:t>
      </w:r>
      <w:proofErr w:type="spellStart"/>
      <w:r w:rsidRPr="00607E21">
        <w:t>persoana</w:t>
      </w:r>
      <w:proofErr w:type="spellEnd"/>
      <w:r w:rsidRPr="00607E21">
        <w:t xml:space="preserve"> care </w:t>
      </w:r>
      <w:proofErr w:type="spellStart"/>
      <w:r w:rsidRPr="00607E21">
        <w:t>îndeplineşte</w:t>
      </w:r>
      <w:proofErr w:type="spellEnd"/>
      <w:r w:rsidRPr="00607E21">
        <w:t xml:space="preserve"> </w:t>
      </w:r>
      <w:proofErr w:type="spellStart"/>
      <w:r w:rsidRPr="00607E21">
        <w:t>condiţiile</w:t>
      </w:r>
      <w:proofErr w:type="spellEnd"/>
      <w:r w:rsidRPr="00607E21">
        <w:t xml:space="preserve"> </w:t>
      </w:r>
      <w:proofErr w:type="spellStart"/>
      <w:r w:rsidRPr="00607E21">
        <w:t>prevăzute</w:t>
      </w:r>
      <w:proofErr w:type="spellEnd"/>
      <w:r w:rsidRPr="00607E21">
        <w:t xml:space="preserve"> de </w:t>
      </w:r>
      <w:hyperlink w:history="1">
        <w:proofErr w:type="spellStart"/>
        <w:r w:rsidRPr="00607E21">
          <w:rPr>
            <w:rStyle w:val="Hyperlink"/>
          </w:rPr>
          <w:t>Legea</w:t>
        </w:r>
        <w:proofErr w:type="spellEnd"/>
        <w:r w:rsidRPr="00607E21">
          <w:rPr>
            <w:rStyle w:val="Hyperlink"/>
          </w:rPr>
          <w:t xml:space="preserve"> nr. </w:t>
        </w:r>
        <w:proofErr w:type="gramStart"/>
        <w:r w:rsidRPr="00607E21">
          <w:rPr>
            <w:rStyle w:val="Hyperlink"/>
          </w:rPr>
          <w:t xml:space="preserve">53/2003 - </w:t>
        </w:r>
        <w:proofErr w:type="spellStart"/>
        <w:r w:rsidRPr="00607E21">
          <w:rPr>
            <w:rStyle w:val="Hyperlink"/>
          </w:rPr>
          <w:t>Codul</w:t>
        </w:r>
        <w:proofErr w:type="spellEnd"/>
        <w:r w:rsidRPr="00607E21">
          <w:rPr>
            <w:rStyle w:val="Hyperlink"/>
          </w:rPr>
          <w:t xml:space="preserve"> </w:t>
        </w:r>
        <w:proofErr w:type="spellStart"/>
        <w:r w:rsidRPr="00607E21">
          <w:rPr>
            <w:rStyle w:val="Hyperlink"/>
          </w:rPr>
          <w:t>muncii</w:t>
        </w:r>
        <w:proofErr w:type="spellEnd"/>
        <w:r w:rsidRPr="00607E21">
          <w:rPr>
            <w:rStyle w:val="Hyperlink"/>
          </w:rPr>
          <w:t xml:space="preserve">, </w:t>
        </w:r>
        <w:proofErr w:type="spellStart"/>
        <w:r w:rsidRPr="00607E21">
          <w:rPr>
            <w:rStyle w:val="Hyperlink"/>
          </w:rPr>
          <w:t>republicată</w:t>
        </w:r>
        <w:proofErr w:type="spellEnd"/>
      </w:hyperlink>
      <w:r w:rsidRPr="00607E21">
        <w:t xml:space="preserve">, cu </w:t>
      </w:r>
      <w:proofErr w:type="spellStart"/>
      <w:r w:rsidRPr="00607E21">
        <w:t>modificările</w:t>
      </w:r>
      <w:proofErr w:type="spellEnd"/>
      <w:r w:rsidRPr="00607E21">
        <w:t xml:space="preserve"> </w:t>
      </w:r>
      <w:proofErr w:type="spellStart"/>
      <w:r w:rsidRPr="00607E21">
        <w:t>şi</w:t>
      </w:r>
      <w:proofErr w:type="spellEnd"/>
      <w:r w:rsidRPr="00607E21">
        <w:t xml:space="preserve"> </w:t>
      </w:r>
      <w:proofErr w:type="spellStart"/>
      <w:r w:rsidRPr="00607E21">
        <w:t>completările</w:t>
      </w:r>
      <w:proofErr w:type="spellEnd"/>
      <w:r w:rsidRPr="00607E21">
        <w:t xml:space="preserve"> </w:t>
      </w:r>
      <w:proofErr w:type="spellStart"/>
      <w:r w:rsidRPr="00607E21">
        <w:t>ulterioare</w:t>
      </w:r>
      <w:proofErr w:type="spellEnd"/>
      <w:r w:rsidRPr="00607E21">
        <w:t xml:space="preserve">, </w:t>
      </w:r>
      <w:proofErr w:type="spellStart"/>
      <w:r w:rsidRPr="00607E21">
        <w:t>şi</w:t>
      </w:r>
      <w:proofErr w:type="spellEnd"/>
      <w:r w:rsidRPr="00607E21">
        <w:t xml:space="preserve"> </w:t>
      </w:r>
      <w:proofErr w:type="spellStart"/>
      <w:r w:rsidRPr="00607E21">
        <w:t>cerinţele</w:t>
      </w:r>
      <w:proofErr w:type="spellEnd"/>
      <w:r w:rsidRPr="00607E21">
        <w:t xml:space="preserve"> </w:t>
      </w:r>
      <w:proofErr w:type="spellStart"/>
      <w:r w:rsidRPr="00607E21">
        <w:t>specifice</w:t>
      </w:r>
      <w:proofErr w:type="spellEnd"/>
      <w:r w:rsidRPr="00607E21">
        <w:t xml:space="preserve"> </w:t>
      </w:r>
      <w:proofErr w:type="spellStart"/>
      <w:r w:rsidRPr="00607E21">
        <w:t>prevăzute</w:t>
      </w:r>
      <w:proofErr w:type="spellEnd"/>
      <w:r w:rsidRPr="00607E21">
        <w:t xml:space="preserve"> la </w:t>
      </w:r>
      <w:hyperlink w:history="1">
        <w:r w:rsidRPr="00607E21">
          <w:rPr>
            <w:rStyle w:val="Hyperlink"/>
          </w:rPr>
          <w:t>art.</w:t>
        </w:r>
        <w:proofErr w:type="gramEnd"/>
        <w:r w:rsidRPr="00607E21">
          <w:rPr>
            <w:rStyle w:val="Hyperlink"/>
          </w:rPr>
          <w:t xml:space="preserve"> </w:t>
        </w:r>
        <w:proofErr w:type="gramStart"/>
        <w:r w:rsidRPr="00607E21">
          <w:rPr>
            <w:rStyle w:val="Hyperlink"/>
          </w:rPr>
          <w:t xml:space="preserve">542 </w:t>
        </w:r>
        <w:proofErr w:type="spellStart"/>
        <w:r w:rsidRPr="00607E21">
          <w:rPr>
            <w:rStyle w:val="Hyperlink"/>
          </w:rPr>
          <w:t>alin</w:t>
        </w:r>
        <w:proofErr w:type="spellEnd"/>
        <w:r w:rsidRPr="00607E21">
          <w:rPr>
            <w:rStyle w:val="Hyperlink"/>
          </w:rPr>
          <w:t>.</w:t>
        </w:r>
        <w:proofErr w:type="gramEnd"/>
        <w:r w:rsidRPr="00607E21">
          <w:rPr>
            <w:rStyle w:val="Hyperlink"/>
          </w:rPr>
          <w:t xml:space="preserve"> (1)</w:t>
        </w:r>
      </w:hyperlink>
      <w:r w:rsidRPr="00607E21">
        <w:t xml:space="preserve"> </w:t>
      </w:r>
      <w:proofErr w:type="spellStart"/>
      <w:proofErr w:type="gramStart"/>
      <w:r w:rsidRPr="00607E21">
        <w:t>şi</w:t>
      </w:r>
      <w:proofErr w:type="spellEnd"/>
      <w:proofErr w:type="gramEnd"/>
      <w:r w:rsidRPr="00607E21">
        <w:t xml:space="preserve"> </w:t>
      </w:r>
      <w:hyperlink w:history="1">
        <w:r w:rsidRPr="00607E21">
          <w:rPr>
            <w:rStyle w:val="Hyperlink"/>
          </w:rPr>
          <w:t xml:space="preserve">(2) din </w:t>
        </w:r>
        <w:proofErr w:type="spellStart"/>
        <w:r w:rsidRPr="00607E21">
          <w:rPr>
            <w:rStyle w:val="Hyperlink"/>
          </w:rPr>
          <w:t>Ordonanţa</w:t>
        </w:r>
        <w:proofErr w:type="spellEnd"/>
        <w:r w:rsidRPr="00607E21">
          <w:rPr>
            <w:rStyle w:val="Hyperlink"/>
          </w:rPr>
          <w:t xml:space="preserve"> de </w:t>
        </w:r>
        <w:proofErr w:type="spellStart"/>
        <w:r w:rsidRPr="00607E21">
          <w:rPr>
            <w:rStyle w:val="Hyperlink"/>
          </w:rPr>
          <w:t>urgenţă</w:t>
        </w:r>
        <w:proofErr w:type="spellEnd"/>
        <w:r w:rsidRPr="00607E21">
          <w:rPr>
            <w:rStyle w:val="Hyperlink"/>
          </w:rPr>
          <w:t xml:space="preserve"> a </w:t>
        </w:r>
        <w:proofErr w:type="spellStart"/>
        <w:r w:rsidRPr="00607E21">
          <w:rPr>
            <w:rStyle w:val="Hyperlink"/>
          </w:rPr>
          <w:t>Guvernului</w:t>
        </w:r>
        <w:proofErr w:type="spellEnd"/>
        <w:r w:rsidRPr="00607E21">
          <w:rPr>
            <w:rStyle w:val="Hyperlink"/>
          </w:rPr>
          <w:t xml:space="preserve"> nr. 57/2019 </w:t>
        </w:r>
        <w:proofErr w:type="spellStart"/>
        <w:r w:rsidRPr="00607E21">
          <w:rPr>
            <w:rStyle w:val="Hyperlink"/>
          </w:rPr>
          <w:t>privind</w:t>
        </w:r>
        <w:proofErr w:type="spellEnd"/>
        <w:r w:rsidRPr="00607E21">
          <w:rPr>
            <w:rStyle w:val="Hyperlink"/>
          </w:rPr>
          <w:t xml:space="preserve"> </w:t>
        </w:r>
        <w:proofErr w:type="spellStart"/>
        <w:r w:rsidRPr="00607E21">
          <w:rPr>
            <w:rStyle w:val="Hyperlink"/>
          </w:rPr>
          <w:t>Codul</w:t>
        </w:r>
        <w:proofErr w:type="spellEnd"/>
        <w:r w:rsidRPr="00607E21">
          <w:rPr>
            <w:rStyle w:val="Hyperlink"/>
          </w:rPr>
          <w:t xml:space="preserve"> </w:t>
        </w:r>
        <w:proofErr w:type="spellStart"/>
        <w:r w:rsidRPr="00607E21">
          <w:rPr>
            <w:rStyle w:val="Hyperlink"/>
          </w:rPr>
          <w:t>administrativ</w:t>
        </w:r>
        <w:proofErr w:type="spellEnd"/>
      </w:hyperlink>
      <w:r w:rsidRPr="00607E21">
        <w:t xml:space="preserve">, cu </w:t>
      </w:r>
      <w:proofErr w:type="spellStart"/>
      <w:r w:rsidRPr="00607E21">
        <w:t>modificările</w:t>
      </w:r>
      <w:proofErr w:type="spellEnd"/>
      <w:r w:rsidRPr="00607E21">
        <w:t xml:space="preserve"> </w:t>
      </w:r>
      <w:proofErr w:type="spellStart"/>
      <w:r w:rsidRPr="00607E21">
        <w:t>şi</w:t>
      </w:r>
      <w:proofErr w:type="spellEnd"/>
      <w:r w:rsidRPr="00607E21">
        <w:t xml:space="preserve"> </w:t>
      </w:r>
      <w:proofErr w:type="spellStart"/>
      <w:r w:rsidRPr="00607E21">
        <w:t>completările</w:t>
      </w:r>
      <w:proofErr w:type="spellEnd"/>
      <w:r w:rsidRPr="00607E21">
        <w:t xml:space="preserve"> </w:t>
      </w:r>
      <w:proofErr w:type="spellStart"/>
      <w:r w:rsidRPr="00607E21">
        <w:t>ulterioare</w:t>
      </w:r>
      <w:proofErr w:type="spellEnd"/>
      <w:r w:rsidRPr="00607E21">
        <w:t>:</w:t>
      </w:r>
    </w:p>
    <w:p w:rsidR="00DB37C6" w:rsidRPr="00607E21" w:rsidRDefault="00DB37C6" w:rsidP="00CC157B">
      <w:pPr>
        <w:pStyle w:val="NormalWeb"/>
        <w:spacing w:before="0" w:beforeAutospacing="0" w:after="0" w:afterAutospacing="0"/>
      </w:pPr>
      <w:proofErr w:type="gramStart"/>
      <w:r w:rsidRPr="00607E21">
        <w:rPr>
          <w:rStyle w:val="slitttl"/>
        </w:rPr>
        <w:t>a)</w:t>
      </w:r>
      <w:r w:rsidRPr="00607E21">
        <w:t xml:space="preserve"> </w:t>
      </w:r>
      <w:r w:rsidRPr="00607E21">
        <w:rPr>
          <w:rStyle w:val="slitbdy"/>
          <w:noProof/>
        </w:rPr>
        <w:t>are</w:t>
      </w:r>
      <w:proofErr w:type="gramEnd"/>
      <w:r w:rsidRPr="00607E21">
        <w:rPr>
          <w:rStyle w:val="slitbdy"/>
          <w:noProof/>
        </w:rPr>
        <w:t xml:space="preserve"> cetăţenia română sau cetăţenia unui alt stat membru al Uniunii Europene, a unui stat parte la Acordul privind Spaţiul Economic European (SEE) sau cetăţenia Confederaţiei Elveţiene;</w:t>
      </w:r>
    </w:p>
    <w:p w:rsidR="00DB37C6" w:rsidRPr="00607E21" w:rsidRDefault="00DB37C6" w:rsidP="00CC157B">
      <w:pPr>
        <w:pStyle w:val="NormalWeb"/>
        <w:spacing w:before="0" w:beforeAutospacing="0" w:after="0" w:afterAutospacing="0"/>
      </w:pPr>
      <w:r w:rsidRPr="00607E21">
        <w:rPr>
          <w:rStyle w:val="slitttl"/>
        </w:rPr>
        <w:t>b)</w:t>
      </w:r>
      <w:r w:rsidRPr="00607E21">
        <w:t xml:space="preserve"> </w:t>
      </w:r>
      <w:r w:rsidRPr="00607E21">
        <w:rPr>
          <w:rStyle w:val="slitbdy"/>
          <w:noProof/>
        </w:rPr>
        <w:t>cunoaşte limba română, scris şi vorbit;</w:t>
      </w:r>
    </w:p>
    <w:p w:rsidR="00DB37C6" w:rsidRPr="00607E21" w:rsidRDefault="00DB37C6" w:rsidP="00CC157B">
      <w:pPr>
        <w:pStyle w:val="NormalWeb"/>
        <w:spacing w:before="0" w:beforeAutospacing="0" w:after="0" w:afterAutospacing="0"/>
      </w:pPr>
      <w:r w:rsidRPr="00607E21">
        <w:rPr>
          <w:rStyle w:val="slitttl"/>
        </w:rPr>
        <w:t>c)</w:t>
      </w:r>
      <w:r w:rsidRPr="00607E21">
        <w:t xml:space="preserve"> </w:t>
      </w:r>
      <w:r w:rsidRPr="00607E21">
        <w:rPr>
          <w:rStyle w:val="slitbdy"/>
          <w:noProof/>
        </w:rPr>
        <w:t xml:space="preserve">are capacitate de muncă în conformitate cu prevederile </w:t>
      </w:r>
      <w:hyperlink w:history="1">
        <w:r w:rsidRPr="00607E21">
          <w:rPr>
            <w:rStyle w:val="Hyperlink"/>
            <w:noProof/>
          </w:rPr>
          <w:t>Legii nr. 53/2003 - Codul muncii, republicată</w:t>
        </w:r>
      </w:hyperlink>
      <w:r w:rsidRPr="00607E21">
        <w:rPr>
          <w:rStyle w:val="slitbdy"/>
          <w:noProof/>
        </w:rPr>
        <w:t>, cu modificările şi completările ulterioare;</w:t>
      </w:r>
    </w:p>
    <w:p w:rsidR="00DB37C6" w:rsidRPr="00607E21" w:rsidRDefault="00DB37C6" w:rsidP="00CC157B">
      <w:pPr>
        <w:pStyle w:val="NormalWeb"/>
        <w:spacing w:before="0" w:beforeAutospacing="0" w:after="0" w:afterAutospacing="0"/>
      </w:pPr>
      <w:r w:rsidRPr="00607E21">
        <w:rPr>
          <w:rStyle w:val="slitttl"/>
        </w:rPr>
        <w:t>d)</w:t>
      </w:r>
      <w:r w:rsidRPr="00607E21">
        <w:t xml:space="preserve"> </w:t>
      </w:r>
      <w:r w:rsidRPr="00607E21">
        <w:rPr>
          <w:rStyle w:val="slitbdy"/>
          <w:noProof/>
        </w:rPr>
        <w:t>are o stare de sănătate corespunzătoare postului pentru care candidează, atestată pe baza adeverinţei medicale eliberate de medicul de familie sau de unităţile sanitare abilitate;</w:t>
      </w:r>
    </w:p>
    <w:p w:rsidR="00DB37C6" w:rsidRPr="00607E21" w:rsidRDefault="00DB37C6" w:rsidP="00CC157B">
      <w:pPr>
        <w:pStyle w:val="NormalWeb"/>
        <w:spacing w:before="0" w:beforeAutospacing="0" w:after="0" w:afterAutospacing="0"/>
      </w:pPr>
      <w:r w:rsidRPr="00607E21">
        <w:rPr>
          <w:rStyle w:val="slitttl"/>
        </w:rPr>
        <w:t>e)</w:t>
      </w:r>
      <w:r w:rsidRPr="00607E21">
        <w:t xml:space="preserve"> </w:t>
      </w:r>
      <w:r w:rsidRPr="00607E21">
        <w:rPr>
          <w:rStyle w:val="slitbdy"/>
          <w:noProof/>
        </w:rPr>
        <w:t>îndeplineşte condiţiile de studii, de vechime în specialitate şi, după caz, alte condiţii specifice potrivit cerinţelor postului scos la concurs;</w:t>
      </w:r>
    </w:p>
    <w:p w:rsidR="00DB37C6" w:rsidRPr="00607E21" w:rsidRDefault="00DB37C6" w:rsidP="00CC157B">
      <w:pPr>
        <w:pStyle w:val="NormalWeb"/>
        <w:spacing w:before="0" w:beforeAutospacing="0" w:after="0" w:afterAutospacing="0"/>
      </w:pPr>
      <w:r w:rsidRPr="00607E21">
        <w:rPr>
          <w:rStyle w:val="slitttl"/>
        </w:rPr>
        <w:t>f)</w:t>
      </w:r>
      <w:r w:rsidRPr="00607E21">
        <w:t xml:space="preserve"> </w:t>
      </w:r>
      <w:r w:rsidRPr="00607E21">
        <w:rPr>
          <w:rStyle w:val="slitbdy"/>
          <w:noProof/>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B37C6" w:rsidRPr="00607E21" w:rsidRDefault="00DB37C6" w:rsidP="00CC157B">
      <w:pPr>
        <w:pStyle w:val="NormalWeb"/>
        <w:spacing w:before="0" w:beforeAutospacing="0" w:after="0" w:afterAutospacing="0"/>
      </w:pPr>
      <w:r w:rsidRPr="00607E21">
        <w:rPr>
          <w:rStyle w:val="slitttl"/>
        </w:rPr>
        <w:t>g)</w:t>
      </w:r>
      <w:r w:rsidRPr="00607E21">
        <w:t xml:space="preserve"> </w:t>
      </w:r>
      <w:r w:rsidRPr="00607E21">
        <w:rPr>
          <w:rStyle w:val="slitbdy"/>
          <w:noProof/>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435FD0" w:rsidRDefault="00DB37C6" w:rsidP="00CC157B">
      <w:pPr>
        <w:pStyle w:val="NormalWeb"/>
        <w:spacing w:before="0" w:beforeAutospacing="0" w:after="0" w:afterAutospacing="0"/>
      </w:pPr>
      <w:r w:rsidRPr="00607E21">
        <w:rPr>
          <w:rStyle w:val="slitttl"/>
        </w:rPr>
        <w:t>h)</w:t>
      </w:r>
      <w:r w:rsidRPr="00607E21">
        <w:t xml:space="preserve"> </w:t>
      </w:r>
      <w:r w:rsidRPr="00607E21">
        <w:rPr>
          <w:rStyle w:val="slitbdy"/>
          <w:noProof/>
        </w:rPr>
        <w:t xml:space="preserve">nu a comis infracţiunile prevăzute la </w:t>
      </w:r>
      <w:hyperlink w:history="1">
        <w:r w:rsidRPr="00607E21">
          <w:rPr>
            <w:rStyle w:val="Hyperlink"/>
            <w:noProof/>
          </w:rPr>
          <w:t xml:space="preserve">art. 1 alin. (2) din Legea nr. </w:t>
        </w:r>
        <w:proofErr w:type="gramStart"/>
        <w:r w:rsidRPr="00607E21">
          <w:rPr>
            <w:rStyle w:val="Hyperlink"/>
            <w:noProof/>
          </w:rPr>
          <w:t>118/2019</w:t>
        </w:r>
      </w:hyperlink>
      <w:r w:rsidRPr="00607E21">
        <w:rPr>
          <w:rStyle w:val="slitbdy"/>
          <w:noProof/>
        </w:rPr>
        <w:t xml:space="preserve"> privind Registrul naţional automatizat cu privire la persoanele care au comis infracţiuni sexuale, de exploatare a unor persoane sau asupra minorilor, precum şi pentru completarea </w:t>
      </w:r>
      <w:hyperlink w:history="1">
        <w:r w:rsidRPr="00607E21">
          <w:rPr>
            <w:rStyle w:val="Hyperlink"/>
            <w:noProof/>
          </w:rPr>
          <w:t>Legii nr.</w:t>
        </w:r>
        <w:proofErr w:type="gramEnd"/>
        <w:r w:rsidRPr="00607E21">
          <w:rPr>
            <w:rStyle w:val="Hyperlink"/>
            <w:noProof/>
          </w:rPr>
          <w:t xml:space="preserve"> </w:t>
        </w:r>
        <w:proofErr w:type="gramStart"/>
        <w:r w:rsidRPr="00607E21">
          <w:rPr>
            <w:rStyle w:val="Hyperlink"/>
            <w:noProof/>
          </w:rPr>
          <w:t>76/2008</w:t>
        </w:r>
      </w:hyperlink>
      <w:r w:rsidRPr="00607E21">
        <w:rPr>
          <w:rStyle w:val="slitbdy"/>
          <w:noProof/>
        </w:rPr>
        <w:t xml:space="preserve"> privind organizarea şi funcţionarea Sistemului Naţional de Date Genetice Judiciare, cu modificările ulterioare, pentru domeniile prevăzute la </w:t>
      </w:r>
      <w:hyperlink w:history="1">
        <w:r w:rsidRPr="00607E21">
          <w:rPr>
            <w:rStyle w:val="Hyperlink"/>
            <w:noProof/>
          </w:rPr>
          <w:t>art.</w:t>
        </w:r>
        <w:proofErr w:type="gramEnd"/>
        <w:r w:rsidRPr="00607E21">
          <w:rPr>
            <w:rStyle w:val="Hyperlink"/>
            <w:noProof/>
          </w:rPr>
          <w:t xml:space="preserve"> 35 alin. (1) lit. h)</w:t>
        </w:r>
      </w:hyperlink>
      <w:r w:rsidRPr="00607E21">
        <w:rPr>
          <w:rStyle w:val="slitbdy"/>
          <w:noProof/>
        </w:rPr>
        <w:t>.</w:t>
      </w:r>
    </w:p>
    <w:p w:rsidR="004E5247" w:rsidRPr="00607E21" w:rsidRDefault="004E5247" w:rsidP="00CC157B">
      <w:pPr>
        <w:pStyle w:val="NormalWeb"/>
        <w:spacing w:before="0" w:beforeAutospacing="0" w:after="0" w:afterAutospacing="0"/>
      </w:pPr>
      <w:r w:rsidRPr="00607E21">
        <w:br/>
      </w:r>
      <w:r w:rsidR="000D3D6F" w:rsidRPr="00607E21">
        <w:rPr>
          <w:b/>
        </w:rPr>
        <w:t xml:space="preserve">Calendar </w:t>
      </w:r>
      <w:proofErr w:type="spellStart"/>
      <w:r w:rsidR="000D3D6F" w:rsidRPr="00607E21">
        <w:rPr>
          <w:b/>
        </w:rPr>
        <w:t>desfășurare</w:t>
      </w:r>
      <w:proofErr w:type="spellEnd"/>
      <w:r w:rsidR="000D3D6F" w:rsidRPr="00607E21">
        <w:rPr>
          <w:b/>
        </w:rPr>
        <w:t xml:space="preserve"> concurs:</w:t>
      </w:r>
    </w:p>
    <w:p w:rsidR="00427982" w:rsidRPr="004A137B" w:rsidRDefault="000D3D6F" w:rsidP="001A5832">
      <w:pPr>
        <w:pStyle w:val="NormalWeb"/>
        <w:shd w:val="clear" w:color="auto" w:fill="FFFFFF"/>
        <w:spacing w:before="0" w:beforeAutospacing="0" w:after="0" w:afterAutospacing="0"/>
        <w:textAlignment w:val="baseline"/>
      </w:pPr>
      <w:r w:rsidRPr="00607E21">
        <w:t xml:space="preserve">Data </w:t>
      </w:r>
      <w:proofErr w:type="spellStart"/>
      <w:r w:rsidRPr="00607E21">
        <w:t>până</w:t>
      </w:r>
      <w:proofErr w:type="spellEnd"/>
      <w:r w:rsidRPr="00607E21">
        <w:t xml:space="preserve"> la care se</w:t>
      </w:r>
      <w:r w:rsidR="00C92DB2" w:rsidRPr="00607E21">
        <w:t xml:space="preserve"> </w:t>
      </w:r>
      <w:proofErr w:type="spellStart"/>
      <w:r w:rsidR="00C92DB2" w:rsidRPr="00607E21">
        <w:t>depun</w:t>
      </w:r>
      <w:proofErr w:type="spellEnd"/>
      <w:r w:rsidR="00C92DB2" w:rsidRPr="00607E21">
        <w:t xml:space="preserve"> </w:t>
      </w:r>
      <w:proofErr w:type="spellStart"/>
      <w:r w:rsidR="00C92DB2" w:rsidRPr="00607E21">
        <w:t>dosarele</w:t>
      </w:r>
      <w:proofErr w:type="spellEnd"/>
      <w:r w:rsidR="00C92DB2" w:rsidRPr="00607E21">
        <w:t xml:space="preserve"> de </w:t>
      </w:r>
      <w:proofErr w:type="spellStart"/>
      <w:r w:rsidR="00C92DB2" w:rsidRPr="00607E21">
        <w:t>înscriere</w:t>
      </w:r>
      <w:proofErr w:type="spellEnd"/>
      <w:r w:rsidR="00C92DB2" w:rsidRPr="00607E21">
        <w:t xml:space="preserve">: </w:t>
      </w:r>
      <w:r w:rsidR="002C43ED">
        <w:rPr>
          <w:b/>
        </w:rPr>
        <w:t>14</w:t>
      </w:r>
      <w:r w:rsidR="00C95521">
        <w:rPr>
          <w:b/>
        </w:rPr>
        <w:t>.10</w:t>
      </w:r>
      <w:r w:rsidR="002668F7" w:rsidRPr="004A137B">
        <w:rPr>
          <w:b/>
        </w:rPr>
        <w:t>.2026</w:t>
      </w:r>
      <w:r w:rsidR="00C461F0" w:rsidRPr="004A137B">
        <w:t xml:space="preserve"> </w:t>
      </w:r>
      <w:proofErr w:type="spellStart"/>
      <w:r w:rsidR="00C461F0" w:rsidRPr="004A137B">
        <w:t>ora</w:t>
      </w:r>
      <w:proofErr w:type="spellEnd"/>
      <w:r w:rsidR="00C461F0" w:rsidRPr="004A137B">
        <w:t xml:space="preserve"> 14</w:t>
      </w:r>
      <w:r w:rsidRPr="004A137B">
        <w:t xml:space="preserve">:00 – la </w:t>
      </w:r>
      <w:proofErr w:type="spellStart"/>
      <w:r w:rsidRPr="004A137B">
        <w:t>sediul</w:t>
      </w:r>
      <w:proofErr w:type="spellEnd"/>
      <w:r w:rsidRPr="004A137B">
        <w:t xml:space="preserve"> </w:t>
      </w:r>
      <w:proofErr w:type="spellStart"/>
      <w:r w:rsidRPr="004A137B">
        <w:t>instituției</w:t>
      </w:r>
      <w:proofErr w:type="spellEnd"/>
      <w:r w:rsidRPr="004A137B">
        <w:t>.</w:t>
      </w:r>
      <w:r w:rsidRPr="004A137B">
        <w:br/>
      </w:r>
      <w:proofErr w:type="spellStart"/>
      <w:r w:rsidRPr="004A137B">
        <w:t>Selectarea</w:t>
      </w:r>
      <w:proofErr w:type="spellEnd"/>
      <w:r w:rsidRPr="004A137B">
        <w:t xml:space="preserve"> </w:t>
      </w:r>
      <w:proofErr w:type="spellStart"/>
      <w:r w:rsidRPr="004A137B">
        <w:t>dosarelor</w:t>
      </w:r>
      <w:proofErr w:type="spellEnd"/>
      <w:r w:rsidRPr="004A137B">
        <w:t xml:space="preserve">: </w:t>
      </w:r>
      <w:r w:rsidR="002C43ED">
        <w:rPr>
          <w:b/>
        </w:rPr>
        <w:t>15</w:t>
      </w:r>
      <w:r w:rsidR="00C95521">
        <w:rPr>
          <w:b/>
        </w:rPr>
        <w:t>.10</w:t>
      </w:r>
      <w:r w:rsidR="002668F7" w:rsidRPr="004A137B">
        <w:rPr>
          <w:b/>
        </w:rPr>
        <w:t>.2026</w:t>
      </w:r>
      <w:r w:rsidR="002C43ED">
        <w:t xml:space="preserve">, </w:t>
      </w:r>
      <w:proofErr w:type="spellStart"/>
      <w:r w:rsidR="002C43ED">
        <w:t>ora</w:t>
      </w:r>
      <w:proofErr w:type="spellEnd"/>
      <w:r w:rsidR="002C43ED">
        <w:t xml:space="preserve"> 12</w:t>
      </w:r>
      <w:r w:rsidRPr="004A137B">
        <w:t xml:space="preserve">:00 – la </w:t>
      </w:r>
      <w:proofErr w:type="spellStart"/>
      <w:r w:rsidRPr="004A137B">
        <w:t>sediul</w:t>
      </w:r>
      <w:proofErr w:type="spellEnd"/>
      <w:r w:rsidRPr="004A137B">
        <w:t xml:space="preserve"> </w:t>
      </w:r>
      <w:proofErr w:type="spellStart"/>
      <w:r w:rsidRPr="004A137B">
        <w:t>instituției</w:t>
      </w:r>
      <w:proofErr w:type="spellEnd"/>
      <w:r w:rsidRPr="004A137B">
        <w:t>.</w:t>
      </w:r>
      <w:r w:rsidRPr="004A137B">
        <w:br/>
      </w:r>
      <w:proofErr w:type="spellStart"/>
      <w:r w:rsidRPr="004A137B">
        <w:t>Afișare</w:t>
      </w:r>
      <w:proofErr w:type="spellEnd"/>
      <w:r w:rsidRPr="004A137B">
        <w:t xml:space="preserve"> </w:t>
      </w:r>
      <w:proofErr w:type="spellStart"/>
      <w:r w:rsidRPr="004A137B">
        <w:t>rezultate</w:t>
      </w:r>
      <w:proofErr w:type="spellEnd"/>
      <w:r w:rsidRPr="004A137B">
        <w:t xml:space="preserve"> </w:t>
      </w:r>
      <w:proofErr w:type="spellStart"/>
      <w:r w:rsidRPr="004A137B">
        <w:t>selecționare</w:t>
      </w:r>
      <w:proofErr w:type="spellEnd"/>
      <w:r w:rsidRPr="004A137B">
        <w:t xml:space="preserve"> </w:t>
      </w:r>
      <w:proofErr w:type="spellStart"/>
      <w:r w:rsidRPr="004A137B">
        <w:t>dosare</w:t>
      </w:r>
      <w:proofErr w:type="spellEnd"/>
      <w:r w:rsidRPr="004A137B">
        <w:t xml:space="preserve">: </w:t>
      </w:r>
      <w:r w:rsidR="00C95521">
        <w:rPr>
          <w:b/>
        </w:rPr>
        <w:t>15.10</w:t>
      </w:r>
      <w:r w:rsidR="002668F7" w:rsidRPr="004A137B">
        <w:rPr>
          <w:b/>
        </w:rPr>
        <w:t>.2026</w:t>
      </w:r>
      <w:r w:rsidR="00C95521">
        <w:t xml:space="preserve">, </w:t>
      </w:r>
      <w:proofErr w:type="spellStart"/>
      <w:r w:rsidR="00C95521">
        <w:t>ora</w:t>
      </w:r>
      <w:proofErr w:type="spellEnd"/>
      <w:r w:rsidR="00C95521">
        <w:t xml:space="preserve"> 14</w:t>
      </w:r>
      <w:r w:rsidRPr="004A137B">
        <w:t xml:space="preserve">:00 – la </w:t>
      </w:r>
      <w:proofErr w:type="spellStart"/>
      <w:r w:rsidRPr="004A137B">
        <w:t>sediul</w:t>
      </w:r>
      <w:proofErr w:type="spellEnd"/>
      <w:r w:rsidRPr="004A137B">
        <w:t xml:space="preserve"> </w:t>
      </w:r>
      <w:proofErr w:type="spellStart"/>
      <w:r w:rsidRPr="004A137B">
        <w:t>instituției</w:t>
      </w:r>
      <w:proofErr w:type="spellEnd"/>
      <w:r w:rsidRPr="004A137B">
        <w:t xml:space="preserve"> </w:t>
      </w:r>
      <w:proofErr w:type="spellStart"/>
      <w:r w:rsidRPr="004A137B">
        <w:t>și</w:t>
      </w:r>
      <w:proofErr w:type="spellEnd"/>
      <w:r w:rsidRPr="004A137B">
        <w:t xml:space="preserve"> </w:t>
      </w:r>
      <w:proofErr w:type="spellStart"/>
      <w:r w:rsidRPr="004A137B">
        <w:t>pe</w:t>
      </w:r>
      <w:proofErr w:type="spellEnd"/>
      <w:r w:rsidRPr="004A137B">
        <w:t xml:space="preserve"> site-</w:t>
      </w:r>
      <w:proofErr w:type="spellStart"/>
      <w:r w:rsidRPr="004A137B">
        <w:t>ul</w:t>
      </w:r>
      <w:proofErr w:type="spellEnd"/>
      <w:r w:rsidRPr="004A137B">
        <w:t xml:space="preserve"> primariaaugustin.ro </w:t>
      </w:r>
      <w:proofErr w:type="spellStart"/>
      <w:r w:rsidRPr="004A137B">
        <w:t>secțiunea</w:t>
      </w:r>
      <w:proofErr w:type="spellEnd"/>
      <w:r w:rsidRPr="004A137B">
        <w:t xml:space="preserve"> </w:t>
      </w:r>
      <w:proofErr w:type="spellStart"/>
      <w:r w:rsidRPr="004A137B">
        <w:t>Anunțuri</w:t>
      </w:r>
      <w:proofErr w:type="spellEnd"/>
      <w:r w:rsidRPr="004A137B">
        <w:t>.</w:t>
      </w:r>
      <w:r w:rsidRPr="004A137B">
        <w:br/>
      </w:r>
      <w:proofErr w:type="spellStart"/>
      <w:r w:rsidRPr="004A137B">
        <w:t>Termen</w:t>
      </w:r>
      <w:proofErr w:type="spellEnd"/>
      <w:r w:rsidRPr="004A137B">
        <w:t xml:space="preserve"> </w:t>
      </w:r>
      <w:proofErr w:type="spellStart"/>
      <w:r w:rsidRPr="004A137B">
        <w:t>depunere</w:t>
      </w:r>
      <w:proofErr w:type="spellEnd"/>
      <w:r w:rsidRPr="004A137B">
        <w:t xml:space="preserve"> </w:t>
      </w:r>
      <w:proofErr w:type="spellStart"/>
      <w:r w:rsidRPr="004A137B">
        <w:t>contestații</w:t>
      </w:r>
      <w:proofErr w:type="spellEnd"/>
      <w:r w:rsidRPr="004A137B">
        <w:t xml:space="preserve"> </w:t>
      </w:r>
      <w:proofErr w:type="spellStart"/>
      <w:r w:rsidRPr="004A137B">
        <w:t>selecționare</w:t>
      </w:r>
      <w:proofErr w:type="spellEnd"/>
      <w:r w:rsidRPr="004A137B">
        <w:t xml:space="preserve"> </w:t>
      </w:r>
      <w:proofErr w:type="spellStart"/>
      <w:r w:rsidRPr="004A137B">
        <w:t>dosare</w:t>
      </w:r>
      <w:proofErr w:type="spellEnd"/>
      <w:r w:rsidRPr="004A137B">
        <w:t xml:space="preserve">: </w:t>
      </w:r>
      <w:r w:rsidR="00C95521">
        <w:rPr>
          <w:b/>
        </w:rPr>
        <w:t>16.10</w:t>
      </w:r>
      <w:r w:rsidR="00C461F0" w:rsidRPr="004A137B">
        <w:rPr>
          <w:b/>
        </w:rPr>
        <w:t>.2026</w:t>
      </w:r>
      <w:r w:rsidR="00C95521">
        <w:t xml:space="preserve">, </w:t>
      </w:r>
      <w:proofErr w:type="spellStart"/>
      <w:r w:rsidR="00C95521">
        <w:t>ora</w:t>
      </w:r>
      <w:proofErr w:type="spellEnd"/>
      <w:r w:rsidR="00C95521">
        <w:t xml:space="preserve"> 14</w:t>
      </w:r>
      <w:r w:rsidRPr="004A137B">
        <w:t>:00.</w:t>
      </w:r>
      <w:r w:rsidR="00427982" w:rsidRPr="004A137B">
        <w:t xml:space="preserve"> </w:t>
      </w:r>
    </w:p>
    <w:p w:rsidR="002668F7" w:rsidRPr="004A137B" w:rsidRDefault="00427982" w:rsidP="001A5832">
      <w:pPr>
        <w:pStyle w:val="NormalWeb"/>
        <w:shd w:val="clear" w:color="auto" w:fill="FFFFFF"/>
        <w:spacing w:before="0" w:beforeAutospacing="0" w:after="0" w:afterAutospacing="0"/>
        <w:textAlignment w:val="baseline"/>
      </w:pPr>
      <w:proofErr w:type="spellStart"/>
      <w:r w:rsidRPr="004A137B">
        <w:t>Afi</w:t>
      </w:r>
      <w:proofErr w:type="spellEnd"/>
      <w:r w:rsidRPr="004A137B">
        <w:rPr>
          <w:lang w:val="ro-RO"/>
        </w:rPr>
        <w:t xml:space="preserve">șarea rezultatelor la contestații </w:t>
      </w:r>
      <w:r w:rsidR="00C95521">
        <w:rPr>
          <w:b/>
          <w:lang w:val="ro-RO"/>
        </w:rPr>
        <w:t>19.10</w:t>
      </w:r>
      <w:r w:rsidR="00C461F0" w:rsidRPr="004A137B">
        <w:rPr>
          <w:b/>
          <w:lang w:val="ro-RO"/>
        </w:rPr>
        <w:t>.2026</w:t>
      </w:r>
      <w:r w:rsidR="002668F7" w:rsidRPr="004A137B">
        <w:rPr>
          <w:lang w:val="ro-RO"/>
        </w:rPr>
        <w:t>, ora 15</w:t>
      </w:r>
      <w:proofErr w:type="gramStart"/>
      <w:r w:rsidRPr="004A137B">
        <w:rPr>
          <w:lang w:val="en-US"/>
        </w:rPr>
        <w:t>;00</w:t>
      </w:r>
      <w:proofErr w:type="gramEnd"/>
      <w:r w:rsidRPr="004A137B">
        <w:rPr>
          <w:lang w:val="en-US"/>
        </w:rPr>
        <w:t>.</w:t>
      </w:r>
      <w:r w:rsidR="000D3D6F" w:rsidRPr="004A137B">
        <w:br/>
      </w:r>
      <w:proofErr w:type="spellStart"/>
      <w:r w:rsidR="000D3D6F" w:rsidRPr="004A137B">
        <w:t>Proba</w:t>
      </w:r>
      <w:proofErr w:type="spellEnd"/>
      <w:r w:rsidR="000D3D6F" w:rsidRPr="004A137B">
        <w:t xml:space="preserve"> </w:t>
      </w:r>
      <w:proofErr w:type="spellStart"/>
      <w:r w:rsidR="000D3D6F" w:rsidRPr="004A137B">
        <w:t>scrisă</w:t>
      </w:r>
      <w:proofErr w:type="spellEnd"/>
      <w:r w:rsidR="002668F7" w:rsidRPr="004A137B">
        <w:t xml:space="preserve">: </w:t>
      </w:r>
      <w:r w:rsidR="00C95521">
        <w:rPr>
          <w:b/>
        </w:rPr>
        <w:t>21.10</w:t>
      </w:r>
      <w:r w:rsidR="00C461F0" w:rsidRPr="00E54FCD">
        <w:rPr>
          <w:b/>
        </w:rPr>
        <w:t>.2026</w:t>
      </w:r>
      <w:r w:rsidR="000D3D6F" w:rsidRPr="004A137B">
        <w:t xml:space="preserve">, </w:t>
      </w:r>
      <w:proofErr w:type="spellStart"/>
      <w:r w:rsidR="000D3D6F" w:rsidRPr="004A137B">
        <w:t>ora</w:t>
      </w:r>
      <w:proofErr w:type="spellEnd"/>
      <w:r w:rsidR="000D3D6F" w:rsidRPr="004A137B">
        <w:t xml:space="preserve"> 10:00 – la </w:t>
      </w:r>
      <w:proofErr w:type="spellStart"/>
      <w:r w:rsidR="000D3D6F" w:rsidRPr="004A137B">
        <w:t>sediul</w:t>
      </w:r>
      <w:proofErr w:type="spellEnd"/>
      <w:r w:rsidR="000D3D6F" w:rsidRPr="004A137B">
        <w:t xml:space="preserve"> </w:t>
      </w:r>
      <w:proofErr w:type="spellStart"/>
      <w:r w:rsidR="000D3D6F" w:rsidRPr="004A137B">
        <w:t>instituției</w:t>
      </w:r>
      <w:proofErr w:type="spellEnd"/>
      <w:r w:rsidR="000D3D6F" w:rsidRPr="004A137B">
        <w:t>.</w:t>
      </w:r>
      <w:r w:rsidR="000D3D6F" w:rsidRPr="004A137B">
        <w:br/>
      </w:r>
      <w:proofErr w:type="spellStart"/>
      <w:r w:rsidR="000D3D6F" w:rsidRPr="004A137B">
        <w:t>Afișare</w:t>
      </w:r>
      <w:proofErr w:type="spellEnd"/>
      <w:r w:rsidR="000D3D6F" w:rsidRPr="004A137B">
        <w:t xml:space="preserve"> </w:t>
      </w:r>
      <w:proofErr w:type="spellStart"/>
      <w:r w:rsidR="000D3D6F" w:rsidRPr="004A137B">
        <w:t>rezultate</w:t>
      </w:r>
      <w:proofErr w:type="spellEnd"/>
      <w:r w:rsidR="000D3D6F" w:rsidRPr="004A137B">
        <w:t xml:space="preserve"> </w:t>
      </w:r>
      <w:proofErr w:type="spellStart"/>
      <w:r w:rsidR="000D3D6F" w:rsidRPr="004A137B">
        <w:t>probă</w:t>
      </w:r>
      <w:proofErr w:type="spellEnd"/>
      <w:r w:rsidR="000D3D6F" w:rsidRPr="004A137B">
        <w:t xml:space="preserve"> </w:t>
      </w:r>
      <w:proofErr w:type="spellStart"/>
      <w:r w:rsidR="000D3D6F" w:rsidRPr="004A137B">
        <w:t>scrisă</w:t>
      </w:r>
      <w:proofErr w:type="spellEnd"/>
      <w:r w:rsidR="000D3D6F" w:rsidRPr="004A137B">
        <w:t xml:space="preserve">: </w:t>
      </w:r>
      <w:r w:rsidR="00C95521">
        <w:rPr>
          <w:b/>
        </w:rPr>
        <w:t>21.10</w:t>
      </w:r>
      <w:r w:rsidR="00C461F0" w:rsidRPr="004A137B">
        <w:rPr>
          <w:b/>
        </w:rPr>
        <w:t>.2026</w:t>
      </w:r>
      <w:r w:rsidR="00C95521">
        <w:t xml:space="preserve">, </w:t>
      </w:r>
      <w:proofErr w:type="spellStart"/>
      <w:r w:rsidR="00C95521">
        <w:t>ora</w:t>
      </w:r>
      <w:proofErr w:type="spellEnd"/>
      <w:r w:rsidR="00C95521">
        <w:t xml:space="preserve"> 15</w:t>
      </w:r>
      <w:r w:rsidR="000D3D6F" w:rsidRPr="004A137B">
        <w:t xml:space="preserve">:00 – la </w:t>
      </w:r>
      <w:proofErr w:type="spellStart"/>
      <w:r w:rsidR="000D3D6F" w:rsidRPr="004A137B">
        <w:t>sediul</w:t>
      </w:r>
      <w:proofErr w:type="spellEnd"/>
      <w:r w:rsidR="000D3D6F" w:rsidRPr="004A137B">
        <w:t xml:space="preserve"> </w:t>
      </w:r>
      <w:proofErr w:type="spellStart"/>
      <w:r w:rsidR="000D3D6F" w:rsidRPr="004A137B">
        <w:t>instituției</w:t>
      </w:r>
      <w:proofErr w:type="spellEnd"/>
      <w:r w:rsidR="000D3D6F" w:rsidRPr="004A137B">
        <w:t xml:space="preserve"> </w:t>
      </w:r>
      <w:proofErr w:type="spellStart"/>
      <w:r w:rsidR="000D3D6F" w:rsidRPr="004A137B">
        <w:t>și</w:t>
      </w:r>
      <w:proofErr w:type="spellEnd"/>
      <w:r w:rsidR="000D3D6F" w:rsidRPr="004A137B">
        <w:t xml:space="preserve"> </w:t>
      </w:r>
      <w:proofErr w:type="spellStart"/>
      <w:r w:rsidR="000D3D6F" w:rsidRPr="004A137B">
        <w:t>pe</w:t>
      </w:r>
      <w:proofErr w:type="spellEnd"/>
      <w:r w:rsidR="000D3D6F" w:rsidRPr="004A137B">
        <w:t xml:space="preserve"> site-</w:t>
      </w:r>
      <w:proofErr w:type="spellStart"/>
      <w:r w:rsidR="000D3D6F" w:rsidRPr="004A137B">
        <w:t>ul</w:t>
      </w:r>
      <w:proofErr w:type="spellEnd"/>
      <w:r w:rsidR="000D3D6F" w:rsidRPr="004A137B">
        <w:t xml:space="preserve"> primaria</w:t>
      </w:r>
      <w:r w:rsidR="004E5247" w:rsidRPr="004A137B">
        <w:t xml:space="preserve">augustin.ro </w:t>
      </w:r>
      <w:proofErr w:type="spellStart"/>
      <w:r w:rsidR="004E5247" w:rsidRPr="004A137B">
        <w:t>secțiunea</w:t>
      </w:r>
      <w:proofErr w:type="spellEnd"/>
      <w:r w:rsidR="004E5247" w:rsidRPr="004A137B">
        <w:t xml:space="preserve"> </w:t>
      </w:r>
      <w:proofErr w:type="spellStart"/>
      <w:r w:rsidR="004E5247" w:rsidRPr="004A137B">
        <w:t>Anunțuri</w:t>
      </w:r>
      <w:proofErr w:type="spellEnd"/>
      <w:r w:rsidR="004E5247" w:rsidRPr="004A137B">
        <w:t>.</w:t>
      </w:r>
      <w:r w:rsidR="000D3D6F" w:rsidRPr="004A137B">
        <w:br/>
      </w:r>
      <w:proofErr w:type="spellStart"/>
      <w:r w:rsidR="000D3D6F" w:rsidRPr="004A137B">
        <w:t>Termen</w:t>
      </w:r>
      <w:proofErr w:type="spellEnd"/>
      <w:r w:rsidR="000D3D6F" w:rsidRPr="004A137B">
        <w:t xml:space="preserve"> </w:t>
      </w:r>
      <w:proofErr w:type="spellStart"/>
      <w:r w:rsidR="000D3D6F" w:rsidRPr="004A137B">
        <w:t>depunere</w:t>
      </w:r>
      <w:proofErr w:type="spellEnd"/>
      <w:r w:rsidR="000D3D6F" w:rsidRPr="004A137B">
        <w:t xml:space="preserve"> </w:t>
      </w:r>
      <w:proofErr w:type="spellStart"/>
      <w:r w:rsidR="000D3D6F" w:rsidRPr="004A137B">
        <w:t>contestații</w:t>
      </w:r>
      <w:proofErr w:type="spellEnd"/>
      <w:r w:rsidR="000D3D6F" w:rsidRPr="004A137B">
        <w:t xml:space="preserve"> </w:t>
      </w:r>
      <w:r w:rsidR="00C95521">
        <w:rPr>
          <w:b/>
        </w:rPr>
        <w:t>22.10</w:t>
      </w:r>
      <w:r w:rsidR="00C461F0" w:rsidRPr="004A137B">
        <w:rPr>
          <w:b/>
        </w:rPr>
        <w:t>.2026</w:t>
      </w:r>
      <w:r w:rsidR="00C461F0" w:rsidRPr="004A137B">
        <w:t xml:space="preserve">, </w:t>
      </w:r>
      <w:proofErr w:type="spellStart"/>
      <w:r w:rsidR="00C461F0" w:rsidRPr="004A137B">
        <w:t>ora</w:t>
      </w:r>
      <w:proofErr w:type="spellEnd"/>
      <w:r w:rsidR="00C461F0" w:rsidRPr="004A137B">
        <w:t xml:space="preserve"> 12</w:t>
      </w:r>
      <w:r w:rsidR="000D3D6F" w:rsidRPr="004A137B">
        <w:t>:00.</w:t>
      </w:r>
      <w:r w:rsidRPr="004A137B">
        <w:t xml:space="preserve"> </w:t>
      </w:r>
    </w:p>
    <w:p w:rsidR="00427982" w:rsidRPr="004A137B" w:rsidRDefault="00427982" w:rsidP="001A5832">
      <w:pPr>
        <w:pStyle w:val="NormalWeb"/>
        <w:shd w:val="clear" w:color="auto" w:fill="FFFFFF"/>
        <w:spacing w:before="0" w:beforeAutospacing="0" w:after="0" w:afterAutospacing="0"/>
        <w:textAlignment w:val="baseline"/>
      </w:pPr>
      <w:proofErr w:type="spellStart"/>
      <w:r w:rsidRPr="004A137B">
        <w:t>Afișarea</w:t>
      </w:r>
      <w:proofErr w:type="spellEnd"/>
      <w:r w:rsidRPr="004A137B">
        <w:t xml:space="preserve"> </w:t>
      </w:r>
      <w:proofErr w:type="spellStart"/>
      <w:r w:rsidRPr="004A137B">
        <w:t>rezultatelor</w:t>
      </w:r>
      <w:proofErr w:type="spellEnd"/>
      <w:r w:rsidRPr="004A137B">
        <w:t xml:space="preserve"> la </w:t>
      </w:r>
      <w:proofErr w:type="spellStart"/>
      <w:r w:rsidRPr="004A137B">
        <w:t>contestații</w:t>
      </w:r>
      <w:proofErr w:type="spellEnd"/>
      <w:r w:rsidRPr="004A137B">
        <w:t xml:space="preserve"> ref </w:t>
      </w:r>
      <w:proofErr w:type="spellStart"/>
      <w:r w:rsidRPr="004A137B">
        <w:t>proba</w:t>
      </w:r>
      <w:proofErr w:type="spellEnd"/>
      <w:r w:rsidRPr="004A137B">
        <w:t xml:space="preserve"> </w:t>
      </w:r>
      <w:proofErr w:type="spellStart"/>
      <w:r w:rsidRPr="004A137B">
        <w:t>scrisă</w:t>
      </w:r>
      <w:proofErr w:type="spellEnd"/>
      <w:r w:rsidRPr="004A137B">
        <w:t xml:space="preserve"> </w:t>
      </w:r>
      <w:r w:rsidR="00C95521">
        <w:rPr>
          <w:b/>
        </w:rPr>
        <w:t>23.10</w:t>
      </w:r>
      <w:r w:rsidR="00C461F0" w:rsidRPr="004A137B">
        <w:rPr>
          <w:b/>
        </w:rPr>
        <w:t>.2026</w:t>
      </w:r>
      <w:r w:rsidRPr="004A137B">
        <w:t xml:space="preserve"> </w:t>
      </w:r>
      <w:proofErr w:type="spellStart"/>
      <w:r w:rsidRPr="004A137B">
        <w:t>ora</w:t>
      </w:r>
      <w:proofErr w:type="spellEnd"/>
      <w:r w:rsidRPr="004A137B">
        <w:t xml:space="preserve"> </w:t>
      </w:r>
      <w:r w:rsidR="00C461F0" w:rsidRPr="004A137B">
        <w:t>14</w:t>
      </w:r>
      <w:r w:rsidR="00C461F0" w:rsidRPr="004A137B">
        <w:rPr>
          <w:lang w:val="en-US"/>
        </w:rPr>
        <w:t>:00</w:t>
      </w:r>
      <w:r w:rsidRPr="004A137B">
        <w:t>.</w:t>
      </w:r>
    </w:p>
    <w:p w:rsidR="00207BA3" w:rsidRPr="004A137B" w:rsidRDefault="000D3D6F" w:rsidP="001A5832">
      <w:pPr>
        <w:pStyle w:val="NormalWeb"/>
        <w:shd w:val="clear" w:color="auto" w:fill="FFFFFF"/>
        <w:spacing w:before="0" w:beforeAutospacing="0" w:after="0" w:afterAutospacing="0"/>
        <w:textAlignment w:val="baseline"/>
      </w:pPr>
      <w:r w:rsidRPr="004A137B">
        <w:br/>
      </w:r>
      <w:proofErr w:type="spellStart"/>
      <w:r w:rsidRPr="004A137B">
        <w:t>Proba</w:t>
      </w:r>
      <w:proofErr w:type="spellEnd"/>
      <w:r w:rsidRPr="004A137B">
        <w:t xml:space="preserve"> de </w:t>
      </w:r>
      <w:proofErr w:type="spellStart"/>
      <w:r w:rsidRPr="004A137B">
        <w:t>interviu</w:t>
      </w:r>
      <w:proofErr w:type="spellEnd"/>
      <w:r w:rsidRPr="004A137B">
        <w:t xml:space="preserve">: </w:t>
      </w:r>
      <w:r w:rsidR="00281961">
        <w:rPr>
          <w:b/>
        </w:rPr>
        <w:t>26</w:t>
      </w:r>
      <w:r w:rsidR="00C95521">
        <w:rPr>
          <w:b/>
        </w:rPr>
        <w:t>.10</w:t>
      </w:r>
      <w:r w:rsidR="00C461F0" w:rsidRPr="004A137B">
        <w:rPr>
          <w:b/>
        </w:rPr>
        <w:t>.2026</w:t>
      </w:r>
      <w:r w:rsidRPr="004A137B">
        <w:t xml:space="preserve">, </w:t>
      </w:r>
      <w:proofErr w:type="spellStart"/>
      <w:r w:rsidRPr="004A137B">
        <w:t>ora</w:t>
      </w:r>
      <w:proofErr w:type="spellEnd"/>
      <w:r w:rsidR="004E5247" w:rsidRPr="004A137B">
        <w:t xml:space="preserve"> 10:00 – la </w:t>
      </w:r>
      <w:proofErr w:type="spellStart"/>
      <w:r w:rsidR="004E5247" w:rsidRPr="004A137B">
        <w:t>sediul</w:t>
      </w:r>
      <w:proofErr w:type="spellEnd"/>
      <w:r w:rsidR="004E5247" w:rsidRPr="004A137B">
        <w:t xml:space="preserve"> </w:t>
      </w:r>
      <w:proofErr w:type="spellStart"/>
      <w:r w:rsidR="004E5247" w:rsidRPr="004A137B">
        <w:t>instituției</w:t>
      </w:r>
      <w:proofErr w:type="spellEnd"/>
      <w:r w:rsidR="004E5247" w:rsidRPr="004A137B">
        <w:t>.</w:t>
      </w:r>
      <w:r w:rsidRPr="004A137B">
        <w:br/>
      </w:r>
      <w:proofErr w:type="spellStart"/>
      <w:r w:rsidRPr="004A137B">
        <w:t>Afișare</w:t>
      </w:r>
      <w:proofErr w:type="spellEnd"/>
      <w:r w:rsidRPr="004A137B">
        <w:t xml:space="preserve"> </w:t>
      </w:r>
      <w:proofErr w:type="spellStart"/>
      <w:r w:rsidRPr="004A137B">
        <w:t>rezultate</w:t>
      </w:r>
      <w:proofErr w:type="spellEnd"/>
      <w:r w:rsidRPr="004A137B">
        <w:t xml:space="preserve"> </w:t>
      </w:r>
      <w:proofErr w:type="spellStart"/>
      <w:r w:rsidRPr="004A137B">
        <w:t>interviu</w:t>
      </w:r>
      <w:proofErr w:type="spellEnd"/>
      <w:r w:rsidRPr="004A137B">
        <w:t>:</w:t>
      </w:r>
      <w:r w:rsidR="00207BA3" w:rsidRPr="004A137B">
        <w:t xml:space="preserve"> </w:t>
      </w:r>
      <w:r w:rsidR="00281961">
        <w:rPr>
          <w:b/>
        </w:rPr>
        <w:t>26</w:t>
      </w:r>
      <w:r w:rsidR="00C95521">
        <w:rPr>
          <w:b/>
        </w:rPr>
        <w:t>.10</w:t>
      </w:r>
      <w:r w:rsidR="00C461F0" w:rsidRPr="004A137B">
        <w:rPr>
          <w:b/>
        </w:rPr>
        <w:t>.2026</w:t>
      </w:r>
      <w:r w:rsidR="00C95521">
        <w:t xml:space="preserve"> </w:t>
      </w:r>
      <w:proofErr w:type="spellStart"/>
      <w:r w:rsidR="00C95521">
        <w:t>ora</w:t>
      </w:r>
      <w:proofErr w:type="spellEnd"/>
      <w:r w:rsidR="00C95521">
        <w:t xml:space="preserve"> 14</w:t>
      </w:r>
      <w:r w:rsidRPr="004A137B">
        <w:t xml:space="preserve">:00 – la </w:t>
      </w:r>
      <w:proofErr w:type="spellStart"/>
      <w:r w:rsidRPr="004A137B">
        <w:t>sediul</w:t>
      </w:r>
      <w:proofErr w:type="spellEnd"/>
      <w:r w:rsidRPr="004A137B">
        <w:t xml:space="preserve"> </w:t>
      </w:r>
      <w:proofErr w:type="spellStart"/>
      <w:r w:rsidRPr="004A137B">
        <w:t>instituției</w:t>
      </w:r>
      <w:proofErr w:type="spellEnd"/>
      <w:r w:rsidRPr="004A137B">
        <w:t xml:space="preserve"> </w:t>
      </w:r>
      <w:proofErr w:type="spellStart"/>
      <w:r w:rsidRPr="004A137B">
        <w:t>și</w:t>
      </w:r>
      <w:proofErr w:type="spellEnd"/>
      <w:r w:rsidRPr="004A137B">
        <w:t xml:space="preserve"> </w:t>
      </w:r>
      <w:proofErr w:type="spellStart"/>
      <w:r w:rsidRPr="004A137B">
        <w:t>pe</w:t>
      </w:r>
      <w:proofErr w:type="spellEnd"/>
      <w:r w:rsidRPr="004A137B">
        <w:t xml:space="preserve"> site-</w:t>
      </w:r>
      <w:proofErr w:type="spellStart"/>
      <w:r w:rsidRPr="004A137B">
        <w:t>ul</w:t>
      </w:r>
      <w:proofErr w:type="spellEnd"/>
      <w:r w:rsidRPr="004A137B">
        <w:t xml:space="preserve"> primariaaugustin.ro </w:t>
      </w:r>
      <w:proofErr w:type="spellStart"/>
      <w:r w:rsidRPr="004A137B">
        <w:t>secțiunea</w:t>
      </w:r>
      <w:proofErr w:type="spellEnd"/>
      <w:r w:rsidRPr="004A137B">
        <w:t xml:space="preserve"> </w:t>
      </w:r>
      <w:proofErr w:type="spellStart"/>
      <w:r w:rsidRPr="004A137B">
        <w:t>Anunțuri</w:t>
      </w:r>
      <w:proofErr w:type="spellEnd"/>
      <w:r w:rsidRPr="004A137B">
        <w:t>.</w:t>
      </w:r>
      <w:r w:rsidRPr="004A137B">
        <w:br/>
      </w:r>
      <w:proofErr w:type="spellStart"/>
      <w:r w:rsidRPr="004A137B">
        <w:t>Termen</w:t>
      </w:r>
      <w:proofErr w:type="spellEnd"/>
      <w:r w:rsidRPr="004A137B">
        <w:t xml:space="preserve"> </w:t>
      </w:r>
      <w:proofErr w:type="spellStart"/>
      <w:r w:rsidRPr="004A137B">
        <w:t>depunere</w:t>
      </w:r>
      <w:proofErr w:type="spellEnd"/>
      <w:r w:rsidRPr="004A137B">
        <w:t xml:space="preserve"> </w:t>
      </w:r>
      <w:proofErr w:type="spellStart"/>
      <w:r w:rsidRPr="004A137B">
        <w:t>contestație</w:t>
      </w:r>
      <w:proofErr w:type="spellEnd"/>
      <w:r w:rsidRPr="004A137B">
        <w:t xml:space="preserve"> </w:t>
      </w:r>
      <w:proofErr w:type="spellStart"/>
      <w:r w:rsidRPr="004A137B">
        <w:t>interviu</w:t>
      </w:r>
      <w:proofErr w:type="spellEnd"/>
      <w:r w:rsidRPr="004A137B">
        <w:t xml:space="preserve">: </w:t>
      </w:r>
      <w:r w:rsidR="00281961">
        <w:rPr>
          <w:b/>
        </w:rPr>
        <w:t>27</w:t>
      </w:r>
      <w:r w:rsidR="00C95521">
        <w:rPr>
          <w:b/>
        </w:rPr>
        <w:t>.10</w:t>
      </w:r>
      <w:r w:rsidR="00C461F0" w:rsidRPr="004A137B">
        <w:rPr>
          <w:b/>
        </w:rPr>
        <w:t>.2026</w:t>
      </w:r>
      <w:r w:rsidR="00C461F0" w:rsidRPr="004A137B">
        <w:t xml:space="preserve">, </w:t>
      </w:r>
      <w:proofErr w:type="spellStart"/>
      <w:r w:rsidR="00C461F0" w:rsidRPr="004A137B">
        <w:t>ora</w:t>
      </w:r>
      <w:proofErr w:type="spellEnd"/>
      <w:r w:rsidR="00C461F0" w:rsidRPr="004A137B">
        <w:t xml:space="preserve"> 12</w:t>
      </w:r>
      <w:r w:rsidRPr="004A137B">
        <w:t>:00.</w:t>
      </w:r>
      <w:r w:rsidR="001A36ED" w:rsidRPr="004A137B">
        <w:t xml:space="preserve"> </w:t>
      </w:r>
    </w:p>
    <w:p w:rsidR="00F16F36" w:rsidRPr="00607E21" w:rsidRDefault="001A36ED" w:rsidP="001A5832">
      <w:pPr>
        <w:pStyle w:val="NormalWeb"/>
        <w:shd w:val="clear" w:color="auto" w:fill="FFFFFF"/>
        <w:spacing w:before="0" w:beforeAutospacing="0" w:after="0" w:afterAutospacing="0"/>
        <w:textAlignment w:val="baseline"/>
        <w:rPr>
          <w:b/>
          <w:spacing w:val="4"/>
          <w:u w:val="single"/>
          <w:lang w:val="ro-RO"/>
        </w:rPr>
      </w:pPr>
      <w:proofErr w:type="spellStart"/>
      <w:r w:rsidRPr="004A137B">
        <w:t>Afișarea</w:t>
      </w:r>
      <w:proofErr w:type="spellEnd"/>
      <w:r w:rsidRPr="004A137B">
        <w:t xml:space="preserve"> </w:t>
      </w:r>
      <w:proofErr w:type="spellStart"/>
      <w:r w:rsidRPr="004A137B">
        <w:t>rezultatelor</w:t>
      </w:r>
      <w:proofErr w:type="spellEnd"/>
      <w:r w:rsidRPr="004A137B">
        <w:t xml:space="preserve"> la </w:t>
      </w:r>
      <w:proofErr w:type="spellStart"/>
      <w:r w:rsidRPr="004A137B">
        <w:t>contestații</w:t>
      </w:r>
      <w:proofErr w:type="spellEnd"/>
      <w:r w:rsidRPr="004A137B">
        <w:t xml:space="preserve"> la </w:t>
      </w:r>
      <w:proofErr w:type="spellStart"/>
      <w:r w:rsidRPr="004A137B">
        <w:t>proba</w:t>
      </w:r>
      <w:proofErr w:type="spellEnd"/>
      <w:r w:rsidRPr="004A137B">
        <w:t xml:space="preserve"> de </w:t>
      </w:r>
      <w:proofErr w:type="spellStart"/>
      <w:r w:rsidRPr="004A137B">
        <w:t>interviu</w:t>
      </w:r>
      <w:proofErr w:type="spellEnd"/>
      <w:r w:rsidR="00C461F0" w:rsidRPr="004A137B">
        <w:t xml:space="preserve">: </w:t>
      </w:r>
      <w:r w:rsidR="00281961">
        <w:rPr>
          <w:b/>
        </w:rPr>
        <w:t>27</w:t>
      </w:r>
      <w:r w:rsidR="00C95521">
        <w:rPr>
          <w:b/>
        </w:rPr>
        <w:t>.10</w:t>
      </w:r>
      <w:r w:rsidR="00C461F0" w:rsidRPr="00C95521">
        <w:rPr>
          <w:b/>
        </w:rPr>
        <w:t>.2026</w:t>
      </w:r>
      <w:r w:rsidR="002C43ED">
        <w:t xml:space="preserve"> 14</w:t>
      </w:r>
      <w:r w:rsidRPr="004A137B">
        <w:t>:00</w:t>
      </w:r>
      <w:r w:rsidR="000D3D6F" w:rsidRPr="004A137B">
        <w:br/>
      </w:r>
      <w:proofErr w:type="spellStart"/>
      <w:r w:rsidR="000D3D6F" w:rsidRPr="004A137B">
        <w:t>Rezultate</w:t>
      </w:r>
      <w:proofErr w:type="spellEnd"/>
      <w:r w:rsidR="000D3D6F" w:rsidRPr="004A137B">
        <w:t xml:space="preserve"> finale: </w:t>
      </w:r>
      <w:r w:rsidR="00281961">
        <w:rPr>
          <w:b/>
        </w:rPr>
        <w:t>27</w:t>
      </w:r>
      <w:r w:rsidR="00C95521">
        <w:rPr>
          <w:b/>
        </w:rPr>
        <w:t>.10</w:t>
      </w:r>
      <w:r w:rsidR="00C461F0" w:rsidRPr="004A137B">
        <w:rPr>
          <w:b/>
        </w:rPr>
        <w:t>.</w:t>
      </w:r>
      <w:r w:rsidR="00207BA3" w:rsidRPr="004A137B">
        <w:rPr>
          <w:b/>
        </w:rPr>
        <w:t>2026</w:t>
      </w:r>
      <w:r w:rsidRPr="004A137B">
        <w:t xml:space="preserve"> </w:t>
      </w:r>
      <w:proofErr w:type="spellStart"/>
      <w:r w:rsidRPr="004A137B">
        <w:t>ora</w:t>
      </w:r>
      <w:proofErr w:type="spellEnd"/>
      <w:r w:rsidRPr="004A137B">
        <w:t xml:space="preserve"> </w:t>
      </w:r>
      <w:r w:rsidR="002C43ED">
        <w:t>15</w:t>
      </w:r>
      <w:r w:rsidR="00C461F0" w:rsidRPr="004A137B">
        <w:t>:00</w:t>
      </w:r>
      <w:r w:rsidR="00607E21" w:rsidRPr="004A137B">
        <w:t>.</w:t>
      </w:r>
      <w:r w:rsidR="000D3D6F" w:rsidRPr="00607E21">
        <w:br/>
      </w:r>
    </w:p>
    <w:p w:rsidR="00F13813" w:rsidRDefault="00F13813" w:rsidP="00CC157B">
      <w:pPr>
        <w:pStyle w:val="NormalWeb"/>
        <w:spacing w:before="0" w:beforeAutospacing="0" w:after="0" w:afterAutospacing="0"/>
        <w:rPr>
          <w:b/>
          <w:u w:val="single"/>
        </w:rPr>
      </w:pPr>
    </w:p>
    <w:p w:rsidR="007631DD" w:rsidRDefault="007631DD" w:rsidP="001C571E">
      <w:pPr>
        <w:pStyle w:val="NormalWeb"/>
        <w:spacing w:before="0" w:beforeAutospacing="0" w:after="0" w:afterAutospacing="0"/>
        <w:ind w:left="720"/>
        <w:rPr>
          <w:b/>
          <w:u w:val="single"/>
        </w:rPr>
      </w:pPr>
    </w:p>
    <w:p w:rsidR="007631DD" w:rsidRDefault="007631DD" w:rsidP="001C571E">
      <w:pPr>
        <w:pStyle w:val="NormalWeb"/>
        <w:spacing w:before="0" w:beforeAutospacing="0" w:after="0" w:afterAutospacing="0"/>
        <w:ind w:left="720"/>
        <w:rPr>
          <w:b/>
          <w:u w:val="single"/>
        </w:rPr>
      </w:pPr>
    </w:p>
    <w:p w:rsidR="001C571E" w:rsidRDefault="000D3D6F" w:rsidP="001C571E">
      <w:pPr>
        <w:pStyle w:val="NormalWeb"/>
        <w:spacing w:before="0" w:beforeAutospacing="0" w:after="0" w:afterAutospacing="0"/>
        <w:ind w:left="720"/>
        <w:rPr>
          <w:b/>
        </w:rPr>
      </w:pPr>
      <w:proofErr w:type="spellStart"/>
      <w:r w:rsidRPr="00607E21">
        <w:rPr>
          <w:b/>
          <w:u w:val="single"/>
        </w:rPr>
        <w:t>Bibliografie</w:t>
      </w:r>
      <w:proofErr w:type="spellEnd"/>
      <w:r w:rsidRPr="00607E21">
        <w:rPr>
          <w:b/>
          <w:u w:val="single"/>
        </w:rPr>
        <w:t>:</w:t>
      </w:r>
    </w:p>
    <w:p w:rsidR="009F5D76" w:rsidRPr="001C571E" w:rsidRDefault="009F5D76" w:rsidP="001C571E">
      <w:pPr>
        <w:pStyle w:val="NormalWeb"/>
        <w:spacing w:before="0" w:beforeAutospacing="0" w:after="0" w:afterAutospacing="0"/>
        <w:ind w:firstLine="720"/>
        <w:rPr>
          <w:rStyle w:val="Strong"/>
          <w:b w:val="0"/>
        </w:rPr>
      </w:pPr>
      <w:r w:rsidRPr="001C571E">
        <w:rPr>
          <w:rStyle w:val="Strong"/>
          <w:b w:val="0"/>
        </w:rPr>
        <w:t xml:space="preserve">1. </w:t>
      </w:r>
      <w:proofErr w:type="spellStart"/>
      <w:r w:rsidRPr="001C571E">
        <w:rPr>
          <w:rStyle w:val="Strong"/>
          <w:b w:val="0"/>
        </w:rPr>
        <w:t>Constituția</w:t>
      </w:r>
      <w:proofErr w:type="spellEnd"/>
      <w:r w:rsidRPr="001C571E">
        <w:rPr>
          <w:rStyle w:val="Strong"/>
          <w:b w:val="0"/>
        </w:rPr>
        <w:t xml:space="preserve"> </w:t>
      </w:r>
      <w:proofErr w:type="spellStart"/>
      <w:r w:rsidRPr="001C571E">
        <w:rPr>
          <w:rStyle w:val="Strong"/>
          <w:b w:val="0"/>
        </w:rPr>
        <w:t>României</w:t>
      </w:r>
      <w:proofErr w:type="spellEnd"/>
      <w:r w:rsidRPr="001C571E">
        <w:rPr>
          <w:rStyle w:val="Strong"/>
          <w:b w:val="0"/>
        </w:rPr>
        <w:t xml:space="preserve"> (</w:t>
      </w:r>
      <w:proofErr w:type="spellStart"/>
      <w:r w:rsidRPr="001C571E">
        <w:rPr>
          <w:rStyle w:val="Strong"/>
          <w:b w:val="0"/>
        </w:rPr>
        <w:t>republicată</w:t>
      </w:r>
      <w:proofErr w:type="spellEnd"/>
      <w:r w:rsidRPr="001C571E">
        <w:rPr>
          <w:rStyle w:val="Strong"/>
          <w:b w:val="0"/>
        </w:rPr>
        <w:t>)</w:t>
      </w:r>
    </w:p>
    <w:p w:rsidR="009F5D76" w:rsidRPr="001C571E" w:rsidRDefault="009F5D76" w:rsidP="001C571E">
      <w:pPr>
        <w:pStyle w:val="NormalWeb"/>
        <w:spacing w:before="0" w:beforeAutospacing="0" w:after="0" w:afterAutospacing="0"/>
        <w:ind w:left="720"/>
        <w:rPr>
          <w:rStyle w:val="Strong"/>
        </w:rPr>
      </w:pPr>
      <w:proofErr w:type="spellStart"/>
      <w:r w:rsidRPr="00283F00">
        <w:rPr>
          <w:rStyle w:val="Strong"/>
          <w:b w:val="0"/>
        </w:rPr>
        <w:t>Tematica</w:t>
      </w:r>
      <w:proofErr w:type="spellEnd"/>
      <w:r w:rsidRPr="00283F00">
        <w:rPr>
          <w:rStyle w:val="Strong"/>
          <w:b w:val="0"/>
        </w:rPr>
        <w:t>:</w:t>
      </w:r>
      <w:r w:rsidRPr="001C571E">
        <w:rPr>
          <w:rStyle w:val="Strong"/>
        </w:rPr>
        <w:t xml:space="preserve"> integral</w:t>
      </w:r>
    </w:p>
    <w:p w:rsidR="001C571E" w:rsidRDefault="001C571E" w:rsidP="001C571E">
      <w:pPr>
        <w:pStyle w:val="NormalWeb"/>
        <w:spacing w:before="0" w:beforeAutospacing="0" w:after="0" w:afterAutospacing="0"/>
        <w:ind w:left="720"/>
        <w:rPr>
          <w:rStyle w:val="Strong"/>
        </w:rPr>
      </w:pPr>
    </w:p>
    <w:p w:rsidR="00F16F36" w:rsidRPr="001C571E" w:rsidRDefault="009F5D76" w:rsidP="001C571E">
      <w:pPr>
        <w:pStyle w:val="NormalWeb"/>
        <w:spacing w:before="0" w:beforeAutospacing="0" w:after="0" w:afterAutospacing="0"/>
        <w:ind w:left="720"/>
        <w:rPr>
          <w:rStyle w:val="Strong"/>
        </w:rPr>
      </w:pPr>
      <w:r w:rsidRPr="001C571E">
        <w:rPr>
          <w:rStyle w:val="Strong"/>
        </w:rPr>
        <w:t>2.</w:t>
      </w:r>
      <w:r w:rsidR="00F16F36" w:rsidRPr="001C571E">
        <w:rPr>
          <w:rStyle w:val="Strong"/>
        </w:rPr>
        <w:t xml:space="preserve"> </w:t>
      </w:r>
      <w:r w:rsidR="00F16F36" w:rsidRPr="001C571E">
        <w:rPr>
          <w:rStyle w:val="Strong"/>
          <w:b w:val="0"/>
        </w:rPr>
        <w:t>OUG nr. 57/2019</w:t>
      </w:r>
      <w:r w:rsidR="00F16F36" w:rsidRPr="001C571E">
        <w:rPr>
          <w:rStyle w:val="Strong"/>
        </w:rPr>
        <w:t xml:space="preserve"> </w:t>
      </w:r>
      <w:proofErr w:type="spellStart"/>
      <w:r w:rsidR="00F16F36" w:rsidRPr="001C571E">
        <w:rPr>
          <w:rStyle w:val="Strong"/>
        </w:rPr>
        <w:t>privind</w:t>
      </w:r>
      <w:proofErr w:type="spellEnd"/>
      <w:r w:rsidR="00F16F36" w:rsidRPr="001C571E">
        <w:rPr>
          <w:rStyle w:val="Strong"/>
        </w:rPr>
        <w:t xml:space="preserve"> </w:t>
      </w:r>
      <w:proofErr w:type="spellStart"/>
      <w:r w:rsidR="00F16F36" w:rsidRPr="001C571E">
        <w:rPr>
          <w:rStyle w:val="Strong"/>
        </w:rPr>
        <w:t>Codul</w:t>
      </w:r>
      <w:proofErr w:type="spellEnd"/>
      <w:r w:rsidR="00F16F36" w:rsidRPr="001C571E">
        <w:rPr>
          <w:rStyle w:val="Strong"/>
        </w:rPr>
        <w:t xml:space="preserve"> </w:t>
      </w:r>
      <w:proofErr w:type="spellStart"/>
      <w:r w:rsidR="00F16F36" w:rsidRPr="001C571E">
        <w:rPr>
          <w:rStyle w:val="Strong"/>
        </w:rPr>
        <w:t>administrativ</w:t>
      </w:r>
      <w:proofErr w:type="spellEnd"/>
      <w:r w:rsidR="00F16F36" w:rsidRPr="001C571E">
        <w:rPr>
          <w:rStyle w:val="Strong"/>
        </w:rPr>
        <w:t xml:space="preserve">, </w:t>
      </w:r>
      <w:proofErr w:type="spellStart"/>
      <w:r w:rsidR="00F16F36" w:rsidRPr="001C571E">
        <w:rPr>
          <w:rStyle w:val="Strong"/>
        </w:rPr>
        <w:t>modificată</w:t>
      </w:r>
      <w:proofErr w:type="spellEnd"/>
      <w:r w:rsidR="00F16F36" w:rsidRPr="001C571E">
        <w:rPr>
          <w:rStyle w:val="Strong"/>
        </w:rPr>
        <w:t xml:space="preserve"> </w:t>
      </w:r>
      <w:proofErr w:type="spellStart"/>
      <w:r w:rsidR="00F16F36" w:rsidRPr="001C571E">
        <w:rPr>
          <w:rStyle w:val="Strong"/>
        </w:rPr>
        <w:t>și</w:t>
      </w:r>
      <w:proofErr w:type="spellEnd"/>
      <w:r w:rsidR="00F16F36" w:rsidRPr="001C571E">
        <w:rPr>
          <w:rStyle w:val="Strong"/>
        </w:rPr>
        <w:t xml:space="preserve"> </w:t>
      </w:r>
      <w:proofErr w:type="spellStart"/>
      <w:r w:rsidR="00F16F36" w:rsidRPr="001C571E">
        <w:rPr>
          <w:rStyle w:val="Strong"/>
        </w:rPr>
        <w:t>completată</w:t>
      </w:r>
      <w:proofErr w:type="spellEnd"/>
    </w:p>
    <w:p w:rsidR="00F16F36" w:rsidRPr="001C571E" w:rsidRDefault="00F16F36" w:rsidP="001C571E">
      <w:pPr>
        <w:pStyle w:val="NormalWeb"/>
        <w:spacing w:before="0" w:beforeAutospacing="0" w:after="0" w:afterAutospacing="0"/>
        <w:ind w:left="720"/>
        <w:rPr>
          <w:rStyle w:val="Strong"/>
        </w:rPr>
      </w:pPr>
      <w:proofErr w:type="spellStart"/>
      <w:r w:rsidRPr="00283F00">
        <w:rPr>
          <w:rStyle w:val="Strong"/>
          <w:b w:val="0"/>
        </w:rPr>
        <w:t>Tematica</w:t>
      </w:r>
      <w:proofErr w:type="spellEnd"/>
      <w:r w:rsidRPr="00283F00">
        <w:rPr>
          <w:rStyle w:val="Strong"/>
          <w:b w:val="0"/>
        </w:rPr>
        <w:t>:</w:t>
      </w:r>
    </w:p>
    <w:p w:rsidR="009F5D76" w:rsidRPr="001C571E" w:rsidRDefault="009F5D76" w:rsidP="001C571E">
      <w:pPr>
        <w:pStyle w:val="NormalWeb"/>
        <w:spacing w:before="0" w:beforeAutospacing="0" w:after="0" w:afterAutospacing="0"/>
        <w:ind w:left="720"/>
        <w:rPr>
          <w:rStyle w:val="Strong"/>
        </w:rPr>
      </w:pPr>
      <w:proofErr w:type="spellStart"/>
      <w:r w:rsidRPr="00283F00">
        <w:rPr>
          <w:rStyle w:val="Strong"/>
          <w:b w:val="0"/>
        </w:rPr>
        <w:t>Partea</w:t>
      </w:r>
      <w:proofErr w:type="spellEnd"/>
      <w:r w:rsidRPr="00283F00">
        <w:rPr>
          <w:rStyle w:val="Strong"/>
          <w:b w:val="0"/>
        </w:rPr>
        <w:t xml:space="preserve"> I – </w:t>
      </w:r>
      <w:proofErr w:type="spellStart"/>
      <w:r w:rsidRPr="00283F00">
        <w:rPr>
          <w:rStyle w:val="Strong"/>
          <w:b w:val="0"/>
        </w:rPr>
        <w:t>Titlul</w:t>
      </w:r>
      <w:proofErr w:type="spellEnd"/>
      <w:r w:rsidRPr="00283F00">
        <w:rPr>
          <w:rStyle w:val="Strong"/>
          <w:b w:val="0"/>
        </w:rPr>
        <w:t xml:space="preserve"> I</w:t>
      </w:r>
    </w:p>
    <w:p w:rsidR="009F5D76" w:rsidRPr="001C571E" w:rsidRDefault="009F5D76" w:rsidP="001C571E">
      <w:pPr>
        <w:pStyle w:val="NormalWeb"/>
        <w:spacing w:before="0" w:beforeAutospacing="0" w:after="0" w:afterAutospacing="0"/>
        <w:ind w:left="720"/>
        <w:rPr>
          <w:rStyle w:val="Strong"/>
        </w:rPr>
      </w:pPr>
      <w:proofErr w:type="spellStart"/>
      <w:r w:rsidRPr="00283F00">
        <w:rPr>
          <w:rStyle w:val="Strong"/>
          <w:b w:val="0"/>
        </w:rPr>
        <w:t>Partea</w:t>
      </w:r>
      <w:proofErr w:type="spellEnd"/>
      <w:r w:rsidRPr="00283F00">
        <w:rPr>
          <w:rStyle w:val="Strong"/>
          <w:b w:val="0"/>
        </w:rPr>
        <w:t xml:space="preserve"> a II-a – </w:t>
      </w:r>
      <w:proofErr w:type="spellStart"/>
      <w:r w:rsidRPr="00283F00">
        <w:rPr>
          <w:rStyle w:val="Strong"/>
          <w:b w:val="0"/>
        </w:rPr>
        <w:t>Titlul</w:t>
      </w:r>
      <w:proofErr w:type="spellEnd"/>
      <w:r w:rsidRPr="00283F00">
        <w:rPr>
          <w:rStyle w:val="Strong"/>
          <w:b w:val="0"/>
        </w:rPr>
        <w:t xml:space="preserve"> I </w:t>
      </w:r>
      <w:proofErr w:type="spellStart"/>
      <w:r w:rsidRPr="00283F00">
        <w:rPr>
          <w:rStyle w:val="Strong"/>
          <w:b w:val="0"/>
        </w:rPr>
        <w:t>și</w:t>
      </w:r>
      <w:proofErr w:type="spellEnd"/>
      <w:r w:rsidRPr="00283F00">
        <w:rPr>
          <w:rStyle w:val="Strong"/>
          <w:b w:val="0"/>
        </w:rPr>
        <w:t xml:space="preserve"> </w:t>
      </w:r>
      <w:proofErr w:type="spellStart"/>
      <w:r w:rsidRPr="00283F00">
        <w:rPr>
          <w:rStyle w:val="Strong"/>
          <w:b w:val="0"/>
        </w:rPr>
        <w:t>Titlul</w:t>
      </w:r>
      <w:proofErr w:type="spellEnd"/>
      <w:r w:rsidRPr="00283F00">
        <w:rPr>
          <w:rStyle w:val="Strong"/>
          <w:b w:val="0"/>
        </w:rPr>
        <w:t xml:space="preserve"> II</w:t>
      </w:r>
    </w:p>
    <w:p w:rsidR="009F5D76" w:rsidRPr="001C571E" w:rsidRDefault="009F5D76" w:rsidP="001C571E">
      <w:pPr>
        <w:pStyle w:val="NormalWeb"/>
        <w:spacing w:before="0" w:beforeAutospacing="0" w:after="0" w:afterAutospacing="0"/>
        <w:ind w:left="720"/>
        <w:rPr>
          <w:rStyle w:val="Strong"/>
        </w:rPr>
      </w:pPr>
      <w:proofErr w:type="spellStart"/>
      <w:r w:rsidRPr="00283F00">
        <w:rPr>
          <w:rStyle w:val="Strong"/>
          <w:b w:val="0"/>
        </w:rPr>
        <w:t>Partea</w:t>
      </w:r>
      <w:proofErr w:type="spellEnd"/>
      <w:r w:rsidRPr="00283F00">
        <w:rPr>
          <w:rStyle w:val="Strong"/>
          <w:b w:val="0"/>
        </w:rPr>
        <w:t xml:space="preserve"> </w:t>
      </w:r>
      <w:proofErr w:type="gramStart"/>
      <w:r w:rsidRPr="00283F00">
        <w:rPr>
          <w:rStyle w:val="Strong"/>
          <w:b w:val="0"/>
        </w:rPr>
        <w:t>a</w:t>
      </w:r>
      <w:proofErr w:type="gramEnd"/>
      <w:r w:rsidRPr="00283F00">
        <w:rPr>
          <w:rStyle w:val="Strong"/>
          <w:b w:val="0"/>
        </w:rPr>
        <w:t xml:space="preserve"> IV-a – </w:t>
      </w:r>
      <w:proofErr w:type="spellStart"/>
      <w:r w:rsidRPr="00283F00">
        <w:rPr>
          <w:rStyle w:val="Strong"/>
          <w:b w:val="0"/>
        </w:rPr>
        <w:t>Titlul</w:t>
      </w:r>
      <w:proofErr w:type="spellEnd"/>
      <w:r w:rsidRPr="00283F00">
        <w:rPr>
          <w:rStyle w:val="Strong"/>
          <w:b w:val="0"/>
        </w:rPr>
        <w:t xml:space="preserve"> I</w:t>
      </w:r>
    </w:p>
    <w:p w:rsidR="009F5D76" w:rsidRPr="001C571E" w:rsidRDefault="009F5D76" w:rsidP="001C571E">
      <w:pPr>
        <w:pStyle w:val="NormalWeb"/>
        <w:spacing w:before="0" w:beforeAutospacing="0" w:after="0" w:afterAutospacing="0"/>
        <w:ind w:left="720"/>
        <w:rPr>
          <w:rStyle w:val="Strong"/>
        </w:rPr>
      </w:pPr>
      <w:proofErr w:type="spellStart"/>
      <w:r w:rsidRPr="00283F00">
        <w:rPr>
          <w:rStyle w:val="Strong"/>
          <w:b w:val="0"/>
        </w:rPr>
        <w:t>Partea</w:t>
      </w:r>
      <w:proofErr w:type="spellEnd"/>
      <w:r w:rsidRPr="00283F00">
        <w:rPr>
          <w:rStyle w:val="Strong"/>
          <w:b w:val="0"/>
        </w:rPr>
        <w:t xml:space="preserve"> a VI-a –</w:t>
      </w:r>
      <w:r w:rsidR="006431BE">
        <w:rPr>
          <w:rStyle w:val="Strong"/>
          <w:b w:val="0"/>
        </w:rPr>
        <w:t xml:space="preserve"> </w:t>
      </w:r>
      <w:proofErr w:type="spellStart"/>
      <w:r w:rsidRPr="00283F00">
        <w:rPr>
          <w:rStyle w:val="Strong"/>
          <w:b w:val="0"/>
        </w:rPr>
        <w:t>Titlul</w:t>
      </w:r>
      <w:proofErr w:type="spellEnd"/>
      <w:r w:rsidRPr="00283F00">
        <w:rPr>
          <w:rStyle w:val="Strong"/>
          <w:b w:val="0"/>
        </w:rPr>
        <w:t xml:space="preserve"> II</w:t>
      </w:r>
      <w:r w:rsidR="006431BE">
        <w:rPr>
          <w:rStyle w:val="Strong"/>
          <w:b w:val="0"/>
        </w:rPr>
        <w:t>I</w:t>
      </w:r>
    </w:p>
    <w:p w:rsidR="001C571E" w:rsidRDefault="001C571E" w:rsidP="001C571E">
      <w:pPr>
        <w:pStyle w:val="NormalWeb"/>
        <w:spacing w:before="0" w:beforeAutospacing="0" w:after="0" w:afterAutospacing="0"/>
        <w:ind w:left="720"/>
        <w:rPr>
          <w:rStyle w:val="Strong"/>
        </w:rPr>
      </w:pPr>
    </w:p>
    <w:p w:rsidR="00F16F36" w:rsidRPr="001C571E" w:rsidRDefault="009F5D76" w:rsidP="001C571E">
      <w:pPr>
        <w:pStyle w:val="NormalWeb"/>
        <w:spacing w:before="0" w:beforeAutospacing="0" w:after="0" w:afterAutospacing="0"/>
        <w:ind w:left="720"/>
        <w:rPr>
          <w:rStyle w:val="Strong"/>
        </w:rPr>
      </w:pPr>
      <w:r w:rsidRPr="001C571E">
        <w:rPr>
          <w:rStyle w:val="Strong"/>
        </w:rPr>
        <w:t>3</w:t>
      </w:r>
      <w:r w:rsidR="00F16F36" w:rsidRPr="001C571E">
        <w:rPr>
          <w:rStyle w:val="Strong"/>
        </w:rPr>
        <w:t xml:space="preserve">. </w:t>
      </w:r>
      <w:proofErr w:type="spellStart"/>
      <w:r w:rsidR="00F16F36" w:rsidRPr="001C571E">
        <w:rPr>
          <w:rStyle w:val="Strong"/>
          <w:b w:val="0"/>
        </w:rPr>
        <w:t>Legea</w:t>
      </w:r>
      <w:proofErr w:type="spellEnd"/>
      <w:r w:rsidR="00F16F36" w:rsidRPr="001C571E">
        <w:rPr>
          <w:rStyle w:val="Strong"/>
          <w:b w:val="0"/>
        </w:rPr>
        <w:t xml:space="preserve"> </w:t>
      </w:r>
      <w:proofErr w:type="spellStart"/>
      <w:r w:rsidR="00F16F36" w:rsidRPr="001C571E">
        <w:rPr>
          <w:rStyle w:val="Strong"/>
          <w:b w:val="0"/>
        </w:rPr>
        <w:t>asistenței</w:t>
      </w:r>
      <w:proofErr w:type="spellEnd"/>
      <w:r w:rsidR="00F16F36" w:rsidRPr="001C571E">
        <w:rPr>
          <w:rStyle w:val="Strong"/>
          <w:b w:val="0"/>
        </w:rPr>
        <w:t xml:space="preserve"> </w:t>
      </w:r>
      <w:proofErr w:type="spellStart"/>
      <w:r w:rsidR="00F16F36" w:rsidRPr="001C571E">
        <w:rPr>
          <w:rStyle w:val="Strong"/>
          <w:b w:val="0"/>
        </w:rPr>
        <w:t>sociale</w:t>
      </w:r>
      <w:proofErr w:type="spellEnd"/>
      <w:r w:rsidR="00F16F36" w:rsidRPr="001C571E">
        <w:rPr>
          <w:rStyle w:val="Strong"/>
          <w:b w:val="0"/>
        </w:rPr>
        <w:t xml:space="preserve"> nr. 292/2011</w:t>
      </w:r>
      <w:r w:rsidR="00F16F36" w:rsidRPr="001C571E">
        <w:rPr>
          <w:rStyle w:val="Strong"/>
        </w:rPr>
        <w:t xml:space="preserve">, </w:t>
      </w:r>
      <w:proofErr w:type="spellStart"/>
      <w:r w:rsidR="00F16F36" w:rsidRPr="001C571E">
        <w:rPr>
          <w:rStyle w:val="Strong"/>
        </w:rPr>
        <w:t>modificată</w:t>
      </w:r>
      <w:proofErr w:type="spellEnd"/>
      <w:r w:rsidR="00F16F36" w:rsidRPr="001C571E">
        <w:rPr>
          <w:rStyle w:val="Strong"/>
        </w:rPr>
        <w:t xml:space="preserve"> </w:t>
      </w:r>
      <w:proofErr w:type="spellStart"/>
      <w:r w:rsidR="00F16F36" w:rsidRPr="001C571E">
        <w:rPr>
          <w:rStyle w:val="Strong"/>
        </w:rPr>
        <w:t>și</w:t>
      </w:r>
      <w:proofErr w:type="spellEnd"/>
      <w:r w:rsidR="00F16F36" w:rsidRPr="001C571E">
        <w:rPr>
          <w:rStyle w:val="Strong"/>
        </w:rPr>
        <w:t xml:space="preserve"> </w:t>
      </w:r>
      <w:proofErr w:type="spellStart"/>
      <w:r w:rsidR="00F16F36" w:rsidRPr="001C571E">
        <w:rPr>
          <w:rStyle w:val="Strong"/>
        </w:rPr>
        <w:t>completată</w:t>
      </w:r>
      <w:proofErr w:type="spellEnd"/>
    </w:p>
    <w:p w:rsidR="00F16F36" w:rsidRPr="001C571E" w:rsidRDefault="00F16F36" w:rsidP="001C571E">
      <w:pPr>
        <w:pStyle w:val="NormalWeb"/>
        <w:spacing w:before="0" w:beforeAutospacing="0" w:after="0" w:afterAutospacing="0"/>
        <w:ind w:left="720"/>
        <w:rPr>
          <w:rStyle w:val="Strong"/>
        </w:rPr>
      </w:pPr>
      <w:proofErr w:type="spellStart"/>
      <w:r w:rsidRPr="00283F00">
        <w:rPr>
          <w:rStyle w:val="Strong"/>
          <w:b w:val="0"/>
        </w:rPr>
        <w:t>Tematica</w:t>
      </w:r>
      <w:proofErr w:type="spellEnd"/>
      <w:r w:rsidRPr="00283F00">
        <w:rPr>
          <w:rStyle w:val="Strong"/>
          <w:b w:val="0"/>
        </w:rPr>
        <w:t>:</w:t>
      </w:r>
      <w:r w:rsidRPr="001C571E">
        <w:rPr>
          <w:rStyle w:val="Strong"/>
        </w:rPr>
        <w:t xml:space="preserve"> integral</w:t>
      </w:r>
    </w:p>
    <w:p w:rsidR="001C571E" w:rsidRDefault="001C571E" w:rsidP="001C571E">
      <w:pPr>
        <w:pStyle w:val="NormalWeb"/>
        <w:spacing w:before="0" w:beforeAutospacing="0" w:after="0" w:afterAutospacing="0"/>
        <w:ind w:left="720"/>
        <w:rPr>
          <w:rStyle w:val="Strong"/>
          <w:b w:val="0"/>
        </w:rPr>
      </w:pPr>
    </w:p>
    <w:p w:rsidR="001C571E" w:rsidRDefault="001C571E" w:rsidP="001C571E">
      <w:pPr>
        <w:pStyle w:val="NormalWeb"/>
        <w:spacing w:before="0" w:beforeAutospacing="0" w:after="0" w:afterAutospacing="0"/>
        <w:ind w:left="720"/>
        <w:rPr>
          <w:rStyle w:val="Strong"/>
          <w:b w:val="0"/>
        </w:rPr>
      </w:pPr>
      <w:r w:rsidRPr="001C571E">
        <w:rPr>
          <w:rStyle w:val="Strong"/>
          <w:b w:val="0"/>
        </w:rPr>
        <w:t xml:space="preserve">4. </w:t>
      </w:r>
      <w:proofErr w:type="spellStart"/>
      <w:r w:rsidRPr="001C571E">
        <w:rPr>
          <w:rStyle w:val="Strong"/>
          <w:b w:val="0"/>
        </w:rPr>
        <w:t>Legea</w:t>
      </w:r>
      <w:proofErr w:type="spellEnd"/>
      <w:r w:rsidRPr="001C571E">
        <w:rPr>
          <w:rStyle w:val="Strong"/>
          <w:b w:val="0"/>
        </w:rPr>
        <w:t xml:space="preserve"> nr. 272/2004 </w:t>
      </w:r>
      <w:proofErr w:type="spellStart"/>
      <w:r w:rsidRPr="001C571E">
        <w:rPr>
          <w:rStyle w:val="Strong"/>
          <w:b w:val="0"/>
        </w:rPr>
        <w:t>privind</w:t>
      </w:r>
      <w:proofErr w:type="spellEnd"/>
      <w:r w:rsidRPr="001C571E">
        <w:rPr>
          <w:rStyle w:val="Strong"/>
          <w:b w:val="0"/>
        </w:rPr>
        <w:t xml:space="preserve"> </w:t>
      </w:r>
      <w:proofErr w:type="spellStart"/>
      <w:r w:rsidRPr="001C571E">
        <w:rPr>
          <w:rStyle w:val="Strong"/>
          <w:b w:val="0"/>
        </w:rPr>
        <w:t>protecţia</w:t>
      </w:r>
      <w:proofErr w:type="spellEnd"/>
      <w:r w:rsidRPr="001C571E">
        <w:rPr>
          <w:rStyle w:val="Strong"/>
          <w:b w:val="0"/>
        </w:rPr>
        <w:t xml:space="preserve"> </w:t>
      </w:r>
      <w:proofErr w:type="spellStart"/>
      <w:r w:rsidRPr="001C571E">
        <w:rPr>
          <w:rStyle w:val="Strong"/>
          <w:b w:val="0"/>
        </w:rPr>
        <w:t>şi</w:t>
      </w:r>
      <w:proofErr w:type="spellEnd"/>
      <w:r w:rsidRPr="001C571E">
        <w:rPr>
          <w:rStyle w:val="Strong"/>
          <w:b w:val="0"/>
        </w:rPr>
        <w:t xml:space="preserve"> </w:t>
      </w:r>
      <w:proofErr w:type="spellStart"/>
      <w:r w:rsidRPr="001C571E">
        <w:rPr>
          <w:rStyle w:val="Strong"/>
          <w:b w:val="0"/>
        </w:rPr>
        <w:t>promovarea</w:t>
      </w:r>
      <w:proofErr w:type="spellEnd"/>
      <w:r w:rsidRPr="001C571E">
        <w:rPr>
          <w:rStyle w:val="Strong"/>
          <w:b w:val="0"/>
        </w:rPr>
        <w:t xml:space="preserve"> </w:t>
      </w:r>
      <w:proofErr w:type="spellStart"/>
      <w:r w:rsidRPr="001C571E">
        <w:rPr>
          <w:rStyle w:val="Strong"/>
          <w:b w:val="0"/>
        </w:rPr>
        <w:t>drepturilor</w:t>
      </w:r>
      <w:proofErr w:type="spellEnd"/>
      <w:r w:rsidRPr="001C571E">
        <w:rPr>
          <w:rStyle w:val="Strong"/>
          <w:b w:val="0"/>
        </w:rPr>
        <w:t xml:space="preserve"> </w:t>
      </w:r>
      <w:proofErr w:type="spellStart"/>
      <w:r w:rsidRPr="001C571E">
        <w:rPr>
          <w:rStyle w:val="Strong"/>
          <w:b w:val="0"/>
        </w:rPr>
        <w:t>copilului</w:t>
      </w:r>
      <w:proofErr w:type="spellEnd"/>
      <w:r w:rsidRPr="001C571E">
        <w:rPr>
          <w:rStyle w:val="Strong"/>
          <w:b w:val="0"/>
        </w:rPr>
        <w:t>,</w:t>
      </w:r>
    </w:p>
    <w:p w:rsidR="001C571E" w:rsidRPr="001C571E" w:rsidRDefault="001C571E" w:rsidP="001C571E">
      <w:pPr>
        <w:pStyle w:val="NormalWeb"/>
        <w:spacing w:before="0" w:beforeAutospacing="0" w:after="0" w:afterAutospacing="0"/>
        <w:ind w:left="720"/>
        <w:rPr>
          <w:rStyle w:val="Strong"/>
        </w:rPr>
      </w:pPr>
      <w:proofErr w:type="spellStart"/>
      <w:r w:rsidRPr="00283F00">
        <w:rPr>
          <w:rStyle w:val="Strong"/>
          <w:b w:val="0"/>
        </w:rPr>
        <w:t>Tematica</w:t>
      </w:r>
      <w:proofErr w:type="spellEnd"/>
      <w:r w:rsidRPr="00283F00">
        <w:rPr>
          <w:rStyle w:val="Strong"/>
          <w:b w:val="0"/>
        </w:rPr>
        <w:t>:</w:t>
      </w:r>
      <w:r w:rsidRPr="001C571E">
        <w:rPr>
          <w:rStyle w:val="Strong"/>
        </w:rPr>
        <w:t xml:space="preserve"> integral</w:t>
      </w:r>
    </w:p>
    <w:p w:rsidR="001C571E" w:rsidRPr="001C571E" w:rsidRDefault="001C571E" w:rsidP="006431BE">
      <w:pPr>
        <w:pStyle w:val="NormalWeb"/>
        <w:spacing w:before="0" w:beforeAutospacing="0" w:after="0" w:afterAutospacing="0"/>
        <w:rPr>
          <w:rStyle w:val="Strong"/>
          <w:b w:val="0"/>
        </w:rPr>
      </w:pPr>
    </w:p>
    <w:p w:rsidR="001C571E" w:rsidRDefault="006431BE" w:rsidP="001C571E">
      <w:pPr>
        <w:pStyle w:val="NormalWeb"/>
        <w:spacing w:before="0" w:beforeAutospacing="0" w:after="0" w:afterAutospacing="0"/>
        <w:ind w:left="720"/>
        <w:rPr>
          <w:rStyle w:val="Strong"/>
          <w:b w:val="0"/>
        </w:rPr>
      </w:pPr>
      <w:r>
        <w:rPr>
          <w:rStyle w:val="Strong"/>
          <w:b w:val="0"/>
        </w:rPr>
        <w:t>5</w:t>
      </w:r>
      <w:r w:rsidR="001C571E" w:rsidRPr="001C571E">
        <w:rPr>
          <w:rStyle w:val="Strong"/>
          <w:b w:val="0"/>
        </w:rPr>
        <w:t xml:space="preserve">. </w:t>
      </w:r>
      <w:proofErr w:type="spellStart"/>
      <w:r w:rsidR="001C571E" w:rsidRPr="001C571E">
        <w:rPr>
          <w:rStyle w:val="Strong"/>
          <w:b w:val="0"/>
        </w:rPr>
        <w:t>Legea</w:t>
      </w:r>
      <w:proofErr w:type="spellEnd"/>
      <w:r w:rsidR="001C571E" w:rsidRPr="001C571E">
        <w:rPr>
          <w:rStyle w:val="Strong"/>
          <w:b w:val="0"/>
        </w:rPr>
        <w:t xml:space="preserve"> nr. 448/2006 </w:t>
      </w:r>
      <w:proofErr w:type="spellStart"/>
      <w:r w:rsidR="001C571E" w:rsidRPr="001C571E">
        <w:rPr>
          <w:rStyle w:val="Strong"/>
          <w:b w:val="0"/>
        </w:rPr>
        <w:t>privind</w:t>
      </w:r>
      <w:proofErr w:type="spellEnd"/>
      <w:r w:rsidR="001C571E" w:rsidRPr="001C571E">
        <w:rPr>
          <w:rStyle w:val="Strong"/>
          <w:b w:val="0"/>
        </w:rPr>
        <w:t xml:space="preserve"> </w:t>
      </w:r>
      <w:proofErr w:type="spellStart"/>
      <w:r w:rsidR="001C571E" w:rsidRPr="001C571E">
        <w:rPr>
          <w:rStyle w:val="Strong"/>
          <w:b w:val="0"/>
        </w:rPr>
        <w:t>protecția</w:t>
      </w:r>
      <w:proofErr w:type="spellEnd"/>
      <w:r w:rsidR="001C571E" w:rsidRPr="001C571E">
        <w:rPr>
          <w:rStyle w:val="Strong"/>
          <w:b w:val="0"/>
        </w:rPr>
        <w:t xml:space="preserve"> </w:t>
      </w:r>
      <w:proofErr w:type="spellStart"/>
      <w:r w:rsidR="001C571E" w:rsidRPr="001C571E">
        <w:rPr>
          <w:rStyle w:val="Strong"/>
          <w:b w:val="0"/>
        </w:rPr>
        <w:t>și</w:t>
      </w:r>
      <w:proofErr w:type="spellEnd"/>
      <w:r w:rsidR="001C571E" w:rsidRPr="001C571E">
        <w:rPr>
          <w:rStyle w:val="Strong"/>
          <w:b w:val="0"/>
        </w:rPr>
        <w:t xml:space="preserve"> </w:t>
      </w:r>
      <w:proofErr w:type="spellStart"/>
      <w:r w:rsidR="001C571E" w:rsidRPr="001C571E">
        <w:rPr>
          <w:rStyle w:val="Strong"/>
          <w:b w:val="0"/>
        </w:rPr>
        <w:t>promovarea</w:t>
      </w:r>
      <w:proofErr w:type="spellEnd"/>
      <w:r w:rsidR="001C571E" w:rsidRPr="001C571E">
        <w:rPr>
          <w:rStyle w:val="Strong"/>
          <w:b w:val="0"/>
        </w:rPr>
        <w:t xml:space="preserve"> </w:t>
      </w:r>
      <w:proofErr w:type="spellStart"/>
      <w:r w:rsidR="001C571E" w:rsidRPr="001C571E">
        <w:rPr>
          <w:rStyle w:val="Strong"/>
          <w:b w:val="0"/>
        </w:rPr>
        <w:t>drepturilor</w:t>
      </w:r>
      <w:proofErr w:type="spellEnd"/>
      <w:r w:rsidR="001C571E" w:rsidRPr="001C571E">
        <w:rPr>
          <w:rStyle w:val="Strong"/>
          <w:b w:val="0"/>
        </w:rPr>
        <w:t xml:space="preserve"> </w:t>
      </w:r>
      <w:proofErr w:type="spellStart"/>
      <w:r w:rsidR="001C571E" w:rsidRPr="001C571E">
        <w:rPr>
          <w:rStyle w:val="Strong"/>
          <w:b w:val="0"/>
        </w:rPr>
        <w:t>persoanelor</w:t>
      </w:r>
      <w:proofErr w:type="spellEnd"/>
      <w:r w:rsidR="001C571E" w:rsidRPr="001C571E">
        <w:rPr>
          <w:rStyle w:val="Strong"/>
          <w:b w:val="0"/>
        </w:rPr>
        <w:t xml:space="preserve"> cu handicap,</w:t>
      </w:r>
    </w:p>
    <w:p w:rsidR="001C571E" w:rsidRPr="001C571E" w:rsidRDefault="001C571E" w:rsidP="001C571E">
      <w:pPr>
        <w:pStyle w:val="NormalWeb"/>
        <w:spacing w:before="0" w:beforeAutospacing="0" w:after="0" w:afterAutospacing="0"/>
        <w:ind w:left="720"/>
        <w:rPr>
          <w:rStyle w:val="Strong"/>
        </w:rPr>
      </w:pPr>
      <w:proofErr w:type="spellStart"/>
      <w:r w:rsidRPr="00283F00">
        <w:rPr>
          <w:rStyle w:val="Strong"/>
          <w:b w:val="0"/>
        </w:rPr>
        <w:t>Tematica</w:t>
      </w:r>
      <w:proofErr w:type="spellEnd"/>
      <w:r w:rsidRPr="00283F00">
        <w:rPr>
          <w:rStyle w:val="Strong"/>
          <w:b w:val="0"/>
        </w:rPr>
        <w:t>:</w:t>
      </w:r>
      <w:r w:rsidRPr="001C571E">
        <w:rPr>
          <w:rStyle w:val="Strong"/>
        </w:rPr>
        <w:t xml:space="preserve"> integral</w:t>
      </w:r>
    </w:p>
    <w:p w:rsidR="001C571E" w:rsidRPr="001C571E" w:rsidRDefault="001C571E" w:rsidP="001C571E">
      <w:pPr>
        <w:pStyle w:val="NormalWeb"/>
        <w:spacing w:before="0" w:beforeAutospacing="0" w:after="0" w:afterAutospacing="0"/>
        <w:ind w:left="720"/>
        <w:rPr>
          <w:rStyle w:val="Strong"/>
          <w:b w:val="0"/>
        </w:rPr>
      </w:pPr>
    </w:p>
    <w:p w:rsidR="001C571E" w:rsidRDefault="001C571E" w:rsidP="00CC157B">
      <w:pPr>
        <w:autoSpaceDE w:val="0"/>
        <w:autoSpaceDN w:val="0"/>
        <w:adjustRightInd w:val="0"/>
        <w:spacing w:after="0" w:line="240" w:lineRule="auto"/>
        <w:rPr>
          <w:rFonts w:ascii="Times New Roman" w:hAnsi="Times New Roman" w:cs="Times New Roman"/>
          <w:sz w:val="24"/>
          <w:szCs w:val="24"/>
        </w:rPr>
      </w:pPr>
    </w:p>
    <w:p w:rsidR="004E5247" w:rsidRPr="00301C72" w:rsidRDefault="004E5247" w:rsidP="00CC157B">
      <w:pPr>
        <w:autoSpaceDE w:val="0"/>
        <w:autoSpaceDN w:val="0"/>
        <w:adjustRightInd w:val="0"/>
        <w:spacing w:after="0" w:line="240" w:lineRule="auto"/>
        <w:rPr>
          <w:rFonts w:ascii="Times New Roman" w:hAnsi="Times New Roman" w:cs="Times New Roman"/>
          <w:sz w:val="24"/>
          <w:szCs w:val="24"/>
        </w:rPr>
      </w:pPr>
      <w:proofErr w:type="spellStart"/>
      <w:r w:rsidRPr="00301C72">
        <w:rPr>
          <w:rFonts w:ascii="Times New Roman" w:hAnsi="Times New Roman" w:cs="Times New Roman"/>
          <w:b/>
          <w:sz w:val="24"/>
          <w:szCs w:val="24"/>
        </w:rPr>
        <w:t>Mențiune</w:t>
      </w:r>
      <w:proofErr w:type="spellEnd"/>
      <w:r w:rsidRPr="00301C72">
        <w:rPr>
          <w:rFonts w:ascii="Times New Roman" w:hAnsi="Times New Roman" w:cs="Times New Roman"/>
          <w:b/>
          <w:sz w:val="24"/>
          <w:szCs w:val="24"/>
        </w:rPr>
        <w:t xml:space="preserve">: </w:t>
      </w:r>
    </w:p>
    <w:p w:rsidR="004E5247" w:rsidRPr="00607E21" w:rsidRDefault="004E5247" w:rsidP="00CC157B">
      <w:pPr>
        <w:pStyle w:val="ListParagraph"/>
        <w:numPr>
          <w:ilvl w:val="0"/>
          <w:numId w:val="15"/>
        </w:numPr>
        <w:tabs>
          <w:tab w:val="left" w:pos="7032"/>
        </w:tabs>
        <w:spacing w:after="0" w:line="240" w:lineRule="auto"/>
        <w:jc w:val="both"/>
        <w:rPr>
          <w:rFonts w:ascii="Times New Roman" w:hAnsi="Times New Roman" w:cs="Times New Roman"/>
          <w:sz w:val="24"/>
          <w:szCs w:val="24"/>
        </w:rPr>
      </w:pPr>
      <w:proofErr w:type="spellStart"/>
      <w:r w:rsidRPr="00607E21">
        <w:rPr>
          <w:rFonts w:ascii="Times New Roman" w:hAnsi="Times New Roman" w:cs="Times New Roman"/>
          <w:sz w:val="24"/>
          <w:szCs w:val="24"/>
        </w:rPr>
        <w:t>Concursul</w:t>
      </w:r>
      <w:proofErr w:type="spellEnd"/>
      <w:r w:rsidRPr="00607E21">
        <w:rPr>
          <w:rFonts w:ascii="Times New Roman" w:hAnsi="Times New Roman" w:cs="Times New Roman"/>
          <w:sz w:val="24"/>
          <w:szCs w:val="24"/>
        </w:rPr>
        <w:t xml:space="preserve"> se </w:t>
      </w:r>
      <w:proofErr w:type="spellStart"/>
      <w:r w:rsidRPr="00607E21">
        <w:rPr>
          <w:rFonts w:ascii="Times New Roman" w:hAnsi="Times New Roman" w:cs="Times New Roman"/>
          <w:sz w:val="24"/>
          <w:szCs w:val="24"/>
        </w:rPr>
        <w:t>va</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organiza</w:t>
      </w:r>
      <w:proofErr w:type="spellEnd"/>
      <w:r w:rsidRPr="00607E21">
        <w:rPr>
          <w:rFonts w:ascii="Times New Roman" w:hAnsi="Times New Roman" w:cs="Times New Roman"/>
          <w:sz w:val="24"/>
          <w:szCs w:val="24"/>
        </w:rPr>
        <w:t xml:space="preserve"> la </w:t>
      </w:r>
      <w:proofErr w:type="spellStart"/>
      <w:r w:rsidRPr="00607E21">
        <w:rPr>
          <w:rFonts w:ascii="Times New Roman" w:hAnsi="Times New Roman" w:cs="Times New Roman"/>
          <w:sz w:val="24"/>
          <w:szCs w:val="24"/>
        </w:rPr>
        <w:t>sediul</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Primăriei</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Comuna</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Augustin</w:t>
      </w:r>
      <w:proofErr w:type="spellEnd"/>
      <w:r w:rsidRPr="00607E21">
        <w:rPr>
          <w:rFonts w:ascii="Times New Roman" w:hAnsi="Times New Roman" w:cs="Times New Roman"/>
          <w:sz w:val="24"/>
          <w:szCs w:val="24"/>
        </w:rPr>
        <w:t>;</w:t>
      </w:r>
    </w:p>
    <w:p w:rsidR="004E5247" w:rsidRPr="00607E21" w:rsidRDefault="004E5247" w:rsidP="00CC157B">
      <w:pPr>
        <w:pStyle w:val="ListParagraph"/>
        <w:numPr>
          <w:ilvl w:val="0"/>
          <w:numId w:val="15"/>
        </w:numPr>
        <w:tabs>
          <w:tab w:val="left" w:pos="7032"/>
        </w:tabs>
        <w:spacing w:after="0" w:line="240" w:lineRule="auto"/>
        <w:jc w:val="both"/>
        <w:rPr>
          <w:rFonts w:ascii="Times New Roman" w:hAnsi="Times New Roman" w:cs="Times New Roman"/>
          <w:sz w:val="24"/>
          <w:szCs w:val="24"/>
        </w:rPr>
      </w:pPr>
      <w:proofErr w:type="spellStart"/>
      <w:r w:rsidRPr="00607E21">
        <w:rPr>
          <w:rFonts w:ascii="Times New Roman" w:hAnsi="Times New Roman" w:cs="Times New Roman"/>
          <w:sz w:val="24"/>
          <w:szCs w:val="24"/>
        </w:rPr>
        <w:t>Perioada</w:t>
      </w:r>
      <w:proofErr w:type="spellEnd"/>
      <w:r w:rsidRPr="00607E21">
        <w:rPr>
          <w:rFonts w:ascii="Times New Roman" w:hAnsi="Times New Roman" w:cs="Times New Roman"/>
          <w:sz w:val="24"/>
          <w:szCs w:val="24"/>
        </w:rPr>
        <w:t xml:space="preserve"> de </w:t>
      </w:r>
      <w:proofErr w:type="spellStart"/>
      <w:r w:rsidRPr="00607E21">
        <w:rPr>
          <w:rFonts w:ascii="Times New Roman" w:hAnsi="Times New Roman" w:cs="Times New Roman"/>
          <w:sz w:val="24"/>
          <w:szCs w:val="24"/>
        </w:rPr>
        <w:t>depunere</w:t>
      </w:r>
      <w:proofErr w:type="spellEnd"/>
      <w:r w:rsidRPr="00607E21">
        <w:rPr>
          <w:rFonts w:ascii="Times New Roman" w:hAnsi="Times New Roman" w:cs="Times New Roman"/>
          <w:sz w:val="24"/>
          <w:szCs w:val="24"/>
        </w:rPr>
        <w:t xml:space="preserve"> a </w:t>
      </w:r>
      <w:proofErr w:type="spellStart"/>
      <w:r w:rsidRPr="00607E21">
        <w:rPr>
          <w:rFonts w:ascii="Times New Roman" w:hAnsi="Times New Roman" w:cs="Times New Roman"/>
          <w:sz w:val="24"/>
          <w:szCs w:val="24"/>
        </w:rPr>
        <w:t>dosarelor</w:t>
      </w:r>
      <w:proofErr w:type="spellEnd"/>
      <w:r w:rsidRPr="00607E21">
        <w:rPr>
          <w:rFonts w:ascii="Times New Roman" w:hAnsi="Times New Roman" w:cs="Times New Roman"/>
          <w:sz w:val="24"/>
          <w:szCs w:val="24"/>
        </w:rPr>
        <w:t xml:space="preserve"> de concurs la </w:t>
      </w:r>
      <w:proofErr w:type="spellStart"/>
      <w:r w:rsidRPr="00607E21">
        <w:rPr>
          <w:rFonts w:ascii="Times New Roman" w:hAnsi="Times New Roman" w:cs="Times New Roman"/>
          <w:sz w:val="24"/>
          <w:szCs w:val="24"/>
        </w:rPr>
        <w:t>registratura</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Primăriei</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Comunei</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Augustin</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Județul</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Brașov</w:t>
      </w:r>
      <w:proofErr w:type="spellEnd"/>
      <w:r w:rsidRPr="00607E21">
        <w:rPr>
          <w:rFonts w:ascii="Times New Roman" w:hAnsi="Times New Roman" w:cs="Times New Roman"/>
          <w:sz w:val="24"/>
          <w:szCs w:val="24"/>
        </w:rPr>
        <w:t xml:space="preserve"> </w:t>
      </w:r>
      <w:proofErr w:type="spellStart"/>
      <w:r w:rsidRPr="00607E21">
        <w:rPr>
          <w:rFonts w:ascii="Times New Roman" w:hAnsi="Times New Roman" w:cs="Times New Roman"/>
          <w:sz w:val="24"/>
          <w:szCs w:val="24"/>
        </w:rPr>
        <w:t>este</w:t>
      </w:r>
      <w:proofErr w:type="spellEnd"/>
      <w:r w:rsidRPr="00607E21">
        <w:rPr>
          <w:rFonts w:ascii="Times New Roman" w:hAnsi="Times New Roman" w:cs="Times New Roman"/>
          <w:sz w:val="24"/>
          <w:szCs w:val="24"/>
        </w:rPr>
        <w:t xml:space="preserve"> de la</w:t>
      </w:r>
      <w:r w:rsidR="00720F2E" w:rsidRPr="00607E21">
        <w:rPr>
          <w:rFonts w:ascii="Times New Roman" w:hAnsi="Times New Roman" w:cs="Times New Roman"/>
          <w:spacing w:val="4"/>
          <w:sz w:val="24"/>
          <w:szCs w:val="24"/>
          <w:lang w:val="ro-RO"/>
        </w:rPr>
        <w:t xml:space="preserve"> </w:t>
      </w:r>
      <w:r w:rsidR="002C43ED">
        <w:rPr>
          <w:b/>
        </w:rPr>
        <w:t>24.09.2026-14</w:t>
      </w:r>
      <w:r w:rsidR="0097104E">
        <w:rPr>
          <w:b/>
        </w:rPr>
        <w:t>.10.2026</w:t>
      </w:r>
    </w:p>
    <w:p w:rsidR="00435FD0" w:rsidRDefault="00435FD0" w:rsidP="00CC157B">
      <w:pPr>
        <w:tabs>
          <w:tab w:val="left" w:pos="0"/>
        </w:tabs>
        <w:spacing w:after="0"/>
        <w:rPr>
          <w:rFonts w:ascii="Times New Roman" w:hAnsi="Times New Roman" w:cs="Times New Roman"/>
          <w:sz w:val="24"/>
          <w:szCs w:val="24"/>
        </w:rPr>
      </w:pPr>
    </w:p>
    <w:p w:rsidR="00301C72" w:rsidRPr="007631DD" w:rsidRDefault="007631DD" w:rsidP="00FA783E">
      <w:pPr>
        <w:tabs>
          <w:tab w:val="left" w:pos="0"/>
        </w:tabs>
        <w:spacing w:after="0" w:line="240" w:lineRule="auto"/>
        <w:rPr>
          <w:rFonts w:ascii="Times New Roman" w:hAnsi="Times New Roman" w:cs="Times New Roman"/>
          <w:b/>
          <w:sz w:val="24"/>
          <w:szCs w:val="24"/>
          <w:u w:val="single"/>
        </w:rPr>
      </w:pPr>
      <w:r w:rsidRPr="007631DD">
        <w:rPr>
          <w:rFonts w:ascii="Times New Roman" w:hAnsi="Times New Roman" w:cs="Times New Roman"/>
          <w:b/>
          <w:i/>
          <w:sz w:val="24"/>
          <w:szCs w:val="24"/>
          <w:u w:val="single"/>
        </w:rPr>
        <w:t>APROB</w:t>
      </w:r>
      <w:r w:rsidRPr="007631DD">
        <w:rPr>
          <w:rFonts w:ascii="Times New Roman" w:hAnsi="Times New Roman" w:cs="Times New Roman"/>
          <w:b/>
          <w:sz w:val="24"/>
          <w:szCs w:val="24"/>
          <w:u w:val="single"/>
        </w:rPr>
        <w:t>,</w:t>
      </w:r>
    </w:p>
    <w:p w:rsidR="007631DD" w:rsidRDefault="007631DD" w:rsidP="00FA783E">
      <w:pPr>
        <w:spacing w:before="100" w:beforeAutospacing="1"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P.PRIMAR</w:t>
      </w:r>
      <w:r w:rsidRPr="00944CE5">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VICE</w:t>
      </w:r>
      <w:r w:rsidRPr="00944CE5">
        <w:rPr>
          <w:rFonts w:ascii="Times New Roman" w:eastAsia="Times New Roman" w:hAnsi="Times New Roman" w:cs="Times New Roman"/>
          <w:b/>
          <w:bCs/>
          <w:sz w:val="24"/>
          <w:szCs w:val="24"/>
        </w:rPr>
        <w:t>PRIMAR,</w:t>
      </w:r>
      <w:r>
        <w:rPr>
          <w:rFonts w:ascii="Times New Roman" w:eastAsia="Times New Roman" w:hAnsi="Times New Roman" w:cs="Times New Roman"/>
          <w:b/>
          <w:bCs/>
          <w:sz w:val="24"/>
          <w:szCs w:val="24"/>
        </w:rPr>
        <w:t xml:space="preserve">                                                          SECRETAR GENERAL,</w:t>
      </w:r>
    </w:p>
    <w:p w:rsidR="00621B03" w:rsidRPr="00FA783E" w:rsidRDefault="0086377D" w:rsidP="00FA783E">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BACIU IOAN</w:t>
      </w:r>
      <w:r w:rsidR="007631DD">
        <w:rPr>
          <w:rFonts w:ascii="Times New Roman" w:eastAsia="Times New Roman" w:hAnsi="Times New Roman" w:cs="Times New Roman"/>
          <w:b/>
          <w:bCs/>
          <w:sz w:val="24"/>
          <w:szCs w:val="24"/>
        </w:rPr>
        <w:t xml:space="preserve">                                                </w:t>
      </w:r>
      <w:r w:rsidR="00FA783E">
        <w:rPr>
          <w:rFonts w:ascii="Times New Roman" w:eastAsia="Times New Roman" w:hAnsi="Times New Roman" w:cs="Times New Roman"/>
          <w:b/>
          <w:bCs/>
          <w:sz w:val="24"/>
          <w:szCs w:val="24"/>
        </w:rPr>
        <w:t xml:space="preserve">         </w:t>
      </w:r>
      <w:r w:rsidR="007631DD">
        <w:rPr>
          <w:rFonts w:ascii="Times New Roman" w:eastAsia="Times New Roman" w:hAnsi="Times New Roman" w:cs="Times New Roman"/>
          <w:b/>
          <w:bCs/>
          <w:sz w:val="24"/>
          <w:szCs w:val="24"/>
        </w:rPr>
        <w:t xml:space="preserve"> GARCEA GHEORGHE-MIRCEA</w:t>
      </w:r>
      <w:r w:rsidR="007631DD" w:rsidRPr="00944CE5">
        <w:rPr>
          <w:rFonts w:ascii="Times New Roman" w:eastAsia="Times New Roman" w:hAnsi="Times New Roman" w:cs="Times New Roman"/>
          <w:sz w:val="24"/>
          <w:szCs w:val="24"/>
        </w:rPr>
        <w:br/>
      </w:r>
      <w:r w:rsidR="007631DD">
        <w:rPr>
          <w:rFonts w:ascii="Times New Roman" w:eastAsia="Times New Roman" w:hAnsi="Times New Roman" w:cs="Times New Roman"/>
          <w:sz w:val="24"/>
          <w:szCs w:val="24"/>
        </w:rPr>
        <w:t xml:space="preserve">                           </w:t>
      </w:r>
      <w:r w:rsidR="007631DD" w:rsidRPr="00944CE5">
        <w:rPr>
          <w:rFonts w:ascii="Times New Roman" w:eastAsia="Times New Roman" w:hAnsi="Times New Roman" w:cs="Times New Roman"/>
          <w:sz w:val="24"/>
          <w:szCs w:val="24"/>
        </w:rPr>
        <w:br/>
      </w:r>
      <w:r w:rsidR="00FA783E">
        <w:rPr>
          <w:rFonts w:ascii="Times New Roman" w:eastAsia="Times New Roman" w:hAnsi="Times New Roman" w:cs="Times New Roman"/>
          <w:sz w:val="24"/>
          <w:szCs w:val="24"/>
          <w:lang w:val="ro-RO"/>
        </w:rPr>
        <w:t xml:space="preserve">                                                               Î</w:t>
      </w:r>
      <w:r w:rsidRPr="00FA783E">
        <w:rPr>
          <w:rFonts w:ascii="Times New Roman" w:eastAsia="Times New Roman" w:hAnsi="Times New Roman" w:cs="Times New Roman"/>
          <w:sz w:val="24"/>
          <w:szCs w:val="24"/>
        </w:rPr>
        <w:t>NTOCMIT</w:t>
      </w:r>
      <w:r w:rsidR="00FA783E">
        <w:rPr>
          <w:rFonts w:ascii="Times New Roman" w:eastAsia="Times New Roman" w:hAnsi="Times New Roman" w:cs="Times New Roman"/>
          <w:sz w:val="24"/>
          <w:szCs w:val="24"/>
        </w:rPr>
        <w:t>,</w:t>
      </w:r>
    </w:p>
    <w:p w:rsidR="00FA783E" w:rsidRDefault="00FA783E" w:rsidP="00FA783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CONSILIER DEBUTANT-OSVATH ESZTER</w:t>
      </w:r>
    </w:p>
    <w:p w:rsidR="00FA783E" w:rsidRPr="007631DD" w:rsidRDefault="00FA783E" w:rsidP="00FA783E">
      <w:pPr>
        <w:spacing w:after="0" w:line="240" w:lineRule="auto"/>
        <w:jc w:val="center"/>
        <w:rPr>
          <w:rFonts w:ascii="Times New Roman" w:eastAsia="Times New Roman" w:hAnsi="Times New Roman" w:cs="Times New Roman"/>
          <w:sz w:val="24"/>
          <w:szCs w:val="24"/>
        </w:rPr>
      </w:pPr>
    </w:p>
    <w:sectPr w:rsidR="00FA783E" w:rsidRPr="007631DD" w:rsidSect="00034616">
      <w:headerReference w:type="default" r:id="rId10"/>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1549" w:rsidRDefault="009A1549" w:rsidP="001D5886">
      <w:pPr>
        <w:spacing w:after="0" w:line="240" w:lineRule="auto"/>
      </w:pPr>
      <w:r>
        <w:separator/>
      </w:r>
    </w:p>
  </w:endnote>
  <w:endnote w:type="continuationSeparator" w:id="0">
    <w:p w:rsidR="009A1549" w:rsidRDefault="009A1549" w:rsidP="001D58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1549" w:rsidRDefault="009A1549" w:rsidP="001D5886">
      <w:pPr>
        <w:spacing w:after="0" w:line="240" w:lineRule="auto"/>
      </w:pPr>
      <w:r>
        <w:separator/>
      </w:r>
    </w:p>
  </w:footnote>
  <w:footnote w:type="continuationSeparator" w:id="0">
    <w:p w:rsidR="009A1549" w:rsidRDefault="009A1549" w:rsidP="001D58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DD" w:rsidRDefault="007631DD" w:rsidP="007631DD">
    <w:pPr>
      <w:spacing w:before="100" w:beforeAutospacing="1" w:after="100" w:afterAutospacing="1"/>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lang w:val="en-GB" w:eastAsia="en-GB"/>
      </w:rPr>
      <w:drawing>
        <wp:anchor distT="0" distB="0" distL="114300" distR="114300" simplePos="0" relativeHeight="251659264" behindDoc="0" locked="0" layoutInCell="1" allowOverlap="1">
          <wp:simplePos x="0" y="0"/>
          <wp:positionH relativeFrom="margin">
            <wp:posOffset>5474335</wp:posOffset>
          </wp:positionH>
          <wp:positionV relativeFrom="margin">
            <wp:posOffset>-1407795</wp:posOffset>
          </wp:positionV>
          <wp:extent cx="608965" cy="942975"/>
          <wp:effectExtent l="38100" t="0" r="19685" b="276225"/>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9410" r="15306" b="14092"/>
                  <a:stretch>
                    <a:fillRect/>
                  </a:stretch>
                </pic:blipFill>
                <pic:spPr bwMode="auto">
                  <a:xfrm>
                    <a:off x="0" y="0"/>
                    <a:ext cx="608965" cy="9429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ascii="Times New Roman" w:eastAsia="Times New Roman" w:hAnsi="Times New Roman" w:cs="Times New Roman"/>
        <w:b/>
        <w:bCs/>
        <w:noProof/>
        <w:sz w:val="24"/>
        <w:szCs w:val="24"/>
        <w:lang w:val="en-GB" w:eastAsia="en-GB"/>
      </w:rPr>
      <w:drawing>
        <wp:anchor distT="0" distB="0" distL="114300" distR="114300" simplePos="0" relativeHeight="251660288" behindDoc="0" locked="0" layoutInCell="1" allowOverlap="1">
          <wp:simplePos x="0" y="0"/>
          <wp:positionH relativeFrom="column">
            <wp:posOffset>-111125</wp:posOffset>
          </wp:positionH>
          <wp:positionV relativeFrom="paragraph">
            <wp:posOffset>142875</wp:posOffset>
          </wp:positionV>
          <wp:extent cx="726440" cy="937895"/>
          <wp:effectExtent l="38100" t="0" r="16510" b="262255"/>
          <wp:wrapNone/>
          <wp:docPr id="5" name="Picture 1" descr="C:\Users\User\Desktop\stema Romani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tema Romaniei.jpg"/>
                  <pic:cNvPicPr>
                    <a:picLocks noChangeAspect="1" noChangeArrowheads="1"/>
                  </pic:cNvPicPr>
                </pic:nvPicPr>
                <pic:blipFill>
                  <a:blip r:embed="rId2" cstate="print"/>
                  <a:srcRect/>
                  <a:stretch>
                    <a:fillRect/>
                  </a:stretch>
                </pic:blipFill>
                <pic:spPr bwMode="auto">
                  <a:xfrm>
                    <a:off x="0" y="0"/>
                    <a:ext cx="726440" cy="9378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7631DD" w:rsidRPr="00187F44" w:rsidRDefault="007631DD" w:rsidP="007631DD">
    <w:pPr>
      <w:spacing w:before="100" w:beforeAutospacing="1" w:after="100" w:afterAutospacing="1"/>
      <w:ind w:left="851"/>
      <w:jc w:val="center"/>
      <w:rPr>
        <w:rFonts w:ascii="Times New Roman" w:eastAsia="Times New Roman" w:hAnsi="Times New Roman" w:cs="Times New Roman"/>
        <w:sz w:val="24"/>
        <w:szCs w:val="24"/>
      </w:rPr>
    </w:pPr>
    <w:r w:rsidRPr="005D14FB">
      <w:rPr>
        <w:rFonts w:ascii="Times New Roman" w:eastAsia="Times New Roman" w:hAnsi="Times New Roman" w:cs="Times New Roman"/>
        <w:b/>
        <w:bCs/>
        <w:sz w:val="26"/>
        <w:szCs w:val="26"/>
      </w:rPr>
      <w:t>PRIMARIA COMUNEI AUGUSTIN</w:t>
    </w:r>
    <w:r w:rsidRPr="00187F44">
      <w:rPr>
        <w:rFonts w:ascii="Times New Roman" w:eastAsia="Times New Roman" w:hAnsi="Times New Roman" w:cs="Times New Roman"/>
        <w:sz w:val="24"/>
        <w:szCs w:val="24"/>
      </w:rPr>
      <w:br/>
    </w:r>
    <w:proofErr w:type="spellStart"/>
    <w:r w:rsidRPr="00187F44">
      <w:rPr>
        <w:rFonts w:ascii="Times New Roman" w:eastAsia="Times New Roman" w:hAnsi="Times New Roman" w:cs="Times New Roman"/>
        <w:sz w:val="24"/>
        <w:szCs w:val="24"/>
      </w:rPr>
      <w:t>Augustin</w:t>
    </w:r>
    <w:proofErr w:type="spellEnd"/>
    <w:r w:rsidRPr="00187F44">
      <w:rPr>
        <w:rFonts w:ascii="Times New Roman" w:eastAsia="Times New Roman" w:hAnsi="Times New Roman" w:cs="Times New Roman"/>
        <w:sz w:val="24"/>
        <w:szCs w:val="24"/>
      </w:rPr>
      <w:t xml:space="preserve"> – 507151, str. </w:t>
    </w:r>
    <w:proofErr w:type="spellStart"/>
    <w:r w:rsidRPr="00187F44">
      <w:rPr>
        <w:rFonts w:ascii="Times New Roman" w:eastAsia="Times New Roman" w:hAnsi="Times New Roman" w:cs="Times New Roman"/>
        <w:sz w:val="24"/>
        <w:szCs w:val="24"/>
      </w:rPr>
      <w:t>Lungă</w:t>
    </w:r>
    <w:proofErr w:type="spellEnd"/>
    <w:r w:rsidRPr="00187F4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Nr. 238, </w:t>
    </w:r>
    <w:proofErr w:type="spellStart"/>
    <w:r>
      <w:rPr>
        <w:rFonts w:ascii="Times New Roman" w:eastAsia="Times New Roman" w:hAnsi="Times New Roman" w:cs="Times New Roman"/>
        <w:sz w:val="24"/>
        <w:szCs w:val="24"/>
      </w:rPr>
      <w:t>jud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Brașov</w:t>
    </w:r>
    <w:proofErr w:type="spellEnd"/>
    <w:r>
      <w:rPr>
        <w:rFonts w:ascii="Times New Roman" w:eastAsia="Times New Roman" w:hAnsi="Times New Roman" w:cs="Times New Roman"/>
        <w:sz w:val="24"/>
        <w:szCs w:val="24"/>
      </w:rPr>
      <w:t xml:space="preserve">, C.I.F </w:t>
    </w:r>
    <w:r w:rsidRPr="00187F44">
      <w:rPr>
        <w:rFonts w:ascii="Times New Roman" w:eastAsia="Times New Roman" w:hAnsi="Times New Roman" w:cs="Times New Roman"/>
        <w:sz w:val="24"/>
        <w:szCs w:val="24"/>
      </w:rPr>
      <w:t>17490853</w:t>
    </w:r>
    <w:r w:rsidRPr="00187F44">
      <w:rPr>
        <w:rFonts w:ascii="Times New Roman" w:eastAsia="Times New Roman" w:hAnsi="Times New Roman" w:cs="Times New Roman"/>
        <w:sz w:val="24"/>
        <w:szCs w:val="24"/>
      </w:rPr>
      <w:br/>
      <w:t xml:space="preserve">Tel/Fax: 0374279816 E-mail: </w:t>
    </w:r>
    <w:r w:rsidRPr="00F97AC0">
      <w:rPr>
        <w:rFonts w:ascii="Times New Roman" w:eastAsia="Times New Roman" w:hAnsi="Times New Roman" w:cs="Times New Roman"/>
        <w:color w:val="0000FF"/>
        <w:sz w:val="24"/>
        <w:szCs w:val="24"/>
        <w:u w:val="single"/>
      </w:rPr>
      <w:t>primariaaugustin@yahoo.com</w:t>
    </w:r>
    <w:r w:rsidRPr="00187F44">
      <w:rPr>
        <w:rFonts w:ascii="Times New Roman" w:eastAsia="Times New Roman" w:hAnsi="Times New Roman" w:cs="Times New Roman"/>
        <w:sz w:val="24"/>
        <w:szCs w:val="24"/>
      </w:rPr>
      <w:br/>
    </w:r>
    <w:hyperlink r:id="rId3" w:history="1">
      <w:r w:rsidRPr="00187F44">
        <w:rPr>
          <w:rFonts w:ascii="Times New Roman" w:eastAsia="Times New Roman" w:hAnsi="Times New Roman" w:cs="Times New Roman"/>
          <w:color w:val="0000FF"/>
          <w:sz w:val="24"/>
          <w:szCs w:val="24"/>
          <w:u w:val="single"/>
        </w:rPr>
        <w:t>www.primariaaugustin.ro</w:t>
      </w:r>
    </w:hyperlink>
  </w:p>
  <w:p w:rsidR="00207BA3" w:rsidRPr="00F171DA" w:rsidRDefault="00207BA3" w:rsidP="00F171D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32F4F79"/>
    <w:multiLevelType w:val="hybridMultilevel"/>
    <w:tmpl w:val="97A06C10"/>
    <w:lvl w:ilvl="0" w:tplc="B9BE5D38">
      <w:numFmt w:val="bullet"/>
      <w:lvlText w:val="-"/>
      <w:lvlJc w:val="left"/>
      <w:pPr>
        <w:ind w:left="720" w:hanging="360"/>
      </w:pPr>
      <w:rPr>
        <w:rFonts w:ascii="Times New Roman" w:eastAsia="Times New Roman" w:hAnsi="Times New Roman" w:cs="Times New Roman" w:hint="default"/>
      </w:rPr>
    </w:lvl>
    <w:lvl w:ilvl="1" w:tplc="01489E1A">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0CC17DF5"/>
    <w:multiLevelType w:val="hybridMultilevel"/>
    <w:tmpl w:val="C4627004"/>
    <w:lvl w:ilvl="0" w:tplc="04090017">
      <w:start w:val="1"/>
      <w:numFmt w:val="lowerLetter"/>
      <w:lvlText w:val="%1)"/>
      <w:lvlJc w:val="left"/>
      <w:pPr>
        <w:ind w:left="750" w:hanging="360"/>
      </w:p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1">
    <w:nsid w:val="0E3D6AA7"/>
    <w:multiLevelType w:val="hybridMultilevel"/>
    <w:tmpl w:val="2A4CFCAE"/>
    <w:lvl w:ilvl="0" w:tplc="65C0F2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69200DE"/>
    <w:multiLevelType w:val="hybridMultilevel"/>
    <w:tmpl w:val="F24CFFAC"/>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17C46CA0"/>
    <w:multiLevelType w:val="hybridMultilevel"/>
    <w:tmpl w:val="A76A01C8"/>
    <w:lvl w:ilvl="0" w:tplc="0A4EB74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1AF96681"/>
    <w:multiLevelType w:val="multilevel"/>
    <w:tmpl w:val="5A3C0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B0365AF"/>
    <w:multiLevelType w:val="hybridMultilevel"/>
    <w:tmpl w:val="6F322CA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212B2740"/>
    <w:multiLevelType w:val="multilevel"/>
    <w:tmpl w:val="0E788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A9A0E7D"/>
    <w:multiLevelType w:val="hybridMultilevel"/>
    <w:tmpl w:val="153267D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nsid w:val="2BBD296F"/>
    <w:multiLevelType w:val="multilevel"/>
    <w:tmpl w:val="6A6E9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43A57EF"/>
    <w:multiLevelType w:val="hybridMultilevel"/>
    <w:tmpl w:val="8416D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D72639"/>
    <w:multiLevelType w:val="hybridMultilevel"/>
    <w:tmpl w:val="2B6AF8C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3EB8672C"/>
    <w:multiLevelType w:val="hybridMultilevel"/>
    <w:tmpl w:val="B5C61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2915CA"/>
    <w:multiLevelType w:val="hybridMultilevel"/>
    <w:tmpl w:val="1FBA9E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FD435DF"/>
    <w:multiLevelType w:val="hybridMultilevel"/>
    <w:tmpl w:val="B1020648"/>
    <w:lvl w:ilvl="0" w:tplc="B9BE5D3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564D2270"/>
    <w:multiLevelType w:val="hybridMultilevel"/>
    <w:tmpl w:val="A5B46584"/>
    <w:lvl w:ilvl="0" w:tplc="0A4EB740">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5">
    <w:nsid w:val="57274498"/>
    <w:multiLevelType w:val="hybridMultilevel"/>
    <w:tmpl w:val="98E8714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nsid w:val="58FD2579"/>
    <w:multiLevelType w:val="hybridMultilevel"/>
    <w:tmpl w:val="8F543574"/>
    <w:lvl w:ilvl="0" w:tplc="B9BE5D3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63157587"/>
    <w:multiLevelType w:val="hybridMultilevel"/>
    <w:tmpl w:val="185E3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97E6751"/>
    <w:multiLevelType w:val="multilevel"/>
    <w:tmpl w:val="B92EA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BAC7D55"/>
    <w:multiLevelType w:val="hybridMultilevel"/>
    <w:tmpl w:val="CD585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9"/>
  </w:num>
  <w:num w:numId="12">
    <w:abstractNumId w:val="21"/>
  </w:num>
  <w:num w:numId="13">
    <w:abstractNumId w:val="29"/>
  </w:num>
  <w:num w:numId="14">
    <w:abstractNumId w:val="27"/>
  </w:num>
  <w:num w:numId="15">
    <w:abstractNumId w:val="22"/>
  </w:num>
  <w:num w:numId="16">
    <w:abstractNumId w:val="11"/>
  </w:num>
  <w:num w:numId="17">
    <w:abstractNumId w:val="12"/>
  </w:num>
  <w:num w:numId="18">
    <w:abstractNumId w:val="9"/>
  </w:num>
  <w:num w:numId="19">
    <w:abstractNumId w:val="25"/>
  </w:num>
  <w:num w:numId="20">
    <w:abstractNumId w:val="23"/>
  </w:num>
  <w:num w:numId="21">
    <w:abstractNumId w:val="15"/>
  </w:num>
  <w:num w:numId="22">
    <w:abstractNumId w:val="20"/>
  </w:num>
  <w:num w:numId="23">
    <w:abstractNumId w:val="16"/>
  </w:num>
  <w:num w:numId="24">
    <w:abstractNumId w:val="18"/>
  </w:num>
  <w:num w:numId="25">
    <w:abstractNumId w:val="28"/>
  </w:num>
  <w:num w:numId="26">
    <w:abstractNumId w:val="26"/>
  </w:num>
  <w:num w:numId="27">
    <w:abstractNumId w:val="13"/>
  </w:num>
  <w:num w:numId="28">
    <w:abstractNumId w:val="24"/>
  </w:num>
  <w:num w:numId="29">
    <w:abstractNumId w:val="17"/>
  </w:num>
  <w:num w:numId="3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savePreviewPicture/>
  <w:hdrShapeDefaults>
    <o:shapedefaults v:ext="edit" spidmax="35842"/>
  </w:hdrShapeDefaults>
  <w:footnotePr>
    <w:footnote w:id="-1"/>
    <w:footnote w:id="0"/>
  </w:footnotePr>
  <w:endnotePr>
    <w:endnote w:id="-1"/>
    <w:endnote w:id="0"/>
  </w:endnotePr>
  <w:compat>
    <w:useFELayout/>
  </w:compat>
  <w:rsids>
    <w:rsidRoot w:val="00B47730"/>
    <w:rsid w:val="00026B51"/>
    <w:rsid w:val="00034616"/>
    <w:rsid w:val="0006063C"/>
    <w:rsid w:val="00084BA0"/>
    <w:rsid w:val="000923D0"/>
    <w:rsid w:val="000A5CBC"/>
    <w:rsid w:val="000D3D6F"/>
    <w:rsid w:val="000F7C8B"/>
    <w:rsid w:val="001503FA"/>
    <w:rsid w:val="0015074B"/>
    <w:rsid w:val="001655D4"/>
    <w:rsid w:val="001A17F3"/>
    <w:rsid w:val="001A36ED"/>
    <w:rsid w:val="001A5832"/>
    <w:rsid w:val="001B7AFA"/>
    <w:rsid w:val="001C571E"/>
    <w:rsid w:val="001D5886"/>
    <w:rsid w:val="00207BA3"/>
    <w:rsid w:val="00212AC0"/>
    <w:rsid w:val="00217E13"/>
    <w:rsid w:val="00247BC2"/>
    <w:rsid w:val="002668F7"/>
    <w:rsid w:val="00281961"/>
    <w:rsid w:val="00283F00"/>
    <w:rsid w:val="00291BEB"/>
    <w:rsid w:val="0029639D"/>
    <w:rsid w:val="002C43ED"/>
    <w:rsid w:val="002E45A0"/>
    <w:rsid w:val="002F6F42"/>
    <w:rsid w:val="00301C72"/>
    <w:rsid w:val="00305119"/>
    <w:rsid w:val="003145EF"/>
    <w:rsid w:val="00326F90"/>
    <w:rsid w:val="0035370A"/>
    <w:rsid w:val="003718BF"/>
    <w:rsid w:val="003871AA"/>
    <w:rsid w:val="003A550B"/>
    <w:rsid w:val="003B2FC5"/>
    <w:rsid w:val="00422FF1"/>
    <w:rsid w:val="004271F0"/>
    <w:rsid w:val="00427982"/>
    <w:rsid w:val="00435FD0"/>
    <w:rsid w:val="00442F02"/>
    <w:rsid w:val="004704E4"/>
    <w:rsid w:val="0047185E"/>
    <w:rsid w:val="00484A0C"/>
    <w:rsid w:val="004A137B"/>
    <w:rsid w:val="004E5247"/>
    <w:rsid w:val="005320C5"/>
    <w:rsid w:val="00555057"/>
    <w:rsid w:val="005B596E"/>
    <w:rsid w:val="00607E21"/>
    <w:rsid w:val="00621B03"/>
    <w:rsid w:val="006431BE"/>
    <w:rsid w:val="00644901"/>
    <w:rsid w:val="006924F3"/>
    <w:rsid w:val="006F7CC6"/>
    <w:rsid w:val="00720F2E"/>
    <w:rsid w:val="00722AE4"/>
    <w:rsid w:val="00747C25"/>
    <w:rsid w:val="00750C14"/>
    <w:rsid w:val="007631DD"/>
    <w:rsid w:val="007C457A"/>
    <w:rsid w:val="007D1287"/>
    <w:rsid w:val="0086377D"/>
    <w:rsid w:val="008A67C1"/>
    <w:rsid w:val="008D45B0"/>
    <w:rsid w:val="008F41E3"/>
    <w:rsid w:val="009158C0"/>
    <w:rsid w:val="00945725"/>
    <w:rsid w:val="0096475A"/>
    <w:rsid w:val="009649E9"/>
    <w:rsid w:val="00965D05"/>
    <w:rsid w:val="0097104E"/>
    <w:rsid w:val="009754E7"/>
    <w:rsid w:val="009A1549"/>
    <w:rsid w:val="009D6E7C"/>
    <w:rsid w:val="009D704C"/>
    <w:rsid w:val="009F5D76"/>
    <w:rsid w:val="00A57AA2"/>
    <w:rsid w:val="00A85149"/>
    <w:rsid w:val="00AA1D8D"/>
    <w:rsid w:val="00AB5884"/>
    <w:rsid w:val="00AC6E03"/>
    <w:rsid w:val="00B32D57"/>
    <w:rsid w:val="00B47730"/>
    <w:rsid w:val="00B67F68"/>
    <w:rsid w:val="00B80DB3"/>
    <w:rsid w:val="00C30EFC"/>
    <w:rsid w:val="00C461F0"/>
    <w:rsid w:val="00C62AB2"/>
    <w:rsid w:val="00C84CE1"/>
    <w:rsid w:val="00C92DB2"/>
    <w:rsid w:val="00C95521"/>
    <w:rsid w:val="00CB0664"/>
    <w:rsid w:val="00CC157B"/>
    <w:rsid w:val="00CE1BF5"/>
    <w:rsid w:val="00CE6DC2"/>
    <w:rsid w:val="00CF6A26"/>
    <w:rsid w:val="00DA7EF4"/>
    <w:rsid w:val="00DB37C6"/>
    <w:rsid w:val="00DC3DD7"/>
    <w:rsid w:val="00E02C6D"/>
    <w:rsid w:val="00E44877"/>
    <w:rsid w:val="00E54FCD"/>
    <w:rsid w:val="00E82325"/>
    <w:rsid w:val="00ED3DCD"/>
    <w:rsid w:val="00EE0EFB"/>
    <w:rsid w:val="00EE12FF"/>
    <w:rsid w:val="00EF6E11"/>
    <w:rsid w:val="00F13813"/>
    <w:rsid w:val="00F16F36"/>
    <w:rsid w:val="00F171DA"/>
    <w:rsid w:val="00F2642E"/>
    <w:rsid w:val="00F537FE"/>
    <w:rsid w:val="00F74E91"/>
    <w:rsid w:val="00FA783E"/>
    <w:rsid w:val="00FC37F5"/>
    <w:rsid w:val="00FC693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026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B51"/>
    <w:rPr>
      <w:rFonts w:ascii="Tahoma" w:hAnsi="Tahoma" w:cs="Tahoma"/>
      <w:sz w:val="16"/>
      <w:szCs w:val="16"/>
    </w:rPr>
  </w:style>
  <w:style w:type="character" w:styleId="Hyperlink">
    <w:name w:val="Hyperlink"/>
    <w:basedOn w:val="DefaultParagraphFont"/>
    <w:uiPriority w:val="99"/>
    <w:unhideWhenUsed/>
    <w:rsid w:val="00026B51"/>
    <w:rPr>
      <w:color w:val="0000FF" w:themeColor="hyperlink"/>
      <w:u w:val="single"/>
    </w:rPr>
  </w:style>
  <w:style w:type="paragraph" w:styleId="NormalWeb">
    <w:name w:val="Normal (Web)"/>
    <w:basedOn w:val="Normal"/>
    <w:uiPriority w:val="99"/>
    <w:unhideWhenUsed/>
    <w:qFormat/>
    <w:rsid w:val="004271F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alnttl">
    <w:name w:val="s_aln_ttl"/>
    <w:basedOn w:val="DefaultParagraphFont"/>
    <w:rsid w:val="00A85149"/>
  </w:style>
  <w:style w:type="character" w:customStyle="1" w:styleId="salnbdy">
    <w:name w:val="s_aln_bdy"/>
    <w:basedOn w:val="DefaultParagraphFont"/>
    <w:rsid w:val="00A85149"/>
  </w:style>
  <w:style w:type="character" w:customStyle="1" w:styleId="slitttl">
    <w:name w:val="s_lit_ttl"/>
    <w:basedOn w:val="DefaultParagraphFont"/>
    <w:rsid w:val="00A85149"/>
  </w:style>
  <w:style w:type="character" w:customStyle="1" w:styleId="slitbdy">
    <w:name w:val="s_lit_bdy"/>
    <w:basedOn w:val="DefaultParagraphFont"/>
    <w:rsid w:val="00A8514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41561783">
      <w:bodyDiv w:val="1"/>
      <w:marLeft w:val="0"/>
      <w:marRight w:val="0"/>
      <w:marTop w:val="0"/>
      <w:marBottom w:val="0"/>
      <w:divBdr>
        <w:top w:val="none" w:sz="0" w:space="0" w:color="auto"/>
        <w:left w:val="none" w:sz="0" w:space="0" w:color="auto"/>
        <w:bottom w:val="none" w:sz="0" w:space="0" w:color="auto"/>
        <w:right w:val="none" w:sz="0" w:space="0" w:color="auto"/>
      </w:divBdr>
      <w:divsChild>
        <w:div w:id="1021202454">
          <w:marLeft w:val="0"/>
          <w:marRight w:val="0"/>
          <w:marTop w:val="0"/>
          <w:marBottom w:val="0"/>
          <w:divBdr>
            <w:top w:val="none" w:sz="0" w:space="0" w:color="auto"/>
            <w:left w:val="none" w:sz="0" w:space="0" w:color="auto"/>
            <w:bottom w:val="none" w:sz="0" w:space="0" w:color="auto"/>
            <w:right w:val="none" w:sz="0" w:space="0" w:color="auto"/>
          </w:divBdr>
        </w:div>
      </w:divsChild>
    </w:div>
    <w:div w:id="48001187">
      <w:bodyDiv w:val="1"/>
      <w:marLeft w:val="0"/>
      <w:marRight w:val="0"/>
      <w:marTop w:val="0"/>
      <w:marBottom w:val="0"/>
      <w:divBdr>
        <w:top w:val="none" w:sz="0" w:space="0" w:color="auto"/>
        <w:left w:val="none" w:sz="0" w:space="0" w:color="auto"/>
        <w:bottom w:val="none" w:sz="0" w:space="0" w:color="auto"/>
        <w:right w:val="none" w:sz="0" w:space="0" w:color="auto"/>
      </w:divBdr>
    </w:div>
    <w:div w:id="132411170">
      <w:bodyDiv w:val="1"/>
      <w:marLeft w:val="0"/>
      <w:marRight w:val="0"/>
      <w:marTop w:val="0"/>
      <w:marBottom w:val="0"/>
      <w:divBdr>
        <w:top w:val="none" w:sz="0" w:space="0" w:color="auto"/>
        <w:left w:val="none" w:sz="0" w:space="0" w:color="auto"/>
        <w:bottom w:val="none" w:sz="0" w:space="0" w:color="auto"/>
        <w:right w:val="none" w:sz="0" w:space="0" w:color="auto"/>
      </w:divBdr>
      <w:divsChild>
        <w:div w:id="2000770037">
          <w:marLeft w:val="0"/>
          <w:marRight w:val="0"/>
          <w:marTop w:val="0"/>
          <w:marBottom w:val="0"/>
          <w:divBdr>
            <w:top w:val="none" w:sz="0" w:space="0" w:color="auto"/>
            <w:left w:val="none" w:sz="0" w:space="0" w:color="auto"/>
            <w:bottom w:val="none" w:sz="0" w:space="0" w:color="auto"/>
            <w:right w:val="none" w:sz="0" w:space="0" w:color="auto"/>
          </w:divBdr>
        </w:div>
      </w:divsChild>
    </w:div>
    <w:div w:id="160587811">
      <w:bodyDiv w:val="1"/>
      <w:marLeft w:val="0"/>
      <w:marRight w:val="0"/>
      <w:marTop w:val="0"/>
      <w:marBottom w:val="0"/>
      <w:divBdr>
        <w:top w:val="none" w:sz="0" w:space="0" w:color="auto"/>
        <w:left w:val="none" w:sz="0" w:space="0" w:color="auto"/>
        <w:bottom w:val="none" w:sz="0" w:space="0" w:color="auto"/>
        <w:right w:val="none" w:sz="0" w:space="0" w:color="auto"/>
      </w:divBdr>
    </w:div>
    <w:div w:id="242305227">
      <w:bodyDiv w:val="1"/>
      <w:marLeft w:val="0"/>
      <w:marRight w:val="0"/>
      <w:marTop w:val="0"/>
      <w:marBottom w:val="0"/>
      <w:divBdr>
        <w:top w:val="none" w:sz="0" w:space="0" w:color="auto"/>
        <w:left w:val="none" w:sz="0" w:space="0" w:color="auto"/>
        <w:bottom w:val="none" w:sz="0" w:space="0" w:color="auto"/>
        <w:right w:val="none" w:sz="0" w:space="0" w:color="auto"/>
      </w:divBdr>
    </w:div>
    <w:div w:id="525797674">
      <w:bodyDiv w:val="1"/>
      <w:marLeft w:val="0"/>
      <w:marRight w:val="0"/>
      <w:marTop w:val="0"/>
      <w:marBottom w:val="0"/>
      <w:divBdr>
        <w:top w:val="none" w:sz="0" w:space="0" w:color="auto"/>
        <w:left w:val="none" w:sz="0" w:space="0" w:color="auto"/>
        <w:bottom w:val="none" w:sz="0" w:space="0" w:color="auto"/>
        <w:right w:val="none" w:sz="0" w:space="0" w:color="auto"/>
      </w:divBdr>
      <w:divsChild>
        <w:div w:id="788012005">
          <w:marLeft w:val="0"/>
          <w:marRight w:val="0"/>
          <w:marTop w:val="0"/>
          <w:marBottom w:val="0"/>
          <w:divBdr>
            <w:top w:val="none" w:sz="0" w:space="0" w:color="auto"/>
            <w:left w:val="none" w:sz="0" w:space="0" w:color="auto"/>
            <w:bottom w:val="none" w:sz="0" w:space="0" w:color="auto"/>
            <w:right w:val="none" w:sz="0" w:space="0" w:color="auto"/>
          </w:divBdr>
        </w:div>
      </w:divsChild>
    </w:div>
    <w:div w:id="885920586">
      <w:bodyDiv w:val="1"/>
      <w:marLeft w:val="0"/>
      <w:marRight w:val="0"/>
      <w:marTop w:val="0"/>
      <w:marBottom w:val="0"/>
      <w:divBdr>
        <w:top w:val="none" w:sz="0" w:space="0" w:color="auto"/>
        <w:left w:val="none" w:sz="0" w:space="0" w:color="auto"/>
        <w:bottom w:val="none" w:sz="0" w:space="0" w:color="auto"/>
        <w:right w:val="none" w:sz="0" w:space="0" w:color="auto"/>
      </w:divBdr>
      <w:divsChild>
        <w:div w:id="926427771">
          <w:marLeft w:val="0"/>
          <w:marRight w:val="0"/>
          <w:marTop w:val="0"/>
          <w:marBottom w:val="0"/>
          <w:divBdr>
            <w:top w:val="none" w:sz="0" w:space="0" w:color="auto"/>
            <w:left w:val="none" w:sz="0" w:space="0" w:color="auto"/>
            <w:bottom w:val="none" w:sz="0" w:space="0" w:color="auto"/>
            <w:right w:val="none" w:sz="0" w:space="0" w:color="auto"/>
          </w:divBdr>
        </w:div>
      </w:divsChild>
    </w:div>
    <w:div w:id="1417749472">
      <w:bodyDiv w:val="1"/>
      <w:marLeft w:val="0"/>
      <w:marRight w:val="0"/>
      <w:marTop w:val="0"/>
      <w:marBottom w:val="0"/>
      <w:divBdr>
        <w:top w:val="none" w:sz="0" w:space="0" w:color="auto"/>
        <w:left w:val="none" w:sz="0" w:space="0" w:color="auto"/>
        <w:bottom w:val="none" w:sz="0" w:space="0" w:color="auto"/>
        <w:right w:val="none" w:sz="0" w:space="0" w:color="auto"/>
      </w:divBdr>
    </w:div>
    <w:div w:id="1428041115">
      <w:bodyDiv w:val="1"/>
      <w:marLeft w:val="0"/>
      <w:marRight w:val="0"/>
      <w:marTop w:val="0"/>
      <w:marBottom w:val="0"/>
      <w:divBdr>
        <w:top w:val="none" w:sz="0" w:space="0" w:color="auto"/>
        <w:left w:val="none" w:sz="0" w:space="0" w:color="auto"/>
        <w:bottom w:val="none" w:sz="0" w:space="0" w:color="auto"/>
        <w:right w:val="none" w:sz="0" w:space="0" w:color="auto"/>
      </w:divBdr>
      <w:divsChild>
        <w:div w:id="1485731350">
          <w:marLeft w:val="0"/>
          <w:marRight w:val="0"/>
          <w:marTop w:val="0"/>
          <w:marBottom w:val="0"/>
          <w:divBdr>
            <w:top w:val="none" w:sz="0" w:space="0" w:color="auto"/>
            <w:left w:val="none" w:sz="0" w:space="0" w:color="auto"/>
            <w:bottom w:val="none" w:sz="0" w:space="0" w:color="auto"/>
            <w:right w:val="none" w:sz="0" w:space="0" w:color="auto"/>
          </w:divBdr>
        </w:div>
      </w:divsChild>
    </w:div>
    <w:div w:id="1482892747">
      <w:bodyDiv w:val="1"/>
      <w:marLeft w:val="0"/>
      <w:marRight w:val="0"/>
      <w:marTop w:val="0"/>
      <w:marBottom w:val="0"/>
      <w:divBdr>
        <w:top w:val="none" w:sz="0" w:space="0" w:color="auto"/>
        <w:left w:val="none" w:sz="0" w:space="0" w:color="auto"/>
        <w:bottom w:val="none" w:sz="0" w:space="0" w:color="auto"/>
        <w:right w:val="none" w:sz="0" w:space="0" w:color="auto"/>
      </w:divBdr>
    </w:div>
    <w:div w:id="1594508981">
      <w:bodyDiv w:val="1"/>
      <w:marLeft w:val="0"/>
      <w:marRight w:val="0"/>
      <w:marTop w:val="0"/>
      <w:marBottom w:val="0"/>
      <w:divBdr>
        <w:top w:val="none" w:sz="0" w:space="0" w:color="auto"/>
        <w:left w:val="none" w:sz="0" w:space="0" w:color="auto"/>
        <w:bottom w:val="none" w:sz="0" w:space="0" w:color="auto"/>
        <w:right w:val="none" w:sz="0" w:space="0" w:color="auto"/>
      </w:divBdr>
    </w:div>
    <w:div w:id="2079552053">
      <w:bodyDiv w:val="1"/>
      <w:marLeft w:val="0"/>
      <w:marRight w:val="0"/>
      <w:marTop w:val="0"/>
      <w:marBottom w:val="0"/>
      <w:divBdr>
        <w:top w:val="none" w:sz="0" w:space="0" w:color="auto"/>
        <w:left w:val="none" w:sz="0" w:space="0" w:color="auto"/>
        <w:bottom w:val="none" w:sz="0" w:space="0" w:color="auto"/>
        <w:right w:val="none" w:sz="0" w:space="0" w:color="auto"/>
      </w:divBdr>
      <w:divsChild>
        <w:div w:id="14450358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augustin@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mariaaugustin@yahoo.com"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3" Type="http://schemas.openxmlformats.org/officeDocument/2006/relationships/hyperlink" Target="http://www.primariaaugustin.ro/" TargetMode="External"/><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7CA91-A0C9-4E6A-BDD1-64D495EED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1285</Words>
  <Characters>7329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cp:lastModifiedBy>
  <cp:revision>4</cp:revision>
  <cp:lastPrinted>2026-09-22T08:11:00Z</cp:lastPrinted>
  <dcterms:created xsi:type="dcterms:W3CDTF">2026-09-22T08:26:00Z</dcterms:created>
  <dcterms:modified xsi:type="dcterms:W3CDTF">2026-09-22T10:04:00Z</dcterms:modified>
</cp:coreProperties>
</file>