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7141C" w14:textId="77777777" w:rsidR="007B51D4" w:rsidRPr="002130C0" w:rsidRDefault="007B51D4" w:rsidP="007C797C">
      <w:pPr>
        <w:spacing w:before="120" w:after="60"/>
        <w:jc w:val="center"/>
        <w:rPr>
          <w:lang w:val="ro-RO" w:eastAsia="ro-RO"/>
        </w:rPr>
      </w:pPr>
      <w:r w:rsidRPr="002130C0">
        <w:rPr>
          <w:lang w:val="ro-RO" w:eastAsia="ro-RO"/>
        </w:rPr>
        <w:t>Anunț de angajare</w:t>
      </w:r>
    </w:p>
    <w:p w14:paraId="3A9B5721" w14:textId="77777777" w:rsidR="00640B05" w:rsidRPr="002130C0" w:rsidRDefault="00681A66" w:rsidP="00640B05">
      <w:pPr>
        <w:spacing w:after="20"/>
        <w:jc w:val="both"/>
        <w:rPr>
          <w:lang w:val="ro-RO" w:eastAsia="ro-RO" w:bidi="ro-RO"/>
        </w:rPr>
      </w:pPr>
      <w:r w:rsidRPr="002130C0">
        <w:rPr>
          <w:lang w:val="ro-RO" w:eastAsia="ro-RO"/>
        </w:rPr>
        <w:t>Serviciul Public Local de Administrare a Complexului Sportiv „KÉZDI” Municipiul Târgu Secuiesc organizează concurs pentru ocuparea, pe perioadă nedeterminată, a unui post contractual vacant de execuție:</w:t>
      </w:r>
    </w:p>
    <w:p w14:paraId="746A6879" w14:textId="77777777" w:rsidR="007C797C" w:rsidRPr="002130C0" w:rsidRDefault="007C797C" w:rsidP="00640B05">
      <w:pPr>
        <w:spacing w:before="120" w:after="60"/>
        <w:jc w:val="both"/>
        <w:rPr>
          <w:lang w:val="ro-RO"/>
        </w:rPr>
      </w:pPr>
      <w:r w:rsidRPr="002130C0">
        <w:rPr>
          <w:color w:val="000000" w:themeColor="text1"/>
          <w:lang w:val="ro-RO" w:eastAsia="ro-RO"/>
        </w:rPr>
        <w:t>Date privind postul</w:t>
      </w:r>
    </w:p>
    <w:p w14:paraId="3136E1D8" w14:textId="77777777" w:rsidR="007C797C" w:rsidRPr="002130C0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Denumirea postului: Referent</w:t>
      </w:r>
    </w:p>
    <w:p w14:paraId="2182E6EC" w14:textId="77777777" w:rsidR="007C797C" w:rsidRPr="002130C0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Gradul profesional: I</w:t>
      </w:r>
    </w:p>
    <w:p w14:paraId="35E1C234" w14:textId="77777777" w:rsidR="007C797C" w:rsidRPr="002130C0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Nivelul postului: de execuție</w:t>
      </w:r>
    </w:p>
    <w:p w14:paraId="30E40FE5" w14:textId="77777777" w:rsidR="007C797C" w:rsidRPr="002130C0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color w:val="000000" w:themeColor="text1"/>
          <w:lang w:val="ro-RO"/>
        </w:rPr>
      </w:pPr>
      <w:r w:rsidRPr="002130C0">
        <w:rPr>
          <w:lang w:val="ro-RO" w:eastAsia="ro-RO"/>
        </w:rPr>
        <w:t>Numărul posturilor: 1 post</w:t>
      </w:r>
    </w:p>
    <w:p w14:paraId="38429736" w14:textId="77777777" w:rsidR="007C797C" w:rsidRPr="002130C0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Perioada: nedeterminată</w:t>
      </w:r>
    </w:p>
    <w:p w14:paraId="6DAFD658" w14:textId="77777777" w:rsidR="007C797C" w:rsidRPr="002130C0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Durata timpului de lucru: normă întreagă, 8 ore/zi, 40 de ore/săptămână, conform graficului de lucru.</w:t>
      </w:r>
    </w:p>
    <w:p w14:paraId="0DBEE51C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Condiții generale</w:t>
      </w:r>
    </w:p>
    <w:p w14:paraId="6F680F74" w14:textId="77777777" w:rsidR="00276C63" w:rsidRPr="002130C0" w:rsidRDefault="00681A66" w:rsidP="007C797C">
      <w:p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Candidații trebuie să îndeplinească condițiile generale prevăzute la art. 15 din H.G. nr. 1336/2022, cu modificările și completările ulterioare.</w:t>
      </w:r>
    </w:p>
    <w:p w14:paraId="0625BC65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Condiții specifice pentru ocuparea postului</w:t>
      </w:r>
    </w:p>
    <w:p w14:paraId="70B92DDA" w14:textId="77777777" w:rsidR="00276C63" w:rsidRPr="002130C0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studii medii absolvite cu diplomă de bacalaureat;</w:t>
      </w:r>
    </w:p>
    <w:p w14:paraId="0B21091F" w14:textId="77777777" w:rsidR="00276C63" w:rsidRPr="002130C0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cunoștințe de bază privind utilizarea calculatorului, poștei electronice și programelor necesare evidenței și organizării activității;</w:t>
      </w:r>
    </w:p>
    <w:p w14:paraId="0D67A6BB" w14:textId="77777777" w:rsidR="00276C63" w:rsidRPr="002130C0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vechime în muncă: minimum 5 ani;</w:t>
      </w:r>
    </w:p>
    <w:p w14:paraId="5C741DD0" w14:textId="77777777" w:rsidR="00276C63" w:rsidRPr="002130C0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permis de conducere categoria B, valabil;</w:t>
      </w:r>
    </w:p>
    <w:p w14:paraId="6DA89225" w14:textId="77777777" w:rsidR="00276C63" w:rsidRPr="002130C0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seriozitate, responsabilitate, punctualitate, capacitate de organizare și planificare, coordonare a personalului, comunicare, luarea deciziilor operative și gestionarea situațiilor neprevăzute;</w:t>
      </w:r>
    </w:p>
    <w:p w14:paraId="76FB909F" w14:textId="77777777" w:rsidR="00276C63" w:rsidRPr="002130C0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 xml:space="preserve">disponibilitate pentru muncă în schimburi, inclusiv în zilele de sâmbătă și duminică și, după caz, în zilele de sărbătoare legală, în funcție de programul Sălii Polivalente „Kicsid Gábor”, Stadionului „Dr. </w:t>
      </w:r>
      <w:proofErr w:type="spellStart"/>
      <w:r w:rsidRPr="002130C0">
        <w:rPr>
          <w:lang w:val="ro-RO" w:eastAsia="ro-RO"/>
        </w:rPr>
        <w:t>Sinkovits</w:t>
      </w:r>
      <w:proofErr w:type="spellEnd"/>
      <w:r w:rsidRPr="002130C0">
        <w:rPr>
          <w:lang w:val="ro-RO" w:eastAsia="ro-RO"/>
        </w:rPr>
        <w:t xml:space="preserve">” și </w:t>
      </w:r>
      <w:proofErr w:type="spellStart"/>
      <w:r w:rsidRPr="002130C0">
        <w:rPr>
          <w:lang w:val="ro-RO" w:eastAsia="ro-RO"/>
        </w:rPr>
        <w:t>Hostelului</w:t>
      </w:r>
      <w:proofErr w:type="spellEnd"/>
      <w:r w:rsidRPr="002130C0">
        <w:rPr>
          <w:lang w:val="ro-RO" w:eastAsia="ro-RO"/>
        </w:rPr>
        <w:t xml:space="preserve"> Sport.</w:t>
      </w:r>
    </w:p>
    <w:p w14:paraId="2BE81548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Principalele atribuții ale postului</w:t>
      </w:r>
    </w:p>
    <w:p w14:paraId="018525D4" w14:textId="77777777" w:rsidR="00276C63" w:rsidRPr="002130C0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 xml:space="preserve">coordonarea, organizarea și urmărirea activității zilnice a Sălii Polivalente „Kicsid Gábor”, Stadionului „Dr. </w:t>
      </w:r>
      <w:proofErr w:type="spellStart"/>
      <w:r w:rsidRPr="002130C0">
        <w:rPr>
          <w:lang w:val="ro-RO" w:eastAsia="ro-RO"/>
        </w:rPr>
        <w:t>Sinkovits</w:t>
      </w:r>
      <w:proofErr w:type="spellEnd"/>
      <w:r w:rsidRPr="002130C0">
        <w:rPr>
          <w:lang w:val="ro-RO" w:eastAsia="ro-RO"/>
        </w:rPr>
        <w:t xml:space="preserve">” și </w:t>
      </w:r>
      <w:proofErr w:type="spellStart"/>
      <w:r w:rsidRPr="002130C0">
        <w:rPr>
          <w:lang w:val="ro-RO" w:eastAsia="ro-RO"/>
        </w:rPr>
        <w:t>Hostelului</w:t>
      </w:r>
      <w:proofErr w:type="spellEnd"/>
      <w:r w:rsidRPr="002130C0">
        <w:rPr>
          <w:lang w:val="ro-RO" w:eastAsia="ro-RO"/>
        </w:rPr>
        <w:t xml:space="preserve"> Sport, conform programelor de funcționare și dispozițiilor Șefului Serviciului;</w:t>
      </w:r>
    </w:p>
    <w:p w14:paraId="6C08F21B" w14:textId="77777777" w:rsidR="00276C63" w:rsidRPr="002130C0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coordonarea activității personalului din cadrul obiectivelor aflate în responsabilitatea sa, repartizarea sarcinilor zilnice și verificarea îndeplinirii acestora;</w:t>
      </w:r>
    </w:p>
    <w:p w14:paraId="2E3CE993" w14:textId="77777777" w:rsidR="00276C63" w:rsidRPr="002130C0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întocmirea sau propunerea programului de lucru și urmărirea prezenței personalului, cu informarea Șefului Serviciului asupra situațiilor constatate;</w:t>
      </w:r>
    </w:p>
    <w:p w14:paraId="71D983D7" w14:textId="77777777" w:rsidR="00276C63" w:rsidRPr="002130C0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 xml:space="preserve">urmărirea programelor de utilizare ale Sălii Polivalente și Stadionului, precum și organizarea și desfășurarea corespunzătoare a activității </w:t>
      </w:r>
      <w:proofErr w:type="spellStart"/>
      <w:r w:rsidRPr="002130C0">
        <w:rPr>
          <w:lang w:val="ro-RO" w:eastAsia="ro-RO"/>
        </w:rPr>
        <w:t>Hostelului</w:t>
      </w:r>
      <w:proofErr w:type="spellEnd"/>
      <w:r w:rsidRPr="002130C0">
        <w:rPr>
          <w:lang w:val="ro-RO" w:eastAsia="ro-RO"/>
        </w:rPr>
        <w:t xml:space="preserve"> Sport;</w:t>
      </w:r>
    </w:p>
    <w:p w14:paraId="40A3CE56" w14:textId="77777777" w:rsidR="00276C63" w:rsidRPr="002130C0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urmărirea stării clădirilor, terenurilor, instalațiilor, echipamentelor, dotărilor și spațiilor aferente obiectivelor coordonate și semnalarea imediată a defecțiunilor sau avariilor;</w:t>
      </w:r>
    </w:p>
    <w:p w14:paraId="672F7D33" w14:textId="77777777" w:rsidR="00276C63" w:rsidRPr="002130C0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 xml:space="preserve">coordonarea pregătirii Sălii Polivalente și Stadionului pentru antrenamente, competiții și evenimente, precum și a </w:t>
      </w:r>
      <w:proofErr w:type="spellStart"/>
      <w:r w:rsidRPr="002130C0">
        <w:rPr>
          <w:lang w:val="ro-RO" w:eastAsia="ro-RO"/>
        </w:rPr>
        <w:t>Hostelului</w:t>
      </w:r>
      <w:proofErr w:type="spellEnd"/>
      <w:r w:rsidRPr="002130C0">
        <w:rPr>
          <w:lang w:val="ro-RO" w:eastAsia="ro-RO"/>
        </w:rPr>
        <w:t xml:space="preserve"> Sport pentru activitățile de cazare și colaborarea cu cluburile, organizatorii, utilizatorii și persoanele cazate.</w:t>
      </w:r>
    </w:p>
    <w:p w14:paraId="23E30411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Dosarul de concurs</w:t>
      </w:r>
    </w:p>
    <w:p w14:paraId="571FC14A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formular de înscriere la concurs;</w:t>
      </w:r>
    </w:p>
    <w:p w14:paraId="784707CD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copia actului de identitate;</w:t>
      </w:r>
    </w:p>
    <w:p w14:paraId="58032E18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copia certificatului de căsătorie sau a altui document prin care s-a realizat schimbarea de nume, după caz;</w:t>
      </w:r>
    </w:p>
    <w:p w14:paraId="0D0C3AD8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copiile documentelor care atestă nivelul studiilor, inclusiv diploma de bacalaureat;</w:t>
      </w:r>
    </w:p>
    <w:p w14:paraId="293A2811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copia carnetului de muncă, adeverințe eliberate de angajatori sau alte documente care atestă vechimea în muncă de minimum 5 ani;</w:t>
      </w:r>
    </w:p>
    <w:p w14:paraId="371FE579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/>
        </w:rPr>
        <w:t>copia permisului de conducere categoria B;</w:t>
      </w:r>
    </w:p>
    <w:p w14:paraId="5DB32FDE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certificat de cazier judiciar sau, după caz, extras de pe cazierul judiciar;</w:t>
      </w:r>
    </w:p>
    <w:p w14:paraId="3E403A7B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adeverință medicală care să ateste starea de sănătate corespunzătoare postului;</w:t>
      </w:r>
    </w:p>
    <w:p w14:paraId="41104A90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certificat de integritate comportamentală, în cazurile prevăzute de lege;</w:t>
      </w:r>
    </w:p>
    <w:p w14:paraId="290953E6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curriculum vitae, model comun european;</w:t>
      </w:r>
    </w:p>
    <w:p w14:paraId="65E4735F" w14:textId="77777777" w:rsidR="00276C63" w:rsidRPr="002130C0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alte documente prevăzute de legislația aplicabilă, după caz.</w:t>
      </w:r>
    </w:p>
    <w:p w14:paraId="082AF508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Etapele concursului</w:t>
      </w:r>
    </w:p>
    <w:p w14:paraId="7306EE7F" w14:textId="77777777" w:rsidR="00276C63" w:rsidRPr="002130C0" w:rsidRDefault="00681A66" w:rsidP="007C797C">
      <w:pPr>
        <w:pStyle w:val="ListBullet"/>
        <w:numPr>
          <w:ilvl w:val="0"/>
          <w:numId w:val="16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selecția dosarelor de concurs;</w:t>
      </w:r>
    </w:p>
    <w:p w14:paraId="6BF87FFC" w14:textId="77777777" w:rsidR="00276C63" w:rsidRPr="002130C0" w:rsidRDefault="00681A66" w:rsidP="007C797C">
      <w:pPr>
        <w:pStyle w:val="ListBullet"/>
        <w:numPr>
          <w:ilvl w:val="0"/>
          <w:numId w:val="16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proba scrisă;</w:t>
      </w:r>
    </w:p>
    <w:p w14:paraId="3752DE82" w14:textId="77777777" w:rsidR="00276C63" w:rsidRPr="002130C0" w:rsidRDefault="00681A66" w:rsidP="007C797C">
      <w:pPr>
        <w:pStyle w:val="ListBullet"/>
        <w:numPr>
          <w:ilvl w:val="0"/>
          <w:numId w:val="16"/>
        </w:num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interviul.</w:t>
      </w:r>
    </w:p>
    <w:p w14:paraId="012EF3BA" w14:textId="77777777" w:rsidR="00276C63" w:rsidRPr="002130C0" w:rsidRDefault="00681A66" w:rsidP="007C797C">
      <w:p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La proba scrisă pot participa numai candidații declarați admiși în urma selecției dosarelor. La interviu pot participa numai candidații declarați admiși la proba scrisă.</w:t>
      </w:r>
    </w:p>
    <w:p w14:paraId="0148D987" w14:textId="77777777" w:rsidR="00EA68DA" w:rsidRPr="002130C0" w:rsidRDefault="008D0611">
      <w:pPr>
        <w:spacing w:before="120" w:after="60"/>
        <w:jc w:val="both"/>
        <w:rPr>
          <w:lang w:val="ro-RO"/>
        </w:rPr>
      </w:pPr>
      <w:r w:rsidRPr="002130C0">
        <w:rPr>
          <w:lang w:val="ro-RO"/>
        </w:rPr>
        <w:t>Bibliografie</w:t>
      </w:r>
    </w:p>
    <w:p w14:paraId="62CDB0F0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1. Legea nr. 53/2003 – Codul muncii, republicată, cu modificările și completările ulterioare – Titlul III „Timpul de muncă și timpul de odihnă”, cu accent pe art. 112, art. 114, art. 120 alin. (2), art. 122 alin. (1) și art. 137 alin. (1).</w:t>
      </w:r>
    </w:p>
    <w:p w14:paraId="0809C290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2. Legea nr. 319/2006 a securității și sănătății în muncă, cu modificările și completările ulterioare – Capitolul IV „Obligațiile lucrătorilor”, art. 22 și art. 23.</w:t>
      </w:r>
    </w:p>
    <w:p w14:paraId="7979D198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3. Hotărârea Consiliului Local al Municipiului Târgu Secuiesc nr. 100/2026 și anexele acesteia – în special Anexa nr. 2 „Regulamentul Serviciului Public Local de Administrare a Complexului Sportiv „KÉZDI” al Municipiului Târgu Secuiesc”, art. 7, art. 9, art. 11, art. 14, art. 15 și art. 21.</w:t>
      </w:r>
    </w:p>
    <w:p w14:paraId="516AB8C4" w14:textId="77777777" w:rsidR="00EA68DA" w:rsidRPr="002130C0" w:rsidRDefault="00EA68DA">
      <w:pPr>
        <w:spacing w:after="20"/>
        <w:jc w:val="both"/>
        <w:rPr>
          <w:lang w:val="ro-RO"/>
        </w:rPr>
      </w:pPr>
    </w:p>
    <w:p w14:paraId="063F1D7C" w14:textId="77777777" w:rsidR="00EA68DA" w:rsidRPr="002130C0" w:rsidRDefault="008D0611">
      <w:pPr>
        <w:spacing w:before="120" w:after="60"/>
        <w:jc w:val="both"/>
        <w:rPr>
          <w:lang w:val="ro-RO"/>
        </w:rPr>
      </w:pPr>
      <w:r w:rsidRPr="002130C0">
        <w:rPr>
          <w:lang w:val="ro-RO"/>
        </w:rPr>
        <w:t>Tematică</w:t>
      </w:r>
    </w:p>
    <w:p w14:paraId="3E5ACF33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1. Durata normală și durata maximă legală a timpului de muncă.</w:t>
      </w:r>
    </w:p>
    <w:p w14:paraId="3CCBB75C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2. Munca suplimentară: condiții de efectuare și compensarea prin ore libere plătite.</w:t>
      </w:r>
    </w:p>
    <w:p w14:paraId="6E462A79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3. Repausul săptămânal.</w:t>
      </w:r>
    </w:p>
    <w:p w14:paraId="14D84CEF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4. Obligațiile lucrătorilor în domeniul securității și sănătății în muncă.</w:t>
      </w:r>
    </w:p>
    <w:p w14:paraId="490C32BB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5. Utilizarea corectă a mașinilor, aparaturii, uneltelor și echipamentului individual de protecție.</w:t>
      </w:r>
    </w:p>
    <w:p w14:paraId="74031BD4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6. Interdicția modificării sau înlăturării arbitrare a dispozitivelor de securitate.</w:t>
      </w:r>
    </w:p>
    <w:p w14:paraId="364F836F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7. Obligația de comunicare imediată a situațiilor de muncă periculoase și a deficiențelor sistemelor de protecție.</w:t>
      </w:r>
    </w:p>
    <w:p w14:paraId="23721710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8. Scopul și regulile de funcționare ale Serviciului Public Local de Administrare a Complexului Sportiv „KÉZDI”.</w:t>
      </w:r>
    </w:p>
    <w:p w14:paraId="6AEB7D34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9. Accesul utilizatorilor în Complexul Sportiv „KÉZDI” și situațiile în care accesul poate fi refuzat.</w:t>
      </w:r>
    </w:p>
    <w:p w14:paraId="672F1D2A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10. Prioritatea competițiilor și antrenamentelor cluburilor în utilizarea facilităților.</w:t>
      </w:r>
    </w:p>
    <w:p w14:paraId="157EB60B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11. Reguli specifice de utilizare pentru Sala Polivalentă „Kicsid Gábor” (încălțăminte curată pe parchet) și Stadionul „Dr. </w:t>
      </w:r>
      <w:proofErr w:type="spellStart"/>
      <w:r w:rsidRPr="002130C0">
        <w:rPr>
          <w:lang w:val="ro-RO"/>
        </w:rPr>
        <w:t>Sinkovits</w:t>
      </w:r>
      <w:proofErr w:type="spellEnd"/>
      <w:r w:rsidRPr="002130C0">
        <w:rPr>
          <w:lang w:val="ro-RO"/>
        </w:rPr>
        <w:t>” (acces pe gazon doar pentru sportivi).</w:t>
      </w:r>
    </w:p>
    <w:p w14:paraId="391A790C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12. Întreținerea și repararea sistemelor și instalațiilor tehnice de către personal calificat și autorizat.</w:t>
      </w:r>
    </w:p>
    <w:p w14:paraId="47A28BEA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13. Întreținerea gazonului natural al Stadionului „Dr. </w:t>
      </w:r>
      <w:proofErr w:type="spellStart"/>
      <w:r w:rsidRPr="002130C0">
        <w:rPr>
          <w:lang w:val="ro-RO"/>
        </w:rPr>
        <w:t>Sinkovits</w:t>
      </w:r>
      <w:proofErr w:type="spellEnd"/>
      <w:r w:rsidRPr="002130C0">
        <w:rPr>
          <w:lang w:val="ro-RO"/>
        </w:rPr>
        <w:t>”: tundere regulată, fertilizare, aerisire, irigație și tratare fitosanitară, conform standardelor specifice terenurilor de fotbal.</w:t>
      </w:r>
    </w:p>
    <w:p w14:paraId="41DE5F95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14. Curățarea și întreținerea zilnică a parchetului Sălii Polivalente „Kicsid Gábor”, utilizând produse speciale pentru suprafețe sportive.</w:t>
      </w:r>
    </w:p>
    <w:p w14:paraId="0B05AD3A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15. Respectarea normelor de protecție a muncii, securitate și sănătate în muncă (SSM), prevenire și stingere a incendiilor (PSI) și a legislației de protecție a mediului în activitățile tehnice și de întreținere.</w:t>
      </w:r>
    </w:p>
    <w:p w14:paraId="73D3323B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>Notă: Actele normative se studiază în forma în vigoare la data organizării concursului.</w:t>
      </w:r>
    </w:p>
    <w:p w14:paraId="083AE910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Depunerea dosarelor</w:t>
      </w:r>
    </w:p>
    <w:p w14:paraId="570BC661" w14:textId="77777777" w:rsidR="00276C63" w:rsidRPr="002130C0" w:rsidRDefault="00681A66" w:rsidP="007C797C">
      <w:pPr>
        <w:spacing w:after="20"/>
        <w:jc w:val="both"/>
        <w:rPr>
          <w:lang w:val="ro-RO" w:eastAsia="ro-RO" w:bidi="ro-RO"/>
        </w:rPr>
      </w:pPr>
      <w:r w:rsidRPr="002130C0">
        <w:rPr>
          <w:lang w:val="ro-RO"/>
        </w:rPr>
        <w:t xml:space="preserve">Dosarele de concurs se depun la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Sport, sala de conferință, etaj III, până la data de 01.10.2026, ora 12:00.</w:t>
      </w:r>
    </w:p>
    <w:p w14:paraId="79C66096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Calendarul concursului</w:t>
      </w:r>
    </w:p>
    <w:p w14:paraId="08D2F901" w14:textId="77777777" w:rsidR="002130C0" w:rsidRPr="002130C0" w:rsidRDefault="002130C0" w:rsidP="002130C0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Calendarul concursului</w:t>
      </w:r>
    </w:p>
    <w:p w14:paraId="20A74EEB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Data publicării anunțului: 21.09.2026;</w:t>
      </w:r>
    </w:p>
    <w:p w14:paraId="4D8B3FA6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/>
        </w:rPr>
        <w:t>Termenul-limită pentru depunerea dosarelor: 05.10.2026, ora 14:00;</w:t>
      </w:r>
    </w:p>
    <w:p w14:paraId="72159892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Selecția dosarelor: 06.10.2026;</w:t>
      </w:r>
    </w:p>
    <w:p w14:paraId="418B0E01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Afișarea rezultatului selecției dosarelor: 06.10.2026, ora 15:00;</w:t>
      </w:r>
    </w:p>
    <w:p w14:paraId="0EA504AC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Depunerea contestațiilor privind selecția dosarelor: până la 07.10.2026, ora 15:00;</w:t>
      </w:r>
    </w:p>
    <w:p w14:paraId="6BB0F8D3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Soluționarea și afișarea rezultatului contestațiilor privind selecția dosarelor: până la 08.10.2026, ora 15:00;</w:t>
      </w:r>
    </w:p>
    <w:p w14:paraId="7F469549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Proba scrisă: 12.10.2026, ora 09:00;</w:t>
      </w:r>
    </w:p>
    <w:p w14:paraId="51D9FB3E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/>
        </w:rPr>
        <w:t>Afișarea rezultatului probei scrise: 12.10.2026, ora 15:00;</w:t>
      </w:r>
    </w:p>
    <w:p w14:paraId="32885EC1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/>
        </w:rPr>
        <w:t>Depunerea contestațiilor privind rezultatul probei scrise: până la 13.10.2026, ora 15:00;</w:t>
      </w:r>
    </w:p>
    <w:p w14:paraId="34A7D4CD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/>
        </w:rPr>
        <w:t>Soluționarea și afișarea rezultatului contestațiilor privind proba scrisă: până la 14.10.2026, ora 15:00;</w:t>
      </w:r>
    </w:p>
    <w:p w14:paraId="259B8947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/>
        </w:rPr>
        <w:t>Interviul: 15.10.2026, ora 09:00;</w:t>
      </w:r>
    </w:p>
    <w:p w14:paraId="5AEE233C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Afișarea rezultatului interviului: 15.10.2026, ora 15:00;</w:t>
      </w:r>
    </w:p>
    <w:p w14:paraId="7CCAA8B5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Depunerea contestațiilor privind rezultatul interviului: până la 16.10.2026, ora 15:00;</w:t>
      </w:r>
    </w:p>
    <w:p w14:paraId="05B727E3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Soluționarea și afișarea rezultatului contestațiilor privind interviul: până la 19.10.2026, ora 15:00;</w:t>
      </w:r>
    </w:p>
    <w:p w14:paraId="5E81D3F4" w14:textId="77777777" w:rsidR="002130C0" w:rsidRPr="002130C0" w:rsidRDefault="002130C0" w:rsidP="002130C0">
      <w:pPr>
        <w:pStyle w:val="ListBullet"/>
        <w:numPr>
          <w:ilvl w:val="0"/>
          <w:numId w:val="13"/>
        </w:numPr>
        <w:rPr>
          <w:lang w:val="ro-RO"/>
        </w:rPr>
      </w:pPr>
      <w:r w:rsidRPr="002130C0">
        <w:rPr>
          <w:lang w:val="ro-RO" w:eastAsia="ro-RO"/>
        </w:rPr>
        <w:t>Afișarea rezultatului final: 20.10.2026, ora 10:00.</w:t>
      </w:r>
    </w:p>
    <w:p w14:paraId="56327059" w14:textId="77777777" w:rsidR="00276C63" w:rsidRPr="002130C0" w:rsidRDefault="00681A66" w:rsidP="007C797C">
      <w:pPr>
        <w:spacing w:after="20"/>
        <w:jc w:val="both"/>
        <w:rPr>
          <w:lang w:val="ro-RO"/>
        </w:rPr>
      </w:pPr>
      <w:r w:rsidRPr="002130C0">
        <w:rPr>
          <w:lang w:val="ro-RO"/>
        </w:rPr>
        <w:t>Locul desfășurării probei scrise și a interviului: Patinoarul Artificial „Deme László”, etaj I.</w:t>
      </w:r>
    </w:p>
    <w:p w14:paraId="680CEFD4" w14:textId="77777777" w:rsidR="00276C63" w:rsidRPr="002130C0" w:rsidRDefault="00681A66" w:rsidP="007C797C">
      <w:p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Contestațiile se depun în termenele și condițiile prevăzute de H.G. nr. 1336/2022, cu modificările și completările ulterioare.</w:t>
      </w:r>
    </w:p>
    <w:p w14:paraId="53598EA0" w14:textId="77777777" w:rsidR="00276C63" w:rsidRPr="002130C0" w:rsidRDefault="00681A66" w:rsidP="007C797C">
      <w:pPr>
        <w:spacing w:before="120" w:after="60"/>
        <w:jc w:val="both"/>
        <w:rPr>
          <w:lang w:val="ro-RO"/>
        </w:rPr>
      </w:pPr>
      <w:r w:rsidRPr="002130C0">
        <w:rPr>
          <w:lang w:val="ro-RO" w:eastAsia="ro-RO" w:bidi="ro-RO"/>
        </w:rPr>
        <w:t>Informații suplimentare</w:t>
      </w:r>
    </w:p>
    <w:p w14:paraId="2DC17E92" w14:textId="77777777" w:rsidR="00276C63" w:rsidRPr="002130C0" w:rsidRDefault="00681A66" w:rsidP="007C797C">
      <w:pPr>
        <w:spacing w:after="20"/>
        <w:jc w:val="both"/>
        <w:rPr>
          <w:lang w:val="ro-RO"/>
        </w:rPr>
      </w:pPr>
      <w:r w:rsidRPr="002130C0">
        <w:rPr>
          <w:lang w:val="ro-RO" w:eastAsia="ro-RO" w:bidi="ro-RO"/>
        </w:rPr>
        <w:t>Desfășurarea concursului, precum și rezultatele fiecărei etape, vor putea fi urmărite pe pagina de internet www.kezdi.ro, unde vor fi publicate toate informațiile și rezultatele aferente concursului.</w:t>
      </w:r>
    </w:p>
    <w:p w14:paraId="732176D6" w14:textId="77777777" w:rsidR="00276C63" w:rsidRPr="002130C0" w:rsidRDefault="00681A66" w:rsidP="007C797C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Relații suplimentare privind concursul, condițiile de participare și documentele necesare se pot obține la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Sport, sala de conferință, etaj III, precum și la numărul de telefon 0785070050.</w:t>
      </w:r>
    </w:p>
    <w:p w14:paraId="65D8DABD" w14:textId="77777777" w:rsidR="00532033" w:rsidRPr="002130C0" w:rsidRDefault="00532033" w:rsidP="007C797C">
      <w:pPr>
        <w:spacing w:after="20"/>
        <w:rPr>
          <w:lang w:val="ro-RO" w:eastAsia="ro-RO" w:bidi="ro-RO"/>
        </w:rPr>
      </w:pPr>
    </w:p>
    <w:p w14:paraId="4B4C6D2F" w14:textId="77777777" w:rsidR="00276C63" w:rsidRPr="002130C0" w:rsidRDefault="00681A66" w:rsidP="007C797C">
      <w:pPr>
        <w:spacing w:after="20"/>
        <w:rPr>
          <w:lang w:val="ro-RO"/>
        </w:rPr>
      </w:pPr>
      <w:r w:rsidRPr="002130C0">
        <w:rPr>
          <w:lang w:val="ro-RO" w:eastAsia="ro-RO" w:bidi="ro-RO"/>
        </w:rPr>
        <w:t>Șef Serviciu,</w:t>
      </w:r>
      <w:r w:rsidRPr="002130C0">
        <w:rPr>
          <w:lang w:val="ro-RO" w:eastAsia="ro-RO" w:bidi="ro-RO"/>
        </w:rPr>
        <w:br/>
        <w:t xml:space="preserve">Szabó Zsolt </w:t>
      </w:r>
      <w:proofErr w:type="spellStart"/>
      <w:r w:rsidRPr="002130C0">
        <w:rPr>
          <w:lang w:val="ro-RO" w:eastAsia="ro-RO" w:bidi="ro-RO"/>
        </w:rPr>
        <w:t>Dezső</w:t>
      </w:r>
      <w:proofErr w:type="spellEnd"/>
    </w:p>
    <w:p w14:paraId="4E058CD3" w14:textId="77777777" w:rsidR="00C20BF6" w:rsidRPr="002130C0" w:rsidRDefault="00B658CD" w:rsidP="007C797C">
      <w:pPr>
        <w:pageBreakBefore/>
        <w:spacing w:before="120" w:after="60"/>
        <w:jc w:val="center"/>
        <w:rPr>
          <w:lang w:val="ro-RO" w:eastAsia="ro-RO"/>
        </w:rPr>
      </w:pPr>
      <w:proofErr w:type="spellStart"/>
      <w:r w:rsidRPr="002130C0">
        <w:rPr>
          <w:lang w:val="ro-RO"/>
        </w:rPr>
        <w:t>Álláshirdetés</w:t>
      </w:r>
      <w:proofErr w:type="spellEnd"/>
    </w:p>
    <w:p w14:paraId="45F851F2" w14:textId="77777777" w:rsidR="007C797C" w:rsidRPr="002130C0" w:rsidRDefault="007C797C" w:rsidP="007C797C">
      <w:pPr>
        <w:spacing w:after="20"/>
        <w:jc w:val="both"/>
        <w:rPr>
          <w:lang w:val="ro-RO" w:bidi="hu-HU"/>
        </w:rPr>
      </w:pPr>
      <w:r w:rsidRPr="002130C0">
        <w:rPr>
          <w:lang w:val="ro-RO"/>
        </w:rPr>
        <w:t xml:space="preserve">Kézdivásárhely </w:t>
      </w:r>
      <w:proofErr w:type="spellStart"/>
      <w:r w:rsidRPr="002130C0">
        <w:rPr>
          <w:lang w:val="ro-RO"/>
        </w:rPr>
        <w:t>Municípium</w:t>
      </w:r>
      <w:proofErr w:type="spellEnd"/>
      <w:r w:rsidRPr="002130C0">
        <w:rPr>
          <w:lang w:val="ro-RO"/>
        </w:rPr>
        <w:t xml:space="preserve"> „KÉZDI” </w:t>
      </w:r>
      <w:proofErr w:type="spellStart"/>
      <w:r w:rsidRPr="002130C0">
        <w:rPr>
          <w:lang w:val="ro-RO"/>
        </w:rPr>
        <w:t>Sportkomplexumát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Működtető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Közszolgálat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versenyvizsgát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hirdet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egy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határozatlan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időre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betöltendő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szerződéses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végrehajtói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állás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betöltésére</w:t>
      </w:r>
      <w:proofErr w:type="spellEnd"/>
      <w:r w:rsidRPr="002130C0">
        <w:rPr>
          <w:lang w:val="ro-RO"/>
        </w:rPr>
        <w:t>:</w:t>
      </w:r>
    </w:p>
    <w:p w14:paraId="626C7BD7" w14:textId="77777777" w:rsidR="007C797C" w:rsidRPr="002130C0" w:rsidRDefault="007C797C" w:rsidP="007C797C">
      <w:pPr>
        <w:spacing w:before="120" w:beforeAutospacing="1" w:after="60" w:afterAutospacing="1"/>
        <w:outlineLvl w:val="0"/>
        <w:rPr>
          <w:bCs/>
          <w:kern w:val="36"/>
          <w:lang w:val="ro-RO"/>
        </w:rPr>
      </w:pPr>
      <w:r w:rsidRPr="002130C0">
        <w:rPr>
          <w:bCs/>
          <w:kern w:val="36"/>
          <w:lang w:val="ro-RO"/>
        </w:rPr>
        <w:t xml:space="preserve">A </w:t>
      </w:r>
      <w:proofErr w:type="spellStart"/>
      <w:r w:rsidRPr="002130C0">
        <w:rPr>
          <w:bCs/>
          <w:kern w:val="36"/>
          <w:lang w:val="ro-RO"/>
        </w:rPr>
        <w:t>munkakör</w:t>
      </w:r>
      <w:proofErr w:type="spellEnd"/>
      <w:r w:rsidRPr="002130C0">
        <w:rPr>
          <w:bCs/>
          <w:kern w:val="36"/>
          <w:lang w:val="ro-RO"/>
        </w:rPr>
        <w:t xml:space="preserve"> </w:t>
      </w:r>
      <w:proofErr w:type="spellStart"/>
      <w:r w:rsidRPr="002130C0">
        <w:rPr>
          <w:bCs/>
          <w:kern w:val="36"/>
          <w:lang w:val="ro-RO"/>
        </w:rPr>
        <w:t>adatai</w:t>
      </w:r>
      <w:proofErr w:type="spellEnd"/>
    </w:p>
    <w:p w14:paraId="76D7D985" w14:textId="77777777" w:rsidR="007C797C" w:rsidRPr="002130C0" w:rsidRDefault="007C797C" w:rsidP="007C797C">
      <w:pPr>
        <w:numPr>
          <w:ilvl w:val="0"/>
          <w:numId w:val="17"/>
        </w:numPr>
        <w:spacing w:before="100" w:beforeAutospacing="1" w:after="20" w:afterAutospacing="1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munkakör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megnevezése</w:t>
      </w:r>
      <w:proofErr w:type="spellEnd"/>
      <w:r w:rsidRPr="002130C0">
        <w:rPr>
          <w:lang w:val="ro-RO"/>
        </w:rPr>
        <w:t xml:space="preserve">: </w:t>
      </w:r>
      <w:proofErr w:type="spellStart"/>
      <w:r w:rsidRPr="002130C0">
        <w:rPr>
          <w:lang w:val="ro-RO"/>
        </w:rPr>
        <w:t>referens</w:t>
      </w:r>
      <w:proofErr w:type="spellEnd"/>
    </w:p>
    <w:p w14:paraId="51C0AB2B" w14:textId="77777777" w:rsidR="007C797C" w:rsidRPr="002130C0" w:rsidRDefault="007C797C" w:rsidP="007C797C">
      <w:pPr>
        <w:numPr>
          <w:ilvl w:val="0"/>
          <w:numId w:val="17"/>
        </w:numPr>
        <w:spacing w:before="100" w:beforeAutospacing="1" w:after="20" w:afterAutospacing="1"/>
        <w:rPr>
          <w:lang w:val="ro-RO"/>
        </w:rPr>
      </w:pPr>
      <w:proofErr w:type="spellStart"/>
      <w:r w:rsidRPr="002130C0">
        <w:rPr>
          <w:lang w:val="ro-RO"/>
        </w:rPr>
        <w:t>Szakmai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fokozat</w:t>
      </w:r>
      <w:proofErr w:type="spellEnd"/>
      <w:r w:rsidRPr="002130C0">
        <w:rPr>
          <w:lang w:val="ro-RO"/>
        </w:rPr>
        <w:t>: I.</w:t>
      </w:r>
    </w:p>
    <w:p w14:paraId="6773612B" w14:textId="77777777" w:rsidR="007C797C" w:rsidRPr="002130C0" w:rsidRDefault="007C797C" w:rsidP="007C797C">
      <w:pPr>
        <w:numPr>
          <w:ilvl w:val="0"/>
          <w:numId w:val="17"/>
        </w:numPr>
        <w:spacing w:before="100" w:beforeAutospacing="1" w:after="20" w:afterAutospacing="1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munkakör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szintje</w:t>
      </w:r>
      <w:proofErr w:type="spellEnd"/>
      <w:r w:rsidRPr="002130C0">
        <w:rPr>
          <w:lang w:val="ro-RO"/>
        </w:rPr>
        <w:t xml:space="preserve">: </w:t>
      </w:r>
      <w:proofErr w:type="spellStart"/>
      <w:r w:rsidRPr="002130C0">
        <w:rPr>
          <w:lang w:val="ro-RO"/>
        </w:rPr>
        <w:t>végrehajtói</w:t>
      </w:r>
      <w:proofErr w:type="spellEnd"/>
    </w:p>
    <w:p w14:paraId="50639293" w14:textId="77777777" w:rsidR="007C797C" w:rsidRPr="002130C0" w:rsidRDefault="007C797C" w:rsidP="007C797C">
      <w:pPr>
        <w:numPr>
          <w:ilvl w:val="0"/>
          <w:numId w:val="17"/>
        </w:numPr>
        <w:spacing w:before="100" w:beforeAutospacing="1" w:after="20" w:afterAutospacing="1"/>
        <w:rPr>
          <w:lang w:val="ro-RO"/>
        </w:rPr>
      </w:pPr>
      <w:proofErr w:type="spellStart"/>
      <w:r w:rsidRPr="002130C0">
        <w:rPr>
          <w:lang w:val="ro-RO"/>
        </w:rPr>
        <w:t>Álláshelyek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száma</w:t>
      </w:r>
      <w:proofErr w:type="spellEnd"/>
      <w:r w:rsidRPr="002130C0">
        <w:rPr>
          <w:lang w:val="ro-RO"/>
        </w:rPr>
        <w:t xml:space="preserve">: 1 </w:t>
      </w:r>
      <w:proofErr w:type="spellStart"/>
      <w:r w:rsidRPr="002130C0">
        <w:rPr>
          <w:lang w:val="ro-RO"/>
        </w:rPr>
        <w:t>álláshely</w:t>
      </w:r>
      <w:proofErr w:type="spellEnd"/>
    </w:p>
    <w:p w14:paraId="16FAF715" w14:textId="77777777" w:rsidR="007C797C" w:rsidRPr="002130C0" w:rsidRDefault="007C797C" w:rsidP="007C797C">
      <w:pPr>
        <w:numPr>
          <w:ilvl w:val="0"/>
          <w:numId w:val="17"/>
        </w:numPr>
        <w:spacing w:before="100" w:beforeAutospacing="1" w:after="20" w:afterAutospacing="1"/>
        <w:rPr>
          <w:lang w:val="ro-RO"/>
        </w:rPr>
      </w:pPr>
      <w:proofErr w:type="spellStart"/>
      <w:r w:rsidRPr="002130C0">
        <w:rPr>
          <w:lang w:val="ro-RO"/>
        </w:rPr>
        <w:t>Időtartam</w:t>
      </w:r>
      <w:proofErr w:type="spellEnd"/>
      <w:r w:rsidRPr="002130C0">
        <w:rPr>
          <w:lang w:val="ro-RO"/>
        </w:rPr>
        <w:t xml:space="preserve">: </w:t>
      </w:r>
      <w:proofErr w:type="spellStart"/>
      <w:r w:rsidRPr="002130C0">
        <w:rPr>
          <w:lang w:val="ro-RO"/>
        </w:rPr>
        <w:t>határozatlan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időre</w:t>
      </w:r>
      <w:proofErr w:type="spellEnd"/>
    </w:p>
    <w:p w14:paraId="34E5A6C3" w14:textId="77777777" w:rsidR="007C797C" w:rsidRPr="002130C0" w:rsidRDefault="007C797C" w:rsidP="007C797C">
      <w:pPr>
        <w:numPr>
          <w:ilvl w:val="0"/>
          <w:numId w:val="17"/>
        </w:numPr>
        <w:spacing w:before="100" w:beforeAutospacing="1" w:after="20" w:afterAutospacing="1"/>
        <w:rPr>
          <w:lang w:val="ro-RO"/>
        </w:rPr>
      </w:pPr>
      <w:proofErr w:type="spellStart"/>
      <w:r w:rsidRPr="002130C0">
        <w:rPr>
          <w:lang w:val="ro-RO"/>
        </w:rPr>
        <w:t>Munkaidő</w:t>
      </w:r>
      <w:proofErr w:type="spellEnd"/>
      <w:r w:rsidRPr="002130C0">
        <w:rPr>
          <w:lang w:val="ro-RO"/>
        </w:rPr>
        <w:t xml:space="preserve">: </w:t>
      </w:r>
      <w:proofErr w:type="spellStart"/>
      <w:r w:rsidRPr="002130C0">
        <w:rPr>
          <w:lang w:val="ro-RO"/>
        </w:rPr>
        <w:t>teljes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munkaidő</w:t>
      </w:r>
      <w:proofErr w:type="spellEnd"/>
      <w:r w:rsidRPr="002130C0">
        <w:rPr>
          <w:lang w:val="ro-RO"/>
        </w:rPr>
        <w:t xml:space="preserve">, napi 8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heti</w:t>
      </w:r>
      <w:proofErr w:type="spellEnd"/>
      <w:r w:rsidRPr="002130C0">
        <w:rPr>
          <w:lang w:val="ro-RO"/>
        </w:rPr>
        <w:t xml:space="preserve"> 40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 xml:space="preserve">, a </w:t>
      </w:r>
      <w:proofErr w:type="spellStart"/>
      <w:r w:rsidRPr="002130C0">
        <w:rPr>
          <w:lang w:val="ro-RO"/>
        </w:rPr>
        <w:t>munkabeosztás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szerint</w:t>
      </w:r>
      <w:proofErr w:type="spellEnd"/>
      <w:r w:rsidRPr="002130C0">
        <w:rPr>
          <w:lang w:val="ro-RO"/>
        </w:rPr>
        <w:t>.</w:t>
      </w:r>
    </w:p>
    <w:p w14:paraId="693B6147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Általános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feltételek</w:t>
      </w:r>
      <w:proofErr w:type="spellEnd"/>
    </w:p>
    <w:p w14:paraId="260FC3DA" w14:textId="77777777" w:rsidR="00C20BF6" w:rsidRPr="002130C0" w:rsidRDefault="00B658CD" w:rsidP="007C797C">
      <w:pPr>
        <w:spacing w:after="2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jelentkezőknek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meg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kell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felelniük</w:t>
      </w:r>
      <w:proofErr w:type="spellEnd"/>
      <w:r w:rsidRPr="002130C0">
        <w:rPr>
          <w:lang w:val="ro-RO" w:bidi="hu-HU"/>
        </w:rPr>
        <w:t xml:space="preserve"> a 1336/2022. </w:t>
      </w:r>
      <w:proofErr w:type="spellStart"/>
      <w:r w:rsidRPr="002130C0">
        <w:rPr>
          <w:lang w:val="ro-RO" w:bidi="hu-HU"/>
        </w:rPr>
        <w:t>számú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kormányhatározat</w:t>
      </w:r>
      <w:proofErr w:type="spellEnd"/>
      <w:r w:rsidRPr="002130C0">
        <w:rPr>
          <w:lang w:val="ro-RO" w:bidi="hu-HU"/>
        </w:rPr>
        <w:t xml:space="preserve"> 15. </w:t>
      </w:r>
      <w:proofErr w:type="spellStart"/>
      <w:r w:rsidRPr="002130C0">
        <w:rPr>
          <w:lang w:val="ro-RO" w:bidi="hu-HU"/>
        </w:rPr>
        <w:t>cikkében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meghatározott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általános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feltételeknek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annak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későbbi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módosításaival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és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kiegészítéseivel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együtt</w:t>
      </w:r>
      <w:proofErr w:type="spellEnd"/>
      <w:r w:rsidRPr="002130C0">
        <w:rPr>
          <w:lang w:val="ro-RO" w:bidi="hu-HU"/>
        </w:rPr>
        <w:t>.</w:t>
      </w:r>
    </w:p>
    <w:p w14:paraId="45D93A9E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állás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betöltésének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különleges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feltételei</w:t>
      </w:r>
      <w:proofErr w:type="spellEnd"/>
    </w:p>
    <w:p w14:paraId="39AA909F" w14:textId="77777777" w:rsidR="00C20BF6" w:rsidRPr="002130C0" w:rsidRDefault="00B658CD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érettségi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oklevéllel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igazolt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középfokú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végzettség</w:t>
      </w:r>
      <w:proofErr w:type="spellEnd"/>
      <w:r w:rsidRPr="002130C0">
        <w:rPr>
          <w:lang w:val="ro-RO"/>
        </w:rPr>
        <w:t>;</w:t>
      </w:r>
    </w:p>
    <w:p w14:paraId="5F7AF9B4" w14:textId="77777777" w:rsidR="00C20BF6" w:rsidRPr="002130C0" w:rsidRDefault="00B658CD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alapfokú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számítógép</w:t>
      </w:r>
      <w:proofErr w:type="spellEnd"/>
      <w:r w:rsidRPr="002130C0">
        <w:rPr>
          <w:lang w:val="ro-RO"/>
        </w:rPr>
        <w:t xml:space="preserve">-, </w:t>
      </w:r>
      <w:proofErr w:type="spellStart"/>
      <w:r w:rsidRPr="002130C0">
        <w:rPr>
          <w:lang w:val="ro-RO"/>
        </w:rPr>
        <w:t>elektronikus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levelezés</w:t>
      </w:r>
      <w:proofErr w:type="spellEnd"/>
      <w:r w:rsidRPr="002130C0">
        <w:rPr>
          <w:lang w:val="ro-RO"/>
        </w:rPr>
        <w:t xml:space="preserve">-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nyilvántartáshoz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illetve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tevékenység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szervezéséhez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szükséges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programismeret</w:t>
      </w:r>
      <w:proofErr w:type="spellEnd"/>
      <w:r w:rsidRPr="002130C0">
        <w:rPr>
          <w:lang w:val="ro-RO"/>
        </w:rPr>
        <w:t>;</w:t>
      </w:r>
    </w:p>
    <w:p w14:paraId="0BCA5558" w14:textId="77777777" w:rsidR="00C20BF6" w:rsidRPr="002130C0" w:rsidRDefault="00B658CD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legalább</w:t>
      </w:r>
      <w:proofErr w:type="spellEnd"/>
      <w:r w:rsidRPr="002130C0">
        <w:rPr>
          <w:lang w:val="ro-RO"/>
        </w:rPr>
        <w:t xml:space="preserve"> 5 </w:t>
      </w:r>
      <w:proofErr w:type="spellStart"/>
      <w:r w:rsidRPr="002130C0">
        <w:rPr>
          <w:lang w:val="ro-RO"/>
        </w:rPr>
        <w:t>év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munkaviszony</w:t>
      </w:r>
      <w:proofErr w:type="spellEnd"/>
      <w:r w:rsidRPr="002130C0">
        <w:rPr>
          <w:lang w:val="ro-RO"/>
        </w:rPr>
        <w:t>;</w:t>
      </w:r>
    </w:p>
    <w:p w14:paraId="6C38DA79" w14:textId="77777777" w:rsidR="00C20BF6" w:rsidRPr="002130C0" w:rsidRDefault="00B658CD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érvényes</w:t>
      </w:r>
      <w:proofErr w:type="spellEnd"/>
      <w:r w:rsidRPr="002130C0">
        <w:rPr>
          <w:lang w:val="ro-RO"/>
        </w:rPr>
        <w:t xml:space="preserve"> B </w:t>
      </w:r>
      <w:proofErr w:type="spellStart"/>
      <w:r w:rsidRPr="002130C0">
        <w:rPr>
          <w:lang w:val="ro-RO"/>
        </w:rPr>
        <w:t>kategóriás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vezetői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engedély</w:t>
      </w:r>
      <w:proofErr w:type="spellEnd"/>
      <w:r w:rsidRPr="002130C0">
        <w:rPr>
          <w:lang w:val="ro-RO"/>
        </w:rPr>
        <w:t>;</w:t>
      </w:r>
    </w:p>
    <w:p w14:paraId="5C223510" w14:textId="77777777" w:rsidR="00C20BF6" w:rsidRPr="002130C0" w:rsidRDefault="00B658CD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komolyság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felelősségtudat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pontosság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szervezési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tervezési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készség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személyzetkoordináció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kommunikáció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operatív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döntéshozatal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váratlan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helyzetek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kezelése</w:t>
      </w:r>
      <w:proofErr w:type="spellEnd"/>
      <w:r w:rsidRPr="002130C0">
        <w:rPr>
          <w:lang w:val="ro-RO"/>
        </w:rPr>
        <w:t>;</w:t>
      </w:r>
    </w:p>
    <w:p w14:paraId="275A903D" w14:textId="77777777" w:rsidR="00C20BF6" w:rsidRPr="002130C0" w:rsidRDefault="00B658CD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váltott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műszakos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munkavégzés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vállalása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beleértve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szombati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vasárnapi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napokat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valamint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szükség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esetén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munkaszüneti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napokat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is</w:t>
      </w:r>
      <w:proofErr w:type="spellEnd"/>
      <w:r w:rsidRPr="002130C0">
        <w:rPr>
          <w:lang w:val="ro-RO"/>
        </w:rPr>
        <w:t xml:space="preserve">, a „Kicsid Gábor” </w:t>
      </w:r>
      <w:proofErr w:type="spellStart"/>
      <w:r w:rsidRPr="002130C0">
        <w:rPr>
          <w:lang w:val="ro-RO"/>
        </w:rPr>
        <w:t>Sportcsarnok</w:t>
      </w:r>
      <w:proofErr w:type="spellEnd"/>
      <w:r w:rsidRPr="002130C0">
        <w:rPr>
          <w:lang w:val="ro-RO"/>
        </w:rPr>
        <w:t xml:space="preserve">, a „Dr. </w:t>
      </w:r>
      <w:proofErr w:type="spellStart"/>
      <w:r w:rsidRPr="002130C0">
        <w:rPr>
          <w:lang w:val="ro-RO"/>
        </w:rPr>
        <w:t>Sinkovits</w:t>
      </w:r>
      <w:proofErr w:type="spellEnd"/>
      <w:r w:rsidRPr="002130C0">
        <w:rPr>
          <w:lang w:val="ro-RO"/>
        </w:rPr>
        <w:t xml:space="preserve">” Stadion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 </w:t>
      </w:r>
      <w:proofErr w:type="spellStart"/>
      <w:r w:rsidRPr="002130C0">
        <w:rPr>
          <w:lang w:val="ro-RO"/>
        </w:rPr>
        <w:t>programjának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megfelelően</w:t>
      </w:r>
      <w:proofErr w:type="spellEnd"/>
      <w:r w:rsidRPr="002130C0">
        <w:rPr>
          <w:lang w:val="ro-RO"/>
        </w:rPr>
        <w:t>.</w:t>
      </w:r>
    </w:p>
    <w:p w14:paraId="585C3D70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munkakör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fő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feladatai</w:t>
      </w:r>
      <w:proofErr w:type="spellEnd"/>
    </w:p>
    <w:p w14:paraId="65ADE440" w14:textId="77777777" w:rsidR="00C20BF6" w:rsidRPr="002130C0" w:rsidRDefault="00B658CD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„Kicsid Gábor” </w:t>
      </w:r>
      <w:proofErr w:type="spellStart"/>
      <w:r w:rsidRPr="002130C0">
        <w:rPr>
          <w:lang w:val="ro-RO"/>
        </w:rPr>
        <w:t>Sportcsarnok</w:t>
      </w:r>
      <w:proofErr w:type="spellEnd"/>
      <w:r w:rsidRPr="002130C0">
        <w:rPr>
          <w:lang w:val="ro-RO"/>
        </w:rPr>
        <w:t xml:space="preserve">, a „Dr. </w:t>
      </w:r>
      <w:proofErr w:type="spellStart"/>
      <w:r w:rsidRPr="002130C0">
        <w:rPr>
          <w:lang w:val="ro-RO"/>
        </w:rPr>
        <w:t>Sinkovits</w:t>
      </w:r>
      <w:proofErr w:type="spellEnd"/>
      <w:r w:rsidRPr="002130C0">
        <w:rPr>
          <w:lang w:val="ro-RO"/>
        </w:rPr>
        <w:t xml:space="preserve">” Stadion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 napi </w:t>
      </w:r>
      <w:proofErr w:type="spellStart"/>
      <w:r w:rsidRPr="002130C0">
        <w:rPr>
          <w:lang w:val="ro-RO"/>
        </w:rPr>
        <w:t>tevékenységének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koordinálása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megszervezése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nyomon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követése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működési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programok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Szolgálatvezető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utasításai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alapján</w:t>
      </w:r>
      <w:proofErr w:type="spellEnd"/>
      <w:r w:rsidRPr="002130C0">
        <w:rPr>
          <w:lang w:val="ro-RO"/>
        </w:rPr>
        <w:t>;</w:t>
      </w:r>
    </w:p>
    <w:p w14:paraId="5B1A6109" w14:textId="77777777" w:rsidR="00C20BF6" w:rsidRPr="002130C0" w:rsidRDefault="00B658CD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felelősségi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körébe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tartozó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létesítmények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személyzetének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koordinálása</w:t>
      </w:r>
      <w:proofErr w:type="spellEnd"/>
      <w:r w:rsidRPr="002130C0">
        <w:rPr>
          <w:lang w:val="ro-RO"/>
        </w:rPr>
        <w:t xml:space="preserve">, a napi </w:t>
      </w:r>
      <w:proofErr w:type="spellStart"/>
      <w:r w:rsidRPr="002130C0">
        <w:rPr>
          <w:lang w:val="ro-RO"/>
        </w:rPr>
        <w:t>feladatok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kiosztása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teljesítésük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ellenőrzése</w:t>
      </w:r>
      <w:proofErr w:type="spellEnd"/>
      <w:r w:rsidRPr="002130C0">
        <w:rPr>
          <w:lang w:val="ro-RO"/>
        </w:rPr>
        <w:t>;</w:t>
      </w:r>
    </w:p>
    <w:p w14:paraId="1E0984CB" w14:textId="77777777" w:rsidR="00C20BF6" w:rsidRPr="002130C0" w:rsidRDefault="00B658CD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munkaprogram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elkészítése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vagy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javaslata</w:t>
      </w:r>
      <w:proofErr w:type="spellEnd"/>
      <w:r w:rsidRPr="002130C0">
        <w:rPr>
          <w:lang w:val="ro-RO"/>
        </w:rPr>
        <w:t xml:space="preserve">, a </w:t>
      </w:r>
      <w:proofErr w:type="spellStart"/>
      <w:r w:rsidRPr="002130C0">
        <w:rPr>
          <w:lang w:val="ro-RO"/>
        </w:rPr>
        <w:t>személyzet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jelenlétének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nyomon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követése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megállapított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helyzetek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jelentése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Szolgálatvezetőnek</w:t>
      </w:r>
      <w:proofErr w:type="spellEnd"/>
      <w:r w:rsidRPr="002130C0">
        <w:rPr>
          <w:lang w:val="ro-RO"/>
        </w:rPr>
        <w:t>;</w:t>
      </w:r>
    </w:p>
    <w:p w14:paraId="6E381026" w14:textId="77777777" w:rsidR="00C20BF6" w:rsidRPr="002130C0" w:rsidRDefault="00B658CD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Sportcsarnok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Stadion </w:t>
      </w:r>
      <w:proofErr w:type="spellStart"/>
      <w:r w:rsidRPr="002130C0">
        <w:rPr>
          <w:lang w:val="ro-RO"/>
        </w:rPr>
        <w:t>használati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programjainak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nyomon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követése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valamint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 </w:t>
      </w:r>
      <w:proofErr w:type="spellStart"/>
      <w:r w:rsidRPr="002130C0">
        <w:rPr>
          <w:lang w:val="ro-RO"/>
        </w:rPr>
        <w:t>működésének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szállásadási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tevékenységének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megfelelő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megszervezése</w:t>
      </w:r>
      <w:proofErr w:type="spellEnd"/>
      <w:r w:rsidRPr="002130C0">
        <w:rPr>
          <w:lang w:val="ro-RO"/>
        </w:rPr>
        <w:t>;</w:t>
      </w:r>
    </w:p>
    <w:p w14:paraId="77D068AE" w14:textId="77777777" w:rsidR="00C20BF6" w:rsidRPr="002130C0" w:rsidRDefault="00B658CD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koordinált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létesítmények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épületei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pályái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berendezései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felszerelései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helyiségei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állapotának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nyomon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követése</w:t>
      </w:r>
      <w:proofErr w:type="spellEnd"/>
      <w:r w:rsidRPr="002130C0">
        <w:rPr>
          <w:lang w:val="ro-RO"/>
        </w:rPr>
        <w:t xml:space="preserve">, a </w:t>
      </w:r>
      <w:proofErr w:type="spellStart"/>
      <w:r w:rsidRPr="002130C0">
        <w:rPr>
          <w:lang w:val="ro-RO"/>
        </w:rPr>
        <w:t>meghibásodások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üzemzavarok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azonnali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jelzése</w:t>
      </w:r>
      <w:proofErr w:type="spellEnd"/>
      <w:r w:rsidRPr="002130C0">
        <w:rPr>
          <w:lang w:val="ro-RO"/>
        </w:rPr>
        <w:t>;</w:t>
      </w:r>
    </w:p>
    <w:p w14:paraId="114CC430" w14:textId="77777777" w:rsidR="00C20BF6" w:rsidRPr="002130C0" w:rsidRDefault="00B658CD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Sportcsarnok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Stadion </w:t>
      </w:r>
      <w:proofErr w:type="spellStart"/>
      <w:r w:rsidRPr="002130C0">
        <w:rPr>
          <w:lang w:val="ro-RO"/>
        </w:rPr>
        <w:t>előkészítésének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koordinálása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edzésekre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versenyekre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rendezvényekre</w:t>
      </w:r>
      <w:proofErr w:type="spellEnd"/>
      <w:r w:rsidRPr="002130C0">
        <w:rPr>
          <w:lang w:val="ro-RO"/>
        </w:rPr>
        <w:t xml:space="preserve">, 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 </w:t>
      </w:r>
      <w:proofErr w:type="spellStart"/>
      <w:r w:rsidRPr="002130C0">
        <w:rPr>
          <w:lang w:val="ro-RO"/>
        </w:rPr>
        <w:t>felkészítése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szállóvendégek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fogadására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valamint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együttműködés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sportklubokkal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szervezőkkel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használókkal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szállóvendégekkel</w:t>
      </w:r>
      <w:proofErr w:type="spellEnd"/>
      <w:r w:rsidRPr="002130C0">
        <w:rPr>
          <w:lang w:val="ro-RO"/>
        </w:rPr>
        <w:t>.</w:t>
      </w:r>
    </w:p>
    <w:p w14:paraId="490F2B58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jelentkezési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dosszié</w:t>
      </w:r>
      <w:proofErr w:type="spellEnd"/>
    </w:p>
    <w:p w14:paraId="65FEBADD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jelentkezési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nyomtatvány</w:t>
      </w:r>
      <w:proofErr w:type="spellEnd"/>
      <w:r w:rsidRPr="002130C0">
        <w:rPr>
          <w:lang w:val="ro-RO" w:bidi="hu-HU"/>
        </w:rPr>
        <w:t xml:space="preserve"> a </w:t>
      </w:r>
      <w:proofErr w:type="spellStart"/>
      <w:r w:rsidRPr="002130C0">
        <w:rPr>
          <w:lang w:val="ro-RO" w:bidi="hu-HU"/>
        </w:rPr>
        <w:t>versenyvizsgára</w:t>
      </w:r>
      <w:proofErr w:type="spellEnd"/>
      <w:r w:rsidRPr="002130C0">
        <w:rPr>
          <w:lang w:val="ro-RO" w:bidi="hu-HU"/>
        </w:rPr>
        <w:t>;</w:t>
      </w:r>
    </w:p>
    <w:p w14:paraId="78539FB3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személyazonosító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okmány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másolata</w:t>
      </w:r>
      <w:proofErr w:type="spellEnd"/>
      <w:r w:rsidRPr="002130C0">
        <w:rPr>
          <w:lang w:val="ro-RO" w:bidi="hu-HU"/>
        </w:rPr>
        <w:t>;</w:t>
      </w:r>
    </w:p>
    <w:p w14:paraId="3B229A0D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házassági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anyakönyvi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kivonat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vagy</w:t>
      </w:r>
      <w:proofErr w:type="spellEnd"/>
      <w:r w:rsidRPr="002130C0">
        <w:rPr>
          <w:lang w:val="ro-RO" w:bidi="hu-HU"/>
        </w:rPr>
        <w:t xml:space="preserve"> – </w:t>
      </w:r>
      <w:proofErr w:type="spellStart"/>
      <w:r w:rsidRPr="002130C0">
        <w:rPr>
          <w:lang w:val="ro-RO" w:bidi="hu-HU"/>
        </w:rPr>
        <w:t>névváltozás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esetén</w:t>
      </w:r>
      <w:proofErr w:type="spellEnd"/>
      <w:r w:rsidRPr="002130C0">
        <w:rPr>
          <w:lang w:val="ro-RO" w:bidi="hu-HU"/>
        </w:rPr>
        <w:t xml:space="preserve"> – a </w:t>
      </w:r>
      <w:proofErr w:type="spellStart"/>
      <w:r w:rsidRPr="002130C0">
        <w:rPr>
          <w:lang w:val="ro-RO" w:bidi="hu-HU"/>
        </w:rPr>
        <w:t>névváltozást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igazoló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egyéb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dokumentum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másolata</w:t>
      </w:r>
      <w:proofErr w:type="spellEnd"/>
      <w:r w:rsidRPr="002130C0">
        <w:rPr>
          <w:lang w:val="ro-RO" w:bidi="hu-HU"/>
        </w:rPr>
        <w:t>;</w:t>
      </w:r>
    </w:p>
    <w:p w14:paraId="397CC0A9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érettségi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oklevelet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végzettséget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igazoló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dokumentumok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másolata</w:t>
      </w:r>
      <w:proofErr w:type="spellEnd"/>
      <w:r w:rsidRPr="002130C0">
        <w:rPr>
          <w:lang w:val="ro-RO"/>
        </w:rPr>
        <w:t>;</w:t>
      </w:r>
    </w:p>
    <w:p w14:paraId="01F7E85E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munkakönyv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másolata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munkáltatói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igazolások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vagy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más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dokumentumok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amelyek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igazolják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legalább</w:t>
      </w:r>
      <w:proofErr w:type="spellEnd"/>
      <w:r w:rsidRPr="002130C0">
        <w:rPr>
          <w:lang w:val="ro-RO"/>
        </w:rPr>
        <w:t xml:space="preserve"> 5 </w:t>
      </w:r>
      <w:proofErr w:type="spellStart"/>
      <w:r w:rsidRPr="002130C0">
        <w:rPr>
          <w:lang w:val="ro-RO"/>
        </w:rPr>
        <w:t>éves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munkaviszonyt</w:t>
      </w:r>
      <w:proofErr w:type="spellEnd"/>
      <w:r w:rsidRPr="002130C0">
        <w:rPr>
          <w:lang w:val="ro-RO"/>
        </w:rPr>
        <w:t>;</w:t>
      </w:r>
    </w:p>
    <w:p w14:paraId="1E9A10E1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B </w:t>
      </w:r>
      <w:proofErr w:type="spellStart"/>
      <w:r w:rsidRPr="002130C0">
        <w:rPr>
          <w:lang w:val="ro-RO"/>
        </w:rPr>
        <w:t>kategóriás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vezetői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engedély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másolata</w:t>
      </w:r>
      <w:proofErr w:type="spellEnd"/>
      <w:r w:rsidRPr="002130C0">
        <w:rPr>
          <w:lang w:val="ro-RO"/>
        </w:rPr>
        <w:t>;</w:t>
      </w:r>
    </w:p>
    <w:p w14:paraId="17863A18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erkölcsi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bizonyítvány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vagy</w:t>
      </w:r>
      <w:proofErr w:type="spellEnd"/>
      <w:r w:rsidRPr="002130C0">
        <w:rPr>
          <w:lang w:val="ro-RO" w:bidi="hu-HU"/>
        </w:rPr>
        <w:t xml:space="preserve"> – </w:t>
      </w:r>
      <w:proofErr w:type="spellStart"/>
      <w:r w:rsidRPr="002130C0">
        <w:rPr>
          <w:lang w:val="ro-RO" w:bidi="hu-HU"/>
        </w:rPr>
        <w:t>adott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esetben</w:t>
      </w:r>
      <w:proofErr w:type="spellEnd"/>
      <w:r w:rsidRPr="002130C0">
        <w:rPr>
          <w:lang w:val="ro-RO" w:bidi="hu-HU"/>
        </w:rPr>
        <w:t xml:space="preserve"> – a </w:t>
      </w:r>
      <w:proofErr w:type="spellStart"/>
      <w:r w:rsidRPr="002130C0">
        <w:rPr>
          <w:lang w:val="ro-RO" w:bidi="hu-HU"/>
        </w:rPr>
        <w:t>bűnügyi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nyilvántartásból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származó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kivonat</w:t>
      </w:r>
      <w:proofErr w:type="spellEnd"/>
      <w:r w:rsidRPr="002130C0">
        <w:rPr>
          <w:lang w:val="ro-RO" w:bidi="hu-HU"/>
        </w:rPr>
        <w:t>;</w:t>
      </w:r>
    </w:p>
    <w:p w14:paraId="136F7799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orvosi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igazolás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amely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igazolja</w:t>
      </w:r>
      <w:proofErr w:type="spellEnd"/>
      <w:r w:rsidRPr="002130C0">
        <w:rPr>
          <w:lang w:val="ro-RO" w:bidi="hu-HU"/>
        </w:rPr>
        <w:t xml:space="preserve"> a </w:t>
      </w:r>
      <w:proofErr w:type="spellStart"/>
      <w:r w:rsidRPr="002130C0">
        <w:rPr>
          <w:lang w:val="ro-RO" w:bidi="hu-HU"/>
        </w:rPr>
        <w:t>munkakör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betöltéséhez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szükséges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megfelelő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egészségi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állapotot</w:t>
      </w:r>
      <w:proofErr w:type="spellEnd"/>
      <w:r w:rsidRPr="002130C0">
        <w:rPr>
          <w:lang w:val="ro-RO" w:bidi="hu-HU"/>
        </w:rPr>
        <w:t>;</w:t>
      </w:r>
    </w:p>
    <w:p w14:paraId="364BE9FF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magatartási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integritási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igazolás</w:t>
      </w:r>
      <w:proofErr w:type="spellEnd"/>
      <w:r w:rsidRPr="002130C0">
        <w:rPr>
          <w:lang w:val="ro-RO" w:bidi="hu-HU"/>
        </w:rPr>
        <w:t xml:space="preserve">, a </w:t>
      </w:r>
      <w:proofErr w:type="spellStart"/>
      <w:r w:rsidRPr="002130C0">
        <w:rPr>
          <w:lang w:val="ro-RO" w:bidi="hu-HU"/>
        </w:rPr>
        <w:t>törvényben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előírt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esetekben</w:t>
      </w:r>
      <w:proofErr w:type="spellEnd"/>
      <w:r w:rsidRPr="002130C0">
        <w:rPr>
          <w:lang w:val="ro-RO" w:bidi="hu-HU"/>
        </w:rPr>
        <w:t>;</w:t>
      </w:r>
    </w:p>
    <w:p w14:paraId="195CA512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európai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közös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formátumú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önéletrajz</w:t>
      </w:r>
      <w:proofErr w:type="spellEnd"/>
      <w:r w:rsidRPr="002130C0">
        <w:rPr>
          <w:lang w:val="ro-RO" w:bidi="hu-HU"/>
        </w:rPr>
        <w:t>;</w:t>
      </w:r>
    </w:p>
    <w:p w14:paraId="12355751" w14:textId="77777777" w:rsidR="00C20BF6" w:rsidRPr="002130C0" w:rsidRDefault="00B658CD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alkalmazandó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jogszabályok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által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előírt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egyéb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dokumentumok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adott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esetben</w:t>
      </w:r>
      <w:proofErr w:type="spellEnd"/>
      <w:r w:rsidRPr="002130C0">
        <w:rPr>
          <w:lang w:val="ro-RO" w:bidi="hu-HU"/>
        </w:rPr>
        <w:t>.</w:t>
      </w:r>
    </w:p>
    <w:p w14:paraId="2363859C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versenyvizsga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szakaszai</w:t>
      </w:r>
      <w:proofErr w:type="spellEnd"/>
    </w:p>
    <w:p w14:paraId="3C097A94" w14:textId="77777777" w:rsidR="00C20BF6" w:rsidRPr="002130C0" w:rsidRDefault="00B658CD" w:rsidP="007C797C">
      <w:pPr>
        <w:pStyle w:val="ListBullet"/>
        <w:numPr>
          <w:ilvl w:val="0"/>
          <w:numId w:val="14"/>
        </w:numPr>
        <w:spacing w:after="2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jelentkezési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dossziék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elbírálása</w:t>
      </w:r>
      <w:proofErr w:type="spellEnd"/>
      <w:r w:rsidRPr="002130C0">
        <w:rPr>
          <w:lang w:val="ro-RO" w:bidi="hu-HU"/>
        </w:rPr>
        <w:t>;</w:t>
      </w:r>
    </w:p>
    <w:p w14:paraId="52B04F7D" w14:textId="77777777" w:rsidR="00C20BF6" w:rsidRPr="002130C0" w:rsidRDefault="00B658CD" w:rsidP="007C797C">
      <w:pPr>
        <w:pStyle w:val="ListBullet"/>
        <w:numPr>
          <w:ilvl w:val="0"/>
          <w:numId w:val="14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írásbeli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vizsga</w:t>
      </w:r>
      <w:proofErr w:type="spellEnd"/>
      <w:r w:rsidRPr="002130C0">
        <w:rPr>
          <w:lang w:val="ro-RO" w:bidi="hu-HU"/>
        </w:rPr>
        <w:t>;</w:t>
      </w:r>
    </w:p>
    <w:p w14:paraId="50E65270" w14:textId="77777777" w:rsidR="00C20BF6" w:rsidRPr="002130C0" w:rsidRDefault="00B658CD" w:rsidP="007C797C">
      <w:pPr>
        <w:pStyle w:val="ListBullet"/>
        <w:numPr>
          <w:ilvl w:val="0"/>
          <w:numId w:val="14"/>
        </w:num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interjú</w:t>
      </w:r>
      <w:proofErr w:type="spellEnd"/>
      <w:r w:rsidRPr="002130C0">
        <w:rPr>
          <w:lang w:val="ro-RO" w:bidi="hu-HU"/>
        </w:rPr>
        <w:t>.</w:t>
      </w:r>
    </w:p>
    <w:p w14:paraId="2EF57F56" w14:textId="77777777" w:rsidR="00C20BF6" w:rsidRPr="002130C0" w:rsidRDefault="00B658CD" w:rsidP="007C797C">
      <w:p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írásbeli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vizsgán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csak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azok</w:t>
      </w:r>
      <w:proofErr w:type="spellEnd"/>
      <w:r w:rsidRPr="002130C0">
        <w:rPr>
          <w:lang w:val="ro-RO" w:bidi="hu-HU"/>
        </w:rPr>
        <w:t xml:space="preserve"> a </w:t>
      </w:r>
      <w:proofErr w:type="spellStart"/>
      <w:r w:rsidRPr="002130C0">
        <w:rPr>
          <w:lang w:val="ro-RO" w:bidi="hu-HU"/>
        </w:rPr>
        <w:t>jelentkezők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vehetnek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részt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akiket</w:t>
      </w:r>
      <w:proofErr w:type="spellEnd"/>
      <w:r w:rsidRPr="002130C0">
        <w:rPr>
          <w:lang w:val="ro-RO" w:bidi="hu-HU"/>
        </w:rPr>
        <w:t xml:space="preserve"> a </w:t>
      </w:r>
      <w:proofErr w:type="spellStart"/>
      <w:r w:rsidRPr="002130C0">
        <w:rPr>
          <w:lang w:val="ro-RO" w:bidi="hu-HU"/>
        </w:rPr>
        <w:t>dossziék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elbírálását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követően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elfogadottnak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nyilvánítottak</w:t>
      </w:r>
      <w:proofErr w:type="spellEnd"/>
      <w:r w:rsidRPr="002130C0">
        <w:rPr>
          <w:lang w:val="ro-RO" w:bidi="hu-HU"/>
        </w:rPr>
        <w:t xml:space="preserve">. </w:t>
      </w: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interjún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csak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azok</w:t>
      </w:r>
      <w:proofErr w:type="spellEnd"/>
      <w:r w:rsidRPr="002130C0">
        <w:rPr>
          <w:lang w:val="ro-RO" w:bidi="hu-HU"/>
        </w:rPr>
        <w:t xml:space="preserve"> a </w:t>
      </w:r>
      <w:proofErr w:type="spellStart"/>
      <w:r w:rsidRPr="002130C0">
        <w:rPr>
          <w:lang w:val="ro-RO" w:bidi="hu-HU"/>
        </w:rPr>
        <w:t>jelentkezők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vehetnek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részt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akiket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írásbeli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vizsgán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megfeleltnek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nyilvánítottak</w:t>
      </w:r>
      <w:proofErr w:type="spellEnd"/>
      <w:r w:rsidRPr="002130C0">
        <w:rPr>
          <w:lang w:val="ro-RO" w:bidi="hu-HU"/>
        </w:rPr>
        <w:t>.</w:t>
      </w:r>
    </w:p>
    <w:p w14:paraId="1B22C842" w14:textId="77777777" w:rsidR="00EA68DA" w:rsidRPr="002130C0" w:rsidRDefault="008D0611">
      <w:pPr>
        <w:spacing w:before="120" w:after="60"/>
        <w:jc w:val="both"/>
        <w:rPr>
          <w:lang w:val="ro-RO"/>
        </w:rPr>
      </w:pPr>
      <w:proofErr w:type="spellStart"/>
      <w:r w:rsidRPr="002130C0">
        <w:rPr>
          <w:lang w:val="ro-RO"/>
        </w:rPr>
        <w:t>Bibliográfia</w:t>
      </w:r>
      <w:proofErr w:type="spellEnd"/>
    </w:p>
    <w:p w14:paraId="2069406E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1. </w:t>
      </w: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53/2003. </w:t>
      </w:r>
      <w:proofErr w:type="spellStart"/>
      <w:r w:rsidRPr="002130C0">
        <w:rPr>
          <w:lang w:val="ro-RO"/>
        </w:rPr>
        <w:t>számú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törvény</w:t>
      </w:r>
      <w:proofErr w:type="spellEnd"/>
      <w:r w:rsidRPr="002130C0">
        <w:rPr>
          <w:lang w:val="ro-RO"/>
        </w:rPr>
        <w:t xml:space="preserve"> – </w:t>
      </w:r>
      <w:proofErr w:type="spellStart"/>
      <w:r w:rsidRPr="002130C0">
        <w:rPr>
          <w:lang w:val="ro-RO"/>
        </w:rPr>
        <w:t>Munka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Törvénykönyve</w:t>
      </w:r>
      <w:proofErr w:type="spellEnd"/>
      <w:r w:rsidRPr="002130C0">
        <w:rPr>
          <w:lang w:val="ro-RO"/>
        </w:rPr>
        <w:t xml:space="preserve"> (Codul muncii), </w:t>
      </w:r>
      <w:proofErr w:type="spellStart"/>
      <w:r w:rsidRPr="002130C0">
        <w:rPr>
          <w:lang w:val="ro-RO"/>
        </w:rPr>
        <w:t>újraközölve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annak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későbbi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módosításaival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kiegészítéseivel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együtt</w:t>
      </w:r>
      <w:proofErr w:type="spellEnd"/>
      <w:r w:rsidRPr="002130C0">
        <w:rPr>
          <w:lang w:val="ro-RO"/>
        </w:rPr>
        <w:t xml:space="preserve"> – III. </w:t>
      </w:r>
      <w:proofErr w:type="spellStart"/>
      <w:r w:rsidRPr="002130C0">
        <w:rPr>
          <w:lang w:val="ro-RO"/>
        </w:rPr>
        <w:t>cím</w:t>
      </w:r>
      <w:proofErr w:type="spellEnd"/>
      <w:r w:rsidRPr="002130C0">
        <w:rPr>
          <w:lang w:val="ro-RO"/>
        </w:rPr>
        <w:t xml:space="preserve"> „</w:t>
      </w:r>
      <w:proofErr w:type="spellStart"/>
      <w:r w:rsidRPr="002130C0">
        <w:rPr>
          <w:lang w:val="ro-RO"/>
        </w:rPr>
        <w:t>Munkaidő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pihenőidő</w:t>
      </w:r>
      <w:proofErr w:type="spellEnd"/>
      <w:r w:rsidRPr="002130C0">
        <w:rPr>
          <w:lang w:val="ro-RO"/>
        </w:rPr>
        <w:t xml:space="preserve">”, </w:t>
      </w:r>
      <w:proofErr w:type="spellStart"/>
      <w:r w:rsidRPr="002130C0">
        <w:rPr>
          <w:lang w:val="ro-RO"/>
        </w:rPr>
        <w:t>különös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tekintettel</w:t>
      </w:r>
      <w:proofErr w:type="spellEnd"/>
      <w:r w:rsidRPr="002130C0">
        <w:rPr>
          <w:lang w:val="ro-RO"/>
        </w:rPr>
        <w:t xml:space="preserve"> a 112. </w:t>
      </w:r>
      <w:proofErr w:type="spellStart"/>
      <w:r w:rsidRPr="002130C0">
        <w:rPr>
          <w:lang w:val="ro-RO"/>
        </w:rPr>
        <w:t>cikkre</w:t>
      </w:r>
      <w:proofErr w:type="spellEnd"/>
      <w:r w:rsidRPr="002130C0">
        <w:rPr>
          <w:lang w:val="ro-RO"/>
        </w:rPr>
        <w:t xml:space="preserve">, a 114. </w:t>
      </w:r>
      <w:proofErr w:type="spellStart"/>
      <w:r w:rsidRPr="002130C0">
        <w:rPr>
          <w:lang w:val="ro-RO"/>
        </w:rPr>
        <w:t>cikkre</w:t>
      </w:r>
      <w:proofErr w:type="spellEnd"/>
      <w:r w:rsidRPr="002130C0">
        <w:rPr>
          <w:lang w:val="ro-RO"/>
        </w:rPr>
        <w:t xml:space="preserve">, a 120. </w:t>
      </w:r>
      <w:proofErr w:type="spellStart"/>
      <w:r w:rsidRPr="002130C0">
        <w:rPr>
          <w:lang w:val="ro-RO"/>
        </w:rPr>
        <w:t>cikk</w:t>
      </w:r>
      <w:proofErr w:type="spellEnd"/>
      <w:r w:rsidRPr="002130C0">
        <w:rPr>
          <w:lang w:val="ro-RO"/>
        </w:rPr>
        <w:t xml:space="preserve"> (2) </w:t>
      </w:r>
      <w:proofErr w:type="spellStart"/>
      <w:r w:rsidRPr="002130C0">
        <w:rPr>
          <w:lang w:val="ro-RO"/>
        </w:rPr>
        <w:t>bekezdésére</w:t>
      </w:r>
      <w:proofErr w:type="spellEnd"/>
      <w:r w:rsidRPr="002130C0">
        <w:rPr>
          <w:lang w:val="ro-RO"/>
        </w:rPr>
        <w:t xml:space="preserve">, a 122. </w:t>
      </w:r>
      <w:proofErr w:type="spellStart"/>
      <w:r w:rsidRPr="002130C0">
        <w:rPr>
          <w:lang w:val="ro-RO"/>
        </w:rPr>
        <w:t>cikk</w:t>
      </w:r>
      <w:proofErr w:type="spellEnd"/>
      <w:r w:rsidRPr="002130C0">
        <w:rPr>
          <w:lang w:val="ro-RO"/>
        </w:rPr>
        <w:t xml:space="preserve"> (1) </w:t>
      </w:r>
      <w:proofErr w:type="spellStart"/>
      <w:r w:rsidRPr="002130C0">
        <w:rPr>
          <w:lang w:val="ro-RO"/>
        </w:rPr>
        <w:t>bekezdésére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137. </w:t>
      </w:r>
      <w:proofErr w:type="spellStart"/>
      <w:r w:rsidRPr="002130C0">
        <w:rPr>
          <w:lang w:val="ro-RO"/>
        </w:rPr>
        <w:t>cikk</w:t>
      </w:r>
      <w:proofErr w:type="spellEnd"/>
      <w:r w:rsidRPr="002130C0">
        <w:rPr>
          <w:lang w:val="ro-RO"/>
        </w:rPr>
        <w:t xml:space="preserve"> (1) </w:t>
      </w:r>
      <w:proofErr w:type="spellStart"/>
      <w:r w:rsidRPr="002130C0">
        <w:rPr>
          <w:lang w:val="ro-RO"/>
        </w:rPr>
        <w:t>bekezdésére</w:t>
      </w:r>
      <w:proofErr w:type="spellEnd"/>
      <w:r w:rsidRPr="002130C0">
        <w:rPr>
          <w:lang w:val="ro-RO"/>
        </w:rPr>
        <w:t>.</w:t>
      </w:r>
    </w:p>
    <w:p w14:paraId="00D97523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2. A 319/2006. </w:t>
      </w:r>
      <w:proofErr w:type="spellStart"/>
      <w:r w:rsidRPr="002130C0">
        <w:rPr>
          <w:lang w:val="ro-RO"/>
        </w:rPr>
        <w:t>számú</w:t>
      </w:r>
      <w:proofErr w:type="spellEnd"/>
      <w:r w:rsidRPr="002130C0">
        <w:rPr>
          <w:lang w:val="ro-RO"/>
        </w:rPr>
        <w:t xml:space="preserve">, a </w:t>
      </w:r>
      <w:proofErr w:type="spellStart"/>
      <w:r w:rsidRPr="002130C0">
        <w:rPr>
          <w:lang w:val="ro-RO"/>
        </w:rPr>
        <w:t>munkahelyi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biztonságról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egészségvédelemről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szóló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törvény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annak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későbbi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módosításaival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kiegészítéseivel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együtt</w:t>
      </w:r>
      <w:proofErr w:type="spellEnd"/>
      <w:r w:rsidRPr="002130C0">
        <w:rPr>
          <w:lang w:val="ro-RO"/>
        </w:rPr>
        <w:t xml:space="preserve"> – IV. </w:t>
      </w:r>
      <w:proofErr w:type="spellStart"/>
      <w:r w:rsidRPr="002130C0">
        <w:rPr>
          <w:lang w:val="ro-RO"/>
        </w:rPr>
        <w:t>fejezet</w:t>
      </w:r>
      <w:proofErr w:type="spellEnd"/>
      <w:r w:rsidRPr="002130C0">
        <w:rPr>
          <w:lang w:val="ro-RO"/>
        </w:rPr>
        <w:t xml:space="preserve"> „A </w:t>
      </w:r>
      <w:proofErr w:type="spellStart"/>
      <w:r w:rsidRPr="002130C0">
        <w:rPr>
          <w:lang w:val="ro-RO"/>
        </w:rPr>
        <w:t>munkavállalók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kötelezettségei</w:t>
      </w:r>
      <w:proofErr w:type="spellEnd"/>
      <w:r w:rsidRPr="002130C0">
        <w:rPr>
          <w:lang w:val="ro-RO"/>
        </w:rPr>
        <w:t xml:space="preserve">”, 22.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23. </w:t>
      </w:r>
      <w:proofErr w:type="spellStart"/>
      <w:r w:rsidRPr="002130C0">
        <w:rPr>
          <w:lang w:val="ro-RO"/>
        </w:rPr>
        <w:t>cikk</w:t>
      </w:r>
      <w:proofErr w:type="spellEnd"/>
      <w:r w:rsidRPr="002130C0">
        <w:rPr>
          <w:lang w:val="ro-RO"/>
        </w:rPr>
        <w:t>.</w:t>
      </w:r>
    </w:p>
    <w:p w14:paraId="316F6388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3. Kézdivásárhely </w:t>
      </w:r>
      <w:proofErr w:type="spellStart"/>
      <w:r w:rsidRPr="002130C0">
        <w:rPr>
          <w:lang w:val="ro-RO"/>
        </w:rPr>
        <w:t>Municípium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Tanácsának</w:t>
      </w:r>
      <w:proofErr w:type="spellEnd"/>
      <w:r w:rsidRPr="002130C0">
        <w:rPr>
          <w:lang w:val="ro-RO"/>
        </w:rPr>
        <w:t xml:space="preserve"> 100/2026. </w:t>
      </w:r>
      <w:proofErr w:type="spellStart"/>
      <w:r w:rsidRPr="002130C0">
        <w:rPr>
          <w:lang w:val="ro-RO"/>
        </w:rPr>
        <w:t>számú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határozata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annak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mellékletei</w:t>
      </w:r>
      <w:proofErr w:type="spellEnd"/>
      <w:r w:rsidRPr="002130C0">
        <w:rPr>
          <w:lang w:val="ro-RO"/>
        </w:rPr>
        <w:t xml:space="preserve"> – </w:t>
      </w:r>
      <w:proofErr w:type="spellStart"/>
      <w:r w:rsidRPr="002130C0">
        <w:rPr>
          <w:lang w:val="ro-RO"/>
        </w:rPr>
        <w:t>különösen</w:t>
      </w:r>
      <w:proofErr w:type="spellEnd"/>
      <w:r w:rsidRPr="002130C0">
        <w:rPr>
          <w:lang w:val="ro-RO"/>
        </w:rPr>
        <w:t xml:space="preserve"> a 2. </w:t>
      </w:r>
      <w:proofErr w:type="spellStart"/>
      <w:r w:rsidRPr="002130C0">
        <w:rPr>
          <w:lang w:val="ro-RO"/>
        </w:rPr>
        <w:t>melléklet</w:t>
      </w:r>
      <w:proofErr w:type="spellEnd"/>
      <w:r w:rsidRPr="002130C0">
        <w:rPr>
          <w:lang w:val="ro-RO"/>
        </w:rPr>
        <w:t xml:space="preserve">, a Kézdivásárhely </w:t>
      </w:r>
      <w:proofErr w:type="spellStart"/>
      <w:r w:rsidRPr="002130C0">
        <w:rPr>
          <w:lang w:val="ro-RO"/>
        </w:rPr>
        <w:t>Municípium</w:t>
      </w:r>
      <w:proofErr w:type="spellEnd"/>
      <w:r w:rsidRPr="002130C0">
        <w:rPr>
          <w:lang w:val="ro-RO"/>
        </w:rPr>
        <w:t xml:space="preserve"> „KÉZDI” </w:t>
      </w:r>
      <w:proofErr w:type="spellStart"/>
      <w:r w:rsidRPr="002130C0">
        <w:rPr>
          <w:lang w:val="ro-RO"/>
        </w:rPr>
        <w:t>Sportkomplexumát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Működtető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Közszolgálat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szabályzata</w:t>
      </w:r>
      <w:proofErr w:type="spellEnd"/>
      <w:r w:rsidRPr="002130C0">
        <w:rPr>
          <w:lang w:val="ro-RO"/>
        </w:rPr>
        <w:t xml:space="preserve">, 7., 9., 11., 14., 15.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21. </w:t>
      </w:r>
      <w:proofErr w:type="spellStart"/>
      <w:r w:rsidRPr="002130C0">
        <w:rPr>
          <w:lang w:val="ro-RO"/>
        </w:rPr>
        <w:t>cikk</w:t>
      </w:r>
      <w:proofErr w:type="spellEnd"/>
      <w:r w:rsidRPr="002130C0">
        <w:rPr>
          <w:lang w:val="ro-RO"/>
        </w:rPr>
        <w:t>.</w:t>
      </w:r>
    </w:p>
    <w:p w14:paraId="194A2B81" w14:textId="77777777" w:rsidR="00EA68DA" w:rsidRPr="002130C0" w:rsidRDefault="00EA68DA">
      <w:pPr>
        <w:spacing w:after="20"/>
        <w:jc w:val="both"/>
        <w:rPr>
          <w:lang w:val="ro-RO"/>
        </w:rPr>
      </w:pPr>
    </w:p>
    <w:p w14:paraId="4D73C3B3" w14:textId="77777777" w:rsidR="00EA68DA" w:rsidRPr="002130C0" w:rsidRDefault="008D0611">
      <w:pPr>
        <w:spacing w:before="120" w:after="60"/>
        <w:jc w:val="both"/>
        <w:rPr>
          <w:lang w:val="ro-RO"/>
        </w:rPr>
      </w:pPr>
      <w:proofErr w:type="spellStart"/>
      <w:r w:rsidRPr="002130C0">
        <w:rPr>
          <w:lang w:val="ro-RO"/>
        </w:rPr>
        <w:t>Tematika</w:t>
      </w:r>
      <w:proofErr w:type="spellEnd"/>
    </w:p>
    <w:p w14:paraId="6D278553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1. A </w:t>
      </w:r>
      <w:proofErr w:type="spellStart"/>
      <w:r w:rsidRPr="002130C0">
        <w:rPr>
          <w:lang w:val="ro-RO"/>
        </w:rPr>
        <w:t>rendes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munkaidő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törvényben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megengedett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maximális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munkaidő</w:t>
      </w:r>
      <w:proofErr w:type="spellEnd"/>
      <w:r w:rsidRPr="002130C0">
        <w:rPr>
          <w:lang w:val="ro-RO"/>
        </w:rPr>
        <w:t>.</w:t>
      </w:r>
    </w:p>
    <w:p w14:paraId="2032BAD7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2. </w:t>
      </w:r>
      <w:proofErr w:type="spellStart"/>
      <w:r w:rsidRPr="002130C0">
        <w:rPr>
          <w:lang w:val="ro-RO"/>
        </w:rPr>
        <w:t>Túlmunka</w:t>
      </w:r>
      <w:proofErr w:type="spellEnd"/>
      <w:r w:rsidRPr="002130C0">
        <w:rPr>
          <w:lang w:val="ro-RO"/>
        </w:rPr>
        <w:t xml:space="preserve">: </w:t>
      </w:r>
      <w:proofErr w:type="spellStart"/>
      <w:r w:rsidRPr="002130C0">
        <w:rPr>
          <w:lang w:val="ro-RO"/>
        </w:rPr>
        <w:t>elrendelésének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feltételei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kompenzálása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fizetett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szabadidővel</w:t>
      </w:r>
      <w:proofErr w:type="spellEnd"/>
      <w:r w:rsidRPr="002130C0">
        <w:rPr>
          <w:lang w:val="ro-RO"/>
        </w:rPr>
        <w:t>.</w:t>
      </w:r>
    </w:p>
    <w:p w14:paraId="55367CFB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3. </w:t>
      </w:r>
      <w:proofErr w:type="spellStart"/>
      <w:r w:rsidRPr="002130C0">
        <w:rPr>
          <w:lang w:val="ro-RO"/>
        </w:rPr>
        <w:t>Heti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pihenőidő</w:t>
      </w:r>
      <w:proofErr w:type="spellEnd"/>
      <w:r w:rsidRPr="002130C0">
        <w:rPr>
          <w:lang w:val="ro-RO"/>
        </w:rPr>
        <w:t>.</w:t>
      </w:r>
    </w:p>
    <w:p w14:paraId="26658FD6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4. A </w:t>
      </w:r>
      <w:proofErr w:type="spellStart"/>
      <w:r w:rsidRPr="002130C0">
        <w:rPr>
          <w:lang w:val="ro-RO"/>
        </w:rPr>
        <w:t>munkavállalók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kötelezettségei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munkahelyi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biztonság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egészségvédelem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területén</w:t>
      </w:r>
      <w:proofErr w:type="spellEnd"/>
      <w:r w:rsidRPr="002130C0">
        <w:rPr>
          <w:lang w:val="ro-RO"/>
        </w:rPr>
        <w:t>.</w:t>
      </w:r>
    </w:p>
    <w:p w14:paraId="214BD8BD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5. A </w:t>
      </w:r>
      <w:proofErr w:type="spellStart"/>
      <w:r w:rsidRPr="002130C0">
        <w:rPr>
          <w:lang w:val="ro-RO"/>
        </w:rPr>
        <w:t>gépek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berendezések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szerszámok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egyéni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védőeszközök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megfelelő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használata</w:t>
      </w:r>
      <w:proofErr w:type="spellEnd"/>
      <w:r w:rsidRPr="002130C0">
        <w:rPr>
          <w:lang w:val="ro-RO"/>
        </w:rPr>
        <w:t>.</w:t>
      </w:r>
    </w:p>
    <w:p w14:paraId="75C695E3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6. A </w:t>
      </w:r>
      <w:proofErr w:type="spellStart"/>
      <w:r w:rsidRPr="002130C0">
        <w:rPr>
          <w:lang w:val="ro-RO"/>
        </w:rPr>
        <w:t>biztonsági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berendezések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önkényes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módosításának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vagy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eltávolításának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tilalma</w:t>
      </w:r>
      <w:proofErr w:type="spellEnd"/>
      <w:r w:rsidRPr="002130C0">
        <w:rPr>
          <w:lang w:val="ro-RO"/>
        </w:rPr>
        <w:t>.</w:t>
      </w:r>
    </w:p>
    <w:p w14:paraId="5E710D64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7. A </w:t>
      </w:r>
      <w:proofErr w:type="spellStart"/>
      <w:r w:rsidRPr="002130C0">
        <w:rPr>
          <w:lang w:val="ro-RO"/>
        </w:rPr>
        <w:t>veszélyes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munkahelyi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helyzetek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védelmi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rendszerek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hiányosságainak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azonnali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jelentési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kötelezettsége</w:t>
      </w:r>
      <w:proofErr w:type="spellEnd"/>
      <w:r w:rsidRPr="002130C0">
        <w:rPr>
          <w:lang w:val="ro-RO"/>
        </w:rPr>
        <w:t>.</w:t>
      </w:r>
    </w:p>
    <w:p w14:paraId="321B8CC5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8. A „KÉZDI” </w:t>
      </w:r>
      <w:proofErr w:type="spellStart"/>
      <w:r w:rsidRPr="002130C0">
        <w:rPr>
          <w:lang w:val="ro-RO"/>
        </w:rPr>
        <w:t>Sportkomplexumát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Működtető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Közszolgálat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célja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működési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szabályai</w:t>
      </w:r>
      <w:proofErr w:type="spellEnd"/>
      <w:r w:rsidRPr="002130C0">
        <w:rPr>
          <w:lang w:val="ro-RO"/>
        </w:rPr>
        <w:t>.</w:t>
      </w:r>
    </w:p>
    <w:p w14:paraId="65F43A6E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9. A </w:t>
      </w:r>
      <w:proofErr w:type="spellStart"/>
      <w:r w:rsidRPr="002130C0">
        <w:rPr>
          <w:lang w:val="ro-RO"/>
        </w:rPr>
        <w:t>használók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belépési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szabályai</w:t>
      </w:r>
      <w:proofErr w:type="spellEnd"/>
      <w:r w:rsidRPr="002130C0">
        <w:rPr>
          <w:lang w:val="ro-RO"/>
        </w:rPr>
        <w:t xml:space="preserve"> a „KÉZDI” </w:t>
      </w:r>
      <w:proofErr w:type="spellStart"/>
      <w:r w:rsidRPr="002130C0">
        <w:rPr>
          <w:lang w:val="ro-RO"/>
        </w:rPr>
        <w:t>Sportkomplexumba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belépés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megtagadásának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esetei</w:t>
      </w:r>
      <w:proofErr w:type="spellEnd"/>
      <w:r w:rsidRPr="002130C0">
        <w:rPr>
          <w:lang w:val="ro-RO"/>
        </w:rPr>
        <w:t>.</w:t>
      </w:r>
    </w:p>
    <w:p w14:paraId="65727822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10. A </w:t>
      </w:r>
      <w:proofErr w:type="spellStart"/>
      <w:r w:rsidRPr="002130C0">
        <w:rPr>
          <w:lang w:val="ro-RO"/>
        </w:rPr>
        <w:t>versenyek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sportklubok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edzéseinek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elsőbbsége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létesítmények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használatában</w:t>
      </w:r>
      <w:proofErr w:type="spellEnd"/>
      <w:r w:rsidRPr="002130C0">
        <w:rPr>
          <w:lang w:val="ro-RO"/>
        </w:rPr>
        <w:t>.</w:t>
      </w:r>
    </w:p>
    <w:p w14:paraId="737798F3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11. A „Kicsid Gábor” </w:t>
      </w:r>
      <w:proofErr w:type="spellStart"/>
      <w:r w:rsidRPr="002130C0">
        <w:rPr>
          <w:lang w:val="ro-RO"/>
        </w:rPr>
        <w:t>Sportcsarnok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„Dr. </w:t>
      </w:r>
      <w:proofErr w:type="spellStart"/>
      <w:r w:rsidRPr="002130C0">
        <w:rPr>
          <w:lang w:val="ro-RO"/>
        </w:rPr>
        <w:t>Sinkovits</w:t>
      </w:r>
      <w:proofErr w:type="spellEnd"/>
      <w:r w:rsidRPr="002130C0">
        <w:rPr>
          <w:lang w:val="ro-RO"/>
        </w:rPr>
        <w:t xml:space="preserve">” Stadion </w:t>
      </w:r>
      <w:proofErr w:type="spellStart"/>
      <w:r w:rsidRPr="002130C0">
        <w:rPr>
          <w:lang w:val="ro-RO"/>
        </w:rPr>
        <w:t>sajátos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használati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szabályai</w:t>
      </w:r>
      <w:proofErr w:type="spellEnd"/>
      <w:r w:rsidRPr="002130C0">
        <w:rPr>
          <w:lang w:val="ro-RO"/>
        </w:rPr>
        <w:t xml:space="preserve">: </w:t>
      </w:r>
      <w:proofErr w:type="spellStart"/>
      <w:r w:rsidRPr="002130C0">
        <w:rPr>
          <w:lang w:val="ro-RO"/>
        </w:rPr>
        <w:t>tiszta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sportcipő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parketten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illetve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gyepre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csak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sportolók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léphetnek</w:t>
      </w:r>
      <w:proofErr w:type="spellEnd"/>
      <w:r w:rsidRPr="002130C0">
        <w:rPr>
          <w:lang w:val="ro-RO"/>
        </w:rPr>
        <w:t>.</w:t>
      </w:r>
    </w:p>
    <w:p w14:paraId="4E3391FF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12. A </w:t>
      </w:r>
      <w:proofErr w:type="spellStart"/>
      <w:r w:rsidRPr="002130C0">
        <w:rPr>
          <w:lang w:val="ro-RO"/>
        </w:rPr>
        <w:t>műszaki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rendszerek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berendezések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karbantartása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javítása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szakképzett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engedéllyel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rendelkező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személyzet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által</w:t>
      </w:r>
      <w:proofErr w:type="spellEnd"/>
      <w:r w:rsidRPr="002130C0">
        <w:rPr>
          <w:lang w:val="ro-RO"/>
        </w:rPr>
        <w:t>.</w:t>
      </w:r>
    </w:p>
    <w:p w14:paraId="2B74B6E2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13. A „Dr. </w:t>
      </w:r>
      <w:proofErr w:type="spellStart"/>
      <w:r w:rsidRPr="002130C0">
        <w:rPr>
          <w:lang w:val="ro-RO"/>
        </w:rPr>
        <w:t>Sinkovits</w:t>
      </w:r>
      <w:proofErr w:type="spellEnd"/>
      <w:r w:rsidRPr="002130C0">
        <w:rPr>
          <w:lang w:val="ro-RO"/>
        </w:rPr>
        <w:t xml:space="preserve">” Stadion </w:t>
      </w:r>
      <w:proofErr w:type="spellStart"/>
      <w:r w:rsidRPr="002130C0">
        <w:rPr>
          <w:lang w:val="ro-RO"/>
        </w:rPr>
        <w:t>természetes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gyepének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karbantartása</w:t>
      </w:r>
      <w:proofErr w:type="spellEnd"/>
      <w:r w:rsidRPr="002130C0">
        <w:rPr>
          <w:lang w:val="ro-RO"/>
        </w:rPr>
        <w:t xml:space="preserve">: </w:t>
      </w:r>
      <w:proofErr w:type="spellStart"/>
      <w:r w:rsidRPr="002130C0">
        <w:rPr>
          <w:lang w:val="ro-RO"/>
        </w:rPr>
        <w:t>rendszeres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nyírás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trágyázás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levegőztetés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öntözés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növényegészségügyi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kezelés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labdarúgópályákra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vonatkozó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előírások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szerint</w:t>
      </w:r>
      <w:proofErr w:type="spellEnd"/>
      <w:r w:rsidRPr="002130C0">
        <w:rPr>
          <w:lang w:val="ro-RO"/>
        </w:rPr>
        <w:t>.</w:t>
      </w:r>
    </w:p>
    <w:p w14:paraId="3798CE60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14. A „Kicsid Gábor” </w:t>
      </w:r>
      <w:proofErr w:type="spellStart"/>
      <w:r w:rsidRPr="002130C0">
        <w:rPr>
          <w:lang w:val="ro-RO"/>
        </w:rPr>
        <w:t>Sportcsarnok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parkettájának</w:t>
      </w:r>
      <w:proofErr w:type="spellEnd"/>
      <w:r w:rsidRPr="002130C0">
        <w:rPr>
          <w:lang w:val="ro-RO"/>
        </w:rPr>
        <w:t xml:space="preserve"> napi </w:t>
      </w:r>
      <w:proofErr w:type="spellStart"/>
      <w:r w:rsidRPr="002130C0">
        <w:rPr>
          <w:lang w:val="ro-RO"/>
        </w:rPr>
        <w:t>tisztítása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karbantartása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sportfelületekhez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való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speciális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termékekkel</w:t>
      </w:r>
      <w:proofErr w:type="spellEnd"/>
      <w:r w:rsidRPr="002130C0">
        <w:rPr>
          <w:lang w:val="ro-RO"/>
        </w:rPr>
        <w:t>.</w:t>
      </w:r>
    </w:p>
    <w:p w14:paraId="7C31FD48" w14:textId="77777777" w:rsidR="00EA68DA" w:rsidRPr="002130C0" w:rsidRDefault="008D0611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15. A </w:t>
      </w:r>
      <w:proofErr w:type="spellStart"/>
      <w:r w:rsidRPr="002130C0">
        <w:rPr>
          <w:lang w:val="ro-RO"/>
        </w:rPr>
        <w:t>munkavédelmi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munkahelyi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biztonsági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egészségvédelmi</w:t>
      </w:r>
      <w:proofErr w:type="spellEnd"/>
      <w:r w:rsidRPr="002130C0">
        <w:rPr>
          <w:lang w:val="ro-RO"/>
        </w:rPr>
        <w:t xml:space="preserve"> (SSM), </w:t>
      </w:r>
      <w:proofErr w:type="spellStart"/>
      <w:r w:rsidRPr="002130C0">
        <w:rPr>
          <w:lang w:val="ro-RO"/>
        </w:rPr>
        <w:t>tűzmegelőzési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tűzoltási</w:t>
      </w:r>
      <w:proofErr w:type="spellEnd"/>
      <w:r w:rsidRPr="002130C0">
        <w:rPr>
          <w:lang w:val="ro-RO"/>
        </w:rPr>
        <w:t xml:space="preserve"> (PSI), </w:t>
      </w:r>
      <w:proofErr w:type="spellStart"/>
      <w:r w:rsidRPr="002130C0">
        <w:rPr>
          <w:lang w:val="ro-RO"/>
        </w:rPr>
        <w:t>valamint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környezetvédelmi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szabályok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betartása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műszaki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karbantartási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tevékenységek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során</w:t>
      </w:r>
      <w:proofErr w:type="spellEnd"/>
      <w:r w:rsidRPr="002130C0">
        <w:rPr>
          <w:lang w:val="ro-RO"/>
        </w:rPr>
        <w:t>.</w:t>
      </w:r>
    </w:p>
    <w:p w14:paraId="24CEAD24" w14:textId="77777777" w:rsidR="00EA68DA" w:rsidRPr="002130C0" w:rsidRDefault="008D0611">
      <w:pPr>
        <w:spacing w:after="20"/>
        <w:jc w:val="both"/>
        <w:rPr>
          <w:lang w:val="ro-RO"/>
        </w:rPr>
      </w:pPr>
      <w:proofErr w:type="spellStart"/>
      <w:r w:rsidRPr="002130C0">
        <w:rPr>
          <w:lang w:val="ro-RO"/>
        </w:rPr>
        <w:t>Megjegyzés</w:t>
      </w:r>
      <w:proofErr w:type="spellEnd"/>
      <w:r w:rsidRPr="002130C0">
        <w:rPr>
          <w:lang w:val="ro-RO"/>
        </w:rPr>
        <w:t xml:space="preserve">: A </w:t>
      </w:r>
      <w:proofErr w:type="spellStart"/>
      <w:r w:rsidRPr="002130C0">
        <w:rPr>
          <w:lang w:val="ro-RO"/>
        </w:rPr>
        <w:t>jogszabályokat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versenyvizsga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megszervezésének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napján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hatályos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formájukban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kell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tanulmányozni</w:t>
      </w:r>
      <w:proofErr w:type="spellEnd"/>
      <w:r w:rsidRPr="002130C0">
        <w:rPr>
          <w:lang w:val="ro-RO"/>
        </w:rPr>
        <w:t>.</w:t>
      </w:r>
    </w:p>
    <w:p w14:paraId="27D50CD4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dossziék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benyújtása</w:t>
      </w:r>
      <w:proofErr w:type="spellEnd"/>
    </w:p>
    <w:p w14:paraId="3359F72F" w14:textId="77777777" w:rsidR="00C20BF6" w:rsidRPr="002130C0" w:rsidRDefault="00B658CD" w:rsidP="007C797C">
      <w:pPr>
        <w:spacing w:after="20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jelentkezési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dossziékat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 </w:t>
      </w:r>
      <w:proofErr w:type="spellStart"/>
      <w:r w:rsidRPr="002130C0">
        <w:rPr>
          <w:lang w:val="ro-RO"/>
        </w:rPr>
        <w:t>konferenciatermében</w:t>
      </w:r>
      <w:proofErr w:type="spellEnd"/>
      <w:r w:rsidRPr="002130C0">
        <w:rPr>
          <w:lang w:val="ro-RO"/>
        </w:rPr>
        <w:t xml:space="preserve"> (III. </w:t>
      </w:r>
      <w:proofErr w:type="spellStart"/>
      <w:r w:rsidRPr="002130C0">
        <w:rPr>
          <w:lang w:val="ro-RO"/>
        </w:rPr>
        <w:t>emelet</w:t>
      </w:r>
      <w:proofErr w:type="spellEnd"/>
      <w:r w:rsidRPr="002130C0">
        <w:rPr>
          <w:lang w:val="ro-RO"/>
        </w:rPr>
        <w:t xml:space="preserve">) </w:t>
      </w:r>
      <w:proofErr w:type="spellStart"/>
      <w:r w:rsidRPr="002130C0">
        <w:rPr>
          <w:lang w:val="ro-RO"/>
        </w:rPr>
        <w:t>kell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benyújtani</w:t>
      </w:r>
      <w:proofErr w:type="spellEnd"/>
      <w:r w:rsidRPr="002130C0">
        <w:rPr>
          <w:lang w:val="ro-RO"/>
        </w:rPr>
        <w:t xml:space="preserve">, </w:t>
      </w:r>
      <w:proofErr w:type="spellStart"/>
      <w:r w:rsidRPr="002130C0">
        <w:rPr>
          <w:lang w:val="ro-RO"/>
        </w:rPr>
        <w:t>legkésőbb</w:t>
      </w:r>
      <w:proofErr w:type="spellEnd"/>
      <w:r w:rsidRPr="002130C0">
        <w:rPr>
          <w:lang w:val="ro-RO"/>
        </w:rPr>
        <w:t xml:space="preserve"> 2026.10.01-jén, 12:00 </w:t>
      </w:r>
      <w:proofErr w:type="spellStart"/>
      <w:r w:rsidRPr="002130C0">
        <w:rPr>
          <w:lang w:val="ro-RO"/>
        </w:rPr>
        <w:t>óráig</w:t>
      </w:r>
      <w:proofErr w:type="spellEnd"/>
      <w:r w:rsidRPr="002130C0">
        <w:rPr>
          <w:lang w:val="ro-RO"/>
        </w:rPr>
        <w:t>.</w:t>
      </w:r>
    </w:p>
    <w:p w14:paraId="1D6C9B92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versenyvizsga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ütemterve</w:t>
      </w:r>
      <w:proofErr w:type="spellEnd"/>
    </w:p>
    <w:p w14:paraId="6A98ED2E" w14:textId="77777777" w:rsidR="00EA68DA" w:rsidRPr="002130C0" w:rsidRDefault="008D0611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A </w:t>
      </w:r>
      <w:proofErr w:type="spellStart"/>
      <w:r w:rsidRPr="002130C0">
        <w:rPr>
          <w:lang w:val="ro-RO"/>
        </w:rPr>
        <w:t>hirdetés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közzétételének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napja</w:t>
      </w:r>
      <w:proofErr w:type="spellEnd"/>
      <w:r w:rsidRPr="002130C0">
        <w:rPr>
          <w:lang w:val="ro-RO"/>
        </w:rPr>
        <w:t>: 2026.09.18;</w:t>
      </w:r>
    </w:p>
    <w:p w14:paraId="07CFDFF2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A </w:t>
      </w:r>
      <w:proofErr w:type="spellStart"/>
      <w:r w:rsidRPr="002130C0">
        <w:rPr>
          <w:lang w:val="ro-RO"/>
        </w:rPr>
        <w:t>jelentkezési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dossziék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benyújtásának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határideje</w:t>
      </w:r>
      <w:proofErr w:type="spellEnd"/>
      <w:r w:rsidRPr="002130C0">
        <w:rPr>
          <w:lang w:val="ro-RO"/>
        </w:rPr>
        <w:t>: 2026.10.01, 1</w:t>
      </w:r>
      <w:r w:rsidR="00532033" w:rsidRPr="002130C0">
        <w:rPr>
          <w:lang w:val="ro-RO"/>
        </w:rPr>
        <w:t>4</w:t>
      </w:r>
      <w:r w:rsidRPr="002130C0">
        <w:rPr>
          <w:lang w:val="ro-RO"/>
        </w:rPr>
        <w:t xml:space="preserve">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4CCEFF69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A </w:t>
      </w:r>
      <w:proofErr w:type="spellStart"/>
      <w:r w:rsidRPr="002130C0">
        <w:rPr>
          <w:lang w:val="ro-RO"/>
        </w:rPr>
        <w:t>dossziék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elbírálása</w:t>
      </w:r>
      <w:proofErr w:type="spellEnd"/>
      <w:r w:rsidRPr="002130C0">
        <w:rPr>
          <w:lang w:val="ro-RO"/>
        </w:rPr>
        <w:t>: 2026.10.02;</w:t>
      </w:r>
    </w:p>
    <w:p w14:paraId="3C293756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A </w:t>
      </w:r>
      <w:proofErr w:type="spellStart"/>
      <w:r w:rsidRPr="002130C0">
        <w:rPr>
          <w:lang w:val="ro-RO"/>
        </w:rPr>
        <w:t>jelentkezési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dossziék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elbírálásának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eredménye</w:t>
      </w:r>
      <w:proofErr w:type="spellEnd"/>
      <w:r w:rsidRPr="002130C0">
        <w:rPr>
          <w:lang w:val="ro-RO"/>
        </w:rPr>
        <w:t xml:space="preserve">: 2026.10.02, 15:00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143CB011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A </w:t>
      </w:r>
      <w:proofErr w:type="spellStart"/>
      <w:r w:rsidRPr="002130C0">
        <w:rPr>
          <w:lang w:val="ro-RO"/>
        </w:rPr>
        <w:t>jelentkezési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dossziék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elbírálásával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kapcsolatos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óvások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benyújtásának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határideje</w:t>
      </w:r>
      <w:proofErr w:type="spellEnd"/>
      <w:r w:rsidRPr="002130C0">
        <w:rPr>
          <w:lang w:val="ro-RO"/>
        </w:rPr>
        <w:t xml:space="preserve">: 2026.10.05, 15:00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773B3D23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A </w:t>
      </w:r>
      <w:proofErr w:type="spellStart"/>
      <w:r w:rsidRPr="002130C0">
        <w:rPr>
          <w:lang w:val="ro-RO"/>
        </w:rPr>
        <w:t>jelentkezési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dossziék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elbírálásával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kapcsolatos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óvások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elbírálása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közzététele</w:t>
      </w:r>
      <w:proofErr w:type="spellEnd"/>
      <w:r w:rsidRPr="002130C0">
        <w:rPr>
          <w:lang w:val="ro-RO"/>
        </w:rPr>
        <w:t xml:space="preserve">: 2026.10.06, 15:00 </w:t>
      </w:r>
      <w:proofErr w:type="spellStart"/>
      <w:r w:rsidRPr="002130C0">
        <w:rPr>
          <w:lang w:val="ro-RO"/>
        </w:rPr>
        <w:t>óráig</w:t>
      </w:r>
      <w:proofErr w:type="spellEnd"/>
      <w:r w:rsidRPr="002130C0">
        <w:rPr>
          <w:lang w:val="ro-RO"/>
        </w:rPr>
        <w:t>;</w:t>
      </w:r>
    </w:p>
    <w:p w14:paraId="36A55410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Írásbeli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vizsga</w:t>
      </w:r>
      <w:proofErr w:type="spellEnd"/>
      <w:r w:rsidRPr="002130C0">
        <w:rPr>
          <w:lang w:val="ro-RO"/>
        </w:rPr>
        <w:t xml:space="preserve">: 2026.10.08, 09:00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7F96B676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írásbeli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vizsga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közzététele</w:t>
      </w:r>
      <w:proofErr w:type="spellEnd"/>
      <w:r w:rsidRPr="002130C0">
        <w:rPr>
          <w:lang w:val="ro-RO"/>
        </w:rPr>
        <w:t xml:space="preserve">: 2026.10.08, 15:00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53E2C61A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írásbeli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vizsga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eredményével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kapcsolatos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óvások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benyújtásának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határideje</w:t>
      </w:r>
      <w:proofErr w:type="spellEnd"/>
      <w:r w:rsidRPr="002130C0">
        <w:rPr>
          <w:lang w:val="ro-RO"/>
        </w:rPr>
        <w:t xml:space="preserve">: 2026.10.09, 15:00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3DD6A963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írásbeli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vizsgával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kapcsolatos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óvások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elbírálása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közzététele</w:t>
      </w:r>
      <w:proofErr w:type="spellEnd"/>
      <w:r w:rsidRPr="002130C0">
        <w:rPr>
          <w:lang w:val="ro-RO"/>
        </w:rPr>
        <w:t xml:space="preserve">: 2026.10.12, 15:00 </w:t>
      </w:r>
      <w:proofErr w:type="spellStart"/>
      <w:r w:rsidRPr="002130C0">
        <w:rPr>
          <w:lang w:val="ro-RO"/>
        </w:rPr>
        <w:t>óráig</w:t>
      </w:r>
      <w:proofErr w:type="spellEnd"/>
      <w:r w:rsidRPr="002130C0">
        <w:rPr>
          <w:lang w:val="ro-RO"/>
        </w:rPr>
        <w:t>;</w:t>
      </w:r>
    </w:p>
    <w:p w14:paraId="6F2D21EA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Interjú</w:t>
      </w:r>
      <w:proofErr w:type="spellEnd"/>
      <w:r w:rsidRPr="002130C0">
        <w:rPr>
          <w:lang w:val="ro-RO"/>
        </w:rPr>
        <w:t xml:space="preserve">: 2026.10.13, 09:00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317AFDE1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interjú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közzététele</w:t>
      </w:r>
      <w:proofErr w:type="spellEnd"/>
      <w:r w:rsidRPr="002130C0">
        <w:rPr>
          <w:lang w:val="ro-RO"/>
        </w:rPr>
        <w:t xml:space="preserve">: 2026.10.13, 15:00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566A5B8E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interjú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eredményével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kapcsolatos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óvások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benyújtásának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határideje</w:t>
      </w:r>
      <w:proofErr w:type="spellEnd"/>
      <w:r w:rsidRPr="002130C0">
        <w:rPr>
          <w:lang w:val="ro-RO"/>
        </w:rPr>
        <w:t xml:space="preserve">: 2026.10.14, 15:00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;</w:t>
      </w:r>
    </w:p>
    <w:p w14:paraId="494746FA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</w:t>
      </w:r>
      <w:proofErr w:type="spellStart"/>
      <w:r w:rsidRPr="002130C0">
        <w:rPr>
          <w:lang w:val="ro-RO"/>
        </w:rPr>
        <w:t>Az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interjú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eredményével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kapcsolatos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óvások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elbírálása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eredményének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közzététele</w:t>
      </w:r>
      <w:proofErr w:type="spellEnd"/>
      <w:r w:rsidRPr="002130C0">
        <w:rPr>
          <w:lang w:val="ro-RO"/>
        </w:rPr>
        <w:t xml:space="preserve">: 2026.10.15, 15:00 </w:t>
      </w:r>
      <w:proofErr w:type="spellStart"/>
      <w:r w:rsidRPr="002130C0">
        <w:rPr>
          <w:lang w:val="ro-RO"/>
        </w:rPr>
        <w:t>óráig</w:t>
      </w:r>
      <w:proofErr w:type="spellEnd"/>
      <w:r w:rsidRPr="002130C0">
        <w:rPr>
          <w:lang w:val="ro-RO"/>
        </w:rPr>
        <w:t>;</w:t>
      </w:r>
    </w:p>
    <w:p w14:paraId="4E7AD058" w14:textId="77777777" w:rsidR="00C20BF6" w:rsidRPr="002130C0" w:rsidRDefault="00B658CD" w:rsidP="007C797C">
      <w:pPr>
        <w:ind w:left="425" w:hanging="198"/>
        <w:rPr>
          <w:lang w:val="ro-RO"/>
        </w:rPr>
      </w:pPr>
      <w:r w:rsidRPr="002130C0">
        <w:rPr>
          <w:lang w:val="ro-RO"/>
        </w:rPr>
        <w:t xml:space="preserve">• A </w:t>
      </w:r>
      <w:proofErr w:type="spellStart"/>
      <w:r w:rsidRPr="002130C0">
        <w:rPr>
          <w:lang w:val="ro-RO"/>
        </w:rPr>
        <w:t>végleges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eredmény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közzététele</w:t>
      </w:r>
      <w:proofErr w:type="spellEnd"/>
      <w:r w:rsidRPr="002130C0">
        <w:rPr>
          <w:lang w:val="ro-RO"/>
        </w:rPr>
        <w:t xml:space="preserve">: 2026.10.16, 10:00 </w:t>
      </w:r>
      <w:proofErr w:type="spellStart"/>
      <w:r w:rsidRPr="002130C0">
        <w:rPr>
          <w:lang w:val="ro-RO"/>
        </w:rPr>
        <w:t>óra</w:t>
      </w:r>
      <w:proofErr w:type="spellEnd"/>
      <w:r w:rsidRPr="002130C0">
        <w:rPr>
          <w:lang w:val="ro-RO"/>
        </w:rPr>
        <w:t>.</w:t>
      </w:r>
    </w:p>
    <w:p w14:paraId="58978C8B" w14:textId="77777777" w:rsidR="00C20BF6" w:rsidRPr="002130C0" w:rsidRDefault="00B658CD" w:rsidP="007C797C">
      <w:p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írásbeli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vizsga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és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interjú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helyszíne</w:t>
      </w:r>
      <w:proofErr w:type="spellEnd"/>
      <w:r w:rsidRPr="002130C0">
        <w:rPr>
          <w:lang w:val="ro-RO" w:bidi="hu-HU"/>
        </w:rPr>
        <w:t xml:space="preserve">: </w:t>
      </w:r>
      <w:r w:rsidR="00737E15" w:rsidRPr="002130C0">
        <w:rPr>
          <w:lang w:val="ro-RO" w:bidi="hu-HU"/>
        </w:rPr>
        <w:t xml:space="preserve">Deme László </w:t>
      </w:r>
      <w:proofErr w:type="spellStart"/>
      <w:r w:rsidR="00737E15" w:rsidRPr="002130C0">
        <w:rPr>
          <w:lang w:val="ro-RO" w:bidi="hu-HU"/>
        </w:rPr>
        <w:t>műjégpálya</w:t>
      </w:r>
      <w:proofErr w:type="spellEnd"/>
      <w:r w:rsidR="00737E15" w:rsidRPr="002130C0">
        <w:rPr>
          <w:lang w:val="ro-RO" w:bidi="hu-HU"/>
        </w:rPr>
        <w:t xml:space="preserve">, I. </w:t>
      </w:r>
      <w:proofErr w:type="spellStart"/>
      <w:r w:rsidR="00737E15" w:rsidRPr="002130C0">
        <w:rPr>
          <w:lang w:val="ro-RO" w:bidi="hu-HU"/>
        </w:rPr>
        <w:t>emelet</w:t>
      </w:r>
      <w:proofErr w:type="spellEnd"/>
      <w:r w:rsidR="00737E15" w:rsidRPr="002130C0">
        <w:rPr>
          <w:lang w:val="ro-RO" w:bidi="hu-HU"/>
        </w:rPr>
        <w:t>.</w:t>
      </w:r>
    </w:p>
    <w:p w14:paraId="48F7A2C3" w14:textId="77777777" w:rsidR="00C20BF6" w:rsidRPr="002130C0" w:rsidRDefault="00B658CD" w:rsidP="007C797C">
      <w:p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óvásokat</w:t>
      </w:r>
      <w:proofErr w:type="spellEnd"/>
      <w:r w:rsidRPr="002130C0">
        <w:rPr>
          <w:lang w:val="ro-RO" w:bidi="hu-HU"/>
        </w:rPr>
        <w:t xml:space="preserve"> a 1336/2022. </w:t>
      </w:r>
      <w:proofErr w:type="spellStart"/>
      <w:r w:rsidRPr="002130C0">
        <w:rPr>
          <w:lang w:val="ro-RO" w:bidi="hu-HU"/>
        </w:rPr>
        <w:t>számú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kormányhatározatban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annak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későbbi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módosításaival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és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kiegészítéseivel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együtt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meghatározott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határidők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és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feltételek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szerint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lehet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benyújtani</w:t>
      </w:r>
      <w:proofErr w:type="spellEnd"/>
      <w:r w:rsidRPr="002130C0">
        <w:rPr>
          <w:lang w:val="ro-RO" w:bidi="hu-HU"/>
        </w:rPr>
        <w:t>.</w:t>
      </w:r>
    </w:p>
    <w:p w14:paraId="5F2BECC1" w14:textId="77777777" w:rsidR="00C20BF6" w:rsidRPr="002130C0" w:rsidRDefault="00B658CD" w:rsidP="007C797C">
      <w:pPr>
        <w:spacing w:before="120" w:after="6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További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információk</w:t>
      </w:r>
      <w:proofErr w:type="spellEnd"/>
    </w:p>
    <w:p w14:paraId="332680C1" w14:textId="77777777" w:rsidR="00C20BF6" w:rsidRPr="002130C0" w:rsidRDefault="00B658CD" w:rsidP="007C797C">
      <w:pPr>
        <w:spacing w:after="20"/>
        <w:jc w:val="both"/>
        <w:rPr>
          <w:lang w:val="ro-RO"/>
        </w:rPr>
      </w:pPr>
      <w:r w:rsidRPr="002130C0">
        <w:rPr>
          <w:lang w:val="ro-RO" w:bidi="hu-HU"/>
        </w:rPr>
        <w:t xml:space="preserve">A </w:t>
      </w:r>
      <w:proofErr w:type="spellStart"/>
      <w:r w:rsidRPr="002130C0">
        <w:rPr>
          <w:lang w:val="ro-RO" w:bidi="hu-HU"/>
        </w:rPr>
        <w:t>versenyvizsga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menete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valamint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az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egyes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szakaszok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eredményei</w:t>
      </w:r>
      <w:proofErr w:type="spellEnd"/>
      <w:r w:rsidRPr="002130C0">
        <w:rPr>
          <w:lang w:val="ro-RO" w:bidi="hu-HU"/>
        </w:rPr>
        <w:t xml:space="preserve"> a www.kezdi.ro </w:t>
      </w:r>
      <w:proofErr w:type="spellStart"/>
      <w:r w:rsidRPr="002130C0">
        <w:rPr>
          <w:lang w:val="ro-RO" w:bidi="hu-HU"/>
        </w:rPr>
        <w:t>honlapon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követhetők</w:t>
      </w:r>
      <w:proofErr w:type="spellEnd"/>
      <w:r w:rsidRPr="002130C0">
        <w:rPr>
          <w:lang w:val="ro-RO" w:bidi="hu-HU"/>
        </w:rPr>
        <w:t xml:space="preserve">, </w:t>
      </w:r>
      <w:proofErr w:type="spellStart"/>
      <w:r w:rsidRPr="002130C0">
        <w:rPr>
          <w:lang w:val="ro-RO" w:bidi="hu-HU"/>
        </w:rPr>
        <w:t>ahol</w:t>
      </w:r>
      <w:proofErr w:type="spellEnd"/>
      <w:r w:rsidRPr="002130C0">
        <w:rPr>
          <w:lang w:val="ro-RO" w:bidi="hu-HU"/>
        </w:rPr>
        <w:t xml:space="preserve"> a </w:t>
      </w:r>
      <w:proofErr w:type="spellStart"/>
      <w:r w:rsidRPr="002130C0">
        <w:rPr>
          <w:lang w:val="ro-RO" w:bidi="hu-HU"/>
        </w:rPr>
        <w:t>versenyvizsgával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kapcsolatos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valamennyi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információ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és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eredmény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közzétételre</w:t>
      </w:r>
      <w:proofErr w:type="spellEnd"/>
      <w:r w:rsidRPr="002130C0">
        <w:rPr>
          <w:lang w:val="ro-RO" w:bidi="hu-HU"/>
        </w:rPr>
        <w:t xml:space="preserve"> </w:t>
      </w:r>
      <w:proofErr w:type="spellStart"/>
      <w:r w:rsidRPr="002130C0">
        <w:rPr>
          <w:lang w:val="ro-RO" w:bidi="hu-HU"/>
        </w:rPr>
        <w:t>kerül</w:t>
      </w:r>
      <w:proofErr w:type="spellEnd"/>
      <w:r w:rsidRPr="002130C0">
        <w:rPr>
          <w:lang w:val="ro-RO" w:bidi="hu-HU"/>
        </w:rPr>
        <w:t>.</w:t>
      </w:r>
    </w:p>
    <w:p w14:paraId="67264161" w14:textId="77777777" w:rsidR="00C20BF6" w:rsidRPr="002130C0" w:rsidRDefault="00B658CD" w:rsidP="007C797C">
      <w:pPr>
        <w:spacing w:after="20" w:line="276" w:lineRule="auto"/>
        <w:jc w:val="both"/>
        <w:rPr>
          <w:lang w:val="ro-RO"/>
        </w:rPr>
      </w:pPr>
      <w:r w:rsidRPr="002130C0">
        <w:rPr>
          <w:lang w:val="ro-RO"/>
        </w:rPr>
        <w:t xml:space="preserve">A </w:t>
      </w:r>
      <w:proofErr w:type="spellStart"/>
      <w:r w:rsidRPr="002130C0">
        <w:rPr>
          <w:lang w:val="ro-RO"/>
        </w:rPr>
        <w:t>versenyvizsgával</w:t>
      </w:r>
      <w:proofErr w:type="spellEnd"/>
      <w:r w:rsidRPr="002130C0">
        <w:rPr>
          <w:lang w:val="ro-RO"/>
        </w:rPr>
        <w:t xml:space="preserve">, a </w:t>
      </w:r>
      <w:proofErr w:type="spellStart"/>
      <w:r w:rsidRPr="002130C0">
        <w:rPr>
          <w:lang w:val="ro-RO"/>
        </w:rPr>
        <w:t>részvételi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feltételekkel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és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szükséges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dokumentumokkal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kapcsolatos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további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információk</w:t>
      </w:r>
      <w:proofErr w:type="spellEnd"/>
      <w:r w:rsidRPr="002130C0">
        <w:rPr>
          <w:lang w:val="ro-RO"/>
        </w:rPr>
        <w:t xml:space="preserve"> a </w:t>
      </w:r>
      <w:proofErr w:type="spellStart"/>
      <w:r w:rsidRPr="002130C0">
        <w:rPr>
          <w:lang w:val="ro-RO"/>
        </w:rPr>
        <w:t>Hostel</w:t>
      </w:r>
      <w:proofErr w:type="spellEnd"/>
      <w:r w:rsidRPr="002130C0">
        <w:rPr>
          <w:lang w:val="ro-RO"/>
        </w:rPr>
        <w:t xml:space="preserve"> Sport </w:t>
      </w:r>
      <w:proofErr w:type="spellStart"/>
      <w:r w:rsidRPr="002130C0">
        <w:rPr>
          <w:lang w:val="ro-RO"/>
        </w:rPr>
        <w:t>konferenciatermében</w:t>
      </w:r>
      <w:proofErr w:type="spellEnd"/>
      <w:r w:rsidRPr="002130C0">
        <w:rPr>
          <w:lang w:val="ro-RO"/>
        </w:rPr>
        <w:t xml:space="preserve"> (III. </w:t>
      </w:r>
      <w:proofErr w:type="spellStart"/>
      <w:r w:rsidRPr="002130C0">
        <w:rPr>
          <w:lang w:val="ro-RO"/>
        </w:rPr>
        <w:t>emelet</w:t>
      </w:r>
      <w:proofErr w:type="spellEnd"/>
      <w:r w:rsidRPr="002130C0">
        <w:rPr>
          <w:lang w:val="ro-RO"/>
        </w:rPr>
        <w:t xml:space="preserve">), </w:t>
      </w:r>
      <w:proofErr w:type="spellStart"/>
      <w:r w:rsidRPr="002130C0">
        <w:rPr>
          <w:lang w:val="ro-RO"/>
        </w:rPr>
        <w:t>valamint</w:t>
      </w:r>
      <w:proofErr w:type="spellEnd"/>
      <w:r w:rsidRPr="002130C0">
        <w:rPr>
          <w:lang w:val="ro-RO"/>
        </w:rPr>
        <w:t xml:space="preserve"> a 0785070050-es </w:t>
      </w:r>
      <w:proofErr w:type="spellStart"/>
      <w:r w:rsidRPr="002130C0">
        <w:rPr>
          <w:lang w:val="ro-RO"/>
        </w:rPr>
        <w:t>telefonszámon</w:t>
      </w:r>
      <w:proofErr w:type="spellEnd"/>
      <w:r w:rsidRPr="002130C0">
        <w:rPr>
          <w:lang w:val="ro-RO"/>
        </w:rPr>
        <w:t xml:space="preserve"> </w:t>
      </w:r>
      <w:proofErr w:type="spellStart"/>
      <w:r w:rsidRPr="002130C0">
        <w:rPr>
          <w:lang w:val="ro-RO"/>
        </w:rPr>
        <w:t>kérhetők</w:t>
      </w:r>
      <w:proofErr w:type="spellEnd"/>
      <w:r w:rsidRPr="002130C0">
        <w:rPr>
          <w:lang w:val="ro-RO"/>
        </w:rPr>
        <w:t>.</w:t>
      </w:r>
    </w:p>
    <w:p w14:paraId="41A71B34" w14:textId="77777777" w:rsidR="00C20BF6" w:rsidRPr="002130C0" w:rsidRDefault="00B658CD" w:rsidP="007C797C">
      <w:pPr>
        <w:spacing w:after="20"/>
        <w:jc w:val="both"/>
        <w:rPr>
          <w:lang w:val="ro-RO"/>
        </w:rPr>
      </w:pPr>
      <w:proofErr w:type="spellStart"/>
      <w:r w:rsidRPr="002130C0">
        <w:rPr>
          <w:lang w:val="ro-RO" w:bidi="hu-HU"/>
        </w:rPr>
        <w:t>Szolgálatvezető</w:t>
      </w:r>
      <w:proofErr w:type="spellEnd"/>
      <w:r w:rsidRPr="002130C0">
        <w:rPr>
          <w:lang w:val="ro-RO" w:bidi="hu-HU"/>
        </w:rPr>
        <w:t>,</w:t>
      </w:r>
      <w:r w:rsidRPr="002130C0">
        <w:rPr>
          <w:lang w:val="ro-RO" w:bidi="hu-HU"/>
        </w:rPr>
        <w:br/>
        <w:t xml:space="preserve">Szabó Zsolt </w:t>
      </w:r>
      <w:proofErr w:type="spellStart"/>
      <w:r w:rsidRPr="002130C0">
        <w:rPr>
          <w:lang w:val="ro-RO" w:bidi="hu-HU"/>
        </w:rPr>
        <w:t>Dezső</w:t>
      </w:r>
      <w:proofErr w:type="spellEnd"/>
    </w:p>
    <w:sectPr w:rsidR="00C20BF6" w:rsidRPr="002130C0" w:rsidSect="00034616">
      <w:pgSz w:w="12240" w:h="15840"/>
      <w:pgMar w:top="964" w:right="1247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CA769" w14:textId="77777777" w:rsidR="003C010D" w:rsidRDefault="003C010D" w:rsidP="007B51D4">
      <w:r>
        <w:separator/>
      </w:r>
    </w:p>
  </w:endnote>
  <w:endnote w:type="continuationSeparator" w:id="0">
    <w:p w14:paraId="2FEDD24E" w14:textId="77777777" w:rsidR="003C010D" w:rsidRDefault="003C010D" w:rsidP="007B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B3C76" w14:textId="77777777" w:rsidR="003C010D" w:rsidRDefault="003C010D" w:rsidP="007B51D4">
      <w:r>
        <w:separator/>
      </w:r>
    </w:p>
  </w:footnote>
  <w:footnote w:type="continuationSeparator" w:id="0">
    <w:p w14:paraId="09682D21" w14:textId="77777777" w:rsidR="003C010D" w:rsidRDefault="003C010D" w:rsidP="007B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7443A"/>
    <w:multiLevelType w:val="hybridMultilevel"/>
    <w:tmpl w:val="6B283572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0FD5253"/>
    <w:multiLevelType w:val="hybridMultilevel"/>
    <w:tmpl w:val="26F26AB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4E031753"/>
    <w:multiLevelType w:val="hybridMultilevel"/>
    <w:tmpl w:val="FCD87B3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4E777B84"/>
    <w:multiLevelType w:val="hybridMultilevel"/>
    <w:tmpl w:val="A6EE6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15D10"/>
    <w:multiLevelType w:val="multilevel"/>
    <w:tmpl w:val="F6E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97319"/>
    <w:multiLevelType w:val="hybridMultilevel"/>
    <w:tmpl w:val="A18017A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790923C7"/>
    <w:multiLevelType w:val="hybridMultilevel"/>
    <w:tmpl w:val="843EE7F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7D68650A"/>
    <w:multiLevelType w:val="hybridMultilevel"/>
    <w:tmpl w:val="D88873F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442843226">
    <w:abstractNumId w:val="8"/>
  </w:num>
  <w:num w:numId="2" w16cid:durableId="2042902720">
    <w:abstractNumId w:val="6"/>
  </w:num>
  <w:num w:numId="3" w16cid:durableId="157111154">
    <w:abstractNumId w:val="5"/>
  </w:num>
  <w:num w:numId="4" w16cid:durableId="10764358">
    <w:abstractNumId w:val="4"/>
  </w:num>
  <w:num w:numId="5" w16cid:durableId="1383362755">
    <w:abstractNumId w:val="7"/>
  </w:num>
  <w:num w:numId="6" w16cid:durableId="141316750">
    <w:abstractNumId w:val="3"/>
  </w:num>
  <w:num w:numId="7" w16cid:durableId="1662997961">
    <w:abstractNumId w:val="2"/>
  </w:num>
  <w:num w:numId="8" w16cid:durableId="1218512383">
    <w:abstractNumId w:val="1"/>
  </w:num>
  <w:num w:numId="9" w16cid:durableId="927034816">
    <w:abstractNumId w:val="0"/>
  </w:num>
  <w:num w:numId="10" w16cid:durableId="1910849393">
    <w:abstractNumId w:val="11"/>
  </w:num>
  <w:num w:numId="11" w16cid:durableId="319430096">
    <w:abstractNumId w:val="10"/>
  </w:num>
  <w:num w:numId="12" w16cid:durableId="139032292">
    <w:abstractNumId w:val="9"/>
  </w:num>
  <w:num w:numId="13" w16cid:durableId="995844712">
    <w:abstractNumId w:val="14"/>
  </w:num>
  <w:num w:numId="14" w16cid:durableId="981233124">
    <w:abstractNumId w:val="15"/>
  </w:num>
  <w:num w:numId="15" w16cid:durableId="656034065">
    <w:abstractNumId w:val="12"/>
  </w:num>
  <w:num w:numId="16" w16cid:durableId="1791513327">
    <w:abstractNumId w:val="16"/>
  </w:num>
  <w:num w:numId="17" w16cid:durableId="6028819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39D"/>
    <w:rsid w:val="0015074B"/>
    <w:rsid w:val="002130C0"/>
    <w:rsid w:val="00276C63"/>
    <w:rsid w:val="0029639D"/>
    <w:rsid w:val="00326F90"/>
    <w:rsid w:val="00395B00"/>
    <w:rsid w:val="003C010D"/>
    <w:rsid w:val="004158E4"/>
    <w:rsid w:val="0048426C"/>
    <w:rsid w:val="00503183"/>
    <w:rsid w:val="00532033"/>
    <w:rsid w:val="00640B05"/>
    <w:rsid w:val="00674B5F"/>
    <w:rsid w:val="00681A66"/>
    <w:rsid w:val="00737E15"/>
    <w:rsid w:val="007B51D4"/>
    <w:rsid w:val="007C797C"/>
    <w:rsid w:val="008D0611"/>
    <w:rsid w:val="009B4F32"/>
    <w:rsid w:val="00AA1D8D"/>
    <w:rsid w:val="00B47730"/>
    <w:rsid w:val="00B658CD"/>
    <w:rsid w:val="00C20BF6"/>
    <w:rsid w:val="00CB0664"/>
    <w:rsid w:val="00D56CD7"/>
    <w:rsid w:val="00E81ACD"/>
    <w:rsid w:val="00EA68DA"/>
    <w:rsid w:val="00EB24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3DF58D2"/>
  <w14:defaultImageDpi w14:val="300"/>
  <w15:docId w15:val="{3E4118E5-DB5F-894B-9EF4-830F778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FA801C-390C-4E44-9D03-7B7481412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2388</Words>
  <Characters>13617</Characters>
  <Application>Microsoft Office Word</Application>
  <DocSecurity>0</DocSecurity>
  <Lines>113</Lines>
  <Paragraphs>31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de angajare - Referent I Patinoar / Álláshirdetés - Referens I Jégpálya</vt:lpstr>
      <vt:lpstr/>
    </vt:vector>
  </TitlesOfParts>
  <Manager/>
  <Company/>
  <LinksUpToDate>false</LinksUpToDate>
  <CharactersWithSpaces>15974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de angajare - Referent I Patinoar / Álláshirdetés - Referens I Jégpálya</dc:title>
  <dc:subject>Serviciul Public Local de Administrare a Complexului Sportiv KÉZDI</dc:subject>
  <dc:creator>python-docx</dc:creator>
  <cp:keywords/>
  <dc:description>generated by python-docx</dc:description>
  <cp:lastModifiedBy>Szilveszter Szabolcs</cp:lastModifiedBy>
  <cp:revision>2</cp:revision>
  <cp:lastPrinted>2026-09-14T15:17:00Z</cp:lastPrinted>
  <dcterms:created xsi:type="dcterms:W3CDTF">2026-09-18T08:35:00Z</dcterms:created>
  <dcterms:modified xsi:type="dcterms:W3CDTF">2026-09-18T08:35:00Z</dcterms:modified>
  <cp:category/>
</cp:coreProperties>
</file>