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02973" w14:textId="77777777" w:rsidR="007B51D4" w:rsidRPr="007C797C" w:rsidRDefault="007B51D4" w:rsidP="007C797C">
      <w:pPr>
        <w:spacing w:after="160"/>
        <w:jc w:val="center"/>
        <w:rPr>
          <w:b/>
          <w:lang w:val="ro-RO" w:eastAsia="ro-RO"/>
        </w:rPr>
      </w:pPr>
      <w:r>
        <w:rPr>
          <w:b/>
          <w:lang w:val="ro-RO" w:eastAsia="ro-RO"/>
        </w:rPr>
        <w:t>Anunț de angajare</w:t>
      </w:r>
    </w:p>
    <w:p w14:paraId="0142FE4B" w14:textId="77777777" w:rsidR="00640B05" w:rsidRDefault="00681A66" w:rsidP="00640B05">
      <w:pPr>
        <w:spacing w:after="160"/>
        <w:jc w:val="both"/>
        <w:rPr>
          <w:lang w:val="ro-RO" w:eastAsia="ro-RO" w:bidi="ro-RO"/>
        </w:rPr>
      </w:pPr>
      <w:r>
        <w:rPr>
          <w:lang w:val="ro-RO" w:eastAsia="ro-RO"/>
        </w:rPr>
        <w:t>Serviciul Public Local de Administrare a Complexului Sportiv „KÉZDI” Municipiul Târgu Secuiesc organizează concurs pentru ocuparea, pe perioadă nedeterminată, a unui post contractual vacant de execuție:</w:t>
      </w:r>
    </w:p>
    <w:p w14:paraId="02222ABD" w14:textId="77777777" w:rsidR="007C797C" w:rsidRPr="00640B05" w:rsidRDefault="007C797C" w:rsidP="00640B05">
      <w:pPr>
        <w:spacing w:after="160"/>
        <w:jc w:val="both"/>
        <w:rPr>
          <w:b/>
        </w:rPr>
      </w:pPr>
      <w:r w:rsidRPr="00640B05">
        <w:rPr>
          <w:b/>
          <w:color w:val="000000" w:themeColor="text1"/>
          <w:lang w:val="ro-RO" w:eastAsia="ro-RO"/>
        </w:rPr>
        <w:t>Date privind postul</w:t>
      </w:r>
    </w:p>
    <w:p w14:paraId="73CE3D92" w14:textId="77777777" w:rsidR="007C797C" w:rsidRPr="007C797C" w:rsidRDefault="007C797C" w:rsidP="007C797C">
      <w:pPr>
        <w:pStyle w:val="ListParagraph"/>
        <w:numPr>
          <w:ilvl w:val="0"/>
          <w:numId w:val="15"/>
        </w:numPr>
        <w:jc w:val="both"/>
        <w:rPr>
          <w:lang w:val="ro-RO"/>
        </w:rPr>
      </w:pPr>
      <w:r>
        <w:rPr>
          <w:lang w:val="ro-RO" w:eastAsia="ro-RO"/>
        </w:rPr>
        <w:t>Denumirea postului: Muncitor calificat</w:t>
      </w:r>
    </w:p>
    <w:p w14:paraId="4A1CF61F" w14:textId="77777777" w:rsidR="007C797C" w:rsidRPr="007C797C" w:rsidRDefault="007C797C" w:rsidP="007C797C">
      <w:pPr>
        <w:pStyle w:val="ListParagraph"/>
        <w:numPr>
          <w:ilvl w:val="0"/>
          <w:numId w:val="15"/>
        </w:numPr>
        <w:jc w:val="both"/>
        <w:rPr>
          <w:lang w:val="ro-RO"/>
        </w:rPr>
      </w:pPr>
      <w:r>
        <w:rPr>
          <w:lang w:val="ro-RO" w:eastAsia="ro-RO"/>
        </w:rPr>
        <w:t>Gradul profesional: II</w:t>
      </w:r>
    </w:p>
    <w:p w14:paraId="541AD9F4" w14:textId="77777777" w:rsidR="007C797C" w:rsidRPr="007C797C" w:rsidRDefault="007C797C" w:rsidP="007C797C">
      <w:pPr>
        <w:pStyle w:val="ListParagraph"/>
        <w:numPr>
          <w:ilvl w:val="0"/>
          <w:numId w:val="15"/>
        </w:numPr>
        <w:jc w:val="both"/>
        <w:rPr>
          <w:lang w:val="ro-RO"/>
        </w:rPr>
      </w:pPr>
      <w:r>
        <w:rPr>
          <w:lang w:val="ro-RO" w:eastAsia="ro-RO"/>
        </w:rPr>
        <w:t>Nivelul postului: de execuție</w:t>
      </w:r>
    </w:p>
    <w:p w14:paraId="2528458D" w14:textId="77777777" w:rsidR="007C797C" w:rsidRPr="007C797C" w:rsidRDefault="007C797C" w:rsidP="007C797C">
      <w:pPr>
        <w:pStyle w:val="ListParagraph"/>
        <w:numPr>
          <w:ilvl w:val="0"/>
          <w:numId w:val="15"/>
        </w:numPr>
        <w:jc w:val="both"/>
        <w:rPr>
          <w:color w:val="000000" w:themeColor="text1"/>
          <w:lang w:val="ro-RO"/>
        </w:rPr>
      </w:pPr>
      <w:r>
        <w:rPr>
          <w:lang w:val="ro-RO" w:eastAsia="ro-RO"/>
        </w:rPr>
        <w:t>Numărul posturilor: 1 post</w:t>
      </w:r>
    </w:p>
    <w:p w14:paraId="1500F8E2" w14:textId="77777777" w:rsidR="007C797C" w:rsidRPr="007C797C" w:rsidRDefault="007C797C" w:rsidP="007C797C">
      <w:pPr>
        <w:pStyle w:val="ListParagraph"/>
        <w:numPr>
          <w:ilvl w:val="0"/>
          <w:numId w:val="15"/>
        </w:numPr>
        <w:jc w:val="both"/>
        <w:rPr>
          <w:lang w:val="ro-RO"/>
        </w:rPr>
      </w:pPr>
      <w:r>
        <w:rPr>
          <w:lang w:val="ro-RO" w:eastAsia="ro-RO"/>
        </w:rPr>
        <w:t>Perioada: nedeterminată</w:t>
      </w:r>
    </w:p>
    <w:p w14:paraId="6158B497" w14:textId="77777777" w:rsidR="007C797C" w:rsidRPr="007C797C" w:rsidRDefault="007C797C" w:rsidP="007C797C">
      <w:pPr>
        <w:pStyle w:val="ListParagraph"/>
        <w:numPr>
          <w:ilvl w:val="0"/>
          <w:numId w:val="15"/>
        </w:numPr>
        <w:jc w:val="both"/>
        <w:rPr>
          <w:lang w:val="ro-RO"/>
        </w:rPr>
      </w:pPr>
      <w:r>
        <w:rPr>
          <w:lang w:val="ro-RO" w:eastAsia="ro-RO"/>
        </w:rPr>
        <w:t>Durata timpului de lucru: normă întreagă, 8 ore/zi, 40 de ore/săptămână, conform graficului de lucru.</w:t>
      </w:r>
    </w:p>
    <w:p w14:paraId="2314F16E" w14:textId="77777777" w:rsidR="00276C63" w:rsidRPr="007C797C" w:rsidRDefault="00681A66" w:rsidP="007C797C">
      <w:pPr>
        <w:spacing w:before="120" w:after="80"/>
        <w:jc w:val="both"/>
      </w:pPr>
      <w:r w:rsidRPr="007C797C">
        <w:rPr>
          <w:b/>
          <w:lang w:val="ro-RO" w:eastAsia="ro-RO" w:bidi="ro-RO"/>
        </w:rPr>
        <w:t>Condiții generale</w:t>
      </w:r>
    </w:p>
    <w:p w14:paraId="757EC400" w14:textId="77777777" w:rsidR="00276C63" w:rsidRPr="007C797C" w:rsidRDefault="00681A66" w:rsidP="007C797C">
      <w:pPr>
        <w:spacing w:after="120"/>
        <w:jc w:val="both"/>
      </w:pPr>
      <w:r w:rsidRPr="007C797C">
        <w:rPr>
          <w:lang w:val="ro-RO" w:eastAsia="ro-RO" w:bidi="ro-RO"/>
        </w:rPr>
        <w:t>Candidații trebuie să îndeplinească condițiile generale prevăzute la art. 15 din H.G. nr. 1336/2022, cu modificările și completările ulterioare.</w:t>
      </w:r>
    </w:p>
    <w:p w14:paraId="1B32394D" w14:textId="77777777" w:rsidR="00276C63" w:rsidRPr="007C797C" w:rsidRDefault="00681A66" w:rsidP="007C797C">
      <w:pPr>
        <w:spacing w:before="120" w:after="80"/>
        <w:jc w:val="both"/>
      </w:pPr>
      <w:r w:rsidRPr="007C797C">
        <w:rPr>
          <w:b/>
          <w:lang w:val="ro-RO" w:eastAsia="ro-RO" w:bidi="ro-RO"/>
        </w:rPr>
        <w:t>Condiții specifice pentru ocuparea postului</w:t>
      </w:r>
    </w:p>
    <w:p w14:paraId="70CCF7D7" w14:textId="77777777" w:rsidR="00276C63" w:rsidRPr="007C797C" w:rsidRDefault="00681A66" w:rsidP="007C797C">
      <w:pPr>
        <w:pStyle w:val="ListBullet"/>
        <w:numPr>
          <w:ilvl w:val="0"/>
          <w:numId w:val="10"/>
        </w:numPr>
        <w:spacing w:after="40"/>
        <w:jc w:val="both"/>
      </w:pPr>
      <w:r>
        <w:rPr>
          <w:lang w:val="ro-RO" w:eastAsia="ro-RO"/>
        </w:rPr>
        <w:t>studii medii și/sau școală profesională, absolvite în condițiile legii;</w:t>
      </w:r>
    </w:p>
    <w:p w14:paraId="024CEE24" w14:textId="77777777" w:rsidR="00276C63" w:rsidRPr="007C797C" w:rsidRDefault="00681A66" w:rsidP="007C797C">
      <w:pPr>
        <w:pStyle w:val="ListBullet"/>
        <w:numPr>
          <w:ilvl w:val="0"/>
          <w:numId w:val="10"/>
        </w:numPr>
        <w:spacing w:after="40"/>
        <w:jc w:val="both"/>
      </w:pPr>
      <w:r>
        <w:rPr>
          <w:lang w:val="ro-RO" w:eastAsia="ro-RO"/>
        </w:rPr>
        <w:t>certificat de calificare profesională în meseria de tâmplar sau document echivalent care atestă calificarea în această meserie;</w:t>
      </w:r>
    </w:p>
    <w:p w14:paraId="5C589871" w14:textId="77777777" w:rsidR="00276C63" w:rsidRPr="007C797C" w:rsidRDefault="00681A66" w:rsidP="007C797C">
      <w:pPr>
        <w:pStyle w:val="ListBullet"/>
        <w:numPr>
          <w:ilvl w:val="0"/>
          <w:numId w:val="10"/>
        </w:numPr>
        <w:spacing w:after="40"/>
        <w:jc w:val="both"/>
      </w:pPr>
      <w:r>
        <w:rPr>
          <w:lang w:val="ro-RO" w:eastAsia="ro-RO"/>
        </w:rPr>
        <w:t>vechime în muncă: minimum 5 ani;</w:t>
      </w:r>
    </w:p>
    <w:p w14:paraId="4DDD1E30" w14:textId="77777777" w:rsidR="00276C63" w:rsidRPr="007C797C" w:rsidRDefault="00681A66" w:rsidP="007C797C">
      <w:pPr>
        <w:pStyle w:val="ListBullet"/>
        <w:numPr>
          <w:ilvl w:val="0"/>
          <w:numId w:val="10"/>
        </w:numPr>
        <w:spacing w:after="40"/>
        <w:jc w:val="both"/>
      </w:pPr>
      <w:r>
        <w:rPr>
          <w:lang w:val="ro-RO" w:eastAsia="ro-RO"/>
        </w:rPr>
        <w:t>permis de conducere categoria B, valabil;</w:t>
      </w:r>
    </w:p>
    <w:p w14:paraId="36DC00F0" w14:textId="77777777" w:rsidR="00276C63" w:rsidRPr="007C797C" w:rsidRDefault="00681A66" w:rsidP="007C797C">
      <w:pPr>
        <w:pStyle w:val="ListBullet"/>
        <w:numPr>
          <w:ilvl w:val="0"/>
          <w:numId w:val="10"/>
        </w:numPr>
        <w:spacing w:after="40"/>
        <w:jc w:val="both"/>
      </w:pPr>
      <w:r>
        <w:rPr>
          <w:lang w:val="ro-RO" w:eastAsia="ro-RO"/>
        </w:rPr>
        <w:t>seriozitate, responsabilitate și punctualitate;</w:t>
      </w:r>
    </w:p>
    <w:p w14:paraId="311CC770" w14:textId="77777777" w:rsidR="00276C63" w:rsidRPr="007C797C" w:rsidRDefault="00681A66" w:rsidP="007C797C">
      <w:pPr>
        <w:pStyle w:val="ListBullet"/>
        <w:numPr>
          <w:ilvl w:val="0"/>
          <w:numId w:val="10"/>
        </w:numPr>
        <w:spacing w:after="40"/>
        <w:jc w:val="both"/>
      </w:pPr>
      <w:r>
        <w:rPr>
          <w:lang w:val="ro-RO" w:eastAsia="ro-RO"/>
        </w:rPr>
        <w:t>îndemânare practică și capacitate de organizare;</w:t>
      </w:r>
    </w:p>
    <w:p w14:paraId="381BDBC5" w14:textId="77777777" w:rsidR="00276C63" w:rsidRPr="007C797C" w:rsidRDefault="00681A66" w:rsidP="007C797C">
      <w:pPr>
        <w:pStyle w:val="ListBullet"/>
        <w:numPr>
          <w:ilvl w:val="0"/>
          <w:numId w:val="10"/>
        </w:numPr>
        <w:spacing w:after="40"/>
        <w:jc w:val="both"/>
      </w:pPr>
      <w:r>
        <w:rPr>
          <w:lang w:val="ro-RO" w:eastAsia="ro-RO"/>
        </w:rPr>
        <w:t>disponibilitate pentru muncă în schimburi, inclusiv în zilele de sâmbătă și duminică și, după caz, în zilele de sărbătoare legală.</w:t>
      </w:r>
    </w:p>
    <w:p w14:paraId="1FCAE45E" w14:textId="77777777" w:rsidR="00276C63" w:rsidRPr="007C797C" w:rsidRDefault="00681A66" w:rsidP="007C797C">
      <w:pPr>
        <w:spacing w:before="120" w:after="80"/>
        <w:jc w:val="both"/>
      </w:pPr>
      <w:r w:rsidRPr="007C797C">
        <w:rPr>
          <w:b/>
          <w:lang w:val="ro-RO" w:eastAsia="ro-RO" w:bidi="ro-RO"/>
        </w:rPr>
        <w:t>Principalele atribuții ale postului</w:t>
      </w:r>
    </w:p>
    <w:p w14:paraId="45A7AEC8" w14:textId="77777777" w:rsidR="00276C63" w:rsidRPr="007C797C" w:rsidRDefault="00681A66" w:rsidP="007C797C">
      <w:pPr>
        <w:pStyle w:val="ListBullet"/>
        <w:numPr>
          <w:ilvl w:val="0"/>
          <w:numId w:val="11"/>
        </w:numPr>
        <w:spacing w:after="40"/>
        <w:jc w:val="both"/>
      </w:pPr>
      <w:r>
        <w:rPr>
          <w:lang w:val="ro-RO" w:eastAsia="ro-RO"/>
        </w:rPr>
        <w:t>executarea lucrărilor calificate de tâmplărie, întreținere și reparații curente, specifice calificării deținute, în limita competențelor sale;</w:t>
      </w:r>
    </w:p>
    <w:p w14:paraId="4CE9172E" w14:textId="77777777" w:rsidR="00276C63" w:rsidRPr="007C797C" w:rsidRDefault="00681A66" w:rsidP="007C797C">
      <w:pPr>
        <w:pStyle w:val="ListBullet"/>
        <w:numPr>
          <w:ilvl w:val="0"/>
          <w:numId w:val="11"/>
        </w:numPr>
        <w:spacing w:after="40"/>
        <w:jc w:val="both"/>
      </w:pPr>
      <w:r>
        <w:rPr>
          <w:lang w:val="ro-RO" w:eastAsia="ro-RO"/>
        </w:rPr>
        <w:t>executarea lucrărilor de tâmplărie pentru întreținerea și repararea elementelor din lemn, mobilierului, ușilor, ferestrelor, băncilor, rafturilor și altor dotări ale Complexului Sportiv „KÉZDI”;</w:t>
      </w:r>
    </w:p>
    <w:p w14:paraId="252B2876" w14:textId="77777777" w:rsidR="00276C63" w:rsidRPr="007C797C" w:rsidRDefault="00681A66" w:rsidP="007C797C">
      <w:pPr>
        <w:pStyle w:val="ListBullet"/>
        <w:numPr>
          <w:ilvl w:val="0"/>
          <w:numId w:val="11"/>
        </w:numPr>
        <w:spacing w:after="40"/>
        <w:jc w:val="both"/>
      </w:pPr>
      <w:r>
        <w:rPr>
          <w:lang w:val="ro-RO" w:eastAsia="ro-RO"/>
        </w:rPr>
        <w:t>executarea, după caz, a lucrărilor de ajustare, montare, demontare, fixare, șlefuire și finisare a elementelor din lemn și componentelor de mobilier, folosind corect sculele și echipamentele specifice meseriei;</w:t>
      </w:r>
    </w:p>
    <w:p w14:paraId="03BC0E2A" w14:textId="77777777" w:rsidR="00276C63" w:rsidRPr="007C797C" w:rsidRDefault="00681A66" w:rsidP="007C797C">
      <w:pPr>
        <w:pStyle w:val="ListBullet"/>
        <w:numPr>
          <w:ilvl w:val="0"/>
          <w:numId w:val="11"/>
        </w:numPr>
        <w:spacing w:after="40"/>
        <w:jc w:val="both"/>
      </w:pPr>
      <w:r>
        <w:rPr>
          <w:lang w:val="ro-RO" w:eastAsia="ro-RO"/>
        </w:rPr>
        <w:t>întreținerea spațiilor verzi și a zonelor exterioare aferente bazelor și instalațiilor sportive, inclusiv cosirea ierbii, strângerea frunzelor și alte lucrări curente de întreținere;</w:t>
      </w:r>
    </w:p>
    <w:p w14:paraId="607805D2" w14:textId="77777777" w:rsidR="00276C63" w:rsidRPr="007C797C" w:rsidRDefault="00681A66" w:rsidP="007C797C">
      <w:pPr>
        <w:pStyle w:val="ListBullet"/>
        <w:numPr>
          <w:ilvl w:val="0"/>
          <w:numId w:val="11"/>
        </w:numPr>
        <w:spacing w:after="40"/>
        <w:jc w:val="both"/>
      </w:pPr>
      <w:r>
        <w:rPr>
          <w:lang w:val="ro-RO" w:eastAsia="ro-RO"/>
        </w:rPr>
        <w:t>participarea la lucrările de montare, demontare, mutare, reparare și întreținere a mobilierului, elementelor din lemn, parchetului, dotărilor și echipamentelor necesare activităților sportive și evenimentelor;</w:t>
      </w:r>
    </w:p>
    <w:p w14:paraId="77843BB4" w14:textId="77777777" w:rsidR="00276C63" w:rsidRPr="007C797C" w:rsidRDefault="00681A66" w:rsidP="007C797C">
      <w:pPr>
        <w:pStyle w:val="ListBullet"/>
        <w:numPr>
          <w:ilvl w:val="0"/>
          <w:numId w:val="11"/>
        </w:numPr>
        <w:spacing w:after="40"/>
        <w:jc w:val="both"/>
      </w:pPr>
      <w:r>
        <w:rPr>
          <w:lang w:val="ro-RO" w:eastAsia="ro-RO"/>
        </w:rPr>
        <w:t>participarea la lucrările gospodărești, întreținerea spațiilor interioare și exterioare, pregătirea pentru sezonul rece și pregătirea bazelor sportive pentru activități, competiții și evenimente.</w:t>
      </w:r>
    </w:p>
    <w:p w14:paraId="26F3503E" w14:textId="77777777" w:rsidR="00276C63" w:rsidRPr="007C797C" w:rsidRDefault="00681A66" w:rsidP="007C797C">
      <w:pPr>
        <w:spacing w:before="120" w:after="80"/>
        <w:jc w:val="both"/>
      </w:pPr>
      <w:r w:rsidRPr="007C797C">
        <w:rPr>
          <w:b/>
          <w:lang w:val="ro-RO" w:eastAsia="ro-RO" w:bidi="ro-RO"/>
        </w:rPr>
        <w:t>Dosarul de concurs</w:t>
      </w:r>
    </w:p>
    <w:p w14:paraId="5F5A2B12" w14:textId="77777777" w:rsidR="00276C63" w:rsidRPr="007C797C" w:rsidRDefault="00681A66" w:rsidP="007C797C">
      <w:pPr>
        <w:pStyle w:val="ListBullet"/>
        <w:numPr>
          <w:ilvl w:val="0"/>
          <w:numId w:val="12"/>
        </w:numPr>
        <w:spacing w:after="40"/>
        <w:jc w:val="both"/>
      </w:pPr>
      <w:r w:rsidRPr="007C797C">
        <w:rPr>
          <w:lang w:val="ro-RO" w:eastAsia="ro-RO" w:bidi="ro-RO"/>
        </w:rPr>
        <w:t>formular de înscriere la concurs;</w:t>
      </w:r>
    </w:p>
    <w:p w14:paraId="2133357F" w14:textId="77777777" w:rsidR="00276C63" w:rsidRPr="007C797C" w:rsidRDefault="00681A66" w:rsidP="007C797C">
      <w:pPr>
        <w:pStyle w:val="ListBullet"/>
        <w:numPr>
          <w:ilvl w:val="0"/>
          <w:numId w:val="12"/>
        </w:numPr>
        <w:spacing w:after="40"/>
        <w:jc w:val="both"/>
      </w:pPr>
      <w:r w:rsidRPr="007C797C">
        <w:rPr>
          <w:lang w:val="ro-RO" w:eastAsia="ro-RO" w:bidi="ro-RO"/>
        </w:rPr>
        <w:t>copia actului de identitate;</w:t>
      </w:r>
    </w:p>
    <w:p w14:paraId="44980874" w14:textId="77777777" w:rsidR="00276C63" w:rsidRPr="007C797C" w:rsidRDefault="00681A66" w:rsidP="007C797C">
      <w:pPr>
        <w:pStyle w:val="ListBullet"/>
        <w:numPr>
          <w:ilvl w:val="0"/>
          <w:numId w:val="12"/>
        </w:numPr>
        <w:spacing w:after="40"/>
        <w:jc w:val="both"/>
      </w:pPr>
      <w:r w:rsidRPr="007C797C">
        <w:rPr>
          <w:lang w:val="ro-RO" w:eastAsia="ro-RO" w:bidi="ro-RO"/>
        </w:rPr>
        <w:t>copia certificatului de căsătorie sau a altui document prin care s-a realizat schimbarea de nume, după caz;</w:t>
      </w:r>
    </w:p>
    <w:p w14:paraId="17891047" w14:textId="77777777" w:rsidR="00276C63" w:rsidRPr="007C797C" w:rsidRDefault="00681A66" w:rsidP="007C797C">
      <w:pPr>
        <w:pStyle w:val="ListBullet"/>
        <w:numPr>
          <w:ilvl w:val="0"/>
          <w:numId w:val="12"/>
        </w:numPr>
        <w:spacing w:after="40"/>
        <w:jc w:val="both"/>
      </w:pPr>
      <w:r>
        <w:rPr>
          <w:lang w:val="ro-RO" w:eastAsia="ro-RO"/>
        </w:rPr>
        <w:t>copiile documentelor care atestă nivelul studiilor și calificarea profesională în meseria de tâmplar;</w:t>
      </w:r>
    </w:p>
    <w:p w14:paraId="004227DF" w14:textId="77777777" w:rsidR="00276C63" w:rsidRPr="007C797C" w:rsidRDefault="00681A66" w:rsidP="007C797C">
      <w:pPr>
        <w:pStyle w:val="ListBullet"/>
        <w:numPr>
          <w:ilvl w:val="0"/>
          <w:numId w:val="12"/>
        </w:numPr>
        <w:spacing w:after="40"/>
        <w:jc w:val="both"/>
      </w:pPr>
      <w:r>
        <w:rPr>
          <w:lang w:val="ro-RO" w:eastAsia="ro-RO"/>
        </w:rPr>
        <w:t>copia carnetului de muncă, adeverințe eliberate de angajatori sau alte documente care atestă vechimea în muncă de minimum 5 ani;</w:t>
      </w:r>
    </w:p>
    <w:p w14:paraId="050052B5" w14:textId="77777777" w:rsidR="00276C63" w:rsidRPr="007C797C" w:rsidRDefault="00681A66" w:rsidP="007C797C">
      <w:pPr>
        <w:pStyle w:val="ListBullet"/>
        <w:numPr>
          <w:ilvl w:val="0"/>
          <w:numId w:val="12"/>
        </w:numPr>
        <w:spacing w:after="40"/>
        <w:jc w:val="both"/>
      </w:pPr>
      <w:r>
        <w:rPr>
          <w:lang w:val="ro-RO" w:eastAsia="ro-RO"/>
        </w:rPr>
        <w:t>copia permisului de conducere categoria B;</w:t>
      </w:r>
    </w:p>
    <w:p w14:paraId="7871A22C" w14:textId="77777777" w:rsidR="00276C63" w:rsidRPr="007C797C" w:rsidRDefault="00681A66" w:rsidP="007C797C">
      <w:pPr>
        <w:pStyle w:val="ListBullet"/>
        <w:numPr>
          <w:ilvl w:val="0"/>
          <w:numId w:val="12"/>
        </w:numPr>
        <w:spacing w:after="40"/>
        <w:jc w:val="both"/>
      </w:pPr>
      <w:r w:rsidRPr="007C797C">
        <w:rPr>
          <w:lang w:val="ro-RO" w:eastAsia="ro-RO" w:bidi="ro-RO"/>
        </w:rPr>
        <w:t>certificat de cazier judiciar sau, după caz, extras de pe cazierul judiciar;</w:t>
      </w:r>
    </w:p>
    <w:p w14:paraId="3A6777F1" w14:textId="77777777" w:rsidR="00276C63" w:rsidRPr="007C797C" w:rsidRDefault="00681A66" w:rsidP="007C797C">
      <w:pPr>
        <w:pStyle w:val="ListBullet"/>
        <w:numPr>
          <w:ilvl w:val="0"/>
          <w:numId w:val="12"/>
        </w:numPr>
        <w:spacing w:after="40"/>
        <w:jc w:val="both"/>
      </w:pPr>
      <w:r w:rsidRPr="007C797C">
        <w:rPr>
          <w:lang w:val="ro-RO" w:eastAsia="ro-RO" w:bidi="ro-RO"/>
        </w:rPr>
        <w:t>adeverință medicală care să ateste starea de sănătate corespunzătoare postului;</w:t>
      </w:r>
    </w:p>
    <w:p w14:paraId="2E713949" w14:textId="77777777" w:rsidR="00276C63" w:rsidRPr="007C797C" w:rsidRDefault="00681A66" w:rsidP="007C797C">
      <w:pPr>
        <w:pStyle w:val="ListBullet"/>
        <w:numPr>
          <w:ilvl w:val="0"/>
          <w:numId w:val="12"/>
        </w:numPr>
        <w:spacing w:after="40"/>
        <w:jc w:val="both"/>
      </w:pPr>
      <w:r w:rsidRPr="007C797C">
        <w:rPr>
          <w:lang w:val="ro-RO" w:eastAsia="ro-RO" w:bidi="ro-RO"/>
        </w:rPr>
        <w:t>certificat de integritate comportamentală, în cazurile prevăzute de lege;</w:t>
      </w:r>
    </w:p>
    <w:p w14:paraId="48AF6C1A" w14:textId="77777777" w:rsidR="00276C63" w:rsidRPr="007C797C" w:rsidRDefault="00681A66" w:rsidP="007C797C">
      <w:pPr>
        <w:pStyle w:val="ListBullet"/>
        <w:numPr>
          <w:ilvl w:val="0"/>
          <w:numId w:val="12"/>
        </w:numPr>
        <w:spacing w:after="40"/>
        <w:jc w:val="both"/>
      </w:pPr>
      <w:r w:rsidRPr="007C797C">
        <w:rPr>
          <w:lang w:val="ro-RO" w:eastAsia="ro-RO" w:bidi="ro-RO"/>
        </w:rPr>
        <w:t>curriculum vitae, model comun european;</w:t>
      </w:r>
    </w:p>
    <w:p w14:paraId="0CD2FF55" w14:textId="77777777" w:rsidR="00276C63" w:rsidRPr="007C797C" w:rsidRDefault="00681A66" w:rsidP="007C797C">
      <w:pPr>
        <w:pStyle w:val="ListBullet"/>
        <w:numPr>
          <w:ilvl w:val="0"/>
          <w:numId w:val="12"/>
        </w:numPr>
        <w:spacing w:after="40"/>
        <w:jc w:val="both"/>
      </w:pPr>
      <w:r w:rsidRPr="007C797C">
        <w:rPr>
          <w:lang w:val="ro-RO" w:eastAsia="ro-RO" w:bidi="ro-RO"/>
        </w:rPr>
        <w:t>alte documente prevăzute de legislația aplicabilă, după caz.</w:t>
      </w:r>
    </w:p>
    <w:p w14:paraId="159A2A36" w14:textId="77777777" w:rsidR="00276C63" w:rsidRPr="007C797C" w:rsidRDefault="00681A66" w:rsidP="007C797C">
      <w:pPr>
        <w:spacing w:before="120" w:after="80"/>
        <w:jc w:val="both"/>
      </w:pPr>
      <w:r w:rsidRPr="007C797C">
        <w:rPr>
          <w:b/>
          <w:lang w:val="ro-RO" w:eastAsia="ro-RO" w:bidi="ro-RO"/>
        </w:rPr>
        <w:t>Etapele concursului</w:t>
      </w:r>
    </w:p>
    <w:p w14:paraId="56521449" w14:textId="77777777" w:rsidR="00276C63" w:rsidRPr="007C797C" w:rsidRDefault="00681A66" w:rsidP="007C797C">
      <w:pPr>
        <w:pStyle w:val="ListBullet"/>
        <w:numPr>
          <w:ilvl w:val="0"/>
          <w:numId w:val="16"/>
        </w:numPr>
        <w:spacing w:after="40"/>
        <w:jc w:val="both"/>
      </w:pPr>
      <w:r w:rsidRPr="007C797C">
        <w:rPr>
          <w:lang w:val="ro-RO" w:eastAsia="ro-RO" w:bidi="ro-RO"/>
        </w:rPr>
        <w:t>selecția dosarelor de concurs;</w:t>
      </w:r>
    </w:p>
    <w:p w14:paraId="25E116FA" w14:textId="77777777" w:rsidR="00276C63" w:rsidRPr="007C797C" w:rsidRDefault="00681A66" w:rsidP="007C797C">
      <w:pPr>
        <w:pStyle w:val="ListBullet"/>
        <w:numPr>
          <w:ilvl w:val="0"/>
          <w:numId w:val="16"/>
        </w:numPr>
        <w:spacing w:after="40"/>
        <w:jc w:val="both"/>
      </w:pPr>
      <w:r w:rsidRPr="007C797C">
        <w:rPr>
          <w:lang w:val="ro-RO" w:eastAsia="ro-RO" w:bidi="ro-RO"/>
        </w:rPr>
        <w:t>proba scrisă;</w:t>
      </w:r>
    </w:p>
    <w:p w14:paraId="473B4239" w14:textId="77777777" w:rsidR="008B0572" w:rsidRDefault="00E92BCD">
      <w:pPr>
        <w:pStyle w:val="ListBullet"/>
        <w:numPr>
          <w:ilvl w:val="0"/>
          <w:numId w:val="16"/>
        </w:numPr>
      </w:pPr>
      <w:r>
        <w:t>interviul.</w:t>
      </w:r>
    </w:p>
    <w:p w14:paraId="47685089" w14:textId="77777777" w:rsidR="00276C63" w:rsidRPr="007C797C" w:rsidRDefault="00681A66" w:rsidP="007C797C">
      <w:pPr>
        <w:spacing w:after="160"/>
        <w:jc w:val="both"/>
      </w:pPr>
      <w:r w:rsidRPr="007C797C">
        <w:rPr>
          <w:lang w:val="ro-RO" w:eastAsia="ro-RO" w:bidi="ro-RO"/>
        </w:rPr>
        <w:t>La proba scrisă pot participa numai candidații declarați admiși în urma selecției dosarelor. La interviu pot participa numai candidații declarați admiși la proba scrisă.</w:t>
      </w:r>
    </w:p>
    <w:p w14:paraId="07E66AB8" w14:textId="77777777" w:rsidR="008B0572" w:rsidRDefault="00E92BCD">
      <w:r>
        <w:rPr>
          <w:b/>
        </w:rPr>
        <w:t>Bibliografie și tematică</w:t>
      </w:r>
    </w:p>
    <w:p w14:paraId="2D98CB3E" w14:textId="77777777" w:rsidR="008B0572" w:rsidRDefault="00E92BCD">
      <w:r>
        <w:t>1. Legea nr. 53/2003 – Codul muncii, republicată, cu modificările și completările ulterioare – Titlul III „Timpul de muncă și timpul de odihnă”, cu accent pe art. 112, art. 120 alin. (2), art. 122 alin. (1) și art. 137 alin. (1).</w:t>
      </w:r>
    </w:p>
    <w:p w14:paraId="59B9DE6A" w14:textId="77777777" w:rsidR="008B0572" w:rsidRDefault="00E92BCD">
      <w:r>
        <w:t>2. Legea nr. 319/2006 a securității și sănătății în muncă, cu modificările și completările ulterioare – Capitolul IV „Obligațiile lucrătorilor”, art. 22 și art. 23.</w:t>
      </w:r>
    </w:p>
    <w:p w14:paraId="4A9680FE" w14:textId="77777777" w:rsidR="008B0572" w:rsidRDefault="00E92BCD">
      <w:r>
        <w:t>3. Hotărârea Consiliului Local al Municipiului Târgu Secuiesc nr. 100/2026 și anexele acesteia – în special Anexa nr. 2, art. 14 și art. 21, precum și Anexa nr. 3, art. 21 și art. 23.</w:t>
      </w:r>
    </w:p>
    <w:p w14:paraId="0ADF6D1D" w14:textId="77777777" w:rsidR="008B0572" w:rsidRDefault="00E92BCD">
      <w:r>
        <w:rPr>
          <w:b/>
        </w:rPr>
        <w:t>Tematică:</w:t>
      </w:r>
    </w:p>
    <w:p w14:paraId="3869A709" w14:textId="77777777" w:rsidR="008B0572" w:rsidRDefault="00E92BCD">
      <w:r>
        <w:t>1. Durata normală a timpului de muncă.</w:t>
      </w:r>
    </w:p>
    <w:p w14:paraId="4839D245" w14:textId="77777777" w:rsidR="008B0572" w:rsidRDefault="00E92BCD">
      <w:r>
        <w:t>2. Condițiile în care se poate efectua munca suplimentară fără acordul salariatului.</w:t>
      </w:r>
    </w:p>
    <w:p w14:paraId="6D447E46" w14:textId="77777777" w:rsidR="008B0572" w:rsidRDefault="00E92BCD">
      <w:r>
        <w:t>3. Obligațiile generale ale lucrătorilor în domeniul securității și sănătății în muncă.</w:t>
      </w:r>
    </w:p>
    <w:p w14:paraId="77AD4221" w14:textId="77777777" w:rsidR="008B0572" w:rsidRDefault="00E92BCD">
      <w:r>
        <w:t>4. Utilizarea corectă a mașinilor, aparaturii, uneltelor și echipamentului individual de protecție.</w:t>
      </w:r>
    </w:p>
    <w:p w14:paraId="4CCEF22F" w14:textId="77777777" w:rsidR="008B0572" w:rsidRDefault="00E92BCD">
      <w:r>
        <w:t>5. Comunicarea imediată a situațiilor de muncă periculoase și a deficiențelor sistemelor de protecție.</w:t>
      </w:r>
    </w:p>
    <w:p w14:paraId="3A2DDB34" w14:textId="77777777" w:rsidR="008B0572" w:rsidRDefault="00E92BCD">
      <w:r>
        <w:t>6. Executarea lucrărilor de întreținere și reparații la sistemele și instalațiile tehnice numai de către personal calificat și autorizat.</w:t>
      </w:r>
    </w:p>
    <w:p w14:paraId="0C3F2379" w14:textId="77777777" w:rsidR="008B0572" w:rsidRDefault="00E92BCD">
      <w:r>
        <w:t>7. Păstrarea integrității, protejarea și valorificarea patrimoniului încredințat.</w:t>
      </w:r>
    </w:p>
    <w:p w14:paraId="6D409AAB" w14:textId="77777777" w:rsidR="008B0572" w:rsidRDefault="00E92BCD">
      <w:r>
        <w:t>8. Conservarea și protejarea infrastructurii, construcțiilor, instalațiilor, echipamentelor și dotărilor Complexului.</w:t>
      </w:r>
    </w:p>
    <w:p w14:paraId="627A776C" w14:textId="77777777" w:rsidR="008B0572" w:rsidRDefault="00E92BCD">
      <w:r>
        <w:t>9. Întreținerea clădirilor și terenurilor în stare corespunzătoare și utilizarea lor conform destinației.</w:t>
      </w:r>
    </w:p>
    <w:p w14:paraId="0F445A41" w14:textId="77777777" w:rsidR="008B0572" w:rsidRDefault="00E92BCD">
      <w:r>
        <w:t>10. Respectarea normelor de protecție a muncii, SSM, PSI și a legislației de protecție a mediului.</w:t>
      </w:r>
    </w:p>
    <w:p w14:paraId="4C47384B" w14:textId="77777777" w:rsidR="008B0572" w:rsidRDefault="00E92BCD">
      <w:r>
        <w:t>Notă: Actele normative se studiază în forma în vigoare la data organizării concursului.</w:t>
      </w:r>
    </w:p>
    <w:p w14:paraId="6347766D" w14:textId="77777777" w:rsidR="00276C63" w:rsidRPr="007C797C" w:rsidRDefault="00681A66" w:rsidP="007C797C">
      <w:pPr>
        <w:spacing w:before="120" w:after="80"/>
        <w:jc w:val="both"/>
      </w:pPr>
      <w:r w:rsidRPr="007C797C">
        <w:rPr>
          <w:b/>
          <w:lang w:val="ro-RO" w:eastAsia="ro-RO" w:bidi="ro-RO"/>
        </w:rPr>
        <w:t>Depunerea dosarelor</w:t>
      </w:r>
    </w:p>
    <w:p w14:paraId="479723FD" w14:textId="77777777" w:rsidR="00276C63" w:rsidRPr="007C797C" w:rsidRDefault="00681A66" w:rsidP="007C797C">
      <w:pPr>
        <w:spacing w:after="160"/>
        <w:jc w:val="both"/>
      </w:pPr>
      <w:r w:rsidRPr="007C797C">
        <w:rPr>
          <w:lang w:val="ro-RO" w:eastAsia="ro-RO" w:bidi="ro-RO"/>
        </w:rPr>
        <w:t>Dosarele de concurs se depun la Hostel Sport, sala de conferință, etaj III, până la data de 01.10.2026, ora 12:00.</w:t>
      </w:r>
    </w:p>
    <w:p w14:paraId="0C4C8C70" w14:textId="77777777" w:rsidR="00276C63" w:rsidRPr="007C797C" w:rsidRDefault="00681A66" w:rsidP="007C797C">
      <w:pPr>
        <w:spacing w:before="120" w:after="80"/>
        <w:jc w:val="both"/>
      </w:pPr>
      <w:r w:rsidRPr="007C797C">
        <w:rPr>
          <w:b/>
          <w:lang w:val="ro-RO" w:eastAsia="ro-RO" w:bidi="ro-RO"/>
        </w:rPr>
        <w:t>Calendarul concursului</w:t>
      </w:r>
    </w:p>
    <w:p w14:paraId="17526AE2" w14:textId="77777777" w:rsidR="00F72F1B" w:rsidRPr="002E210A" w:rsidRDefault="00F72F1B" w:rsidP="00F72F1B">
      <w:pPr>
        <w:pStyle w:val="ListBullet"/>
        <w:numPr>
          <w:ilvl w:val="0"/>
          <w:numId w:val="13"/>
        </w:numPr>
        <w:rPr>
          <w:lang w:val="ro-RO"/>
        </w:rPr>
      </w:pPr>
      <w:r w:rsidRPr="002E210A">
        <w:rPr>
          <w:lang w:val="ro-RO" w:eastAsia="ro-RO"/>
        </w:rPr>
        <w:t>Data publicării anunțului: 21.09.2026;</w:t>
      </w:r>
    </w:p>
    <w:p w14:paraId="4FDB1F6A" w14:textId="77777777" w:rsidR="00F72F1B" w:rsidRPr="002E210A" w:rsidRDefault="00F72F1B" w:rsidP="00F72F1B">
      <w:pPr>
        <w:pStyle w:val="ListBullet"/>
        <w:numPr>
          <w:ilvl w:val="0"/>
          <w:numId w:val="13"/>
        </w:numPr>
        <w:rPr>
          <w:lang w:val="ro-RO"/>
        </w:rPr>
      </w:pPr>
      <w:r w:rsidRPr="002E210A">
        <w:rPr>
          <w:lang w:val="ro-RO"/>
        </w:rPr>
        <w:t>Termenul-limită pentru depunerea dosarelor: 05.10.2026, ora 14:00;</w:t>
      </w:r>
    </w:p>
    <w:p w14:paraId="24511202" w14:textId="77777777" w:rsidR="00F72F1B" w:rsidRPr="002E210A" w:rsidRDefault="00F72F1B" w:rsidP="00F72F1B">
      <w:pPr>
        <w:pStyle w:val="ListBullet"/>
        <w:numPr>
          <w:ilvl w:val="0"/>
          <w:numId w:val="13"/>
        </w:numPr>
        <w:rPr>
          <w:lang w:val="ro-RO"/>
        </w:rPr>
      </w:pPr>
      <w:r w:rsidRPr="002E210A">
        <w:rPr>
          <w:lang w:val="ro-RO" w:eastAsia="ro-RO"/>
        </w:rPr>
        <w:t>Selecția dosarelor: 06.10.2026;</w:t>
      </w:r>
    </w:p>
    <w:p w14:paraId="552C8ACD" w14:textId="77777777" w:rsidR="00F72F1B" w:rsidRPr="002E210A" w:rsidRDefault="00F72F1B" w:rsidP="00F72F1B">
      <w:pPr>
        <w:pStyle w:val="ListBullet"/>
        <w:numPr>
          <w:ilvl w:val="0"/>
          <w:numId w:val="13"/>
        </w:numPr>
        <w:rPr>
          <w:lang w:val="ro-RO"/>
        </w:rPr>
      </w:pPr>
      <w:r w:rsidRPr="002E210A">
        <w:rPr>
          <w:lang w:val="ro-RO" w:eastAsia="ro-RO"/>
        </w:rPr>
        <w:t>Afișarea rezultatului selecției dosarelor: 06.10.2026, ora 15:00;</w:t>
      </w:r>
    </w:p>
    <w:p w14:paraId="28D5BD88" w14:textId="77777777" w:rsidR="00F72F1B" w:rsidRPr="002E210A" w:rsidRDefault="00F72F1B" w:rsidP="00F72F1B">
      <w:pPr>
        <w:pStyle w:val="ListBullet"/>
        <w:numPr>
          <w:ilvl w:val="0"/>
          <w:numId w:val="13"/>
        </w:numPr>
        <w:rPr>
          <w:lang w:val="ro-RO"/>
        </w:rPr>
      </w:pPr>
      <w:r w:rsidRPr="002E210A">
        <w:rPr>
          <w:lang w:val="ro-RO" w:eastAsia="ro-RO"/>
        </w:rPr>
        <w:t>Depunerea contestațiilor privind selecția dosarelor: până la 07.10.2026, ora 15:00;</w:t>
      </w:r>
    </w:p>
    <w:p w14:paraId="2AD4C2D4" w14:textId="77777777" w:rsidR="00F72F1B" w:rsidRPr="002E210A" w:rsidRDefault="00F72F1B" w:rsidP="00F72F1B">
      <w:pPr>
        <w:pStyle w:val="ListBullet"/>
        <w:numPr>
          <w:ilvl w:val="0"/>
          <w:numId w:val="13"/>
        </w:numPr>
        <w:rPr>
          <w:lang w:val="ro-RO"/>
        </w:rPr>
      </w:pPr>
      <w:r w:rsidRPr="002E210A">
        <w:rPr>
          <w:lang w:val="ro-RO" w:eastAsia="ro-RO"/>
        </w:rPr>
        <w:t>Soluționarea și afișarea rezultatului contestațiilor privind selecția dosarelor: până la 08.10.2026, ora 15:00;</w:t>
      </w:r>
    </w:p>
    <w:p w14:paraId="3F43103D" w14:textId="77777777" w:rsidR="00F72F1B" w:rsidRPr="002E210A" w:rsidRDefault="00F72F1B" w:rsidP="00F72F1B">
      <w:pPr>
        <w:pStyle w:val="ListBullet"/>
        <w:numPr>
          <w:ilvl w:val="0"/>
          <w:numId w:val="13"/>
        </w:numPr>
        <w:rPr>
          <w:lang w:val="ro-RO"/>
        </w:rPr>
      </w:pPr>
      <w:r w:rsidRPr="002E210A">
        <w:rPr>
          <w:lang w:val="ro-RO" w:eastAsia="ro-RO"/>
        </w:rPr>
        <w:t>Proba scrisă: 12.10.2026, ora 09:00;</w:t>
      </w:r>
    </w:p>
    <w:p w14:paraId="0AD2CA1B" w14:textId="77777777" w:rsidR="00F72F1B" w:rsidRPr="002E210A" w:rsidRDefault="00F72F1B" w:rsidP="00F72F1B">
      <w:pPr>
        <w:pStyle w:val="ListBullet"/>
        <w:numPr>
          <w:ilvl w:val="0"/>
          <w:numId w:val="13"/>
        </w:numPr>
        <w:rPr>
          <w:lang w:val="ro-RO"/>
        </w:rPr>
      </w:pPr>
      <w:r w:rsidRPr="002E210A">
        <w:rPr>
          <w:lang w:val="ro-RO"/>
        </w:rPr>
        <w:t>Afișarea rezultatului probei scrise: 12.10.2026, ora 15:00;</w:t>
      </w:r>
    </w:p>
    <w:p w14:paraId="53A02E65" w14:textId="77777777" w:rsidR="00F72F1B" w:rsidRPr="002E210A" w:rsidRDefault="00F72F1B" w:rsidP="00F72F1B">
      <w:pPr>
        <w:pStyle w:val="ListBullet"/>
        <w:numPr>
          <w:ilvl w:val="0"/>
          <w:numId w:val="13"/>
        </w:numPr>
        <w:rPr>
          <w:lang w:val="ro-RO"/>
        </w:rPr>
      </w:pPr>
      <w:r w:rsidRPr="002E210A">
        <w:rPr>
          <w:lang w:val="ro-RO"/>
        </w:rPr>
        <w:t>Depunerea contestațiilor privind rezultatul probei scrise: până la 13.10.2026, ora 15:00;</w:t>
      </w:r>
    </w:p>
    <w:p w14:paraId="4320C88F" w14:textId="77777777" w:rsidR="00F72F1B" w:rsidRPr="002E210A" w:rsidRDefault="00F72F1B" w:rsidP="00F72F1B">
      <w:pPr>
        <w:pStyle w:val="ListBullet"/>
        <w:numPr>
          <w:ilvl w:val="0"/>
          <w:numId w:val="13"/>
        </w:numPr>
        <w:rPr>
          <w:lang w:val="ro-RO"/>
        </w:rPr>
      </w:pPr>
      <w:r w:rsidRPr="002E210A">
        <w:rPr>
          <w:lang w:val="ro-RO"/>
        </w:rPr>
        <w:t>Soluționarea și afișarea rezultatului contestațiilor privind proba scrisă: până la 14.10.2026, ora 15:00;</w:t>
      </w:r>
    </w:p>
    <w:p w14:paraId="5BBAF70E" w14:textId="77777777" w:rsidR="00F72F1B" w:rsidRPr="002E210A" w:rsidRDefault="00F72F1B" w:rsidP="00F72F1B">
      <w:pPr>
        <w:pStyle w:val="ListBullet"/>
        <w:numPr>
          <w:ilvl w:val="0"/>
          <w:numId w:val="13"/>
        </w:numPr>
        <w:rPr>
          <w:lang w:val="ro-RO"/>
        </w:rPr>
      </w:pPr>
      <w:r w:rsidRPr="002E210A">
        <w:rPr>
          <w:lang w:val="ro-RO"/>
        </w:rPr>
        <w:t>Interviul: 15.10.2026, ora 09:00;</w:t>
      </w:r>
    </w:p>
    <w:p w14:paraId="2EA4BD83" w14:textId="77777777" w:rsidR="00F72F1B" w:rsidRPr="002E210A" w:rsidRDefault="00F72F1B" w:rsidP="00F72F1B">
      <w:pPr>
        <w:pStyle w:val="ListBullet"/>
        <w:numPr>
          <w:ilvl w:val="0"/>
          <w:numId w:val="13"/>
        </w:numPr>
        <w:rPr>
          <w:lang w:val="ro-RO"/>
        </w:rPr>
      </w:pPr>
      <w:r w:rsidRPr="002E210A">
        <w:rPr>
          <w:lang w:val="ro-RO" w:eastAsia="ro-RO"/>
        </w:rPr>
        <w:t>Afișarea rezultatului interviului: 15.10.2026, ora 15:00;</w:t>
      </w:r>
    </w:p>
    <w:p w14:paraId="010713E0" w14:textId="77777777" w:rsidR="00F72F1B" w:rsidRPr="002E210A" w:rsidRDefault="00F72F1B" w:rsidP="00F72F1B">
      <w:pPr>
        <w:pStyle w:val="ListBullet"/>
        <w:numPr>
          <w:ilvl w:val="0"/>
          <w:numId w:val="13"/>
        </w:numPr>
        <w:rPr>
          <w:lang w:val="ro-RO"/>
        </w:rPr>
      </w:pPr>
      <w:r w:rsidRPr="002E210A">
        <w:rPr>
          <w:lang w:val="ro-RO" w:eastAsia="ro-RO"/>
        </w:rPr>
        <w:t>Depunerea contestațiilor privind rezultatul interviului: până la 16.10.2026, ora 15:00;</w:t>
      </w:r>
    </w:p>
    <w:p w14:paraId="07921E38" w14:textId="77777777" w:rsidR="00F72F1B" w:rsidRPr="002E210A" w:rsidRDefault="00F72F1B" w:rsidP="00F72F1B">
      <w:pPr>
        <w:pStyle w:val="ListBullet"/>
        <w:numPr>
          <w:ilvl w:val="0"/>
          <w:numId w:val="13"/>
        </w:numPr>
        <w:rPr>
          <w:lang w:val="ro-RO"/>
        </w:rPr>
      </w:pPr>
      <w:r w:rsidRPr="002E210A">
        <w:rPr>
          <w:lang w:val="ro-RO" w:eastAsia="ro-RO"/>
        </w:rPr>
        <w:t>Soluționarea și afișarea rezultatului contestațiilor privind interviul: până la 19.10.2026, ora 15:00;</w:t>
      </w:r>
    </w:p>
    <w:p w14:paraId="0B9DF369" w14:textId="77777777" w:rsidR="00F72F1B" w:rsidRPr="002E210A" w:rsidRDefault="00F72F1B" w:rsidP="00F72F1B">
      <w:pPr>
        <w:pStyle w:val="ListBullet"/>
        <w:numPr>
          <w:ilvl w:val="0"/>
          <w:numId w:val="13"/>
        </w:numPr>
        <w:rPr>
          <w:lang w:val="ro-RO"/>
        </w:rPr>
      </w:pPr>
      <w:r w:rsidRPr="002E210A">
        <w:rPr>
          <w:lang w:val="ro-RO" w:eastAsia="ro-RO"/>
        </w:rPr>
        <w:t>Afișarea rezultatului final: 20.10.2026, ora 10:00.</w:t>
      </w:r>
    </w:p>
    <w:p w14:paraId="05275AB4" w14:textId="77777777" w:rsidR="00276C63" w:rsidRPr="007C797C" w:rsidRDefault="00681A66" w:rsidP="007C797C">
      <w:pPr>
        <w:spacing w:after="120"/>
        <w:jc w:val="both"/>
      </w:pPr>
      <w:r w:rsidRPr="007C797C">
        <w:rPr>
          <w:b/>
          <w:lang w:val="ro-RO" w:eastAsia="ro-RO" w:bidi="ro-RO"/>
        </w:rPr>
        <w:t>Locul desfășurării probei scrise și a interviului: Patinoarul Artificial „Deme László”, etaj I.</w:t>
      </w:r>
    </w:p>
    <w:p w14:paraId="51CF540A" w14:textId="77777777" w:rsidR="00276C63" w:rsidRPr="007C797C" w:rsidRDefault="00681A66" w:rsidP="007C797C">
      <w:pPr>
        <w:spacing w:after="160"/>
        <w:jc w:val="both"/>
      </w:pPr>
      <w:r w:rsidRPr="007C797C">
        <w:rPr>
          <w:lang w:val="ro-RO" w:eastAsia="ro-RO" w:bidi="ro-RO"/>
        </w:rPr>
        <w:t>Contestațiile se depun în termenele și condițiile prevăzute de H.G. nr. 1336/2022, cu modificările și completările ulterioare.</w:t>
      </w:r>
    </w:p>
    <w:p w14:paraId="19D7DF03" w14:textId="77777777" w:rsidR="00276C63" w:rsidRPr="007C797C" w:rsidRDefault="00681A66" w:rsidP="007C797C">
      <w:pPr>
        <w:spacing w:before="120" w:after="80"/>
        <w:jc w:val="both"/>
      </w:pPr>
      <w:r w:rsidRPr="007C797C">
        <w:rPr>
          <w:b/>
          <w:lang w:val="ro-RO" w:eastAsia="ro-RO" w:bidi="ro-RO"/>
        </w:rPr>
        <w:t>Informații suplimentare</w:t>
      </w:r>
    </w:p>
    <w:p w14:paraId="099329F2" w14:textId="77777777" w:rsidR="00276C63" w:rsidRPr="007C797C" w:rsidRDefault="00681A66" w:rsidP="007C797C">
      <w:pPr>
        <w:spacing w:after="320"/>
        <w:jc w:val="both"/>
      </w:pPr>
      <w:r w:rsidRPr="007C797C">
        <w:rPr>
          <w:lang w:val="ro-RO" w:eastAsia="ro-RO" w:bidi="ro-RO"/>
        </w:rPr>
        <w:t>Desfășurarea concursului, precum și rezultatele fiecărei etape, vor putea fi urmărite pe pagina de internet www.kezdi.ro, unde vor fi publicate toate informațiile și rezultatele aferente concursului.</w:t>
      </w:r>
    </w:p>
    <w:p w14:paraId="6DBCD0B3" w14:textId="77777777" w:rsidR="00276C63" w:rsidRPr="007C797C" w:rsidRDefault="00681A66" w:rsidP="007C797C">
      <w:pPr>
        <w:spacing w:after="320"/>
        <w:jc w:val="both"/>
      </w:pPr>
      <w:r w:rsidRPr="007C797C">
        <w:rPr>
          <w:lang w:val="ro-RO" w:eastAsia="ro-RO" w:bidi="ro-RO"/>
        </w:rPr>
        <w:t>Relații suplimentare privind concursul, condițiile de participare și documentele necesare se pot obține la Hostel Sport, sala de conferință, etaj III, precum și la numărul de telefon 0785070050.</w:t>
      </w:r>
    </w:p>
    <w:p w14:paraId="7F9F4E2C" w14:textId="77777777" w:rsidR="00276C63" w:rsidRPr="007C797C" w:rsidRDefault="00681A66" w:rsidP="007C797C">
      <w:r w:rsidRPr="007C797C">
        <w:rPr>
          <w:b/>
          <w:lang w:val="ro-RO" w:eastAsia="ro-RO" w:bidi="ro-RO"/>
        </w:rPr>
        <w:t>Șef Serviciu,</w:t>
      </w:r>
      <w:r w:rsidRPr="007C797C">
        <w:rPr>
          <w:b/>
          <w:lang w:val="ro-RO" w:eastAsia="ro-RO" w:bidi="ro-RO"/>
        </w:rPr>
        <w:br/>
        <w:t>Szabó Zsolt Dezső</w:t>
      </w:r>
    </w:p>
    <w:p w14:paraId="2571C43F" w14:textId="0D30BE81" w:rsidR="00C20BF6" w:rsidRPr="007C797C" w:rsidRDefault="00C20BF6" w:rsidP="007C797C">
      <w:pPr>
        <w:jc w:val="both"/>
      </w:pPr>
    </w:p>
    <w:sectPr w:rsidR="00C20BF6" w:rsidRPr="007C797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FB51F" w14:textId="77777777" w:rsidR="00FE1EF2" w:rsidRDefault="00FE1EF2" w:rsidP="007B51D4">
      <w:r>
        <w:separator/>
      </w:r>
    </w:p>
  </w:endnote>
  <w:endnote w:type="continuationSeparator" w:id="0">
    <w:p w14:paraId="48AD6801" w14:textId="77777777" w:rsidR="00FE1EF2" w:rsidRDefault="00FE1EF2" w:rsidP="007B5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90691" w14:textId="77777777" w:rsidR="00FE1EF2" w:rsidRDefault="00FE1EF2" w:rsidP="007B51D4">
      <w:r>
        <w:separator/>
      </w:r>
    </w:p>
  </w:footnote>
  <w:footnote w:type="continuationSeparator" w:id="0">
    <w:p w14:paraId="446DDFC8" w14:textId="77777777" w:rsidR="00FE1EF2" w:rsidRDefault="00FE1EF2" w:rsidP="007B51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37443A"/>
    <w:multiLevelType w:val="hybridMultilevel"/>
    <w:tmpl w:val="6B283572"/>
    <w:lvl w:ilvl="0" w:tplc="040E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0" w15:restartNumberingAfterBreak="0">
    <w:nsid w:val="098A2257"/>
    <w:multiLevelType w:val="hybridMultilevel"/>
    <w:tmpl w:val="3ED6EAD6"/>
    <w:lvl w:ilvl="0" w:tplc="040E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1" w15:restartNumberingAfterBreak="0">
    <w:nsid w:val="20FD5253"/>
    <w:multiLevelType w:val="hybridMultilevel"/>
    <w:tmpl w:val="26F26ABE"/>
    <w:lvl w:ilvl="0" w:tplc="040E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2" w15:restartNumberingAfterBreak="0">
    <w:nsid w:val="4E031753"/>
    <w:multiLevelType w:val="hybridMultilevel"/>
    <w:tmpl w:val="FCD87B36"/>
    <w:lvl w:ilvl="0" w:tplc="040E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3" w15:restartNumberingAfterBreak="0">
    <w:nsid w:val="4E777B84"/>
    <w:multiLevelType w:val="hybridMultilevel"/>
    <w:tmpl w:val="A6EE62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615D10"/>
    <w:multiLevelType w:val="multilevel"/>
    <w:tmpl w:val="F6E09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497319"/>
    <w:multiLevelType w:val="hybridMultilevel"/>
    <w:tmpl w:val="A18017AE"/>
    <w:lvl w:ilvl="0" w:tplc="040E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6" w15:restartNumberingAfterBreak="0">
    <w:nsid w:val="790923C7"/>
    <w:multiLevelType w:val="hybridMultilevel"/>
    <w:tmpl w:val="843EE7F6"/>
    <w:lvl w:ilvl="0" w:tplc="040E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7" w15:restartNumberingAfterBreak="0">
    <w:nsid w:val="7D68650A"/>
    <w:multiLevelType w:val="hybridMultilevel"/>
    <w:tmpl w:val="D88873F4"/>
    <w:lvl w:ilvl="0" w:tplc="040E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num w:numId="1" w16cid:durableId="1401751173">
    <w:abstractNumId w:val="8"/>
  </w:num>
  <w:num w:numId="2" w16cid:durableId="525406817">
    <w:abstractNumId w:val="6"/>
  </w:num>
  <w:num w:numId="3" w16cid:durableId="55055014">
    <w:abstractNumId w:val="5"/>
  </w:num>
  <w:num w:numId="4" w16cid:durableId="2000380809">
    <w:abstractNumId w:val="4"/>
  </w:num>
  <w:num w:numId="5" w16cid:durableId="342897279">
    <w:abstractNumId w:val="7"/>
  </w:num>
  <w:num w:numId="6" w16cid:durableId="943267502">
    <w:abstractNumId w:val="3"/>
  </w:num>
  <w:num w:numId="7" w16cid:durableId="1525244337">
    <w:abstractNumId w:val="2"/>
  </w:num>
  <w:num w:numId="8" w16cid:durableId="1600410231">
    <w:abstractNumId w:val="1"/>
  </w:num>
  <w:num w:numId="9" w16cid:durableId="1917477348">
    <w:abstractNumId w:val="0"/>
  </w:num>
  <w:num w:numId="10" w16cid:durableId="535776414">
    <w:abstractNumId w:val="12"/>
  </w:num>
  <w:num w:numId="11" w16cid:durableId="1152717351">
    <w:abstractNumId w:val="11"/>
  </w:num>
  <w:num w:numId="12" w16cid:durableId="1832911280">
    <w:abstractNumId w:val="9"/>
  </w:num>
  <w:num w:numId="13" w16cid:durableId="1745687334">
    <w:abstractNumId w:val="15"/>
  </w:num>
  <w:num w:numId="14" w16cid:durableId="84229638">
    <w:abstractNumId w:val="16"/>
  </w:num>
  <w:num w:numId="15" w16cid:durableId="2132166565">
    <w:abstractNumId w:val="13"/>
  </w:num>
  <w:num w:numId="16" w16cid:durableId="702706145">
    <w:abstractNumId w:val="17"/>
  </w:num>
  <w:num w:numId="17" w16cid:durableId="883564726">
    <w:abstractNumId w:val="14"/>
  </w:num>
  <w:num w:numId="18" w16cid:durableId="43837468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07EA"/>
    <w:rsid w:val="0011339D"/>
    <w:rsid w:val="0015074B"/>
    <w:rsid w:val="00276C63"/>
    <w:rsid w:val="0029639D"/>
    <w:rsid w:val="002A1330"/>
    <w:rsid w:val="00326F90"/>
    <w:rsid w:val="00385EA4"/>
    <w:rsid w:val="00410A87"/>
    <w:rsid w:val="00640B05"/>
    <w:rsid w:val="00681A66"/>
    <w:rsid w:val="00686A03"/>
    <w:rsid w:val="007B51D4"/>
    <w:rsid w:val="007C797C"/>
    <w:rsid w:val="008B0572"/>
    <w:rsid w:val="00AA1D8D"/>
    <w:rsid w:val="00B47730"/>
    <w:rsid w:val="00B658CD"/>
    <w:rsid w:val="00C20BF6"/>
    <w:rsid w:val="00CB0664"/>
    <w:rsid w:val="00D56CD7"/>
    <w:rsid w:val="00E52E50"/>
    <w:rsid w:val="00E81ACD"/>
    <w:rsid w:val="00E92BCD"/>
    <w:rsid w:val="00F72F1B"/>
    <w:rsid w:val="00FA2CFD"/>
    <w:rsid w:val="00FC693F"/>
    <w:rsid w:val="00FE1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3CD1E9A"/>
  <w14:defaultImageDpi w14:val="300"/>
  <w15:docId w15:val="{3E4118E5-DB5F-894B-9EF4-830F7783F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7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31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477ECC8-F995-5242-8EE7-188543DD4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1034</Words>
  <Characters>5899</Characters>
  <Application>Microsoft Office Word</Application>
  <DocSecurity>0</DocSecurity>
  <Lines>49</Lines>
  <Paragraphs>13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Anunț concurs - Muncitor Calificat II</vt:lpstr>
      <vt:lpstr/>
    </vt:vector>
  </TitlesOfParts>
  <Manager/>
  <Company/>
  <LinksUpToDate>false</LinksUpToDate>
  <CharactersWithSpaces>6920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Anunț de angajare - Muncitor calificat II (tâmplar) / Álláshirdetés - Szakképzett munkás II (asztalos)</dc:title>
  <dc:subject>Serviciul Public Local de Administrare a Complexului Sportiv KÉZDI</dc:subject>
  <dc:creator>python-docx</dc:creator>
  <cp:keywords/>
  <dc:description>generated by python-docx</dc:description>
  <cp:lastModifiedBy>Szilveszter Szabolcs</cp:lastModifiedBy>
  <cp:revision>3</cp:revision>
  <dcterms:created xsi:type="dcterms:W3CDTF">2026-09-18T08:23:00Z</dcterms:created>
  <dcterms:modified xsi:type="dcterms:W3CDTF">2026-09-18T08:24:00Z</dcterms:modified>
  <cp:category/>
</cp:coreProperties>
</file>