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A27A8" w14:textId="77777777" w:rsidR="007B51D4" w:rsidRPr="00D064DB" w:rsidRDefault="007B51D4" w:rsidP="007C797C">
      <w:pPr>
        <w:spacing w:after="160"/>
        <w:jc w:val="center"/>
        <w:rPr>
          <w:lang w:val="ro-RO" w:eastAsia="ro-RO"/>
        </w:rPr>
      </w:pPr>
      <w:r w:rsidRPr="00D064DB">
        <w:rPr>
          <w:lang w:val="ro-RO" w:eastAsia="ro-RO"/>
        </w:rPr>
        <w:t>Anunț de angajare</w:t>
      </w:r>
    </w:p>
    <w:p w14:paraId="4B30220F" w14:textId="77777777" w:rsidR="00640B05" w:rsidRPr="00D064DB" w:rsidRDefault="00681A66" w:rsidP="00640B05">
      <w:pPr>
        <w:spacing w:after="160"/>
        <w:jc w:val="both"/>
        <w:rPr>
          <w:lang w:val="ro-RO" w:eastAsia="ro-RO" w:bidi="ro-RO"/>
        </w:rPr>
      </w:pPr>
      <w:r w:rsidRPr="00D064DB">
        <w:rPr>
          <w:lang w:val="ro-RO" w:eastAsia="ro-RO"/>
        </w:rPr>
        <w:t>Serviciul Public Local de Administrare a Complexului Sportiv „KÉZDI” Municipiul Târgu Secuiesc organizează concurs pentru ocuparea, pe perioadă nedeterminată, a unui post contractual vacant de execuție:</w:t>
      </w:r>
    </w:p>
    <w:p w14:paraId="109784F9" w14:textId="77777777" w:rsidR="007C797C" w:rsidRPr="00D064DB" w:rsidRDefault="007C797C" w:rsidP="00640B05">
      <w:pPr>
        <w:spacing w:after="160"/>
        <w:jc w:val="both"/>
        <w:rPr>
          <w:lang w:val="ro-RO"/>
        </w:rPr>
      </w:pPr>
      <w:r w:rsidRPr="00D064DB">
        <w:rPr>
          <w:lang w:val="ro-RO" w:eastAsia="ro-RO"/>
        </w:rPr>
        <w:t>Date privind postul</w:t>
      </w:r>
    </w:p>
    <w:p w14:paraId="1FD51109" w14:textId="77777777" w:rsidR="007C797C" w:rsidRPr="00D064DB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D064DB">
        <w:rPr>
          <w:lang w:val="ro-RO" w:eastAsia="ro-RO"/>
        </w:rPr>
        <w:t>Denumirea postului: Administrator</w:t>
      </w:r>
    </w:p>
    <w:p w14:paraId="4BFB522C" w14:textId="77777777" w:rsidR="007C797C" w:rsidRPr="00D064DB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D064DB">
        <w:rPr>
          <w:lang w:val="ro-RO" w:eastAsia="ro-RO"/>
        </w:rPr>
        <w:t>Gradul profesional: I</w:t>
      </w:r>
    </w:p>
    <w:p w14:paraId="038C3BE7" w14:textId="77777777" w:rsidR="007C797C" w:rsidRPr="00D064DB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D064DB">
        <w:rPr>
          <w:lang w:val="ro-RO" w:eastAsia="ro-RO"/>
        </w:rPr>
        <w:t>Nivelul postului: de execuție</w:t>
      </w:r>
    </w:p>
    <w:p w14:paraId="35E2BF32" w14:textId="77777777" w:rsidR="007C797C" w:rsidRPr="00D064DB" w:rsidRDefault="007C797C" w:rsidP="007C797C">
      <w:pPr>
        <w:pStyle w:val="ListParagraph"/>
        <w:numPr>
          <w:ilvl w:val="0"/>
          <w:numId w:val="15"/>
        </w:numPr>
        <w:jc w:val="both"/>
        <w:rPr>
          <w:color w:val="000000" w:themeColor="text1"/>
          <w:lang w:val="ro-RO"/>
        </w:rPr>
      </w:pPr>
      <w:r w:rsidRPr="00D064DB">
        <w:rPr>
          <w:lang w:val="ro-RO" w:eastAsia="ro-RO"/>
        </w:rPr>
        <w:t>Numărul posturilor: 1 post</w:t>
      </w:r>
    </w:p>
    <w:p w14:paraId="56CDB66E" w14:textId="77777777" w:rsidR="007C797C" w:rsidRPr="00D064DB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D064DB">
        <w:rPr>
          <w:lang w:val="ro-RO" w:eastAsia="ro-RO"/>
        </w:rPr>
        <w:t>Perioada: nedeterminată</w:t>
      </w:r>
    </w:p>
    <w:p w14:paraId="2CDC8EED" w14:textId="77777777" w:rsidR="007C797C" w:rsidRPr="00D064DB" w:rsidRDefault="007C797C" w:rsidP="007C797C">
      <w:pPr>
        <w:pStyle w:val="ListParagraph"/>
        <w:numPr>
          <w:ilvl w:val="0"/>
          <w:numId w:val="15"/>
        </w:numPr>
        <w:jc w:val="both"/>
        <w:rPr>
          <w:lang w:val="ro-RO"/>
        </w:rPr>
      </w:pPr>
      <w:r w:rsidRPr="00D064DB">
        <w:rPr>
          <w:lang w:val="ro-RO" w:eastAsia="ro-RO"/>
        </w:rPr>
        <w:t>Durata timpului de lucru: normă întreagă, 8 ore/zi, 40 de ore/săptămână, conform graficului de lucru.</w:t>
      </w:r>
    </w:p>
    <w:p w14:paraId="2463E255" w14:textId="77777777" w:rsidR="00276C63" w:rsidRPr="00D064DB" w:rsidRDefault="00681A66" w:rsidP="007C797C">
      <w:pPr>
        <w:spacing w:before="120" w:after="80"/>
        <w:jc w:val="both"/>
        <w:rPr>
          <w:lang w:val="ro-RO"/>
        </w:rPr>
      </w:pPr>
      <w:r w:rsidRPr="00D064DB">
        <w:rPr>
          <w:lang w:val="ro-RO" w:eastAsia="ro-RO"/>
        </w:rPr>
        <w:t>Condiții generale</w:t>
      </w:r>
    </w:p>
    <w:p w14:paraId="26EE8E41" w14:textId="77777777" w:rsidR="00276C63" w:rsidRPr="00D064DB" w:rsidRDefault="00681A66" w:rsidP="007C797C">
      <w:pPr>
        <w:spacing w:after="120"/>
        <w:jc w:val="both"/>
        <w:rPr>
          <w:lang w:val="ro-RO"/>
        </w:rPr>
      </w:pPr>
      <w:r w:rsidRPr="00D064DB">
        <w:rPr>
          <w:lang w:val="ro-RO" w:eastAsia="ro-RO"/>
        </w:rPr>
        <w:t>Candidații trebuie să îndeplinească condițiile generale prevăzute la art. 15 din H.G. nr. 1336/2022, cu modificările și completările ulterioare.</w:t>
      </w:r>
    </w:p>
    <w:p w14:paraId="28D41002" w14:textId="77777777" w:rsidR="00276C63" w:rsidRPr="00D064DB" w:rsidRDefault="00681A66" w:rsidP="007C797C">
      <w:pPr>
        <w:spacing w:before="120" w:after="80"/>
        <w:jc w:val="both"/>
        <w:rPr>
          <w:lang w:val="ro-RO"/>
        </w:rPr>
      </w:pPr>
      <w:r w:rsidRPr="00D064DB">
        <w:rPr>
          <w:lang w:val="ro-RO" w:eastAsia="ro-RO"/>
        </w:rPr>
        <w:t>Condiții specifice pentru ocuparea postului</w:t>
      </w:r>
    </w:p>
    <w:p w14:paraId="6A76DFA3" w14:textId="77777777" w:rsidR="00276C63" w:rsidRPr="00D064DB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studii medii absolvite cu diplomă de bacalaureat;</w:t>
      </w:r>
    </w:p>
    <w:p w14:paraId="6D6E51EB" w14:textId="77777777" w:rsidR="00276C63" w:rsidRPr="00D064DB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vechime în muncă: minimum 5 ani;</w:t>
      </w:r>
    </w:p>
    <w:p w14:paraId="3C499F2E" w14:textId="77777777" w:rsidR="00276C63" w:rsidRPr="00D064DB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permis de conducere categoria B, valabil;</w:t>
      </w:r>
    </w:p>
    <w:p w14:paraId="6F6C7675" w14:textId="77777777" w:rsidR="00276C63" w:rsidRPr="00D064DB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cunoștințe de bază privind utilizarea calculatorului și a programelor necesare evidenței și gestionării stocurilor;</w:t>
      </w:r>
    </w:p>
    <w:p w14:paraId="2F096309" w14:textId="77777777" w:rsidR="00276C63" w:rsidRPr="00D064DB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seriozitate, responsabilitate, punctualitate și atenție la detalii;</w:t>
      </w:r>
    </w:p>
    <w:p w14:paraId="162925EA" w14:textId="77777777" w:rsidR="00276C63" w:rsidRPr="00D064DB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capacitate de organizare și planificare, de gestionare și evidență a bunurilor și materialelor, precum și capacitate de comunicare și lucru în echipă;</w:t>
      </w:r>
    </w:p>
    <w:p w14:paraId="43A04D16" w14:textId="77777777" w:rsidR="00276C63" w:rsidRPr="00D064DB" w:rsidRDefault="00681A66" w:rsidP="007C797C">
      <w:pPr>
        <w:pStyle w:val="ListBullet"/>
        <w:numPr>
          <w:ilvl w:val="0"/>
          <w:numId w:val="10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disponibilitate pentru desfășurarea activităților în funcție de necesitățile Serviciului și de programul bazelor sportive.</w:t>
      </w:r>
    </w:p>
    <w:p w14:paraId="77BA1EFA" w14:textId="77777777" w:rsidR="00276C63" w:rsidRPr="00D064DB" w:rsidRDefault="00681A66" w:rsidP="007C797C">
      <w:pPr>
        <w:spacing w:before="120" w:after="80"/>
        <w:jc w:val="both"/>
        <w:rPr>
          <w:lang w:val="ro-RO"/>
        </w:rPr>
      </w:pPr>
      <w:r w:rsidRPr="00D064DB">
        <w:rPr>
          <w:lang w:val="ro-RO" w:eastAsia="ro-RO"/>
        </w:rPr>
        <w:t>Principalele atribuții ale postului</w:t>
      </w:r>
    </w:p>
    <w:p w14:paraId="3A4362CB" w14:textId="77777777" w:rsidR="00276C63" w:rsidRPr="00D064DB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administrarea magaziei și organizarea corespunzătoare a materialelor, produselor, consumabilelor, uneltelor și echipamentelor aflate în gestiune;</w:t>
      </w:r>
    </w:p>
    <w:p w14:paraId="4631D6E5" w14:textId="77777777" w:rsidR="00276C63" w:rsidRPr="00D064DB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urmărirea nivelului stocurilor, identificarea și centralizarea necesarului de materiale și produse și transmiterea necesarului de aprovizionare, conform procedurilor interne;</w:t>
      </w:r>
    </w:p>
    <w:p w14:paraId="010DDE2C" w14:textId="77777777" w:rsidR="00276C63" w:rsidRPr="00D064DB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participarea la activitățile de aprovizionare și recepție și verificarea cantității, integrității, conformității și documentelor însoțitoare ale bunurilor livrate;</w:t>
      </w:r>
    </w:p>
    <w:p w14:paraId="0C10DC55" w14:textId="77777777" w:rsidR="00276C63" w:rsidRPr="00D064DB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depozitarea corespunzătoare a materialelor și produselor, ținerea evidenței intrărilor, ieșirilor și stocurilor și eliberarea acestora către personal, conform procedurilor interne;</w:t>
      </w:r>
    </w:p>
    <w:p w14:paraId="7DE17202" w14:textId="77777777" w:rsidR="00276C63" w:rsidRPr="00D064DB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urmărirea consumului, termenelor de valabilitate și utilizării economice a materialelor și produselor, precum și informarea personalului privind utilizarea, dozarea, manipularea, depozitarea și păstrarea corectă a acestora;</w:t>
      </w:r>
    </w:p>
    <w:p w14:paraId="4CDFA6DB" w14:textId="77777777" w:rsidR="00276C63" w:rsidRPr="00D064DB" w:rsidRDefault="00681A66" w:rsidP="007C797C">
      <w:pPr>
        <w:pStyle w:val="ListBullet"/>
        <w:numPr>
          <w:ilvl w:val="0"/>
          <w:numId w:val="11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participarea la inventarierea și operațiunile de predare-primire a bunurilor, gestionarea documentelor aferente și menținerea magaziei și spațiilor de depozitare în condiții corespunzătoare de ordine, curățenie și siguranță.</w:t>
      </w:r>
    </w:p>
    <w:p w14:paraId="3B1105FC" w14:textId="77777777" w:rsidR="00276C63" w:rsidRPr="00D064DB" w:rsidRDefault="00681A66" w:rsidP="007C797C">
      <w:pPr>
        <w:spacing w:before="120" w:after="80"/>
        <w:jc w:val="both"/>
        <w:rPr>
          <w:lang w:val="ro-RO"/>
        </w:rPr>
      </w:pPr>
      <w:r w:rsidRPr="00D064DB">
        <w:rPr>
          <w:lang w:val="ro-RO" w:eastAsia="ro-RO"/>
        </w:rPr>
        <w:t>Dosarul de concurs</w:t>
      </w:r>
    </w:p>
    <w:p w14:paraId="171F7A01" w14:textId="77777777" w:rsidR="00276C63" w:rsidRPr="00D064DB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formular de înscriere la concurs;</w:t>
      </w:r>
    </w:p>
    <w:p w14:paraId="2D982998" w14:textId="77777777" w:rsidR="00276C63" w:rsidRPr="00D064DB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copia actului de identitate;</w:t>
      </w:r>
    </w:p>
    <w:p w14:paraId="41806CA8" w14:textId="77777777" w:rsidR="00276C63" w:rsidRPr="00D064DB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copia certificatului de căsătorie sau a altui document prin care s-a realizat schimbarea de nume, după caz;</w:t>
      </w:r>
    </w:p>
    <w:p w14:paraId="76D54AF6" w14:textId="77777777" w:rsidR="00276C63" w:rsidRPr="00D064DB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copiile documentelor care atestă nivelul studiilor și/sau calificarea profesională;</w:t>
      </w:r>
    </w:p>
    <w:p w14:paraId="6FA9A8B7" w14:textId="77777777" w:rsidR="00276C63" w:rsidRPr="00D064DB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copia carnetului de muncă, adeverințe eliberate de angajatori sau alte documente care atestă vechimea în muncă de minimum 5 ani;</w:t>
      </w:r>
    </w:p>
    <w:p w14:paraId="5ABA5D4E" w14:textId="77777777" w:rsidR="00276C63" w:rsidRPr="00D064DB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copia permisului de conducere categoria B;</w:t>
      </w:r>
    </w:p>
    <w:p w14:paraId="3A9A57AC" w14:textId="77777777" w:rsidR="00276C63" w:rsidRPr="00D064DB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certificat de cazier judiciar sau, după caz, extras de pe cazierul judiciar;</w:t>
      </w:r>
    </w:p>
    <w:p w14:paraId="4E222F42" w14:textId="77777777" w:rsidR="00276C63" w:rsidRPr="00D064DB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adeverință medicală care să ateste starea de sănătate corespunzătoare postului;</w:t>
      </w:r>
    </w:p>
    <w:p w14:paraId="107BE5A6" w14:textId="77777777" w:rsidR="00276C63" w:rsidRPr="00D064DB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certificat de integritate comportamentală, în cazurile prevăzute de lege;</w:t>
      </w:r>
    </w:p>
    <w:p w14:paraId="7C25CFA4" w14:textId="77777777" w:rsidR="00276C63" w:rsidRPr="00D064DB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curriculum vitae, model comun european;</w:t>
      </w:r>
    </w:p>
    <w:p w14:paraId="519BCB93" w14:textId="77777777" w:rsidR="00276C63" w:rsidRPr="00D064DB" w:rsidRDefault="00681A66" w:rsidP="007C797C">
      <w:pPr>
        <w:pStyle w:val="ListBullet"/>
        <w:numPr>
          <w:ilvl w:val="0"/>
          <w:numId w:val="12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alte documente prevăzute de legislația aplicabilă, după caz.</w:t>
      </w:r>
    </w:p>
    <w:p w14:paraId="60DDB020" w14:textId="77777777" w:rsidR="00276C63" w:rsidRPr="00D064DB" w:rsidRDefault="00681A66" w:rsidP="007C797C">
      <w:pPr>
        <w:spacing w:before="120" w:after="80"/>
        <w:jc w:val="both"/>
        <w:rPr>
          <w:lang w:val="ro-RO"/>
        </w:rPr>
      </w:pPr>
      <w:r w:rsidRPr="00D064DB">
        <w:rPr>
          <w:lang w:val="ro-RO" w:eastAsia="ro-RO"/>
        </w:rPr>
        <w:t>Etapele concursului</w:t>
      </w:r>
    </w:p>
    <w:p w14:paraId="33BAA0C7" w14:textId="77777777" w:rsidR="00276C63" w:rsidRPr="00D064DB" w:rsidRDefault="00681A66" w:rsidP="007C797C">
      <w:pPr>
        <w:pStyle w:val="ListBullet"/>
        <w:numPr>
          <w:ilvl w:val="0"/>
          <w:numId w:val="16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selecția dosarelor de concurs;</w:t>
      </w:r>
    </w:p>
    <w:p w14:paraId="19B6D460" w14:textId="77777777" w:rsidR="00276C63" w:rsidRPr="00D064DB" w:rsidRDefault="00681A66" w:rsidP="007C797C">
      <w:pPr>
        <w:pStyle w:val="ListBullet"/>
        <w:numPr>
          <w:ilvl w:val="0"/>
          <w:numId w:val="16"/>
        </w:numPr>
        <w:spacing w:after="40"/>
        <w:jc w:val="both"/>
        <w:rPr>
          <w:lang w:val="ro-RO"/>
        </w:rPr>
      </w:pPr>
      <w:r w:rsidRPr="00D064DB">
        <w:rPr>
          <w:lang w:val="ro-RO" w:eastAsia="ro-RO"/>
        </w:rPr>
        <w:t>proba scrisă;</w:t>
      </w:r>
    </w:p>
    <w:p w14:paraId="15FE37CD" w14:textId="77777777" w:rsidR="00AF4350" w:rsidRPr="00D064DB" w:rsidRDefault="0023465D">
      <w:pPr>
        <w:pStyle w:val="ListBullet"/>
        <w:numPr>
          <w:ilvl w:val="0"/>
          <w:numId w:val="16"/>
        </w:numPr>
        <w:rPr>
          <w:lang w:val="ro-RO"/>
        </w:rPr>
      </w:pPr>
      <w:r w:rsidRPr="00D064DB">
        <w:rPr>
          <w:lang w:val="ro-RO"/>
        </w:rPr>
        <w:t>interviul.</w:t>
      </w:r>
    </w:p>
    <w:p w14:paraId="54AF6D8B" w14:textId="77777777" w:rsidR="00276C63" w:rsidRPr="00D064DB" w:rsidRDefault="00681A66" w:rsidP="007C797C">
      <w:pPr>
        <w:spacing w:after="160"/>
        <w:jc w:val="both"/>
        <w:rPr>
          <w:lang w:val="ro-RO"/>
        </w:rPr>
      </w:pPr>
      <w:r w:rsidRPr="00D064DB">
        <w:rPr>
          <w:lang w:val="ro-RO" w:eastAsia="ro-RO"/>
        </w:rPr>
        <w:t>La proba scrisă pot participa numai candidații declarați admiși în urma selecției dosarelor. La interviu pot participa numai candidații declarați admiși la proba scrisă.</w:t>
      </w:r>
    </w:p>
    <w:p w14:paraId="690A3E91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Bibliografie și tematică</w:t>
      </w:r>
    </w:p>
    <w:p w14:paraId="490F2F0C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1. Legea nr. 53/2003 – Codul muncii, republicată, cu modificările și completările ulterioare – Titlul III „Timpul de muncă și timpul de odihnă”, cu accent pe art. 112 și art. 120 alin. (2).</w:t>
      </w:r>
    </w:p>
    <w:p w14:paraId="668CA830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2. Legea nr. 319/2006 a securității și sănătății în muncă, cu modificările și completările ulterioare – Capitolul IV „Obligațiile lucrătorilor”, art. 22 și art. 23.</w:t>
      </w:r>
    </w:p>
    <w:p w14:paraId="3D1D288F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3. Hotărârea Consiliului Local al Municipiului Târgu Secuiesc nr. 100/2026 și anexele acesteia – Anexa nr. 2 „Regulamentul Serviciului Public Local de Administrare a Complexului Sportiv „KÉZDI” al Municipiului Târgu Secuiesc”, art. 22 alin. (1) lit. c), h) și i), precum și Anexa nr. 3 „Caietul de sarcini al Serviciului Public Local de Administrare a Complexului Sportiv „KÉZDI””, art. 21 și art. 23 alin. (1)-(2).</w:t>
      </w:r>
    </w:p>
    <w:p w14:paraId="22A9B7BD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Tematică:</w:t>
      </w:r>
    </w:p>
    <w:p w14:paraId="63FA9391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1. Durata normală a timpului de muncă.</w:t>
      </w:r>
    </w:p>
    <w:p w14:paraId="1EFC0D93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2. Condițiile în care se poate efectua munca suplimentară fără acordul salariatului.</w:t>
      </w:r>
    </w:p>
    <w:p w14:paraId="46A18975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3. Obligațiile generale ale lucrătorilor în domeniul securității și sănătății în muncă.</w:t>
      </w:r>
    </w:p>
    <w:p w14:paraId="3E232B2A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4. Utilizarea corectă a echipamentului individual de protecție.</w:t>
      </w:r>
    </w:p>
    <w:p w14:paraId="663BC60B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5. Comunicarea imediată a situațiilor de muncă periculoase și a deficiențelor sistemelor de protecție.</w:t>
      </w:r>
    </w:p>
    <w:p w14:paraId="1E298165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6. Păstrarea integrității, protejarea și valorificarea patrimoniului încredințat Operatorului Serviciului.</w:t>
      </w:r>
    </w:p>
    <w:p w14:paraId="3955BAA9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7. Conservarea și protejarea infrastructurii, echipamentelor și dotărilor Complexului Sportiv „KÉZDI”.</w:t>
      </w:r>
    </w:p>
    <w:p w14:paraId="28E6BD5D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8. Întreținerea în stare corespunzătoare și utilizarea clădirilor și terenurilor conform destinației acestora.</w:t>
      </w:r>
    </w:p>
    <w:p w14:paraId="36FB55B4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9. Asigurarea pazei, supravegherii video și securității bunurilor și persoanelor din incinta Complexului.</w:t>
      </w:r>
    </w:p>
    <w:p w14:paraId="6313A7B7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10. Întocmirea și păstrarea evidențelor tehnice, statistice și financiare privind activitatea Complexului.</w:t>
      </w:r>
    </w:p>
    <w:p w14:paraId="041602B5" w14:textId="77777777" w:rsidR="00AF4350" w:rsidRPr="00D064DB" w:rsidRDefault="0023465D">
      <w:pPr>
        <w:rPr>
          <w:lang w:val="ro-RO"/>
        </w:rPr>
      </w:pPr>
      <w:r w:rsidRPr="00D064DB">
        <w:rPr>
          <w:lang w:val="ro-RO"/>
        </w:rPr>
        <w:t>Notă: Actele normative se studiază în forma în vigoare la data organizării concursului.</w:t>
      </w:r>
    </w:p>
    <w:p w14:paraId="5B728A75" w14:textId="77777777" w:rsidR="00276C63" w:rsidRPr="00D064DB" w:rsidRDefault="00681A66" w:rsidP="007C797C">
      <w:pPr>
        <w:spacing w:before="120" w:after="80"/>
        <w:jc w:val="both"/>
        <w:rPr>
          <w:lang w:val="ro-RO"/>
        </w:rPr>
      </w:pPr>
      <w:r w:rsidRPr="00D064DB">
        <w:rPr>
          <w:lang w:val="ro-RO" w:eastAsia="ro-RO"/>
        </w:rPr>
        <w:t>Depunerea dosarelor</w:t>
      </w:r>
    </w:p>
    <w:p w14:paraId="543686E4" w14:textId="7B520702" w:rsidR="00276C63" w:rsidRPr="00D064DB" w:rsidRDefault="00681A66" w:rsidP="007C797C">
      <w:pPr>
        <w:spacing w:after="160"/>
        <w:jc w:val="both"/>
        <w:rPr>
          <w:lang w:val="ro-RO" w:eastAsia="ro-RO"/>
        </w:rPr>
      </w:pPr>
      <w:r w:rsidRPr="00D064DB">
        <w:rPr>
          <w:lang w:val="ro-RO" w:eastAsia="ro-RO"/>
        </w:rPr>
        <w:t xml:space="preserve">Dosarele de concurs se depun la </w:t>
      </w:r>
      <w:proofErr w:type="spellStart"/>
      <w:r w:rsidRPr="00D064DB">
        <w:rPr>
          <w:lang w:val="ro-RO" w:eastAsia="ro-RO"/>
        </w:rPr>
        <w:t>Hostel</w:t>
      </w:r>
      <w:proofErr w:type="spellEnd"/>
      <w:r w:rsidRPr="00D064DB">
        <w:rPr>
          <w:lang w:val="ro-RO" w:eastAsia="ro-RO"/>
        </w:rPr>
        <w:t xml:space="preserve"> Sport,</w:t>
      </w:r>
      <w:r w:rsidR="003C0D0A" w:rsidRPr="00D064DB">
        <w:rPr>
          <w:lang w:val="ro-RO" w:eastAsia="ro-RO"/>
        </w:rPr>
        <w:t xml:space="preserve"> str. </w:t>
      </w:r>
      <w:proofErr w:type="spellStart"/>
      <w:r w:rsidR="003C0D0A" w:rsidRPr="00D064DB">
        <w:rPr>
          <w:lang w:val="ro-RO" w:eastAsia="ro-RO"/>
        </w:rPr>
        <w:t>Petofi</w:t>
      </w:r>
      <w:proofErr w:type="spellEnd"/>
      <w:r w:rsidR="003C0D0A" w:rsidRPr="00D064DB">
        <w:rPr>
          <w:lang w:val="ro-RO" w:eastAsia="ro-RO"/>
        </w:rPr>
        <w:t xml:space="preserve"> Sandor nr,54,</w:t>
      </w:r>
      <w:r w:rsidRPr="00D064DB">
        <w:rPr>
          <w:lang w:val="ro-RO" w:eastAsia="ro-RO"/>
        </w:rPr>
        <w:t xml:space="preserve"> sala de conferință, etaj III, până la data de 01.10.2026, ora 12:00.</w:t>
      </w:r>
    </w:p>
    <w:p w14:paraId="4AE1B13E" w14:textId="77777777" w:rsidR="00276C63" w:rsidRPr="00D064DB" w:rsidRDefault="00681A66" w:rsidP="007C797C">
      <w:pPr>
        <w:spacing w:before="120" w:after="80"/>
        <w:jc w:val="both"/>
        <w:rPr>
          <w:lang w:val="ro-RO"/>
        </w:rPr>
      </w:pPr>
      <w:r w:rsidRPr="00D064DB">
        <w:rPr>
          <w:lang w:val="ro-RO" w:eastAsia="ro-RO"/>
        </w:rPr>
        <w:t>Calendarul concursului</w:t>
      </w:r>
    </w:p>
    <w:p w14:paraId="4F597E40" w14:textId="47E83DB4" w:rsidR="00276C63" w:rsidRPr="00D064DB" w:rsidRDefault="00681A66" w:rsidP="007C797C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 w:eastAsia="ro-RO"/>
        </w:rPr>
        <w:t xml:space="preserve">Data publicării anunțului: </w:t>
      </w:r>
      <w:r w:rsidR="003C0D0A" w:rsidRPr="00D064DB">
        <w:rPr>
          <w:lang w:val="ro-RO" w:eastAsia="ro-RO"/>
        </w:rPr>
        <w:t>21</w:t>
      </w:r>
      <w:r w:rsidRPr="00D064DB">
        <w:rPr>
          <w:lang w:val="ro-RO" w:eastAsia="ro-RO"/>
        </w:rPr>
        <w:t>.09.2026;</w:t>
      </w:r>
    </w:p>
    <w:p w14:paraId="374D3837" w14:textId="51AFF90A" w:rsidR="00AF4350" w:rsidRPr="00D064DB" w:rsidRDefault="0023465D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/>
        </w:rPr>
        <w:t>Termenul-limită pentru depunerea dosarelor: 0</w:t>
      </w:r>
      <w:r w:rsidR="003C0D0A" w:rsidRPr="00D064DB">
        <w:rPr>
          <w:lang w:val="ro-RO"/>
        </w:rPr>
        <w:t>5</w:t>
      </w:r>
      <w:r w:rsidRPr="00D064DB">
        <w:rPr>
          <w:lang w:val="ro-RO"/>
        </w:rPr>
        <w:t>.10.2026, ora 1</w:t>
      </w:r>
      <w:r w:rsidR="006F6870" w:rsidRPr="00D064DB">
        <w:rPr>
          <w:lang w:val="ro-RO"/>
        </w:rPr>
        <w:t>4</w:t>
      </w:r>
      <w:r w:rsidRPr="00D064DB">
        <w:rPr>
          <w:lang w:val="ro-RO"/>
        </w:rPr>
        <w:t>:00;</w:t>
      </w:r>
    </w:p>
    <w:p w14:paraId="28725D17" w14:textId="69703CC0" w:rsidR="00276C63" w:rsidRPr="00D064DB" w:rsidRDefault="00681A66" w:rsidP="007C797C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 w:eastAsia="ro-RO"/>
        </w:rPr>
        <w:t>Selecția dosarelor: 0</w:t>
      </w:r>
      <w:r w:rsidR="003C0D0A" w:rsidRPr="00D064DB">
        <w:rPr>
          <w:lang w:val="ro-RO" w:eastAsia="ro-RO"/>
        </w:rPr>
        <w:t>6</w:t>
      </w:r>
      <w:r w:rsidRPr="00D064DB">
        <w:rPr>
          <w:lang w:val="ro-RO" w:eastAsia="ro-RO"/>
        </w:rPr>
        <w:t>.10.2026;</w:t>
      </w:r>
    </w:p>
    <w:p w14:paraId="4669FD4B" w14:textId="14608254" w:rsidR="00276C63" w:rsidRPr="00D064DB" w:rsidRDefault="00681A66" w:rsidP="007C797C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 w:eastAsia="ro-RO"/>
        </w:rPr>
        <w:t>Afișarea rezultatului selecției dosarelor: 0</w:t>
      </w:r>
      <w:r w:rsidR="003C0D0A" w:rsidRPr="00D064DB">
        <w:rPr>
          <w:lang w:val="ro-RO" w:eastAsia="ro-RO"/>
        </w:rPr>
        <w:t>6</w:t>
      </w:r>
      <w:r w:rsidRPr="00D064DB">
        <w:rPr>
          <w:lang w:val="ro-RO" w:eastAsia="ro-RO"/>
        </w:rPr>
        <w:t>.10.2026, ora 15:00;</w:t>
      </w:r>
    </w:p>
    <w:p w14:paraId="6B26FA17" w14:textId="70B3A78E" w:rsidR="00276C63" w:rsidRPr="00D064DB" w:rsidRDefault="00681A66" w:rsidP="007C797C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 w:eastAsia="ro-RO"/>
        </w:rPr>
        <w:t>Depunerea contestațiilor privind selecția dosarelor: până la 0</w:t>
      </w:r>
      <w:r w:rsidR="003C0D0A" w:rsidRPr="00D064DB">
        <w:rPr>
          <w:lang w:val="ro-RO" w:eastAsia="ro-RO"/>
        </w:rPr>
        <w:t>7</w:t>
      </w:r>
      <w:r w:rsidRPr="00D064DB">
        <w:rPr>
          <w:lang w:val="ro-RO" w:eastAsia="ro-RO"/>
        </w:rPr>
        <w:t>.10.2026, ora 15:00;</w:t>
      </w:r>
    </w:p>
    <w:p w14:paraId="51552802" w14:textId="5C4F0EEE" w:rsidR="00276C63" w:rsidRPr="00D064DB" w:rsidRDefault="00681A66" w:rsidP="007C797C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 w:eastAsia="ro-RO"/>
        </w:rPr>
        <w:t>Soluționarea și afișarea rezultatului contestațiilor privind selecția dosarelor: până la 0</w:t>
      </w:r>
      <w:r w:rsidR="003C0D0A" w:rsidRPr="00D064DB">
        <w:rPr>
          <w:lang w:val="ro-RO" w:eastAsia="ro-RO"/>
        </w:rPr>
        <w:t>8</w:t>
      </w:r>
      <w:r w:rsidRPr="00D064DB">
        <w:rPr>
          <w:lang w:val="ro-RO" w:eastAsia="ro-RO"/>
        </w:rPr>
        <w:t>.10.2026, ora 15:00;</w:t>
      </w:r>
    </w:p>
    <w:p w14:paraId="4AECC50B" w14:textId="4AA926BA" w:rsidR="00276C63" w:rsidRPr="00D064DB" w:rsidRDefault="00681A66" w:rsidP="007C797C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 w:eastAsia="ro-RO"/>
        </w:rPr>
        <w:t xml:space="preserve">Proba scrisă: </w:t>
      </w:r>
      <w:r w:rsidR="003C0D0A" w:rsidRPr="00D064DB">
        <w:rPr>
          <w:lang w:val="ro-RO" w:eastAsia="ro-RO"/>
        </w:rPr>
        <w:t>12</w:t>
      </w:r>
      <w:r w:rsidRPr="00D064DB">
        <w:rPr>
          <w:lang w:val="ro-RO" w:eastAsia="ro-RO"/>
        </w:rPr>
        <w:t>.10.2026, ora 09:00;</w:t>
      </w:r>
    </w:p>
    <w:p w14:paraId="78501B8C" w14:textId="33ACBC36" w:rsidR="00AF4350" w:rsidRPr="00D064DB" w:rsidRDefault="0023465D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/>
        </w:rPr>
        <w:t xml:space="preserve">Afișarea rezultatului probei scrise: </w:t>
      </w:r>
      <w:r w:rsidR="003C0D0A" w:rsidRPr="00D064DB">
        <w:rPr>
          <w:lang w:val="ro-RO"/>
        </w:rPr>
        <w:t>12</w:t>
      </w:r>
      <w:r w:rsidRPr="00D064DB">
        <w:rPr>
          <w:lang w:val="ro-RO"/>
        </w:rPr>
        <w:t>.10.2026, ora 15:00;</w:t>
      </w:r>
    </w:p>
    <w:p w14:paraId="343DC0EC" w14:textId="50FB35A6" w:rsidR="00AF4350" w:rsidRPr="00D064DB" w:rsidRDefault="0023465D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/>
        </w:rPr>
        <w:t xml:space="preserve">Depunerea contestațiilor privind rezultatul probei scrise: până la </w:t>
      </w:r>
      <w:r w:rsidR="003C0D0A" w:rsidRPr="00D064DB">
        <w:rPr>
          <w:lang w:val="ro-RO"/>
        </w:rPr>
        <w:t>13</w:t>
      </w:r>
      <w:r w:rsidRPr="00D064DB">
        <w:rPr>
          <w:lang w:val="ro-RO"/>
        </w:rPr>
        <w:t>.10.2026, ora 15:00;</w:t>
      </w:r>
    </w:p>
    <w:p w14:paraId="401EE956" w14:textId="2A418F46" w:rsidR="00AF4350" w:rsidRPr="00D064DB" w:rsidRDefault="0023465D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/>
        </w:rPr>
        <w:t>Soluționarea și afișarea rezultatului contestațiilor privind proba scrisă: până la 1</w:t>
      </w:r>
      <w:r w:rsidR="003C0D0A" w:rsidRPr="00D064DB">
        <w:rPr>
          <w:lang w:val="ro-RO"/>
        </w:rPr>
        <w:t>4</w:t>
      </w:r>
      <w:r w:rsidRPr="00D064DB">
        <w:rPr>
          <w:lang w:val="ro-RO"/>
        </w:rPr>
        <w:t>.10.2026, ora 15:00;</w:t>
      </w:r>
    </w:p>
    <w:p w14:paraId="7CEA6CA5" w14:textId="2EB8E88B" w:rsidR="00AF4350" w:rsidRPr="00D064DB" w:rsidRDefault="0023465D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/>
        </w:rPr>
        <w:t>Interviul: 1</w:t>
      </w:r>
      <w:r w:rsidR="003C0D0A" w:rsidRPr="00D064DB">
        <w:rPr>
          <w:lang w:val="ro-RO"/>
        </w:rPr>
        <w:t>5</w:t>
      </w:r>
      <w:r w:rsidRPr="00D064DB">
        <w:rPr>
          <w:lang w:val="ro-RO"/>
        </w:rPr>
        <w:t>.10.2026, ora 09:00;</w:t>
      </w:r>
    </w:p>
    <w:p w14:paraId="4856DF11" w14:textId="3BCEEA65" w:rsidR="00276C63" w:rsidRPr="00D064DB" w:rsidRDefault="00681A66" w:rsidP="007C797C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 w:eastAsia="ro-RO"/>
        </w:rPr>
        <w:t>Afișarea rezultatului interviului: 1</w:t>
      </w:r>
      <w:r w:rsidR="003C0D0A" w:rsidRPr="00D064DB">
        <w:rPr>
          <w:lang w:val="ro-RO" w:eastAsia="ro-RO"/>
        </w:rPr>
        <w:t>5</w:t>
      </w:r>
      <w:r w:rsidRPr="00D064DB">
        <w:rPr>
          <w:lang w:val="ro-RO" w:eastAsia="ro-RO"/>
        </w:rPr>
        <w:t>.10.2026, ora 15:00;</w:t>
      </w:r>
    </w:p>
    <w:p w14:paraId="47B86305" w14:textId="6A55D44A" w:rsidR="00276C63" w:rsidRPr="00D064DB" w:rsidRDefault="00681A66" w:rsidP="007C797C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 w:eastAsia="ro-RO"/>
        </w:rPr>
        <w:t>Depunerea contestațiilor privind rezultatul interviului: până la 1</w:t>
      </w:r>
      <w:r w:rsidR="003C0D0A" w:rsidRPr="00D064DB">
        <w:rPr>
          <w:lang w:val="ro-RO" w:eastAsia="ro-RO"/>
        </w:rPr>
        <w:t>6</w:t>
      </w:r>
      <w:r w:rsidRPr="00D064DB">
        <w:rPr>
          <w:lang w:val="ro-RO" w:eastAsia="ro-RO"/>
        </w:rPr>
        <w:t>.10.2026, ora 15:00;</w:t>
      </w:r>
    </w:p>
    <w:p w14:paraId="07BB9A7A" w14:textId="0D360BC3" w:rsidR="00276C63" w:rsidRPr="00D064DB" w:rsidRDefault="00681A66" w:rsidP="007C797C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 w:eastAsia="ro-RO"/>
        </w:rPr>
        <w:t>Soluționarea și afișarea rezultatului contestațiilor privind interviul: până la 1</w:t>
      </w:r>
      <w:r w:rsidR="003C0D0A" w:rsidRPr="00D064DB">
        <w:rPr>
          <w:lang w:val="ro-RO" w:eastAsia="ro-RO"/>
        </w:rPr>
        <w:t>9</w:t>
      </w:r>
      <w:r w:rsidRPr="00D064DB">
        <w:rPr>
          <w:lang w:val="ro-RO" w:eastAsia="ro-RO"/>
        </w:rPr>
        <w:t>.10.2026, ora 15:00;</w:t>
      </w:r>
    </w:p>
    <w:p w14:paraId="4321DDC3" w14:textId="2B4B54EC" w:rsidR="00276C63" w:rsidRPr="00D064DB" w:rsidRDefault="00681A66" w:rsidP="007C797C">
      <w:pPr>
        <w:pStyle w:val="ListBullet"/>
        <w:numPr>
          <w:ilvl w:val="0"/>
          <w:numId w:val="13"/>
        </w:numPr>
        <w:rPr>
          <w:lang w:val="ro-RO"/>
        </w:rPr>
      </w:pPr>
      <w:r w:rsidRPr="00D064DB">
        <w:rPr>
          <w:lang w:val="ro-RO" w:eastAsia="ro-RO"/>
        </w:rPr>
        <w:t xml:space="preserve">Afișarea rezultatului final: </w:t>
      </w:r>
      <w:r w:rsidR="003C0D0A" w:rsidRPr="00D064DB">
        <w:rPr>
          <w:lang w:val="ro-RO" w:eastAsia="ro-RO"/>
        </w:rPr>
        <w:t>20</w:t>
      </w:r>
      <w:r w:rsidRPr="00D064DB">
        <w:rPr>
          <w:lang w:val="ro-RO" w:eastAsia="ro-RO"/>
        </w:rPr>
        <w:t>.10.2026, ora 10:00.</w:t>
      </w:r>
    </w:p>
    <w:p w14:paraId="05455876" w14:textId="77777777" w:rsidR="00276C63" w:rsidRPr="00D064DB" w:rsidRDefault="00681A66" w:rsidP="007C797C">
      <w:pPr>
        <w:spacing w:after="120"/>
        <w:rPr>
          <w:lang w:val="ro-RO"/>
        </w:rPr>
      </w:pPr>
      <w:r w:rsidRPr="00D064DB">
        <w:rPr>
          <w:lang w:val="ro-RO" w:eastAsia="ro-RO"/>
        </w:rPr>
        <w:t>Locul desfășurării probei scrise și a interviului: Patinoarul Artificial „Deme László”, etaj I.</w:t>
      </w:r>
    </w:p>
    <w:p w14:paraId="505F5971" w14:textId="77777777" w:rsidR="00276C63" w:rsidRPr="00D064DB" w:rsidRDefault="00681A66" w:rsidP="007C797C">
      <w:pPr>
        <w:spacing w:after="160"/>
        <w:jc w:val="both"/>
        <w:rPr>
          <w:lang w:val="ro-RO"/>
        </w:rPr>
      </w:pPr>
      <w:r w:rsidRPr="00D064DB">
        <w:rPr>
          <w:lang w:val="ro-RO" w:eastAsia="ro-RO"/>
        </w:rPr>
        <w:t>Contestațiile se depun în termenele și condițiile prevăzute de H.G. nr. 1336/2022, cu modificările și completările ulterioare.</w:t>
      </w:r>
    </w:p>
    <w:p w14:paraId="74F73531" w14:textId="77777777" w:rsidR="00276C63" w:rsidRPr="00D064DB" w:rsidRDefault="00681A66" w:rsidP="007C797C">
      <w:pPr>
        <w:spacing w:before="120" w:after="80"/>
        <w:jc w:val="both"/>
        <w:rPr>
          <w:lang w:val="ro-RO"/>
        </w:rPr>
      </w:pPr>
      <w:r w:rsidRPr="00D064DB">
        <w:rPr>
          <w:lang w:val="ro-RO" w:eastAsia="ro-RO"/>
        </w:rPr>
        <w:t>Informații suplimentare</w:t>
      </w:r>
    </w:p>
    <w:p w14:paraId="4AC07D47" w14:textId="77777777" w:rsidR="00276C63" w:rsidRPr="00D064DB" w:rsidRDefault="00681A66" w:rsidP="007C797C">
      <w:pPr>
        <w:spacing w:after="320"/>
        <w:jc w:val="both"/>
        <w:rPr>
          <w:lang w:val="ro-RO"/>
        </w:rPr>
      </w:pPr>
      <w:r w:rsidRPr="00D064DB">
        <w:rPr>
          <w:lang w:val="ro-RO" w:eastAsia="ro-RO"/>
        </w:rPr>
        <w:t>Desfășurarea concursului, precum și rezultatele fiecărei etape, vor putea fi urmărite pe pagina de internet www.kezdi.ro, unde vor fi publicate toate informațiile și rezultatele aferente concursului.</w:t>
      </w:r>
    </w:p>
    <w:p w14:paraId="5592FCF6" w14:textId="77777777" w:rsidR="00276C63" w:rsidRPr="00D064DB" w:rsidRDefault="00681A66" w:rsidP="007C797C">
      <w:pPr>
        <w:spacing w:after="320"/>
        <w:jc w:val="both"/>
        <w:rPr>
          <w:lang w:val="ro-RO"/>
        </w:rPr>
      </w:pPr>
      <w:r w:rsidRPr="00D064DB">
        <w:rPr>
          <w:lang w:val="ro-RO" w:eastAsia="ro-RO"/>
        </w:rPr>
        <w:t xml:space="preserve">Relații suplimentare privind concursul, condițiile de participare și documentele necesare se pot obține la </w:t>
      </w:r>
      <w:proofErr w:type="spellStart"/>
      <w:r w:rsidRPr="00D064DB">
        <w:rPr>
          <w:lang w:val="ro-RO" w:eastAsia="ro-RO"/>
        </w:rPr>
        <w:t>Hostel</w:t>
      </w:r>
      <w:proofErr w:type="spellEnd"/>
      <w:r w:rsidRPr="00D064DB">
        <w:rPr>
          <w:lang w:val="ro-RO" w:eastAsia="ro-RO"/>
        </w:rPr>
        <w:t xml:space="preserve"> Sport, sala de conferință, etaj III, precum și la numărul de telefon 0785070050.</w:t>
      </w:r>
    </w:p>
    <w:p w14:paraId="02FF3FFD" w14:textId="55E4222B" w:rsidR="00C20BF6" w:rsidRPr="00D064DB" w:rsidRDefault="00621717" w:rsidP="0010610F">
      <w:pPr>
        <w:rPr>
          <w:lang w:val="ro-RO"/>
        </w:rPr>
      </w:pPr>
      <w:r w:rsidRPr="00D064DB">
        <w:rPr>
          <w:lang w:val="ro-RO" w:eastAsia="ro-RO"/>
        </w:rPr>
        <w:t xml:space="preserve">    </w:t>
      </w:r>
      <w:r w:rsidR="00681A66" w:rsidRPr="00D064DB">
        <w:rPr>
          <w:lang w:val="ro-RO" w:eastAsia="ro-RO"/>
        </w:rPr>
        <w:t>Șef Serviciu,</w:t>
      </w:r>
      <w:r w:rsidR="00681A66" w:rsidRPr="00D064DB">
        <w:rPr>
          <w:lang w:val="ro-RO" w:eastAsia="ro-RO"/>
        </w:rPr>
        <w:br/>
        <w:t xml:space="preserve">Szabó Zsolt </w:t>
      </w:r>
      <w:proofErr w:type="spellStart"/>
      <w:r w:rsidR="00681A66" w:rsidRPr="00D064DB">
        <w:rPr>
          <w:lang w:val="ro-RO" w:eastAsia="ro-RO"/>
        </w:rPr>
        <w:t>Dezső</w:t>
      </w:r>
      <w:proofErr w:type="spellEnd"/>
    </w:p>
    <w:p w14:paraId="01DCED7D" w14:textId="42711E15" w:rsidR="00C20BF6" w:rsidRPr="00D064DB" w:rsidRDefault="00C20BF6" w:rsidP="007C797C">
      <w:pPr>
        <w:jc w:val="both"/>
        <w:rPr>
          <w:lang w:val="ro-RO"/>
        </w:rPr>
      </w:pPr>
    </w:p>
    <w:sectPr w:rsidR="00C20BF6" w:rsidRPr="00D064DB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20C0D" w14:textId="77777777" w:rsidR="00C93E25" w:rsidRDefault="00C93E25" w:rsidP="007B51D4">
      <w:r>
        <w:separator/>
      </w:r>
    </w:p>
  </w:endnote>
  <w:endnote w:type="continuationSeparator" w:id="0">
    <w:p w14:paraId="029BD73A" w14:textId="77777777" w:rsidR="00C93E25" w:rsidRDefault="00C93E25" w:rsidP="007B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F0D50" w14:textId="77777777" w:rsidR="00C93E25" w:rsidRDefault="00C93E25" w:rsidP="007B51D4">
      <w:r>
        <w:separator/>
      </w:r>
    </w:p>
  </w:footnote>
  <w:footnote w:type="continuationSeparator" w:id="0">
    <w:p w14:paraId="2F04F2AF" w14:textId="77777777" w:rsidR="00C93E25" w:rsidRDefault="00C93E25" w:rsidP="007B5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7443A"/>
    <w:multiLevelType w:val="hybridMultilevel"/>
    <w:tmpl w:val="6B283572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20FD5253"/>
    <w:multiLevelType w:val="hybridMultilevel"/>
    <w:tmpl w:val="26F26AB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46C77B8E"/>
    <w:multiLevelType w:val="hybridMultilevel"/>
    <w:tmpl w:val="72522584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4E031753"/>
    <w:multiLevelType w:val="hybridMultilevel"/>
    <w:tmpl w:val="FCD87B3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4E777B84"/>
    <w:multiLevelType w:val="hybridMultilevel"/>
    <w:tmpl w:val="A6EE62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15D10"/>
    <w:multiLevelType w:val="multilevel"/>
    <w:tmpl w:val="F6E0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497319"/>
    <w:multiLevelType w:val="hybridMultilevel"/>
    <w:tmpl w:val="A18017A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790923C7"/>
    <w:multiLevelType w:val="hybridMultilevel"/>
    <w:tmpl w:val="843EE7F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7D68650A"/>
    <w:multiLevelType w:val="hybridMultilevel"/>
    <w:tmpl w:val="D88873F4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1913663983">
    <w:abstractNumId w:val="8"/>
  </w:num>
  <w:num w:numId="2" w16cid:durableId="280458597">
    <w:abstractNumId w:val="6"/>
  </w:num>
  <w:num w:numId="3" w16cid:durableId="2098555279">
    <w:abstractNumId w:val="5"/>
  </w:num>
  <w:num w:numId="4" w16cid:durableId="91974274">
    <w:abstractNumId w:val="4"/>
  </w:num>
  <w:num w:numId="5" w16cid:durableId="1563516654">
    <w:abstractNumId w:val="7"/>
  </w:num>
  <w:num w:numId="6" w16cid:durableId="344215432">
    <w:abstractNumId w:val="3"/>
  </w:num>
  <w:num w:numId="7" w16cid:durableId="1920559087">
    <w:abstractNumId w:val="2"/>
  </w:num>
  <w:num w:numId="8" w16cid:durableId="1824157949">
    <w:abstractNumId w:val="1"/>
  </w:num>
  <w:num w:numId="9" w16cid:durableId="1868517212">
    <w:abstractNumId w:val="0"/>
  </w:num>
  <w:num w:numId="10" w16cid:durableId="1009648320">
    <w:abstractNumId w:val="12"/>
  </w:num>
  <w:num w:numId="11" w16cid:durableId="606888727">
    <w:abstractNumId w:val="10"/>
  </w:num>
  <w:num w:numId="12" w16cid:durableId="1094397748">
    <w:abstractNumId w:val="9"/>
  </w:num>
  <w:num w:numId="13" w16cid:durableId="539896257">
    <w:abstractNumId w:val="15"/>
  </w:num>
  <w:num w:numId="14" w16cid:durableId="369189822">
    <w:abstractNumId w:val="16"/>
  </w:num>
  <w:num w:numId="15" w16cid:durableId="2037995200">
    <w:abstractNumId w:val="13"/>
  </w:num>
  <w:num w:numId="16" w16cid:durableId="1459639729">
    <w:abstractNumId w:val="17"/>
  </w:num>
  <w:num w:numId="17" w16cid:durableId="149949873">
    <w:abstractNumId w:val="14"/>
  </w:num>
  <w:num w:numId="18" w16cid:durableId="12474261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610F"/>
    <w:rsid w:val="0011339D"/>
    <w:rsid w:val="00135132"/>
    <w:rsid w:val="0015074B"/>
    <w:rsid w:val="001D293A"/>
    <w:rsid w:val="001D782A"/>
    <w:rsid w:val="0023465D"/>
    <w:rsid w:val="00276C63"/>
    <w:rsid w:val="0029639D"/>
    <w:rsid w:val="00326F90"/>
    <w:rsid w:val="003C0D0A"/>
    <w:rsid w:val="00424880"/>
    <w:rsid w:val="004F0B64"/>
    <w:rsid w:val="00621717"/>
    <w:rsid w:val="00640B05"/>
    <w:rsid w:val="00681A66"/>
    <w:rsid w:val="006F6870"/>
    <w:rsid w:val="007B51D4"/>
    <w:rsid w:val="007C797C"/>
    <w:rsid w:val="009D2C95"/>
    <w:rsid w:val="00AA1D8D"/>
    <w:rsid w:val="00AF4350"/>
    <w:rsid w:val="00B47730"/>
    <w:rsid w:val="00B658CD"/>
    <w:rsid w:val="00C20BF6"/>
    <w:rsid w:val="00C93E25"/>
    <w:rsid w:val="00CB0664"/>
    <w:rsid w:val="00D064DB"/>
    <w:rsid w:val="00D56C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AE8D6A4"/>
  <w14:defaultImageDpi w14:val="300"/>
  <w15:docId w15:val="{3E4118E5-DB5F-894B-9EF4-830F7783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9BB7FA-D31C-B542-861C-2AD61F376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1066</Words>
  <Characters>6077</Characters>
  <Application>Microsoft Office Word</Application>
  <DocSecurity>0</DocSecurity>
  <Lines>50</Lines>
  <Paragraphs>14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Anunț concurs - Muncitor Calificat II</vt:lpstr>
      <vt:lpstr/>
    </vt:vector>
  </TitlesOfParts>
  <Manager/>
  <Company/>
  <LinksUpToDate>false</LinksUpToDate>
  <CharactersWithSpaces>7129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concurs - Administrator I</dc:title>
  <dc:subject>Serviciul Public Local de Administrare a Complexului Sportiv KÉZDI</dc:subject>
  <dc:creator>python-docx</dc:creator>
  <cp:keywords/>
  <dc:description>generated by python-docx</dc:description>
  <cp:lastModifiedBy>Szilveszter Szabolcs</cp:lastModifiedBy>
  <cp:revision>4</cp:revision>
  <dcterms:created xsi:type="dcterms:W3CDTF">2026-09-18T07:52:00Z</dcterms:created>
  <dcterms:modified xsi:type="dcterms:W3CDTF">2026-09-18T07:53:00Z</dcterms:modified>
  <cp:category/>
</cp:coreProperties>
</file>