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E9B4F" w14:textId="77777777" w:rsidR="005451A8" w:rsidRPr="00C92E8B" w:rsidRDefault="000024D1" w:rsidP="007D78AE">
      <w:pPr>
        <w:spacing w:after="0"/>
        <w:rPr>
          <w:rFonts w:cs="Times New Roman"/>
          <w:lang w:val="ro-RO"/>
        </w:rPr>
      </w:pPr>
      <w:r>
        <w:rPr>
          <w:rFonts w:cs="Times New Roman"/>
          <w:lang w:val="ro-RO"/>
        </w:rPr>
        <w:t>TEATRUL LUCEAFĂ</w:t>
      </w:r>
      <w:r w:rsidR="008A3A20" w:rsidRPr="00C92E8B">
        <w:rPr>
          <w:rFonts w:cs="Times New Roman"/>
          <w:lang w:val="ro-RO"/>
        </w:rPr>
        <w:t>RUL IA</w:t>
      </w:r>
      <w:r>
        <w:rPr>
          <w:rFonts w:cs="Times New Roman"/>
          <w:lang w:val="ro-RO"/>
        </w:rPr>
        <w:t>Ș</w:t>
      </w:r>
      <w:r w:rsidR="008A3A20" w:rsidRPr="00C92E8B">
        <w:rPr>
          <w:rFonts w:cs="Times New Roman"/>
          <w:lang w:val="ro-RO"/>
        </w:rPr>
        <w:t>I</w:t>
      </w:r>
    </w:p>
    <w:p w14:paraId="7F78EBFA" w14:textId="030376C3" w:rsidR="005451A8" w:rsidRPr="00C92E8B" w:rsidRDefault="001A1344" w:rsidP="007D78AE">
      <w:pPr>
        <w:spacing w:after="0"/>
        <w:rPr>
          <w:rFonts w:cs="Times New Roman"/>
          <w:lang w:val="ro-RO"/>
        </w:rPr>
      </w:pPr>
      <w:r>
        <w:rPr>
          <w:rFonts w:cs="Times New Roman"/>
          <w:lang w:val="ro-RO"/>
        </w:rPr>
        <w:t>Nr. 3401 / 17.09.2026</w:t>
      </w:r>
    </w:p>
    <w:p w14:paraId="5D01E48F" w14:textId="77777777" w:rsidR="008A3A20" w:rsidRPr="00C92E8B" w:rsidRDefault="008A3A20" w:rsidP="007D78AE">
      <w:pPr>
        <w:spacing w:after="0"/>
        <w:rPr>
          <w:rFonts w:cs="Times New Roman"/>
          <w:lang w:val="ro-RO"/>
        </w:rPr>
      </w:pPr>
    </w:p>
    <w:p w14:paraId="2CAA1CD7" w14:textId="77777777" w:rsidR="005451A8" w:rsidRPr="00D70AB0" w:rsidRDefault="00213E01" w:rsidP="007D78AE">
      <w:pPr>
        <w:spacing w:after="0"/>
        <w:jc w:val="center"/>
        <w:rPr>
          <w:rFonts w:cs="Times New Roman"/>
          <w:sz w:val="24"/>
          <w:szCs w:val="24"/>
          <w:lang w:val="ro-RO"/>
        </w:rPr>
      </w:pPr>
      <w:r w:rsidRPr="00D70AB0">
        <w:rPr>
          <w:rFonts w:cs="Times New Roman"/>
          <w:b/>
          <w:sz w:val="24"/>
          <w:szCs w:val="24"/>
          <w:lang w:val="ro-RO"/>
        </w:rPr>
        <w:t>ANUNȚ</w:t>
      </w:r>
    </w:p>
    <w:p w14:paraId="1521243F" w14:textId="77777777" w:rsidR="005451A8" w:rsidRPr="00D70AB0" w:rsidRDefault="00213E01" w:rsidP="007D78AE">
      <w:pPr>
        <w:spacing w:after="0"/>
        <w:jc w:val="center"/>
        <w:rPr>
          <w:rFonts w:cs="Times New Roman"/>
          <w:b/>
          <w:sz w:val="24"/>
          <w:szCs w:val="24"/>
          <w:lang w:val="ro-RO"/>
        </w:rPr>
      </w:pPr>
      <w:r w:rsidRPr="00D70AB0">
        <w:rPr>
          <w:rFonts w:cs="Times New Roman"/>
          <w:b/>
          <w:sz w:val="24"/>
          <w:szCs w:val="24"/>
          <w:lang w:val="ro-RO"/>
        </w:rPr>
        <w:t>privind organiza</w:t>
      </w:r>
      <w:r w:rsidR="00D70AB0" w:rsidRPr="00D70AB0">
        <w:rPr>
          <w:rFonts w:cs="Times New Roman"/>
          <w:b/>
          <w:sz w:val="24"/>
          <w:szCs w:val="24"/>
          <w:lang w:val="ro-RO"/>
        </w:rPr>
        <w:t>rea concursului pentru ocupare</w:t>
      </w:r>
      <w:r w:rsidRPr="00D70AB0">
        <w:rPr>
          <w:rFonts w:cs="Times New Roman"/>
          <w:b/>
          <w:sz w:val="24"/>
          <w:szCs w:val="24"/>
          <w:lang w:val="ro-RO"/>
        </w:rPr>
        <w:t xml:space="preserve">a </w:t>
      </w:r>
      <w:r w:rsidR="00C92E8B" w:rsidRPr="00D70AB0">
        <w:rPr>
          <w:rFonts w:cs="Times New Roman"/>
          <w:b/>
          <w:sz w:val="24"/>
          <w:szCs w:val="24"/>
          <w:lang w:val="ro-RO"/>
        </w:rPr>
        <w:t>unui post</w:t>
      </w:r>
      <w:r w:rsidR="00D70AB0" w:rsidRPr="00D70AB0">
        <w:rPr>
          <w:rFonts w:cs="Times New Roman"/>
          <w:b/>
          <w:sz w:val="24"/>
          <w:szCs w:val="24"/>
          <w:lang w:val="ro-RO"/>
        </w:rPr>
        <w:t xml:space="preserve"> contractual</w:t>
      </w:r>
      <w:r w:rsidR="00C92E8B" w:rsidRPr="00D70AB0">
        <w:rPr>
          <w:rFonts w:cs="Times New Roman"/>
          <w:b/>
          <w:sz w:val="24"/>
          <w:szCs w:val="24"/>
          <w:lang w:val="ro-RO"/>
        </w:rPr>
        <w:t xml:space="preserve"> vacant de</w:t>
      </w:r>
    </w:p>
    <w:p w14:paraId="33784AF2" w14:textId="4ABAAB66" w:rsidR="00C92E8B" w:rsidRPr="00885A21" w:rsidRDefault="00885A21" w:rsidP="007D78AE">
      <w:pPr>
        <w:spacing w:after="0"/>
        <w:jc w:val="center"/>
        <w:rPr>
          <w:rFonts w:cs="Times New Roman"/>
          <w:b/>
          <w:bCs/>
          <w:sz w:val="24"/>
          <w:szCs w:val="24"/>
          <w:lang w:val="ro-RO"/>
        </w:rPr>
      </w:pPr>
      <w:r w:rsidRPr="00885A21">
        <w:rPr>
          <w:rFonts w:cs="Times New Roman"/>
          <w:b/>
          <w:bCs/>
          <w:sz w:val="24"/>
          <w:szCs w:val="24"/>
          <w:lang w:val="ro-RO"/>
        </w:rPr>
        <w:t>șef formație administrativ</w:t>
      </w:r>
    </w:p>
    <w:p w14:paraId="28DFF963" w14:textId="77777777" w:rsidR="00C92E8B" w:rsidRPr="00C92E8B" w:rsidRDefault="00C92E8B" w:rsidP="007D78AE">
      <w:pPr>
        <w:spacing w:after="0"/>
        <w:ind w:firstLine="397"/>
        <w:rPr>
          <w:rFonts w:cs="Times New Roman"/>
          <w:lang w:val="ro-RO"/>
        </w:rPr>
      </w:pPr>
    </w:p>
    <w:p w14:paraId="336F0BC7" w14:textId="3F907AF9" w:rsidR="005451A8" w:rsidRDefault="00C92E8B" w:rsidP="004C273D">
      <w:pPr>
        <w:spacing w:after="0"/>
        <w:ind w:firstLine="397"/>
        <w:jc w:val="both"/>
        <w:rPr>
          <w:rFonts w:cs="Times New Roman"/>
          <w:lang w:val="ro-RO"/>
        </w:rPr>
      </w:pPr>
      <w:r>
        <w:rPr>
          <w:rFonts w:cs="Times New Roman"/>
          <w:lang w:val="ro-RO"/>
        </w:rPr>
        <w:t xml:space="preserve">Teatrul </w:t>
      </w:r>
      <w:r w:rsidR="000024D1">
        <w:rPr>
          <w:rFonts w:cs="Times New Roman"/>
          <w:lang w:val="ro-RO"/>
        </w:rPr>
        <w:t xml:space="preserve">pentru Copii și Tineret </w:t>
      </w:r>
      <w:r>
        <w:rPr>
          <w:rFonts w:cs="Times New Roman"/>
          <w:lang w:val="ro-RO"/>
        </w:rPr>
        <w:t>„Luceafărul” Iași, cu sediul în Mun.</w:t>
      </w:r>
      <w:r w:rsidR="00213E01" w:rsidRPr="00C92E8B">
        <w:rPr>
          <w:rFonts w:cs="Times New Roman"/>
          <w:lang w:val="ro-RO"/>
        </w:rPr>
        <w:t xml:space="preserve"> Iași, str. </w:t>
      </w:r>
      <w:r>
        <w:rPr>
          <w:rFonts w:cs="Times New Roman"/>
          <w:lang w:val="ro-RO"/>
        </w:rPr>
        <w:t>Grigore Ureche nr. 5</w:t>
      </w:r>
      <w:r w:rsidR="00213E01" w:rsidRPr="00C92E8B">
        <w:rPr>
          <w:rFonts w:cs="Times New Roman"/>
          <w:lang w:val="ro-RO"/>
        </w:rPr>
        <w:t>, organizează, în temeiul H.G. nr. 1.336/2022 pentru aprobarea Regulamentului-cadru privind organizarea și dezvoltarea carierei personalului contractual din sectorul bugetar plătit din fonduri publice și al art. 30 din Legea nr. 53/2003 - Codul muncii, republicată, cu modificările și completările ulterioare, conc</w:t>
      </w:r>
      <w:r w:rsidR="000024D1">
        <w:rPr>
          <w:rFonts w:cs="Times New Roman"/>
          <w:lang w:val="ro-RO"/>
        </w:rPr>
        <w:t>urs pentru ocuparea următoarei</w:t>
      </w:r>
      <w:r w:rsidR="00213E01" w:rsidRPr="00C92E8B">
        <w:rPr>
          <w:rFonts w:cs="Times New Roman"/>
          <w:lang w:val="ro-RO"/>
        </w:rPr>
        <w:t xml:space="preserve"> </w:t>
      </w:r>
      <w:r w:rsidR="00213E01" w:rsidRPr="001916FE">
        <w:rPr>
          <w:rFonts w:cs="Times New Roman"/>
          <w:b/>
          <w:bCs/>
          <w:lang w:val="ro-RO"/>
        </w:rPr>
        <w:t xml:space="preserve">funcții contractuale de </w:t>
      </w:r>
      <w:r w:rsidR="00A92F87" w:rsidRPr="001916FE">
        <w:rPr>
          <w:rFonts w:cs="Times New Roman"/>
          <w:b/>
          <w:bCs/>
          <w:lang w:val="ro-RO"/>
        </w:rPr>
        <w:t>conducere</w:t>
      </w:r>
      <w:r w:rsidR="00213E01" w:rsidRPr="00C92E8B">
        <w:rPr>
          <w:rFonts w:cs="Times New Roman"/>
          <w:lang w:val="ro-RO"/>
        </w:rPr>
        <w:t>:</w:t>
      </w:r>
    </w:p>
    <w:p w14:paraId="4623AFB4" w14:textId="77777777" w:rsidR="00C92E8B" w:rsidRPr="00C92E8B" w:rsidRDefault="00C92E8B" w:rsidP="007D78AE">
      <w:pPr>
        <w:spacing w:after="0"/>
        <w:ind w:firstLine="397"/>
        <w:rPr>
          <w:rFonts w:cs="Times New Roman"/>
          <w:lang w:val="ro-RO"/>
        </w:rPr>
      </w:pPr>
    </w:p>
    <w:p w14:paraId="62186122" w14:textId="77777777" w:rsidR="005451A8" w:rsidRPr="00C92E8B" w:rsidRDefault="00C92E8B" w:rsidP="007D78AE">
      <w:pPr>
        <w:pStyle w:val="Heading1"/>
        <w:spacing w:before="0"/>
        <w:rPr>
          <w:rFonts w:ascii="Times New Roman" w:hAnsi="Times New Roman" w:cs="Times New Roman"/>
          <w:lang w:val="ro-RO"/>
        </w:rPr>
      </w:pPr>
      <w:r>
        <w:rPr>
          <w:rFonts w:ascii="Times New Roman" w:hAnsi="Times New Roman" w:cs="Times New Roman"/>
          <w:lang w:val="ro-RO"/>
        </w:rPr>
        <w:t>1. Postul scos</w:t>
      </w:r>
      <w:r w:rsidR="00213E01" w:rsidRPr="00C92E8B">
        <w:rPr>
          <w:rFonts w:ascii="Times New Roman" w:hAnsi="Times New Roman" w:cs="Times New Roman"/>
          <w:lang w:val="ro-RO"/>
        </w:rPr>
        <w:t xml:space="preserve"> la concurs</w:t>
      </w:r>
    </w:p>
    <w:tbl>
      <w:tblPr>
        <w:tblStyle w:val="TableGrid"/>
        <w:tblW w:w="0" w:type="auto"/>
        <w:jc w:val="center"/>
        <w:tblLook w:val="04A0" w:firstRow="1" w:lastRow="0" w:firstColumn="1" w:lastColumn="0" w:noHBand="0" w:noVBand="1"/>
      </w:tblPr>
      <w:tblGrid>
        <w:gridCol w:w="2133"/>
        <w:gridCol w:w="2286"/>
        <w:gridCol w:w="2969"/>
        <w:gridCol w:w="2268"/>
      </w:tblGrid>
      <w:tr w:rsidR="00822B3D" w:rsidRPr="00C92E8B" w14:paraId="54F6339A" w14:textId="77777777" w:rsidTr="00572CAD">
        <w:trPr>
          <w:jc w:val="center"/>
        </w:trPr>
        <w:tc>
          <w:tcPr>
            <w:tcW w:w="2133" w:type="dxa"/>
            <w:vAlign w:val="center"/>
          </w:tcPr>
          <w:p w14:paraId="5C533FE6" w14:textId="77777777" w:rsidR="00822B3D" w:rsidRPr="00C92E8B" w:rsidRDefault="00822B3D" w:rsidP="007D78AE">
            <w:pPr>
              <w:spacing w:after="0"/>
              <w:jc w:val="center"/>
              <w:rPr>
                <w:rFonts w:cs="Times New Roman"/>
                <w:lang w:val="ro-RO"/>
              </w:rPr>
            </w:pPr>
            <w:r w:rsidRPr="00C92E8B">
              <w:rPr>
                <w:rFonts w:cs="Times New Roman"/>
                <w:b/>
                <w:lang w:val="ro-RO"/>
              </w:rPr>
              <w:t>Denumirea postului</w:t>
            </w:r>
          </w:p>
        </w:tc>
        <w:tc>
          <w:tcPr>
            <w:tcW w:w="2286" w:type="dxa"/>
          </w:tcPr>
          <w:p w14:paraId="5D522D16" w14:textId="283EFF86" w:rsidR="00822B3D" w:rsidRPr="00C92E8B" w:rsidRDefault="0029250E" w:rsidP="007D78AE">
            <w:pPr>
              <w:spacing w:after="0"/>
              <w:jc w:val="center"/>
              <w:rPr>
                <w:rFonts w:cs="Times New Roman"/>
                <w:b/>
                <w:lang w:val="ro-RO"/>
              </w:rPr>
            </w:pPr>
            <w:r>
              <w:rPr>
                <w:rFonts w:cs="Times New Roman"/>
                <w:b/>
                <w:lang w:val="ro-RO"/>
              </w:rPr>
              <w:t>Grad profesional</w:t>
            </w:r>
          </w:p>
        </w:tc>
        <w:tc>
          <w:tcPr>
            <w:tcW w:w="2969" w:type="dxa"/>
            <w:vAlign w:val="center"/>
          </w:tcPr>
          <w:p w14:paraId="76E104F6" w14:textId="3FEC0A41" w:rsidR="00822B3D" w:rsidRPr="00C92E8B" w:rsidRDefault="00822B3D" w:rsidP="007D78AE">
            <w:pPr>
              <w:spacing w:after="0"/>
              <w:jc w:val="center"/>
              <w:rPr>
                <w:rFonts w:cs="Times New Roman"/>
                <w:lang w:val="ro-RO"/>
              </w:rPr>
            </w:pPr>
            <w:r w:rsidRPr="00C92E8B">
              <w:rPr>
                <w:rFonts w:cs="Times New Roman"/>
                <w:b/>
                <w:lang w:val="ro-RO"/>
              </w:rPr>
              <w:t>Norma și durata</w:t>
            </w:r>
          </w:p>
        </w:tc>
        <w:tc>
          <w:tcPr>
            <w:tcW w:w="2268" w:type="dxa"/>
            <w:vAlign w:val="center"/>
          </w:tcPr>
          <w:p w14:paraId="31884CC7" w14:textId="26780DFA" w:rsidR="00822B3D" w:rsidRPr="00C92E8B" w:rsidRDefault="00822B3D" w:rsidP="007D78AE">
            <w:pPr>
              <w:spacing w:after="0"/>
              <w:jc w:val="center"/>
              <w:rPr>
                <w:rFonts w:cs="Times New Roman"/>
                <w:lang w:val="ro-RO"/>
              </w:rPr>
            </w:pPr>
            <w:r w:rsidRPr="00C92E8B">
              <w:rPr>
                <w:rFonts w:cs="Times New Roman"/>
                <w:b/>
                <w:lang w:val="ro-RO"/>
              </w:rPr>
              <w:t>Probe de concurs</w:t>
            </w:r>
          </w:p>
        </w:tc>
      </w:tr>
      <w:tr w:rsidR="00822B3D" w:rsidRPr="00C92E8B" w14:paraId="0DFE1832" w14:textId="77777777" w:rsidTr="00572CAD">
        <w:trPr>
          <w:jc w:val="center"/>
        </w:trPr>
        <w:tc>
          <w:tcPr>
            <w:tcW w:w="2133" w:type="dxa"/>
            <w:vAlign w:val="center"/>
          </w:tcPr>
          <w:p w14:paraId="04267576" w14:textId="3AC5AAD3" w:rsidR="00822B3D" w:rsidRPr="00C92E8B" w:rsidRDefault="00822B3D" w:rsidP="004C273D">
            <w:pPr>
              <w:spacing w:after="0"/>
              <w:jc w:val="center"/>
              <w:rPr>
                <w:rFonts w:cs="Times New Roman"/>
                <w:lang w:val="ro-RO"/>
              </w:rPr>
            </w:pPr>
            <w:r>
              <w:rPr>
                <w:rFonts w:cs="Times New Roman"/>
                <w:lang w:val="ro-RO"/>
              </w:rPr>
              <w:t>Șef formație administrativ</w:t>
            </w:r>
          </w:p>
        </w:tc>
        <w:tc>
          <w:tcPr>
            <w:tcW w:w="2286" w:type="dxa"/>
            <w:vAlign w:val="center"/>
          </w:tcPr>
          <w:p w14:paraId="5DF80CFE" w14:textId="6D3F2276" w:rsidR="00822B3D" w:rsidRPr="00C92E8B" w:rsidRDefault="00822B3D" w:rsidP="00822B3D">
            <w:pPr>
              <w:spacing w:after="0"/>
              <w:jc w:val="center"/>
              <w:rPr>
                <w:rFonts w:cs="Times New Roman"/>
                <w:lang w:val="ro-RO"/>
              </w:rPr>
            </w:pPr>
            <w:r>
              <w:rPr>
                <w:rFonts w:cs="Times New Roman"/>
                <w:lang w:val="ro-RO"/>
              </w:rPr>
              <w:t>II</w:t>
            </w:r>
          </w:p>
        </w:tc>
        <w:tc>
          <w:tcPr>
            <w:tcW w:w="2969" w:type="dxa"/>
            <w:vAlign w:val="center"/>
          </w:tcPr>
          <w:p w14:paraId="6BAF5CB4" w14:textId="34989E27" w:rsidR="00822B3D" w:rsidRPr="00C92E8B" w:rsidRDefault="00822B3D" w:rsidP="007D78AE">
            <w:pPr>
              <w:spacing w:after="0"/>
              <w:rPr>
                <w:rFonts w:cs="Times New Roman"/>
                <w:lang w:val="ro-RO"/>
              </w:rPr>
            </w:pPr>
            <w:r w:rsidRPr="00C92E8B">
              <w:rPr>
                <w:rFonts w:cs="Times New Roman"/>
                <w:lang w:val="ro-RO"/>
              </w:rPr>
              <w:t>Normă întreagă, perioadă nedeterminată</w:t>
            </w:r>
          </w:p>
        </w:tc>
        <w:tc>
          <w:tcPr>
            <w:tcW w:w="2268" w:type="dxa"/>
            <w:vAlign w:val="center"/>
          </w:tcPr>
          <w:p w14:paraId="41845D5A" w14:textId="781AE443" w:rsidR="00822B3D" w:rsidRPr="00C92E8B" w:rsidRDefault="00822B3D" w:rsidP="007D78AE">
            <w:pPr>
              <w:spacing w:after="0"/>
              <w:jc w:val="center"/>
              <w:rPr>
                <w:rFonts w:cs="Times New Roman"/>
                <w:lang w:val="ro-RO"/>
              </w:rPr>
            </w:pPr>
            <w:r w:rsidRPr="00C92E8B">
              <w:rPr>
                <w:rFonts w:cs="Times New Roman"/>
                <w:lang w:val="ro-RO"/>
              </w:rPr>
              <w:t>Probă scrisă și interviu</w:t>
            </w:r>
          </w:p>
        </w:tc>
      </w:tr>
    </w:tbl>
    <w:p w14:paraId="67F2E91D" w14:textId="285D475D" w:rsidR="005451A8" w:rsidRPr="00C92E8B" w:rsidRDefault="00213E01" w:rsidP="0088723E">
      <w:pPr>
        <w:spacing w:after="0"/>
        <w:jc w:val="both"/>
        <w:rPr>
          <w:rFonts w:cs="Times New Roman"/>
          <w:lang w:val="ro-RO"/>
        </w:rPr>
      </w:pPr>
      <w:r w:rsidRPr="00C92E8B">
        <w:rPr>
          <w:rFonts w:cs="Times New Roman"/>
          <w:lang w:val="ro-RO"/>
        </w:rPr>
        <w:t>Durata normală a timpului de muncă este de 8 ore/zi, 40 de ore/săptămână, conform contractului individual de muncă ș</w:t>
      </w:r>
      <w:r w:rsidR="00594837">
        <w:rPr>
          <w:rFonts w:cs="Times New Roman"/>
          <w:lang w:val="ro-RO"/>
        </w:rPr>
        <w:t xml:space="preserve">i programului </w:t>
      </w:r>
      <w:r w:rsidR="00D70AB0">
        <w:rPr>
          <w:rFonts w:cs="Times New Roman"/>
          <w:lang w:val="ro-RO"/>
        </w:rPr>
        <w:t>stabilit</w:t>
      </w:r>
      <w:r w:rsidR="00594837">
        <w:rPr>
          <w:rFonts w:cs="Times New Roman"/>
          <w:lang w:val="ro-RO"/>
        </w:rPr>
        <w:t xml:space="preserve"> de instituție</w:t>
      </w:r>
      <w:r w:rsidRPr="00C92E8B">
        <w:rPr>
          <w:rFonts w:cs="Times New Roman"/>
          <w:lang w:val="ro-RO"/>
        </w:rPr>
        <w:t>.</w:t>
      </w:r>
    </w:p>
    <w:p w14:paraId="6CE5EB27" w14:textId="77777777" w:rsidR="00594837" w:rsidRDefault="00213E01" w:rsidP="007D78AE">
      <w:pPr>
        <w:spacing w:after="0"/>
        <w:rPr>
          <w:rFonts w:cs="Times New Roman"/>
          <w:lang w:val="ro-RO"/>
        </w:rPr>
      </w:pPr>
      <w:r w:rsidRPr="00C92E8B">
        <w:rPr>
          <w:rFonts w:cs="Times New Roman"/>
          <w:lang w:val="ro-RO"/>
        </w:rPr>
        <w:t xml:space="preserve">Locul de muncă și de desfășurare a concursului: </w:t>
      </w:r>
      <w:r w:rsidR="00594837">
        <w:rPr>
          <w:rFonts w:cs="Times New Roman"/>
          <w:lang w:val="ro-RO"/>
        </w:rPr>
        <w:t>Teatrul „Luceafărul” Iași</w:t>
      </w:r>
      <w:r w:rsidR="00594837" w:rsidRPr="00C92E8B">
        <w:rPr>
          <w:rFonts w:cs="Times New Roman"/>
          <w:lang w:val="ro-RO"/>
        </w:rPr>
        <w:t xml:space="preserve">, str. </w:t>
      </w:r>
      <w:r w:rsidR="00594837">
        <w:rPr>
          <w:rFonts w:cs="Times New Roman"/>
          <w:lang w:val="ro-RO"/>
        </w:rPr>
        <w:t>Grigore Ureche nr. 5.</w:t>
      </w:r>
    </w:p>
    <w:p w14:paraId="4B7B2D68" w14:textId="77777777" w:rsidR="008D0F16" w:rsidRDefault="008D0F16" w:rsidP="007D78AE">
      <w:pPr>
        <w:spacing w:after="0"/>
        <w:rPr>
          <w:rFonts w:cs="Times New Roman"/>
          <w:lang w:val="ro-RO"/>
        </w:rPr>
      </w:pPr>
    </w:p>
    <w:p w14:paraId="4F89BA88" w14:textId="77777777" w:rsidR="008D0F16" w:rsidRPr="00C92E8B" w:rsidRDefault="008D0F16" w:rsidP="008D0F16">
      <w:pPr>
        <w:pStyle w:val="Heading1"/>
        <w:spacing w:before="0"/>
        <w:rPr>
          <w:rFonts w:ascii="Times New Roman" w:hAnsi="Times New Roman" w:cs="Times New Roman"/>
          <w:lang w:val="ro-RO"/>
        </w:rPr>
      </w:pPr>
      <w:r>
        <w:rPr>
          <w:rFonts w:ascii="Times New Roman" w:hAnsi="Times New Roman" w:cs="Times New Roman"/>
          <w:lang w:val="ro-RO"/>
        </w:rPr>
        <w:t>2. Documentele solicitate candidaților pentru întocmirea dosarului de concurs</w:t>
      </w:r>
    </w:p>
    <w:p w14:paraId="71C5E5BE" w14:textId="77777777" w:rsidR="008D0F16" w:rsidRPr="008D0F16" w:rsidRDefault="008D0F16" w:rsidP="008D0F16">
      <w:pPr>
        <w:spacing w:after="0"/>
        <w:jc w:val="both"/>
        <w:rPr>
          <w:rFonts w:cs="Times New Roman"/>
          <w:lang w:val="ro-RO"/>
        </w:rPr>
      </w:pPr>
      <w:r w:rsidRPr="008D0F16">
        <w:rPr>
          <w:rFonts w:cs="Times New Roman"/>
          <w:lang w:val="ro-RO"/>
        </w:rPr>
        <w:t>Dosarul de concurs va cuprinde următoarele documente conform art. 35 alin. (1) din H.G. nr. 1336/2022 pentru aprobarea Regulamentului-cadru privind organizarea și dezvoltarea carierei personalului contractual din sectorul bugetar plătit din fonduri publice:</w:t>
      </w:r>
    </w:p>
    <w:p w14:paraId="500BB145" w14:textId="77777777" w:rsidR="008D0F16" w:rsidRPr="00C92E8B" w:rsidRDefault="008D0F16" w:rsidP="008D0F16">
      <w:pPr>
        <w:spacing w:after="0"/>
        <w:jc w:val="both"/>
        <w:rPr>
          <w:rFonts w:cs="Times New Roman"/>
          <w:lang w:val="ro-RO"/>
        </w:rPr>
      </w:pPr>
      <w:r w:rsidRPr="00C92E8B">
        <w:rPr>
          <w:rFonts w:cs="Times New Roman"/>
          <w:lang w:val="ro-RO"/>
        </w:rPr>
        <w:t>a) formular de înscriere la concurs, conform modelului prevăzut la anexa nr. 2 la H.G. nr. 1.336/2022;</w:t>
      </w:r>
    </w:p>
    <w:p w14:paraId="6B9C78A8" w14:textId="77777777" w:rsidR="008D0F16" w:rsidRPr="00C92E8B" w:rsidRDefault="008D0F16" w:rsidP="008D0F16">
      <w:pPr>
        <w:spacing w:after="0"/>
        <w:jc w:val="both"/>
        <w:rPr>
          <w:rFonts w:cs="Times New Roman"/>
          <w:lang w:val="ro-RO"/>
        </w:rPr>
      </w:pPr>
      <w:r w:rsidRPr="00C92E8B">
        <w:rPr>
          <w:rFonts w:cs="Times New Roman"/>
          <w:lang w:val="ro-RO"/>
        </w:rPr>
        <w:t>b) copia actului de identitate sau orice alt document care atestă identitatea, potr</w:t>
      </w:r>
      <w:r>
        <w:rPr>
          <w:rFonts w:cs="Times New Roman"/>
          <w:lang w:val="ro-RO"/>
        </w:rPr>
        <w:t xml:space="preserve">ivit legii, aflate în termen de </w:t>
      </w:r>
      <w:r w:rsidRPr="00C92E8B">
        <w:rPr>
          <w:rFonts w:cs="Times New Roman"/>
          <w:lang w:val="ro-RO"/>
        </w:rPr>
        <w:t>valabilitate;</w:t>
      </w:r>
    </w:p>
    <w:p w14:paraId="6CCDC801" w14:textId="77777777" w:rsidR="008D0F16" w:rsidRPr="00C92E8B" w:rsidRDefault="008D0F16" w:rsidP="008D0F16">
      <w:pPr>
        <w:spacing w:after="0"/>
        <w:jc w:val="both"/>
        <w:rPr>
          <w:rFonts w:cs="Times New Roman"/>
          <w:lang w:val="ro-RO"/>
        </w:rPr>
      </w:pPr>
      <w:r w:rsidRPr="00C92E8B">
        <w:rPr>
          <w:rFonts w:cs="Times New Roman"/>
          <w:lang w:val="ro-RO"/>
        </w:rPr>
        <w:t>c) copia certificatului de căsătorie sau a altui document prin care s-a realizat schimbarea de nume, după caz;</w:t>
      </w:r>
    </w:p>
    <w:p w14:paraId="2D7EBBAF" w14:textId="77777777" w:rsidR="008D0F16" w:rsidRPr="00C92E8B" w:rsidRDefault="008D0F16" w:rsidP="008D0F16">
      <w:pPr>
        <w:spacing w:after="0"/>
        <w:jc w:val="both"/>
        <w:rPr>
          <w:rFonts w:cs="Times New Roman"/>
          <w:lang w:val="ro-RO"/>
        </w:rPr>
      </w:pPr>
      <w:r w:rsidRPr="00C92E8B">
        <w:rPr>
          <w:rFonts w:cs="Times New Roman"/>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1F30303" w14:textId="77777777" w:rsidR="008D0F16" w:rsidRPr="00C92E8B" w:rsidRDefault="00250933" w:rsidP="008D0F16">
      <w:pPr>
        <w:spacing w:after="0"/>
        <w:jc w:val="both"/>
        <w:rPr>
          <w:rFonts w:cs="Times New Roman"/>
          <w:lang w:val="ro-RO"/>
        </w:rPr>
      </w:pPr>
      <w:r>
        <w:rPr>
          <w:rFonts w:cs="Times New Roman"/>
          <w:lang w:val="ro-RO"/>
        </w:rPr>
        <w:t xml:space="preserve">e) </w:t>
      </w:r>
      <w:r w:rsidR="008D0F16" w:rsidRPr="00C92E8B">
        <w:rPr>
          <w:rFonts w:cs="Times New Roman"/>
          <w:lang w:val="ro-RO"/>
        </w:rPr>
        <w:t>copia carnetului de muncă, a adeverinței eliberate de angajator pentru perioada lucrată, care să ateste vechimea în muncă și în specialitatea studiilor solicitate pentru ocuparea postului. Modelul adeverinței este prevăzut în anexa nr. 3 la H.G. nr. 1.336/2022;</w:t>
      </w:r>
    </w:p>
    <w:p w14:paraId="12C76D26" w14:textId="77777777" w:rsidR="008D0F16" w:rsidRPr="00C92E8B" w:rsidRDefault="008D0F16" w:rsidP="008D0F16">
      <w:pPr>
        <w:spacing w:after="0"/>
        <w:jc w:val="both"/>
        <w:rPr>
          <w:rFonts w:cs="Times New Roman"/>
          <w:lang w:val="ro-RO"/>
        </w:rPr>
      </w:pPr>
      <w:r w:rsidRPr="00C92E8B">
        <w:rPr>
          <w:rFonts w:cs="Times New Roman"/>
          <w:lang w:val="ro-RO"/>
        </w:rPr>
        <w:t>f) certificat de cazier judiciar sau, după caz, extrasul de pe cazierul judiciar;</w:t>
      </w:r>
    </w:p>
    <w:p w14:paraId="07B30361" w14:textId="77777777" w:rsidR="008D0F16" w:rsidRPr="00C92E8B" w:rsidRDefault="008D0F16" w:rsidP="008D0F16">
      <w:pPr>
        <w:spacing w:after="0"/>
        <w:jc w:val="both"/>
        <w:rPr>
          <w:rFonts w:cs="Times New Roman"/>
          <w:lang w:val="ro-RO"/>
        </w:rPr>
      </w:pPr>
      <w:r>
        <w:rPr>
          <w:rFonts w:cs="Times New Roman"/>
          <w:lang w:val="ro-RO"/>
        </w:rPr>
        <w:t>g</w:t>
      </w:r>
      <w:r w:rsidRPr="00C92E8B">
        <w:rPr>
          <w:rFonts w:cs="Times New Roman"/>
          <w:lang w:val="ro-RO"/>
        </w:rPr>
        <w:t>) adeverință medicală care să ateste starea de sănătate corespunzătoare, eliberată de către medicul de familie al candidatului sau de către unitățile sanitare abilitate cu cel mult 6 luni anterior derulării concursului. Adeverința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9955908" w14:textId="77777777" w:rsidR="008D0F16" w:rsidRPr="00C92E8B" w:rsidRDefault="008D0F16" w:rsidP="008D0F16">
      <w:pPr>
        <w:spacing w:after="0"/>
        <w:jc w:val="both"/>
        <w:rPr>
          <w:rFonts w:cs="Times New Roman"/>
          <w:lang w:val="ro-RO"/>
        </w:rPr>
      </w:pPr>
      <w:r>
        <w:rPr>
          <w:rFonts w:cs="Times New Roman"/>
          <w:lang w:val="ro-RO"/>
        </w:rPr>
        <w:t>h</w:t>
      </w:r>
      <w:r w:rsidRPr="00C92E8B">
        <w:rPr>
          <w:rFonts w:cs="Times New Roman"/>
          <w:lang w:val="ro-RO"/>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1857BF8" w14:textId="77777777" w:rsidR="008D0F16" w:rsidRPr="00C92E8B" w:rsidRDefault="008D0F16" w:rsidP="008D0F16">
      <w:pPr>
        <w:spacing w:after="0"/>
        <w:jc w:val="both"/>
        <w:rPr>
          <w:rFonts w:cs="Times New Roman"/>
          <w:lang w:val="ro-RO"/>
        </w:rPr>
      </w:pPr>
      <w:r>
        <w:rPr>
          <w:rFonts w:cs="Times New Roman"/>
          <w:lang w:val="ro-RO"/>
        </w:rPr>
        <w:t>i</w:t>
      </w:r>
      <w:r w:rsidRPr="00C92E8B">
        <w:rPr>
          <w:rFonts w:cs="Times New Roman"/>
          <w:lang w:val="ro-RO"/>
        </w:rPr>
        <w:t>) curriculum vitae, model comun european.</w:t>
      </w:r>
    </w:p>
    <w:p w14:paraId="28F1C0DF" w14:textId="77777777" w:rsidR="008D0F16" w:rsidRDefault="008D0F16" w:rsidP="008D0F16">
      <w:pPr>
        <w:spacing w:after="0"/>
        <w:rPr>
          <w:rFonts w:cs="Times New Roman"/>
          <w:lang w:val="ro-RO"/>
        </w:rPr>
      </w:pPr>
    </w:p>
    <w:p w14:paraId="5D80F484" w14:textId="77777777" w:rsidR="008D0F16" w:rsidRPr="00C92E8B" w:rsidRDefault="008D0F16" w:rsidP="008D0F16">
      <w:pPr>
        <w:spacing w:after="0"/>
        <w:jc w:val="both"/>
        <w:rPr>
          <w:rFonts w:cs="Times New Roman"/>
          <w:lang w:val="ro-RO"/>
        </w:rPr>
      </w:pPr>
      <w:r w:rsidRPr="00C3201B">
        <w:rPr>
          <w:rFonts w:cs="Times New Roman"/>
          <w:lang w:val="ro-RO"/>
        </w:rPr>
        <w:t>Copiile de p</w:t>
      </w:r>
      <w:r>
        <w:rPr>
          <w:rFonts w:cs="Times New Roman"/>
          <w:lang w:val="ro-RO"/>
        </w:rPr>
        <w:t xml:space="preserve">e actele prevăzute la lit. b)-e) </w:t>
      </w:r>
      <w:r w:rsidRPr="00C3201B">
        <w:rPr>
          <w:rFonts w:cs="Times New Roman"/>
          <w:lang w:val="ro-RO"/>
        </w:rPr>
        <w:t>se prezintă însoţite de documentele originale, care se certifică cu menţiunea "conform cu originalul" de către secretarul comisiei de concurs.</w:t>
      </w:r>
    </w:p>
    <w:p w14:paraId="37314D10" w14:textId="77777777" w:rsidR="008D0F16" w:rsidRPr="00C92E8B" w:rsidRDefault="008D0F16" w:rsidP="008D0F16">
      <w:pPr>
        <w:spacing w:after="0"/>
        <w:rPr>
          <w:rFonts w:cs="Times New Roman"/>
          <w:lang w:val="ro-RO"/>
        </w:rPr>
      </w:pPr>
      <w:r w:rsidRPr="00C92E8B">
        <w:rPr>
          <w:rFonts w:cs="Times New Roman"/>
          <w:lang w:val="ro-RO"/>
        </w:rPr>
        <w:t xml:space="preserve">Dosarul de concurs se depune la sediul </w:t>
      </w:r>
      <w:r>
        <w:rPr>
          <w:rFonts w:cs="Times New Roman"/>
          <w:lang w:val="ro-RO"/>
        </w:rPr>
        <w:t>Teatrului „Luceafărul” Iași</w:t>
      </w:r>
      <w:r w:rsidRPr="00C92E8B">
        <w:rPr>
          <w:rFonts w:cs="Times New Roman"/>
          <w:lang w:val="ro-RO"/>
        </w:rPr>
        <w:t xml:space="preserve">, str. </w:t>
      </w:r>
      <w:r>
        <w:rPr>
          <w:rFonts w:cs="Times New Roman"/>
          <w:lang w:val="ro-RO"/>
        </w:rPr>
        <w:t>Grigore Ureche nr. 5</w:t>
      </w:r>
      <w:r w:rsidRPr="00C92E8B">
        <w:rPr>
          <w:rFonts w:cs="Times New Roman"/>
          <w:lang w:val="ro-RO"/>
        </w:rPr>
        <w:t>.</w:t>
      </w:r>
    </w:p>
    <w:p w14:paraId="796621DF" w14:textId="77777777" w:rsidR="008D0F16" w:rsidRDefault="008D0F16" w:rsidP="008D0F16">
      <w:pPr>
        <w:spacing w:after="0"/>
        <w:rPr>
          <w:rFonts w:cs="Times New Roman"/>
          <w:lang w:val="ro-RO"/>
        </w:rPr>
      </w:pPr>
      <w:r w:rsidRPr="00C92E8B">
        <w:rPr>
          <w:rFonts w:cs="Times New Roman"/>
          <w:lang w:val="ro-RO"/>
        </w:rPr>
        <w:t>Datele de contact ale persoanei care asigură secretariatul: tel. 0232 2</w:t>
      </w:r>
      <w:r>
        <w:rPr>
          <w:rFonts w:cs="Times New Roman"/>
          <w:lang w:val="ro-RO"/>
        </w:rPr>
        <w:t>56022/int.16</w:t>
      </w:r>
      <w:r w:rsidRPr="00C92E8B">
        <w:rPr>
          <w:rFonts w:cs="Times New Roman"/>
          <w:lang w:val="ro-RO"/>
        </w:rPr>
        <w:t xml:space="preserve">, e-mail: </w:t>
      </w:r>
      <w:hyperlink r:id="rId8" w:history="1">
        <w:r w:rsidRPr="00CE217F">
          <w:rPr>
            <w:rStyle w:val="Hyperlink"/>
            <w:rFonts w:cs="Times New Roman"/>
            <w:lang w:val="ro-RO"/>
          </w:rPr>
          <w:t>teatrul_luceafarul@yahoo.com</w:t>
        </w:r>
      </w:hyperlink>
      <w:r w:rsidRPr="00C92E8B">
        <w:rPr>
          <w:rFonts w:cs="Times New Roman"/>
          <w:lang w:val="ro-RO"/>
        </w:rPr>
        <w:t>.</w:t>
      </w:r>
    </w:p>
    <w:p w14:paraId="5E2E57A7" w14:textId="77777777" w:rsidR="008D0F16" w:rsidRPr="00C92E8B" w:rsidRDefault="008D0F16" w:rsidP="007D78AE">
      <w:pPr>
        <w:spacing w:after="0"/>
        <w:rPr>
          <w:rFonts w:cs="Times New Roman"/>
          <w:lang w:val="ro-RO"/>
        </w:rPr>
      </w:pPr>
    </w:p>
    <w:p w14:paraId="32E59462" w14:textId="77777777" w:rsidR="005451A8" w:rsidRPr="00C92E8B" w:rsidRDefault="00250933" w:rsidP="007D78AE">
      <w:pPr>
        <w:pStyle w:val="Heading1"/>
        <w:spacing w:before="0"/>
        <w:rPr>
          <w:rFonts w:ascii="Times New Roman" w:hAnsi="Times New Roman" w:cs="Times New Roman"/>
          <w:lang w:val="ro-RO"/>
        </w:rPr>
      </w:pPr>
      <w:r>
        <w:rPr>
          <w:rFonts w:ascii="Times New Roman" w:hAnsi="Times New Roman" w:cs="Times New Roman"/>
          <w:lang w:val="ro-RO"/>
        </w:rPr>
        <w:lastRenderedPageBreak/>
        <w:t>3</w:t>
      </w:r>
      <w:r w:rsidR="00213E01" w:rsidRPr="00C92E8B">
        <w:rPr>
          <w:rFonts w:ascii="Times New Roman" w:hAnsi="Times New Roman" w:cs="Times New Roman"/>
          <w:lang w:val="ro-RO"/>
        </w:rPr>
        <w:t>. Condiții de participare</w:t>
      </w:r>
    </w:p>
    <w:p w14:paraId="2C7A50F7" w14:textId="77777777" w:rsidR="005451A8" w:rsidRPr="00C92E8B" w:rsidRDefault="00250933" w:rsidP="007D78AE">
      <w:pPr>
        <w:pStyle w:val="Heading2"/>
        <w:spacing w:before="0"/>
        <w:rPr>
          <w:rFonts w:ascii="Times New Roman" w:hAnsi="Times New Roman" w:cs="Times New Roman"/>
          <w:lang w:val="ro-RO"/>
        </w:rPr>
      </w:pPr>
      <w:r>
        <w:rPr>
          <w:rFonts w:ascii="Times New Roman" w:hAnsi="Times New Roman" w:cs="Times New Roman"/>
          <w:lang w:val="ro-RO"/>
        </w:rPr>
        <w:t>3</w:t>
      </w:r>
      <w:r w:rsidR="00213E01" w:rsidRPr="00C92E8B">
        <w:rPr>
          <w:rFonts w:ascii="Times New Roman" w:hAnsi="Times New Roman" w:cs="Times New Roman"/>
          <w:lang w:val="ro-RO"/>
        </w:rPr>
        <w:t>.1. Condiții generale</w:t>
      </w:r>
    </w:p>
    <w:p w14:paraId="6B80D3A4" w14:textId="77777777" w:rsidR="005451A8" w:rsidRPr="00C92E8B" w:rsidRDefault="00213E01" w:rsidP="007D78AE">
      <w:pPr>
        <w:spacing w:after="0"/>
        <w:rPr>
          <w:rFonts w:cs="Times New Roman"/>
          <w:lang w:val="ro-RO"/>
        </w:rPr>
      </w:pPr>
      <w:r w:rsidRPr="00C92E8B">
        <w:rPr>
          <w:rFonts w:cs="Times New Roman"/>
          <w:lang w:val="ro-RO"/>
        </w:rPr>
        <w:t>Poate ocupa un post vacant persoana care îndeplinește condițiile prevăzute de art. 15 din Regulamentul-cadru aprobat prin H.G. nr. 1.336/2022:</w:t>
      </w:r>
    </w:p>
    <w:p w14:paraId="48443875"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a) are cetățenia română sau cetățenia unui alt stat membru al Uniunii Europene, a unui stat parte la Acordul privind Spațiul Economic European (SEE) sau cetățenia Confederației Elvețiene;</w:t>
      </w:r>
    </w:p>
    <w:p w14:paraId="7C36C055"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b) cunoaște limba română, scris și vorbit;</w:t>
      </w:r>
    </w:p>
    <w:p w14:paraId="5B7D894B"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c) are capacitate de muncă în conformitate cu prevederile Legii nr. 53/2003 — Codul muncii, republicată, cu modificările și completările ulterioare;</w:t>
      </w:r>
    </w:p>
    <w:p w14:paraId="7A08EB5E"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d) are o stare de sănătate corespunzătoare postului pentru care candidează, atestată pe baza adeverinței medicale eliberate de medicul de familie sau de unitățile sanitare abilitate;</w:t>
      </w:r>
    </w:p>
    <w:p w14:paraId="433A6F48"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e) îndeplinește condițiile de studii, de vechime în specialitate și, după caz, alte condiții specifice potrivit cerințelor postului scos la concurs;</w:t>
      </w:r>
    </w:p>
    <w:p w14:paraId="33CBF9FE"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3426123"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49549B8" w14:textId="77777777" w:rsidR="005364A8" w:rsidRPr="005364A8" w:rsidRDefault="005364A8" w:rsidP="005364A8">
      <w:pPr>
        <w:spacing w:after="0"/>
        <w:jc w:val="both"/>
        <w:rPr>
          <w:rFonts w:eastAsia="Calibri" w:cs="Times New Roman"/>
          <w:lang w:val="ro-RO"/>
        </w:rPr>
      </w:pPr>
      <w:r w:rsidRPr="005364A8">
        <w:rPr>
          <w:rFonts w:eastAsia="Calibri" w:cs="Times New Roman"/>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E39CEB1" w14:textId="77777777" w:rsidR="005364A8" w:rsidRPr="00C92E8B" w:rsidRDefault="005364A8" w:rsidP="00250933">
      <w:pPr>
        <w:spacing w:after="0"/>
        <w:rPr>
          <w:rFonts w:cs="Times New Roman"/>
          <w:lang w:val="ro-RO"/>
        </w:rPr>
      </w:pPr>
    </w:p>
    <w:p w14:paraId="4ABB34A4" w14:textId="77777777" w:rsidR="005451A8" w:rsidRPr="00C92E8B" w:rsidRDefault="00250933" w:rsidP="00250933">
      <w:pPr>
        <w:pStyle w:val="Heading2"/>
        <w:spacing w:before="0"/>
        <w:rPr>
          <w:rFonts w:ascii="Times New Roman" w:hAnsi="Times New Roman" w:cs="Times New Roman"/>
          <w:lang w:val="ro-RO"/>
        </w:rPr>
      </w:pPr>
      <w:r w:rsidRPr="007C3B42">
        <w:rPr>
          <w:rFonts w:ascii="Times New Roman" w:hAnsi="Times New Roman" w:cs="Times New Roman"/>
          <w:lang w:val="ro-RO"/>
        </w:rPr>
        <w:t>3</w:t>
      </w:r>
      <w:r w:rsidR="00213E01" w:rsidRPr="007C3B42">
        <w:rPr>
          <w:rFonts w:ascii="Times New Roman" w:hAnsi="Times New Roman" w:cs="Times New Roman"/>
          <w:lang w:val="ro-RO"/>
        </w:rPr>
        <w:t>.2. Condiții specifice</w:t>
      </w:r>
    </w:p>
    <w:p w14:paraId="35265D54" w14:textId="0EF600B9" w:rsidR="005451A8" w:rsidRPr="00C92E8B" w:rsidRDefault="00213E01" w:rsidP="007D78AE">
      <w:pPr>
        <w:spacing w:after="0"/>
        <w:rPr>
          <w:rFonts w:cs="Times New Roman"/>
          <w:lang w:val="ro-RO"/>
        </w:rPr>
      </w:pPr>
      <w:r w:rsidRPr="00C92E8B">
        <w:rPr>
          <w:rFonts w:cs="Times New Roman"/>
          <w:lang w:val="ro-RO"/>
        </w:rPr>
        <w:t>Studii: studii medii abso</w:t>
      </w:r>
      <w:r w:rsidR="00A576A7">
        <w:rPr>
          <w:rFonts w:cs="Times New Roman"/>
          <w:lang w:val="ro-RO"/>
        </w:rPr>
        <w:t>lvite cu diplomă de bacalaureat.</w:t>
      </w:r>
    </w:p>
    <w:p w14:paraId="1BD72640" w14:textId="3054D66F" w:rsidR="005451A8" w:rsidRPr="00C92E8B" w:rsidRDefault="00A576A7" w:rsidP="007D78AE">
      <w:pPr>
        <w:spacing w:after="0"/>
        <w:rPr>
          <w:rFonts w:cs="Times New Roman"/>
          <w:lang w:val="ro-RO"/>
        </w:rPr>
      </w:pPr>
      <w:r>
        <w:rPr>
          <w:rFonts w:cs="Times New Roman"/>
          <w:lang w:val="ro-RO"/>
        </w:rPr>
        <w:t>Vechime în muncă: minim 3 ani.</w:t>
      </w:r>
    </w:p>
    <w:p w14:paraId="74AA55CC" w14:textId="2E45C24E" w:rsidR="005503AC" w:rsidRPr="005503AC" w:rsidRDefault="00213E01" w:rsidP="007D78AE">
      <w:pPr>
        <w:spacing w:after="0"/>
        <w:rPr>
          <w:rFonts w:cs="Times New Roman"/>
          <w:lang w:val="ro-RO"/>
        </w:rPr>
      </w:pPr>
      <w:r w:rsidRPr="00C92E8B">
        <w:rPr>
          <w:rFonts w:cs="Times New Roman"/>
          <w:lang w:val="ro-RO"/>
        </w:rPr>
        <w:t>Vechime în specialitatea postu</w:t>
      </w:r>
      <w:r w:rsidR="00A576A7">
        <w:rPr>
          <w:rFonts w:cs="Times New Roman"/>
          <w:lang w:val="ro-RO"/>
        </w:rPr>
        <w:t>lui: poate constitui un avantaj.</w:t>
      </w:r>
    </w:p>
    <w:p w14:paraId="7E32B2BF" w14:textId="3D7FABCB" w:rsidR="005503AC" w:rsidRPr="00242B67" w:rsidRDefault="005503AC" w:rsidP="00242B67">
      <w:pPr>
        <w:spacing w:after="0"/>
        <w:jc w:val="both"/>
        <w:rPr>
          <w:rFonts w:cs="Times New Roman"/>
          <w:lang w:val="ro-RO"/>
        </w:rPr>
      </w:pPr>
      <w:r w:rsidRPr="005503AC">
        <w:rPr>
          <w:rFonts w:cs="Times New Roman"/>
          <w:lang w:val="ro-RO"/>
        </w:rPr>
        <w:t>Detinerea unui certificat de competenţă profesională - document care atestă pregătirea profesională a                unei persoane în domeniul transporturilor rutiere</w:t>
      </w:r>
      <w:r>
        <w:rPr>
          <w:rFonts w:cs="Times New Roman"/>
          <w:lang w:val="ro-RO"/>
        </w:rPr>
        <w:t xml:space="preserve"> (atestat pentru manager de transport rutier de persoane)</w:t>
      </w:r>
      <w:r w:rsidRPr="005503AC">
        <w:rPr>
          <w:rFonts w:cs="Times New Roman"/>
          <w:lang w:val="ro-RO"/>
        </w:rPr>
        <w:t>;</w:t>
      </w:r>
    </w:p>
    <w:p w14:paraId="50EA4A34" w14:textId="69A21417" w:rsidR="005451A8" w:rsidRDefault="00213E01" w:rsidP="007D78AE">
      <w:pPr>
        <w:spacing w:after="0"/>
        <w:rPr>
          <w:rFonts w:cs="Times New Roman"/>
          <w:lang w:val="ro-RO"/>
        </w:rPr>
      </w:pPr>
      <w:r w:rsidRPr="00C92E8B">
        <w:rPr>
          <w:rFonts w:cs="Times New Roman"/>
          <w:lang w:val="ro-RO"/>
        </w:rPr>
        <w:t>Aptitudini, competențe și cerințe comportamentale: integritate, corec</w:t>
      </w:r>
      <w:r w:rsidR="00A576A7">
        <w:rPr>
          <w:rFonts w:cs="Times New Roman"/>
          <w:lang w:val="ro-RO"/>
        </w:rPr>
        <w:t>titudine și responsabilitate; atenție la detalii,</w:t>
      </w:r>
      <w:r w:rsidRPr="00C92E8B">
        <w:rPr>
          <w:rFonts w:cs="Times New Roman"/>
          <w:lang w:val="ro-RO"/>
        </w:rPr>
        <w:t xml:space="preserve"> capacitate de organizare</w:t>
      </w:r>
      <w:r w:rsidR="00A576A7">
        <w:rPr>
          <w:rFonts w:cs="Times New Roman"/>
          <w:lang w:val="ro-RO"/>
        </w:rPr>
        <w:t xml:space="preserve">, </w:t>
      </w:r>
      <w:r w:rsidRPr="00C92E8B">
        <w:rPr>
          <w:rFonts w:cs="Times New Roman"/>
          <w:lang w:val="ro-RO"/>
        </w:rPr>
        <w:t>comunicare și</w:t>
      </w:r>
      <w:r w:rsidR="00A576A7">
        <w:rPr>
          <w:rFonts w:cs="Times New Roman"/>
          <w:lang w:val="ro-RO"/>
        </w:rPr>
        <w:t xml:space="preserve"> o bună capacitate de lucru în echipă</w:t>
      </w:r>
    </w:p>
    <w:p w14:paraId="472D8EAC" w14:textId="77777777" w:rsidR="007D78AE" w:rsidRPr="00C92E8B" w:rsidRDefault="007D78AE" w:rsidP="007D78AE">
      <w:pPr>
        <w:spacing w:after="0"/>
        <w:rPr>
          <w:rFonts w:cs="Times New Roman"/>
          <w:lang w:val="ro-RO"/>
        </w:rPr>
      </w:pPr>
    </w:p>
    <w:p w14:paraId="39C737E6" w14:textId="77777777" w:rsidR="00443DBD" w:rsidRPr="00C92E8B" w:rsidRDefault="00443DBD" w:rsidP="00443DBD">
      <w:pPr>
        <w:pStyle w:val="Heading1"/>
        <w:spacing w:before="0"/>
        <w:rPr>
          <w:rFonts w:ascii="Times New Roman" w:hAnsi="Times New Roman" w:cs="Times New Roman"/>
          <w:lang w:val="ro-RO"/>
        </w:rPr>
      </w:pPr>
      <w:r>
        <w:rPr>
          <w:rFonts w:ascii="Times New Roman" w:hAnsi="Times New Roman" w:cs="Times New Roman"/>
          <w:lang w:val="ro-RO"/>
        </w:rPr>
        <w:t>4</w:t>
      </w:r>
      <w:r w:rsidRPr="00C92E8B">
        <w:rPr>
          <w:rFonts w:ascii="Times New Roman" w:hAnsi="Times New Roman" w:cs="Times New Roman"/>
          <w:lang w:val="ro-RO"/>
        </w:rPr>
        <w:t>. Bibliografia și tematica</w:t>
      </w:r>
    </w:p>
    <w:p w14:paraId="1C41B91E" w14:textId="58BEFEBD" w:rsidR="006A3BAB" w:rsidRDefault="00443DBD" w:rsidP="001962BE">
      <w:pPr>
        <w:spacing w:after="0"/>
        <w:jc w:val="both"/>
        <w:rPr>
          <w:rFonts w:cs="Times New Roman"/>
          <w:lang w:val="ro-RO"/>
        </w:rPr>
      </w:pPr>
      <w:r w:rsidRPr="00C92E8B">
        <w:rPr>
          <w:rFonts w:cs="Times New Roman"/>
          <w:lang w:val="ro-RO"/>
        </w:rPr>
        <w:t>Bibliografia ș</w:t>
      </w:r>
      <w:r>
        <w:rPr>
          <w:rFonts w:cs="Times New Roman"/>
          <w:lang w:val="ro-RO"/>
        </w:rPr>
        <w:t>i tematica fac</w:t>
      </w:r>
      <w:r w:rsidRPr="00C92E8B">
        <w:rPr>
          <w:rFonts w:cs="Times New Roman"/>
          <w:lang w:val="ro-RO"/>
        </w:rPr>
        <w:t xml:space="preserve"> parte integr</w:t>
      </w:r>
      <w:r>
        <w:rPr>
          <w:rFonts w:cs="Times New Roman"/>
          <w:lang w:val="ro-RO"/>
        </w:rPr>
        <w:t xml:space="preserve">antă din prezentul anunț. </w:t>
      </w:r>
      <w:r w:rsidRPr="00C92E8B">
        <w:rPr>
          <w:rFonts w:cs="Times New Roman"/>
          <w:lang w:val="ro-RO"/>
        </w:rPr>
        <w:t>Actele normative se studiază în forma actualizată la data publicării anunțului.</w:t>
      </w:r>
    </w:p>
    <w:p w14:paraId="52130311" w14:textId="3E8CCB16" w:rsidR="00A576A7" w:rsidRPr="00D23CA8" w:rsidRDefault="006A3BAB" w:rsidP="00D23CA8">
      <w:pPr>
        <w:pStyle w:val="ListParagraph"/>
        <w:numPr>
          <w:ilvl w:val="0"/>
          <w:numId w:val="10"/>
        </w:numPr>
        <w:tabs>
          <w:tab w:val="left" w:pos="284"/>
        </w:tabs>
        <w:spacing w:after="0"/>
        <w:ind w:left="0" w:firstLine="0"/>
        <w:jc w:val="both"/>
        <w:rPr>
          <w:rFonts w:cs="Times New Roman"/>
          <w:lang w:val="ro-RO"/>
        </w:rPr>
      </w:pPr>
      <w:r w:rsidRPr="0069095C">
        <w:rPr>
          <w:rFonts w:cs="Times New Roman"/>
          <w:lang w:val="ro-RO"/>
        </w:rPr>
        <w:t xml:space="preserve">Ordonanța Guvernului nr. 27/2011 privind transporturile rutiere, cu modificările și completările ulterioare – prevederile referitoare la organizarea transporturilor rutiere, întreprindere/operator de transport, managerul de transport, documentele necesare și obligațiile privind desfășurarea transporturilor rutiere. </w:t>
      </w:r>
      <w:r w:rsidR="00A576A7" w:rsidRPr="00D23CA8">
        <w:rPr>
          <w:rFonts w:eastAsia="Times New Roman" w:cs="Times New Roman"/>
          <w:lang w:val="ro-RO"/>
        </w:rPr>
        <w:t>Capitolul II – Accesul la activitatea de transport rutier; Capitolul III – Transportul rutier.</w:t>
      </w:r>
    </w:p>
    <w:p w14:paraId="3B43DB67" w14:textId="0A8B3725" w:rsidR="0032188E" w:rsidRPr="0032188E" w:rsidRDefault="006A3BAB" w:rsidP="0032188E">
      <w:pPr>
        <w:pStyle w:val="ListParagraph"/>
        <w:numPr>
          <w:ilvl w:val="0"/>
          <w:numId w:val="10"/>
        </w:numPr>
        <w:tabs>
          <w:tab w:val="left" w:pos="284"/>
        </w:tabs>
        <w:spacing w:after="0"/>
        <w:ind w:left="0" w:firstLine="0"/>
        <w:jc w:val="both"/>
        <w:rPr>
          <w:rFonts w:cs="Times New Roman"/>
          <w:lang w:val="it-IT"/>
        </w:rPr>
      </w:pPr>
      <w:r w:rsidRPr="0069095C">
        <w:rPr>
          <w:rFonts w:cs="Times New Roman"/>
          <w:lang w:val="it-IT"/>
        </w:rPr>
        <w:t xml:space="preserve">Ordinul ministrului transporturilor și infrastructurii nr. 980/2011 pentru aprobarea Normelor metodologice privind aplicarea prevederilor referitoare la organizarea și efectuarea transporturilor rutiere și a activităților conexe acestora stabilite prin OG nr. 27/2011, cu modificările și completările ulterioare. </w:t>
      </w:r>
      <w:r w:rsidR="0032188E" w:rsidRPr="0032188E">
        <w:rPr>
          <w:rFonts w:eastAsia="Times New Roman" w:cs="Times New Roman"/>
          <w:lang w:val="ro-RO"/>
        </w:rPr>
        <w:t>Capitolul II – Accesul la ocupația de operator de transport rutier; Capitolul III – Accesul la piața transportului rutier.</w:t>
      </w:r>
    </w:p>
    <w:p w14:paraId="6EC866A0" w14:textId="3BD50727" w:rsidR="0032188E" w:rsidRPr="00333E34" w:rsidRDefault="006A3BAB" w:rsidP="0032188E">
      <w:pPr>
        <w:pStyle w:val="ListParagraph"/>
        <w:numPr>
          <w:ilvl w:val="0"/>
          <w:numId w:val="10"/>
        </w:numPr>
        <w:tabs>
          <w:tab w:val="left" w:pos="284"/>
        </w:tabs>
        <w:spacing w:after="0"/>
        <w:ind w:left="0" w:firstLine="0"/>
        <w:jc w:val="both"/>
        <w:rPr>
          <w:rFonts w:cs="Times New Roman"/>
          <w:lang w:val="ro-RO"/>
        </w:rPr>
      </w:pPr>
      <w:r w:rsidRPr="0032188E">
        <w:rPr>
          <w:rFonts w:cs="Times New Roman"/>
          <w:lang w:val="ro-RO"/>
        </w:rPr>
        <w:t xml:space="preserve">Legea nr. 333/2003 privind paza obiectivelor, bunurilor, valorilor și protecția persoanelor, republicată, cu modificările și completările ulterioare – prevederile privind organizarea pazei, planul de pază și obligațiile unităților. </w:t>
      </w:r>
      <w:r w:rsidR="0032188E" w:rsidRPr="0032188E">
        <w:rPr>
          <w:rFonts w:eastAsia="Times New Roman" w:cs="Times New Roman"/>
          <w:lang w:val="ro-RO"/>
        </w:rPr>
        <w:t xml:space="preserve">Capitolul I – Dispoziții generale; Capitolul II – Formele de pază, cu accent pe secțiunea referitoare </w:t>
      </w:r>
      <w:r w:rsidR="0032188E" w:rsidRPr="00333E34">
        <w:rPr>
          <w:rFonts w:eastAsia="Times New Roman" w:cs="Times New Roman"/>
          <w:lang w:val="ro-RO"/>
        </w:rPr>
        <w:t>la paza proprie.</w:t>
      </w:r>
    </w:p>
    <w:p w14:paraId="0B93EAD6" w14:textId="632EDA75" w:rsidR="0032188E" w:rsidRPr="00333E34" w:rsidRDefault="006A3BAB" w:rsidP="0032188E">
      <w:pPr>
        <w:pStyle w:val="ListParagraph"/>
        <w:numPr>
          <w:ilvl w:val="0"/>
          <w:numId w:val="10"/>
        </w:numPr>
        <w:tabs>
          <w:tab w:val="left" w:pos="284"/>
        </w:tabs>
        <w:spacing w:after="0"/>
        <w:ind w:left="0" w:firstLine="0"/>
        <w:jc w:val="both"/>
        <w:rPr>
          <w:rFonts w:cs="Times New Roman"/>
          <w:lang w:val="ro-RO"/>
        </w:rPr>
      </w:pPr>
      <w:r w:rsidRPr="00333E34">
        <w:rPr>
          <w:rFonts w:cs="Times New Roman"/>
          <w:lang w:val="ro-RO"/>
        </w:rPr>
        <w:t xml:space="preserve">HG nr. 301/2012 pentru aprobarea Normelor metodologice de aplicare a Legii nr. 333/2003, cu modificările și completările ulterioare – prevederile referitoare la organizarea și executarea pazei și planul de pază. </w:t>
      </w:r>
      <w:r w:rsidR="0032188E" w:rsidRPr="00333E34">
        <w:rPr>
          <w:rFonts w:eastAsia="Times New Roman" w:cs="Times New Roman"/>
          <w:lang w:val="ro-RO"/>
        </w:rPr>
        <w:t>Capitolul II – Formele de pază; prevederile referitoare la documentele specifice executării și evidenței serviciului de pază și la planul de pază.</w:t>
      </w:r>
    </w:p>
    <w:p w14:paraId="3A57E7FB" w14:textId="14AC8A1B" w:rsidR="00D23CA8" w:rsidRPr="00F5591D" w:rsidRDefault="006A3BAB" w:rsidP="00D23CA8">
      <w:pPr>
        <w:pStyle w:val="ListParagraph"/>
        <w:numPr>
          <w:ilvl w:val="0"/>
          <w:numId w:val="10"/>
        </w:numPr>
        <w:tabs>
          <w:tab w:val="left" w:pos="284"/>
        </w:tabs>
        <w:spacing w:after="0"/>
        <w:ind w:left="0" w:firstLine="0"/>
        <w:jc w:val="both"/>
        <w:rPr>
          <w:rFonts w:cs="Times New Roman"/>
          <w:lang w:val="ro-RO"/>
        </w:rPr>
      </w:pPr>
      <w:r w:rsidRPr="00333E34">
        <w:rPr>
          <w:rFonts w:cs="Times New Roman"/>
          <w:lang w:val="ro-RO"/>
        </w:rPr>
        <w:t xml:space="preserve">Legea nr. 307/2006 privind apărarea împotriva incendiilor, republicată, cu modificările și completările ulterioare – dispozițiile referitoare la obligațiile instituțiilor, organizarea apărării împotriva incendiilor și </w:t>
      </w:r>
      <w:r w:rsidRPr="00333E34">
        <w:rPr>
          <w:rFonts w:cs="Times New Roman"/>
          <w:lang w:val="ro-RO"/>
        </w:rPr>
        <w:lastRenderedPageBreak/>
        <w:t>obligațiile salariaților. Legea stabilește inclusiv obligațiile privind organizarea apărării împotriva incendiilor</w:t>
      </w:r>
      <w:r w:rsidRPr="00F5591D">
        <w:rPr>
          <w:rFonts w:cs="Times New Roman"/>
          <w:lang w:val="ro-RO"/>
        </w:rPr>
        <w:t xml:space="preserve"> la nivelul instituției. </w:t>
      </w:r>
      <w:r w:rsidR="00D23CA8" w:rsidRPr="00F5591D">
        <w:rPr>
          <w:lang w:val="ro-RO"/>
        </w:rPr>
        <w:t>Capitolul II – Obligații privind apărarea împotriva incendiilor;</w:t>
      </w:r>
    </w:p>
    <w:p w14:paraId="3E35E754" w14:textId="70B27DC1" w:rsidR="00D23CA8" w:rsidRPr="00E36FE8" w:rsidRDefault="006A3BAB" w:rsidP="00D23CA8">
      <w:pPr>
        <w:pStyle w:val="ListParagraph"/>
        <w:numPr>
          <w:ilvl w:val="0"/>
          <w:numId w:val="10"/>
        </w:numPr>
        <w:tabs>
          <w:tab w:val="left" w:pos="284"/>
        </w:tabs>
        <w:spacing w:after="0"/>
        <w:ind w:left="0" w:firstLine="0"/>
        <w:jc w:val="both"/>
        <w:rPr>
          <w:rFonts w:cs="Times New Roman"/>
          <w:lang w:val="it-IT"/>
        </w:rPr>
      </w:pPr>
      <w:r w:rsidRPr="00F5591D">
        <w:rPr>
          <w:rFonts w:cs="Times New Roman"/>
          <w:lang w:val="ro-RO"/>
        </w:rPr>
        <w:t>Ordinul MAI nr. 163/2007 pentru aprobarea Normelor generale de apărare împotriva incendiilor, cu modificările și completările ulterioare – prevederile privind organizarea activității de apărare împotriva incendiilor, instruirea personalului și exploatarea mijloacelor tehnice de apărare împotriva incendiilor.</w:t>
      </w:r>
      <w:r w:rsidRPr="0069095C">
        <w:rPr>
          <w:rFonts w:cs="Times New Roman"/>
          <w:lang w:val="it-IT"/>
        </w:rPr>
        <w:t xml:space="preserve"> </w:t>
      </w:r>
      <w:r w:rsidR="00D23CA8" w:rsidRPr="00D23CA8">
        <w:rPr>
          <w:rFonts w:cs="Times New Roman"/>
          <w:lang w:val="it-IT"/>
        </w:rPr>
        <w:t>Capitolul II – Organizarea și desfășurarea activității de apărare împotriva incendiilor; Capitolul VI – Planificarea și executarea exercițiilor privind modul de acțiune în caz de incendiu.</w:t>
      </w:r>
    </w:p>
    <w:p w14:paraId="5A966391" w14:textId="77777777" w:rsidR="00443DBD" w:rsidRPr="00C92E8B" w:rsidRDefault="00443DBD" w:rsidP="00443DBD">
      <w:pPr>
        <w:spacing w:after="0"/>
        <w:rPr>
          <w:rFonts w:cs="Times New Roman"/>
          <w:lang w:val="ro-RO"/>
        </w:rPr>
      </w:pPr>
    </w:p>
    <w:p w14:paraId="5676981A" w14:textId="77777777" w:rsidR="00443DBD" w:rsidRPr="00C92E8B" w:rsidRDefault="00443DBD" w:rsidP="00443DBD">
      <w:pPr>
        <w:pStyle w:val="Heading1"/>
        <w:spacing w:before="0"/>
        <w:rPr>
          <w:rFonts w:ascii="Times New Roman" w:hAnsi="Times New Roman" w:cs="Times New Roman"/>
          <w:lang w:val="ro-RO"/>
        </w:rPr>
      </w:pPr>
      <w:r w:rsidRPr="00C92E8B">
        <w:rPr>
          <w:rFonts w:ascii="Times New Roman" w:hAnsi="Times New Roman" w:cs="Times New Roman"/>
          <w:lang w:val="ro-RO"/>
        </w:rPr>
        <w:t>5. Calendarul concursului</w:t>
      </w:r>
    </w:p>
    <w:tbl>
      <w:tblPr>
        <w:tblStyle w:val="TableGrid"/>
        <w:tblW w:w="0" w:type="auto"/>
        <w:jc w:val="center"/>
        <w:tblLook w:val="04A0" w:firstRow="1" w:lastRow="0" w:firstColumn="1" w:lastColumn="0" w:noHBand="0" w:noVBand="1"/>
      </w:tblPr>
      <w:tblGrid>
        <w:gridCol w:w="637"/>
        <w:gridCol w:w="6243"/>
        <w:gridCol w:w="2971"/>
      </w:tblGrid>
      <w:tr w:rsidR="00443DBD" w:rsidRPr="00C92E8B" w14:paraId="554BA774" w14:textId="77777777" w:rsidTr="00443DBD">
        <w:trPr>
          <w:jc w:val="center"/>
        </w:trPr>
        <w:tc>
          <w:tcPr>
            <w:tcW w:w="637" w:type="dxa"/>
            <w:vAlign w:val="center"/>
          </w:tcPr>
          <w:p w14:paraId="1EB602E7" w14:textId="77777777" w:rsidR="00443DBD" w:rsidRPr="00C92E8B" w:rsidRDefault="00443DBD" w:rsidP="00766E9F">
            <w:pPr>
              <w:spacing w:after="0"/>
              <w:jc w:val="center"/>
              <w:rPr>
                <w:rFonts w:cs="Times New Roman"/>
                <w:lang w:val="ro-RO"/>
              </w:rPr>
            </w:pPr>
            <w:r w:rsidRPr="00C92E8B">
              <w:rPr>
                <w:rFonts w:cs="Times New Roman"/>
                <w:b/>
                <w:lang w:val="ro-RO"/>
              </w:rPr>
              <w:t>Nr. crt.</w:t>
            </w:r>
          </w:p>
        </w:tc>
        <w:tc>
          <w:tcPr>
            <w:tcW w:w="6243" w:type="dxa"/>
            <w:vAlign w:val="center"/>
          </w:tcPr>
          <w:p w14:paraId="479A0925" w14:textId="77777777" w:rsidR="00443DBD" w:rsidRPr="00C92E8B" w:rsidRDefault="00443DBD" w:rsidP="00766E9F">
            <w:pPr>
              <w:spacing w:after="0"/>
              <w:jc w:val="center"/>
              <w:rPr>
                <w:rFonts w:cs="Times New Roman"/>
                <w:lang w:val="ro-RO"/>
              </w:rPr>
            </w:pPr>
            <w:r w:rsidRPr="00C92E8B">
              <w:rPr>
                <w:rFonts w:cs="Times New Roman"/>
                <w:b/>
                <w:lang w:val="ro-RO"/>
              </w:rPr>
              <w:t>Activitatea</w:t>
            </w:r>
          </w:p>
        </w:tc>
        <w:tc>
          <w:tcPr>
            <w:tcW w:w="2971" w:type="dxa"/>
            <w:vAlign w:val="center"/>
          </w:tcPr>
          <w:p w14:paraId="7B5DB73D" w14:textId="77777777" w:rsidR="00443DBD" w:rsidRPr="00C92E8B" w:rsidRDefault="00443DBD" w:rsidP="00766E9F">
            <w:pPr>
              <w:spacing w:after="0"/>
              <w:jc w:val="center"/>
              <w:rPr>
                <w:rFonts w:cs="Times New Roman"/>
                <w:lang w:val="ro-RO"/>
              </w:rPr>
            </w:pPr>
            <w:r w:rsidRPr="00C92E8B">
              <w:rPr>
                <w:rFonts w:cs="Times New Roman"/>
                <w:b/>
                <w:lang w:val="ro-RO"/>
              </w:rPr>
              <w:t>Data și ora</w:t>
            </w:r>
          </w:p>
        </w:tc>
      </w:tr>
      <w:tr w:rsidR="00443DBD" w:rsidRPr="00C92E8B" w14:paraId="5D61DB5E" w14:textId="77777777" w:rsidTr="005C107A">
        <w:trPr>
          <w:trHeight w:val="432"/>
          <w:jc w:val="center"/>
        </w:trPr>
        <w:tc>
          <w:tcPr>
            <w:tcW w:w="637" w:type="dxa"/>
            <w:vAlign w:val="center"/>
          </w:tcPr>
          <w:p w14:paraId="5263F690" w14:textId="77777777" w:rsidR="00443DBD" w:rsidRPr="00C92E8B" w:rsidRDefault="00443DBD" w:rsidP="00766E9F">
            <w:pPr>
              <w:spacing w:after="0"/>
              <w:rPr>
                <w:rFonts w:cs="Times New Roman"/>
                <w:lang w:val="ro-RO"/>
              </w:rPr>
            </w:pPr>
            <w:r w:rsidRPr="00C92E8B">
              <w:rPr>
                <w:rFonts w:cs="Times New Roman"/>
                <w:lang w:val="ro-RO"/>
              </w:rPr>
              <w:t>1</w:t>
            </w:r>
          </w:p>
        </w:tc>
        <w:tc>
          <w:tcPr>
            <w:tcW w:w="6243" w:type="dxa"/>
            <w:vAlign w:val="center"/>
          </w:tcPr>
          <w:p w14:paraId="5FF6E1F4" w14:textId="77777777" w:rsidR="00443DBD" w:rsidRPr="00C92E8B" w:rsidRDefault="00443DBD" w:rsidP="00766E9F">
            <w:pPr>
              <w:spacing w:after="0"/>
              <w:rPr>
                <w:rFonts w:cs="Times New Roman"/>
                <w:lang w:val="ro-RO"/>
              </w:rPr>
            </w:pPr>
            <w:r w:rsidRPr="00C92E8B">
              <w:rPr>
                <w:rFonts w:cs="Times New Roman"/>
                <w:lang w:val="ro-RO"/>
              </w:rPr>
              <w:t>Publicarea anunțului la sediul și</w:t>
            </w:r>
            <w:r>
              <w:rPr>
                <w:rFonts w:cs="Times New Roman"/>
                <w:lang w:val="ro-RO"/>
              </w:rPr>
              <w:t xml:space="preserve"> pe pagina de internet a inst</w:t>
            </w:r>
            <w:r w:rsidRPr="00C92E8B">
              <w:rPr>
                <w:rFonts w:cs="Times New Roman"/>
                <w:lang w:val="ro-RO"/>
              </w:rPr>
              <w:t>i</w:t>
            </w:r>
            <w:r>
              <w:rPr>
                <w:rFonts w:cs="Times New Roman"/>
                <w:lang w:val="ro-RO"/>
              </w:rPr>
              <w:t>tuției</w:t>
            </w:r>
            <w:r w:rsidRPr="00C92E8B">
              <w:rPr>
                <w:rFonts w:cs="Times New Roman"/>
                <w:lang w:val="ro-RO"/>
              </w:rPr>
              <w:t>, precum și transmiterea pentru publicare pe portalul posturi.gov.ro</w:t>
            </w:r>
          </w:p>
        </w:tc>
        <w:tc>
          <w:tcPr>
            <w:tcW w:w="2971" w:type="dxa"/>
            <w:vAlign w:val="center"/>
          </w:tcPr>
          <w:p w14:paraId="1D474035" w14:textId="77777777" w:rsidR="00443DBD" w:rsidRPr="008B2E57" w:rsidRDefault="00443DBD" w:rsidP="00766E9F">
            <w:pPr>
              <w:spacing w:after="0"/>
              <w:rPr>
                <w:rFonts w:cs="Times New Roman"/>
                <w:lang w:val="ro-RO"/>
              </w:rPr>
            </w:pPr>
          </w:p>
          <w:p w14:paraId="517700AD" w14:textId="7488DA57" w:rsidR="00443DBD" w:rsidRPr="008B2E57" w:rsidRDefault="00D636F0" w:rsidP="00766E9F">
            <w:pPr>
              <w:spacing w:after="0"/>
              <w:rPr>
                <w:rFonts w:cs="Times New Roman"/>
                <w:lang w:val="ro-RO"/>
              </w:rPr>
            </w:pPr>
            <w:r>
              <w:rPr>
                <w:rFonts w:cs="Times New Roman"/>
                <w:lang w:val="ro-RO"/>
              </w:rPr>
              <w:t>17</w:t>
            </w:r>
            <w:r w:rsidR="00443DBD" w:rsidRPr="008B2E57">
              <w:rPr>
                <w:rFonts w:cs="Times New Roman"/>
                <w:lang w:val="ro-RO"/>
              </w:rPr>
              <w:t>.09.2026</w:t>
            </w:r>
          </w:p>
        </w:tc>
      </w:tr>
      <w:tr w:rsidR="00443DBD" w:rsidRPr="00C92E8B" w14:paraId="68AA481E" w14:textId="77777777" w:rsidTr="005C107A">
        <w:trPr>
          <w:trHeight w:val="432"/>
          <w:jc w:val="center"/>
        </w:trPr>
        <w:tc>
          <w:tcPr>
            <w:tcW w:w="637" w:type="dxa"/>
            <w:vAlign w:val="center"/>
          </w:tcPr>
          <w:p w14:paraId="0E297BEB" w14:textId="77777777" w:rsidR="00443DBD" w:rsidRPr="00C92E8B" w:rsidRDefault="00443DBD" w:rsidP="00766E9F">
            <w:pPr>
              <w:spacing w:after="0"/>
              <w:rPr>
                <w:rFonts w:cs="Times New Roman"/>
                <w:lang w:val="ro-RO"/>
              </w:rPr>
            </w:pPr>
            <w:r w:rsidRPr="00C92E8B">
              <w:rPr>
                <w:rFonts w:cs="Times New Roman"/>
                <w:lang w:val="ro-RO"/>
              </w:rPr>
              <w:t>2</w:t>
            </w:r>
          </w:p>
        </w:tc>
        <w:tc>
          <w:tcPr>
            <w:tcW w:w="6243" w:type="dxa"/>
            <w:vAlign w:val="center"/>
          </w:tcPr>
          <w:p w14:paraId="6883A6E2" w14:textId="77777777" w:rsidR="00443DBD" w:rsidRDefault="00443DBD" w:rsidP="00766E9F">
            <w:pPr>
              <w:spacing w:after="0"/>
              <w:rPr>
                <w:rFonts w:cs="Times New Roman"/>
                <w:lang w:val="ro-RO"/>
              </w:rPr>
            </w:pPr>
            <w:r w:rsidRPr="00C92E8B">
              <w:rPr>
                <w:rFonts w:cs="Times New Roman"/>
                <w:lang w:val="ro-RO"/>
              </w:rPr>
              <w:t>Data-limită pentru depunerea dosar</w:t>
            </w:r>
            <w:r>
              <w:rPr>
                <w:rFonts w:cs="Times New Roman"/>
                <w:lang w:val="ro-RO"/>
              </w:rPr>
              <w:t xml:space="preserve">elor </w:t>
            </w:r>
          </w:p>
          <w:p w14:paraId="1DA61501" w14:textId="77777777" w:rsidR="00443DBD" w:rsidRPr="00C92E8B" w:rsidRDefault="00443DBD" w:rsidP="00766E9F">
            <w:pPr>
              <w:spacing w:after="0"/>
              <w:rPr>
                <w:rFonts w:cs="Times New Roman"/>
                <w:lang w:val="ro-RO"/>
              </w:rPr>
            </w:pPr>
            <w:r>
              <w:rPr>
                <w:rFonts w:cs="Times New Roman"/>
                <w:lang w:val="ro-RO"/>
              </w:rPr>
              <w:t>(</w:t>
            </w:r>
            <w:r w:rsidRPr="00897299">
              <w:rPr>
                <w:lang w:val="ro-RO"/>
              </w:rPr>
              <w:t>10 zile lucrătoare de la data afișării anunțului, c</w:t>
            </w:r>
            <w:r>
              <w:rPr>
                <w:lang w:val="ro-RO"/>
              </w:rPr>
              <w:t>onf.</w:t>
            </w:r>
            <w:r w:rsidRPr="00897299">
              <w:rPr>
                <w:lang w:val="ro-RO"/>
              </w:rPr>
              <w:t xml:space="preserve"> art. 34 din H</w:t>
            </w:r>
            <w:r>
              <w:rPr>
                <w:lang w:val="ro-RO"/>
              </w:rPr>
              <w:t>.</w:t>
            </w:r>
            <w:r w:rsidRPr="00897299">
              <w:rPr>
                <w:lang w:val="ro-RO"/>
              </w:rPr>
              <w:t>G</w:t>
            </w:r>
            <w:r>
              <w:rPr>
                <w:lang w:val="ro-RO"/>
              </w:rPr>
              <w:t>.</w:t>
            </w:r>
            <w:r w:rsidRPr="00897299">
              <w:rPr>
                <w:lang w:val="ro-RO"/>
              </w:rPr>
              <w:t xml:space="preserve"> nr.1336/2022)</w:t>
            </w:r>
          </w:p>
        </w:tc>
        <w:tc>
          <w:tcPr>
            <w:tcW w:w="2971" w:type="dxa"/>
            <w:vAlign w:val="center"/>
          </w:tcPr>
          <w:p w14:paraId="0780863B" w14:textId="2B6EF6BC" w:rsidR="00443DBD" w:rsidRPr="008B2E57" w:rsidRDefault="00D636F0" w:rsidP="00766E9F">
            <w:pPr>
              <w:spacing w:after="0"/>
              <w:rPr>
                <w:rFonts w:cs="Times New Roman"/>
                <w:lang w:val="ro-RO"/>
              </w:rPr>
            </w:pPr>
            <w:r>
              <w:rPr>
                <w:rFonts w:cs="Times New Roman"/>
                <w:lang w:val="ro-RO"/>
              </w:rPr>
              <w:t>01.10</w:t>
            </w:r>
            <w:r w:rsidR="00443DBD" w:rsidRPr="008B2E57">
              <w:rPr>
                <w:rFonts w:cs="Times New Roman"/>
                <w:lang w:val="ro-RO"/>
              </w:rPr>
              <w:t>.2026, ora 1</w:t>
            </w:r>
            <w:r w:rsidR="00443DBD">
              <w:rPr>
                <w:rFonts w:cs="Times New Roman"/>
                <w:lang w:val="ro-RO"/>
              </w:rPr>
              <w:t>5</w:t>
            </w:r>
            <w:r w:rsidR="00443DBD" w:rsidRPr="008B2E57">
              <w:rPr>
                <w:rFonts w:cs="Times New Roman"/>
              </w:rPr>
              <w:t>:</w:t>
            </w:r>
            <w:r w:rsidR="00443DBD" w:rsidRPr="008B2E57">
              <w:rPr>
                <w:rFonts w:cs="Times New Roman"/>
                <w:lang w:val="ro-RO"/>
              </w:rPr>
              <w:t>00</w:t>
            </w:r>
          </w:p>
        </w:tc>
      </w:tr>
      <w:tr w:rsidR="00443DBD" w:rsidRPr="00C92E8B" w14:paraId="3B5D4BD4" w14:textId="77777777" w:rsidTr="00DF5DE8">
        <w:trPr>
          <w:trHeight w:val="340"/>
          <w:jc w:val="center"/>
        </w:trPr>
        <w:tc>
          <w:tcPr>
            <w:tcW w:w="637" w:type="dxa"/>
            <w:vAlign w:val="center"/>
          </w:tcPr>
          <w:p w14:paraId="679D9A10" w14:textId="77777777" w:rsidR="00443DBD" w:rsidRPr="00C92E8B" w:rsidRDefault="00443DBD" w:rsidP="00766E9F">
            <w:pPr>
              <w:spacing w:after="0"/>
              <w:rPr>
                <w:rFonts w:cs="Times New Roman"/>
                <w:lang w:val="ro-RO"/>
              </w:rPr>
            </w:pPr>
            <w:r w:rsidRPr="00C92E8B">
              <w:rPr>
                <w:rFonts w:cs="Times New Roman"/>
                <w:lang w:val="ro-RO"/>
              </w:rPr>
              <w:t>3</w:t>
            </w:r>
          </w:p>
        </w:tc>
        <w:tc>
          <w:tcPr>
            <w:tcW w:w="6243" w:type="dxa"/>
            <w:vAlign w:val="center"/>
          </w:tcPr>
          <w:p w14:paraId="242C389F" w14:textId="77777777" w:rsidR="00443DBD" w:rsidRPr="00017FC1" w:rsidRDefault="00443DBD" w:rsidP="00766E9F">
            <w:pPr>
              <w:spacing w:after="0"/>
              <w:rPr>
                <w:rFonts w:cs="Times New Roman"/>
                <w:b/>
                <w:lang w:val="ro-RO"/>
              </w:rPr>
            </w:pPr>
            <w:r w:rsidRPr="00017FC1">
              <w:rPr>
                <w:rFonts w:cs="Times New Roman"/>
                <w:b/>
                <w:lang w:val="ro-RO"/>
              </w:rPr>
              <w:t>Selecția dosarelor de înscriere</w:t>
            </w:r>
          </w:p>
        </w:tc>
        <w:tc>
          <w:tcPr>
            <w:tcW w:w="2971" w:type="dxa"/>
            <w:vAlign w:val="center"/>
          </w:tcPr>
          <w:p w14:paraId="4F84F950" w14:textId="2134A5E6" w:rsidR="00443DBD" w:rsidRPr="00017FC1" w:rsidRDefault="00D636F0" w:rsidP="00766E9F">
            <w:pPr>
              <w:spacing w:after="0"/>
              <w:rPr>
                <w:rFonts w:cs="Times New Roman"/>
                <w:b/>
                <w:lang w:val="ro-RO"/>
              </w:rPr>
            </w:pPr>
            <w:r>
              <w:rPr>
                <w:rFonts w:cs="Times New Roman"/>
                <w:b/>
                <w:lang w:val="ro-RO"/>
              </w:rPr>
              <w:t>02</w:t>
            </w:r>
            <w:r w:rsidR="00443DBD" w:rsidRPr="00017FC1">
              <w:rPr>
                <w:rFonts w:cs="Times New Roman"/>
                <w:b/>
                <w:lang w:val="ro-RO"/>
              </w:rPr>
              <w:t>.10.2026</w:t>
            </w:r>
          </w:p>
        </w:tc>
      </w:tr>
      <w:tr w:rsidR="00443DBD" w:rsidRPr="00C92E8B" w14:paraId="32C85FEB" w14:textId="77777777" w:rsidTr="00DF5DE8">
        <w:trPr>
          <w:trHeight w:val="340"/>
          <w:jc w:val="center"/>
        </w:trPr>
        <w:tc>
          <w:tcPr>
            <w:tcW w:w="637" w:type="dxa"/>
            <w:vAlign w:val="center"/>
          </w:tcPr>
          <w:p w14:paraId="0532CEB9" w14:textId="77777777" w:rsidR="00443DBD" w:rsidRPr="00C92E8B" w:rsidRDefault="00443DBD" w:rsidP="00766E9F">
            <w:pPr>
              <w:spacing w:after="0"/>
              <w:rPr>
                <w:rFonts w:cs="Times New Roman"/>
                <w:lang w:val="ro-RO"/>
              </w:rPr>
            </w:pPr>
            <w:r w:rsidRPr="00C92E8B">
              <w:rPr>
                <w:rFonts w:cs="Times New Roman"/>
                <w:lang w:val="ro-RO"/>
              </w:rPr>
              <w:t>4</w:t>
            </w:r>
          </w:p>
        </w:tc>
        <w:tc>
          <w:tcPr>
            <w:tcW w:w="6243" w:type="dxa"/>
            <w:vAlign w:val="center"/>
          </w:tcPr>
          <w:p w14:paraId="0931465C" w14:textId="77777777" w:rsidR="00443DBD" w:rsidRPr="00C92E8B" w:rsidRDefault="00443DBD" w:rsidP="00766E9F">
            <w:pPr>
              <w:spacing w:after="0"/>
              <w:rPr>
                <w:rFonts w:cs="Times New Roman"/>
                <w:lang w:val="ro-RO"/>
              </w:rPr>
            </w:pPr>
            <w:r w:rsidRPr="00C92E8B">
              <w:rPr>
                <w:rFonts w:cs="Times New Roman"/>
                <w:lang w:val="ro-RO"/>
              </w:rPr>
              <w:t>Afișarea rezultatelor selecției dosarelor</w:t>
            </w:r>
          </w:p>
        </w:tc>
        <w:tc>
          <w:tcPr>
            <w:tcW w:w="2971" w:type="dxa"/>
            <w:vAlign w:val="center"/>
          </w:tcPr>
          <w:p w14:paraId="4264DEE9" w14:textId="7A1583C7" w:rsidR="00443DBD" w:rsidRPr="008B2E57" w:rsidRDefault="00596AAE" w:rsidP="00D636F0">
            <w:pPr>
              <w:spacing w:after="0"/>
              <w:rPr>
                <w:rFonts w:cs="Times New Roman"/>
              </w:rPr>
            </w:pPr>
            <w:r>
              <w:rPr>
                <w:rFonts w:cs="Times New Roman"/>
                <w:lang w:val="ro-RO"/>
              </w:rPr>
              <w:t>0</w:t>
            </w:r>
            <w:r w:rsidR="00D636F0">
              <w:rPr>
                <w:rFonts w:cs="Times New Roman"/>
                <w:lang w:val="ro-RO"/>
              </w:rPr>
              <w:t>2</w:t>
            </w:r>
            <w:r>
              <w:rPr>
                <w:rFonts w:cs="Times New Roman"/>
                <w:lang w:val="ro-RO"/>
              </w:rPr>
              <w:t>.10.2026, ora 1</w:t>
            </w:r>
            <w:r w:rsidR="00D636F0">
              <w:rPr>
                <w:rFonts w:cs="Times New Roman"/>
                <w:lang w:val="ro-RO"/>
              </w:rPr>
              <w:t>2</w:t>
            </w:r>
            <w:r w:rsidR="00443DBD" w:rsidRPr="008B2E57">
              <w:rPr>
                <w:rFonts w:cs="Times New Roman"/>
              </w:rPr>
              <w:t>:00</w:t>
            </w:r>
          </w:p>
        </w:tc>
      </w:tr>
      <w:tr w:rsidR="00443DBD" w:rsidRPr="00C92E8B" w14:paraId="3FB482E7" w14:textId="77777777" w:rsidTr="00DF5DE8">
        <w:trPr>
          <w:trHeight w:val="340"/>
          <w:jc w:val="center"/>
        </w:trPr>
        <w:tc>
          <w:tcPr>
            <w:tcW w:w="637" w:type="dxa"/>
            <w:vAlign w:val="center"/>
          </w:tcPr>
          <w:p w14:paraId="4C149AF4" w14:textId="77777777" w:rsidR="00443DBD" w:rsidRPr="00C92E8B" w:rsidRDefault="00443DBD" w:rsidP="00766E9F">
            <w:pPr>
              <w:spacing w:after="0"/>
              <w:rPr>
                <w:rFonts w:cs="Times New Roman"/>
                <w:lang w:val="ro-RO"/>
              </w:rPr>
            </w:pPr>
            <w:r w:rsidRPr="00C92E8B">
              <w:rPr>
                <w:rFonts w:cs="Times New Roman"/>
                <w:lang w:val="ro-RO"/>
              </w:rPr>
              <w:t>5</w:t>
            </w:r>
          </w:p>
        </w:tc>
        <w:tc>
          <w:tcPr>
            <w:tcW w:w="6243" w:type="dxa"/>
            <w:vAlign w:val="center"/>
          </w:tcPr>
          <w:p w14:paraId="4D8961A6" w14:textId="77777777" w:rsidR="00443DBD" w:rsidRPr="00C92E8B" w:rsidRDefault="00443DBD" w:rsidP="00766E9F">
            <w:pPr>
              <w:spacing w:after="0"/>
              <w:rPr>
                <w:rFonts w:cs="Times New Roman"/>
                <w:lang w:val="ro-RO"/>
              </w:rPr>
            </w:pPr>
            <w:r w:rsidRPr="00C92E8B">
              <w:rPr>
                <w:rFonts w:cs="Times New Roman"/>
                <w:lang w:val="ro-RO"/>
              </w:rPr>
              <w:t>Termenul pentru depunerea contestațiilor privind selecția dosarelor</w:t>
            </w:r>
          </w:p>
        </w:tc>
        <w:tc>
          <w:tcPr>
            <w:tcW w:w="2971" w:type="dxa"/>
            <w:vAlign w:val="center"/>
          </w:tcPr>
          <w:p w14:paraId="2A74036F" w14:textId="065C215B" w:rsidR="00443DBD" w:rsidRPr="008B2E57" w:rsidRDefault="00D636F0" w:rsidP="00766E9F">
            <w:pPr>
              <w:spacing w:after="0"/>
              <w:rPr>
                <w:rFonts w:cs="Times New Roman"/>
                <w:lang w:val="ro-RO"/>
              </w:rPr>
            </w:pPr>
            <w:r>
              <w:rPr>
                <w:rFonts w:cs="Times New Roman"/>
                <w:lang w:val="ro-RO"/>
              </w:rPr>
              <w:t>0</w:t>
            </w:r>
            <w:r w:rsidR="00396F2F">
              <w:rPr>
                <w:rFonts w:cs="Times New Roman"/>
                <w:lang w:val="ro-RO"/>
              </w:rPr>
              <w:t>5</w:t>
            </w:r>
            <w:r w:rsidR="00443DBD" w:rsidRPr="008B2E57">
              <w:rPr>
                <w:rFonts w:cs="Times New Roman"/>
                <w:lang w:val="ro-RO"/>
              </w:rPr>
              <w:t>.10</w:t>
            </w:r>
            <w:r w:rsidR="00596AAE">
              <w:rPr>
                <w:rFonts w:cs="Times New Roman"/>
                <w:lang w:val="ro-RO"/>
              </w:rPr>
              <w:t xml:space="preserve">.2026, </w:t>
            </w:r>
            <w:r w:rsidR="00443DBD" w:rsidRPr="008B2E57">
              <w:rPr>
                <w:rFonts w:cs="Times New Roman"/>
                <w:lang w:val="ro-RO"/>
              </w:rPr>
              <w:t>ora 1</w:t>
            </w:r>
            <w:r w:rsidR="00396F2F">
              <w:rPr>
                <w:rFonts w:cs="Times New Roman"/>
                <w:lang w:val="ro-RO"/>
              </w:rPr>
              <w:t>5</w:t>
            </w:r>
            <w:r w:rsidR="00443DBD" w:rsidRPr="008B2E57">
              <w:rPr>
                <w:rFonts w:cs="Times New Roman"/>
                <w:lang w:val="ro-RO"/>
              </w:rPr>
              <w:t>:00</w:t>
            </w:r>
          </w:p>
        </w:tc>
      </w:tr>
      <w:tr w:rsidR="00443DBD" w:rsidRPr="00C92E8B" w14:paraId="15DFCAEB" w14:textId="77777777" w:rsidTr="00DF5DE8">
        <w:trPr>
          <w:trHeight w:val="340"/>
          <w:jc w:val="center"/>
        </w:trPr>
        <w:tc>
          <w:tcPr>
            <w:tcW w:w="637" w:type="dxa"/>
            <w:vAlign w:val="center"/>
          </w:tcPr>
          <w:p w14:paraId="0B0EBFFF" w14:textId="77777777" w:rsidR="00443DBD" w:rsidRPr="00C92E8B" w:rsidRDefault="00443DBD" w:rsidP="00766E9F">
            <w:pPr>
              <w:spacing w:after="0"/>
              <w:rPr>
                <w:rFonts w:cs="Times New Roman"/>
                <w:lang w:val="ro-RO"/>
              </w:rPr>
            </w:pPr>
            <w:r w:rsidRPr="00C92E8B">
              <w:rPr>
                <w:rFonts w:cs="Times New Roman"/>
                <w:lang w:val="ro-RO"/>
              </w:rPr>
              <w:t>6</w:t>
            </w:r>
          </w:p>
        </w:tc>
        <w:tc>
          <w:tcPr>
            <w:tcW w:w="6243" w:type="dxa"/>
            <w:vAlign w:val="center"/>
          </w:tcPr>
          <w:p w14:paraId="4FE85893" w14:textId="77777777" w:rsidR="00443DBD" w:rsidRPr="00C92E8B" w:rsidRDefault="00443DBD" w:rsidP="00766E9F">
            <w:pPr>
              <w:spacing w:after="0"/>
              <w:rPr>
                <w:rFonts w:cs="Times New Roman"/>
                <w:lang w:val="ro-RO"/>
              </w:rPr>
            </w:pPr>
            <w:r w:rsidRPr="00C92E8B">
              <w:rPr>
                <w:rFonts w:cs="Times New Roman"/>
                <w:lang w:val="ro-RO"/>
              </w:rPr>
              <w:t>Afișarea rezultatelor soluționării contestațiilor privind selecția dosarelor</w:t>
            </w:r>
          </w:p>
        </w:tc>
        <w:tc>
          <w:tcPr>
            <w:tcW w:w="2971" w:type="dxa"/>
            <w:vAlign w:val="center"/>
          </w:tcPr>
          <w:p w14:paraId="1F9AEF6C" w14:textId="7A670EBF" w:rsidR="00443DBD" w:rsidRPr="00B16F1F" w:rsidRDefault="00443DBD" w:rsidP="00766E9F">
            <w:pPr>
              <w:spacing w:after="0"/>
              <w:rPr>
                <w:rFonts w:cs="Times New Roman"/>
                <w:lang w:val="ro-RO"/>
              </w:rPr>
            </w:pPr>
            <w:r w:rsidRPr="00B16F1F">
              <w:rPr>
                <w:rFonts w:cs="Times New Roman"/>
                <w:lang w:val="ro-RO"/>
              </w:rPr>
              <w:t>0</w:t>
            </w:r>
            <w:r w:rsidR="00396F2F">
              <w:rPr>
                <w:rFonts w:cs="Times New Roman"/>
                <w:lang w:val="ro-RO"/>
              </w:rPr>
              <w:t>6</w:t>
            </w:r>
            <w:r w:rsidRPr="00B16F1F">
              <w:rPr>
                <w:rFonts w:cs="Times New Roman"/>
                <w:lang w:val="ro-RO"/>
              </w:rPr>
              <w:t>.10</w:t>
            </w:r>
            <w:r w:rsidR="00396F2F">
              <w:rPr>
                <w:rFonts w:cs="Times New Roman"/>
                <w:lang w:val="ro-RO"/>
              </w:rPr>
              <w:t>.2026, ora 13</w:t>
            </w:r>
            <w:r w:rsidRPr="00B16F1F">
              <w:rPr>
                <w:rFonts w:cs="Times New Roman"/>
                <w:lang w:val="ro-RO"/>
              </w:rPr>
              <w:t>:00</w:t>
            </w:r>
          </w:p>
        </w:tc>
      </w:tr>
      <w:tr w:rsidR="00443DBD" w:rsidRPr="00C92E8B" w14:paraId="73A1F7B5" w14:textId="77777777" w:rsidTr="00DF5DE8">
        <w:trPr>
          <w:trHeight w:val="340"/>
          <w:jc w:val="center"/>
        </w:trPr>
        <w:tc>
          <w:tcPr>
            <w:tcW w:w="637" w:type="dxa"/>
            <w:vAlign w:val="center"/>
          </w:tcPr>
          <w:p w14:paraId="45785431" w14:textId="77777777" w:rsidR="00443DBD" w:rsidRPr="00C92E8B" w:rsidRDefault="00443DBD" w:rsidP="00766E9F">
            <w:pPr>
              <w:spacing w:after="0"/>
              <w:rPr>
                <w:rFonts w:cs="Times New Roman"/>
                <w:lang w:val="ro-RO"/>
              </w:rPr>
            </w:pPr>
            <w:r w:rsidRPr="00C92E8B">
              <w:rPr>
                <w:rFonts w:cs="Times New Roman"/>
                <w:lang w:val="ro-RO"/>
              </w:rPr>
              <w:t>7</w:t>
            </w:r>
          </w:p>
        </w:tc>
        <w:tc>
          <w:tcPr>
            <w:tcW w:w="6243" w:type="dxa"/>
            <w:vAlign w:val="center"/>
          </w:tcPr>
          <w:p w14:paraId="3442A5D5" w14:textId="77777777" w:rsidR="00443DBD" w:rsidRPr="00A64997" w:rsidRDefault="00443DBD" w:rsidP="00766E9F">
            <w:pPr>
              <w:spacing w:after="0"/>
              <w:rPr>
                <w:rFonts w:cs="Times New Roman"/>
                <w:b/>
                <w:lang w:val="ro-RO"/>
              </w:rPr>
            </w:pPr>
            <w:r w:rsidRPr="00A64997">
              <w:rPr>
                <w:rFonts w:cs="Times New Roman"/>
                <w:b/>
                <w:lang w:val="ro-RO"/>
              </w:rPr>
              <w:t>Proba scrisă</w:t>
            </w:r>
          </w:p>
        </w:tc>
        <w:tc>
          <w:tcPr>
            <w:tcW w:w="2971" w:type="dxa"/>
            <w:vAlign w:val="center"/>
          </w:tcPr>
          <w:p w14:paraId="7BE0A189" w14:textId="6958536F" w:rsidR="00443DBD" w:rsidRPr="00A64997" w:rsidRDefault="00443DBD" w:rsidP="00FC6D3F">
            <w:pPr>
              <w:spacing w:after="0"/>
              <w:rPr>
                <w:rFonts w:cs="Times New Roman"/>
                <w:b/>
                <w:lang w:val="ro-RO"/>
              </w:rPr>
            </w:pPr>
            <w:r w:rsidRPr="00A64997">
              <w:rPr>
                <w:rFonts w:cs="Times New Roman"/>
                <w:b/>
                <w:lang w:val="ro-RO"/>
              </w:rPr>
              <w:t>1</w:t>
            </w:r>
            <w:r w:rsidR="000E06CA">
              <w:rPr>
                <w:rFonts w:cs="Times New Roman"/>
                <w:b/>
                <w:lang w:val="ro-RO"/>
              </w:rPr>
              <w:t>9</w:t>
            </w:r>
            <w:r w:rsidRPr="00A64997">
              <w:rPr>
                <w:rFonts w:cs="Times New Roman"/>
                <w:b/>
                <w:lang w:val="ro-RO"/>
              </w:rPr>
              <w:t>.10.2026, ora 1</w:t>
            </w:r>
            <w:r w:rsidR="00FC6D3F">
              <w:rPr>
                <w:rFonts w:cs="Times New Roman"/>
                <w:b/>
                <w:lang w:val="ro-RO"/>
              </w:rPr>
              <w:t>1</w:t>
            </w:r>
            <w:r w:rsidRPr="00A64997">
              <w:rPr>
                <w:rFonts w:cs="Times New Roman"/>
                <w:b/>
                <w:lang w:val="ro-RO"/>
              </w:rPr>
              <w:t>:00</w:t>
            </w:r>
          </w:p>
        </w:tc>
      </w:tr>
      <w:tr w:rsidR="00443DBD" w:rsidRPr="00C92E8B" w14:paraId="0AE4AEF8" w14:textId="77777777" w:rsidTr="00DF5DE8">
        <w:trPr>
          <w:trHeight w:val="340"/>
          <w:jc w:val="center"/>
        </w:trPr>
        <w:tc>
          <w:tcPr>
            <w:tcW w:w="637" w:type="dxa"/>
            <w:vAlign w:val="center"/>
          </w:tcPr>
          <w:p w14:paraId="27A8CD2C" w14:textId="77777777" w:rsidR="00443DBD" w:rsidRPr="00C92E8B" w:rsidRDefault="00443DBD" w:rsidP="00766E9F">
            <w:pPr>
              <w:spacing w:after="0"/>
              <w:rPr>
                <w:rFonts w:cs="Times New Roman"/>
                <w:lang w:val="ro-RO"/>
              </w:rPr>
            </w:pPr>
            <w:r>
              <w:rPr>
                <w:rFonts w:cs="Times New Roman"/>
                <w:lang w:val="ro-RO"/>
              </w:rPr>
              <w:t>8</w:t>
            </w:r>
          </w:p>
        </w:tc>
        <w:tc>
          <w:tcPr>
            <w:tcW w:w="6243" w:type="dxa"/>
            <w:vAlign w:val="center"/>
          </w:tcPr>
          <w:p w14:paraId="11D3D28D" w14:textId="77777777" w:rsidR="00443DBD" w:rsidRPr="00C92E8B" w:rsidRDefault="00443DBD" w:rsidP="00766E9F">
            <w:pPr>
              <w:spacing w:after="0"/>
              <w:rPr>
                <w:rFonts w:cs="Times New Roman"/>
                <w:lang w:val="ro-RO"/>
              </w:rPr>
            </w:pPr>
            <w:r w:rsidRPr="00C92E8B">
              <w:rPr>
                <w:rFonts w:cs="Times New Roman"/>
                <w:lang w:val="ro-RO"/>
              </w:rPr>
              <w:t xml:space="preserve">Afișarea rezultatelor </w:t>
            </w:r>
            <w:r>
              <w:rPr>
                <w:rFonts w:cs="Times New Roman"/>
                <w:lang w:val="ro-RO"/>
              </w:rPr>
              <w:t>la proba scrisă</w:t>
            </w:r>
          </w:p>
        </w:tc>
        <w:tc>
          <w:tcPr>
            <w:tcW w:w="2971" w:type="dxa"/>
            <w:vAlign w:val="center"/>
          </w:tcPr>
          <w:p w14:paraId="06411C3B" w14:textId="4EFC5C7D" w:rsidR="00443DBD" w:rsidRPr="00B16F1F" w:rsidRDefault="000E06CA" w:rsidP="00766E9F">
            <w:pPr>
              <w:spacing w:after="0"/>
              <w:rPr>
                <w:rFonts w:cs="Times New Roman"/>
                <w:lang w:val="ro-RO"/>
              </w:rPr>
            </w:pPr>
            <w:r>
              <w:rPr>
                <w:rFonts w:cs="Times New Roman"/>
                <w:lang w:val="ro-RO"/>
              </w:rPr>
              <w:t>20</w:t>
            </w:r>
            <w:r w:rsidR="00596AAE">
              <w:rPr>
                <w:rFonts w:cs="Times New Roman"/>
                <w:lang w:val="ro-RO"/>
              </w:rPr>
              <w:t>.10.2026, ora 15</w:t>
            </w:r>
            <w:r w:rsidR="00443DBD" w:rsidRPr="00B16F1F">
              <w:rPr>
                <w:rFonts w:cs="Times New Roman"/>
                <w:lang w:val="ro-RO"/>
              </w:rPr>
              <w:t>:00</w:t>
            </w:r>
          </w:p>
        </w:tc>
      </w:tr>
      <w:tr w:rsidR="00443DBD" w:rsidRPr="00C92E8B" w14:paraId="75AC4BCF" w14:textId="77777777" w:rsidTr="00DF5DE8">
        <w:trPr>
          <w:trHeight w:val="340"/>
          <w:jc w:val="center"/>
        </w:trPr>
        <w:tc>
          <w:tcPr>
            <w:tcW w:w="637" w:type="dxa"/>
            <w:vAlign w:val="center"/>
          </w:tcPr>
          <w:p w14:paraId="02192807" w14:textId="77777777" w:rsidR="00443DBD" w:rsidRPr="00C92E8B" w:rsidRDefault="00443DBD" w:rsidP="00766E9F">
            <w:pPr>
              <w:spacing w:after="0"/>
              <w:rPr>
                <w:rFonts w:cs="Times New Roman"/>
                <w:lang w:val="ro-RO"/>
              </w:rPr>
            </w:pPr>
            <w:r>
              <w:rPr>
                <w:rFonts w:cs="Times New Roman"/>
                <w:lang w:val="ro-RO"/>
              </w:rPr>
              <w:t>9</w:t>
            </w:r>
          </w:p>
        </w:tc>
        <w:tc>
          <w:tcPr>
            <w:tcW w:w="6243" w:type="dxa"/>
            <w:vAlign w:val="center"/>
          </w:tcPr>
          <w:p w14:paraId="1A215668" w14:textId="77777777" w:rsidR="00443DBD" w:rsidRPr="00C92E8B" w:rsidRDefault="00443DBD" w:rsidP="00766E9F">
            <w:pPr>
              <w:spacing w:after="0"/>
              <w:rPr>
                <w:rFonts w:cs="Times New Roman"/>
                <w:lang w:val="ro-RO"/>
              </w:rPr>
            </w:pPr>
            <w:r w:rsidRPr="00C92E8B">
              <w:rPr>
                <w:rFonts w:cs="Times New Roman"/>
                <w:lang w:val="ro-RO"/>
              </w:rPr>
              <w:t xml:space="preserve">Termenul pentru depunerea contestațiilor </w:t>
            </w:r>
            <w:r>
              <w:rPr>
                <w:rFonts w:cs="Times New Roman"/>
                <w:lang w:val="ro-RO"/>
              </w:rPr>
              <w:t>la proba scrisă</w:t>
            </w:r>
          </w:p>
        </w:tc>
        <w:tc>
          <w:tcPr>
            <w:tcW w:w="2971" w:type="dxa"/>
            <w:vAlign w:val="center"/>
          </w:tcPr>
          <w:p w14:paraId="0BFCA0AA" w14:textId="6B7146C0" w:rsidR="00443DBD" w:rsidRPr="00B16F1F" w:rsidRDefault="000E06CA" w:rsidP="00766E9F">
            <w:pPr>
              <w:spacing w:after="0"/>
              <w:rPr>
                <w:rFonts w:cs="Times New Roman"/>
                <w:lang w:val="ro-RO"/>
              </w:rPr>
            </w:pPr>
            <w:r>
              <w:rPr>
                <w:rFonts w:cs="Times New Roman"/>
                <w:lang w:val="ro-RO"/>
              </w:rPr>
              <w:t>21</w:t>
            </w:r>
            <w:r w:rsidR="001161C8">
              <w:rPr>
                <w:rFonts w:cs="Times New Roman"/>
                <w:lang w:val="ro-RO"/>
              </w:rPr>
              <w:t xml:space="preserve">.10.2026, </w:t>
            </w:r>
            <w:r w:rsidR="006B3146">
              <w:rPr>
                <w:rFonts w:cs="Times New Roman"/>
                <w:lang w:val="ro-RO"/>
              </w:rPr>
              <w:t>ora 13</w:t>
            </w:r>
            <w:r w:rsidR="00443DBD" w:rsidRPr="00B16F1F">
              <w:rPr>
                <w:rFonts w:cs="Times New Roman"/>
                <w:lang w:val="ro-RO"/>
              </w:rPr>
              <w:t>:00</w:t>
            </w:r>
          </w:p>
        </w:tc>
      </w:tr>
      <w:tr w:rsidR="00443DBD" w:rsidRPr="00C92E8B" w14:paraId="5AEBCE6E" w14:textId="77777777" w:rsidTr="00DF5DE8">
        <w:trPr>
          <w:trHeight w:val="340"/>
          <w:jc w:val="center"/>
        </w:trPr>
        <w:tc>
          <w:tcPr>
            <w:tcW w:w="637" w:type="dxa"/>
            <w:vAlign w:val="center"/>
          </w:tcPr>
          <w:p w14:paraId="6DE52AEC" w14:textId="77777777" w:rsidR="00443DBD" w:rsidRPr="00C92E8B" w:rsidRDefault="00443DBD" w:rsidP="00766E9F">
            <w:pPr>
              <w:spacing w:after="0"/>
              <w:rPr>
                <w:rFonts w:cs="Times New Roman"/>
                <w:lang w:val="ro-RO"/>
              </w:rPr>
            </w:pPr>
            <w:r>
              <w:rPr>
                <w:rFonts w:cs="Times New Roman"/>
                <w:lang w:val="ro-RO"/>
              </w:rPr>
              <w:t>10</w:t>
            </w:r>
          </w:p>
        </w:tc>
        <w:tc>
          <w:tcPr>
            <w:tcW w:w="6243" w:type="dxa"/>
            <w:vAlign w:val="center"/>
          </w:tcPr>
          <w:p w14:paraId="0BACA124" w14:textId="77777777" w:rsidR="00443DBD" w:rsidRPr="00C92E8B" w:rsidRDefault="00443DBD" w:rsidP="00766E9F">
            <w:pPr>
              <w:spacing w:after="0"/>
              <w:rPr>
                <w:rFonts w:cs="Times New Roman"/>
                <w:lang w:val="ro-RO"/>
              </w:rPr>
            </w:pPr>
            <w:r w:rsidRPr="00C92E8B">
              <w:rPr>
                <w:rFonts w:cs="Times New Roman"/>
                <w:lang w:val="ro-RO"/>
              </w:rPr>
              <w:t xml:space="preserve">Afișarea rezultatelor soluționării contestațiilor </w:t>
            </w:r>
            <w:r>
              <w:rPr>
                <w:rFonts w:cs="Times New Roman"/>
                <w:lang w:val="ro-RO"/>
              </w:rPr>
              <w:t>la proba scrisă</w:t>
            </w:r>
          </w:p>
        </w:tc>
        <w:tc>
          <w:tcPr>
            <w:tcW w:w="2971" w:type="dxa"/>
            <w:vAlign w:val="center"/>
          </w:tcPr>
          <w:p w14:paraId="78AE89DD" w14:textId="1AF2E1D5" w:rsidR="00443DBD" w:rsidRPr="008B2E57" w:rsidRDefault="000E06CA" w:rsidP="00766E9F">
            <w:pPr>
              <w:spacing w:after="0"/>
              <w:rPr>
                <w:rFonts w:cs="Times New Roman"/>
                <w:lang w:val="ro-RO"/>
              </w:rPr>
            </w:pPr>
            <w:r>
              <w:rPr>
                <w:rFonts w:cs="Times New Roman"/>
                <w:lang w:val="ro-RO"/>
              </w:rPr>
              <w:t>22</w:t>
            </w:r>
            <w:r w:rsidR="001161C8">
              <w:rPr>
                <w:rFonts w:cs="Times New Roman"/>
                <w:lang w:val="ro-RO"/>
              </w:rPr>
              <w:t xml:space="preserve">.10.2026, </w:t>
            </w:r>
            <w:r w:rsidR="00443DBD" w:rsidRPr="008B2E57">
              <w:rPr>
                <w:rFonts w:cs="Times New Roman"/>
                <w:lang w:val="ro-RO"/>
              </w:rPr>
              <w:t>ora 15:00</w:t>
            </w:r>
          </w:p>
        </w:tc>
      </w:tr>
      <w:tr w:rsidR="00443DBD" w:rsidRPr="00C92E8B" w14:paraId="699C8C8A" w14:textId="77777777" w:rsidTr="00DF5DE8">
        <w:trPr>
          <w:trHeight w:val="340"/>
          <w:jc w:val="center"/>
        </w:trPr>
        <w:tc>
          <w:tcPr>
            <w:tcW w:w="637" w:type="dxa"/>
            <w:vAlign w:val="center"/>
          </w:tcPr>
          <w:p w14:paraId="235B4893" w14:textId="77777777" w:rsidR="00443DBD" w:rsidRPr="00C92E8B" w:rsidRDefault="00443DBD" w:rsidP="00766E9F">
            <w:pPr>
              <w:spacing w:after="0"/>
              <w:rPr>
                <w:rFonts w:cs="Times New Roman"/>
                <w:lang w:val="ro-RO"/>
              </w:rPr>
            </w:pPr>
            <w:r>
              <w:rPr>
                <w:rFonts w:cs="Times New Roman"/>
                <w:lang w:val="ro-RO"/>
              </w:rPr>
              <w:t>11</w:t>
            </w:r>
          </w:p>
        </w:tc>
        <w:tc>
          <w:tcPr>
            <w:tcW w:w="6243" w:type="dxa"/>
            <w:vAlign w:val="center"/>
          </w:tcPr>
          <w:p w14:paraId="7FFBF77B" w14:textId="77777777" w:rsidR="00443DBD" w:rsidRPr="00A64997" w:rsidRDefault="00443DBD" w:rsidP="00766E9F">
            <w:pPr>
              <w:spacing w:after="0"/>
              <w:rPr>
                <w:rFonts w:cs="Times New Roman"/>
                <w:b/>
                <w:lang w:val="ro-RO"/>
              </w:rPr>
            </w:pPr>
            <w:r w:rsidRPr="00A64997">
              <w:rPr>
                <w:rFonts w:cs="Times New Roman"/>
                <w:b/>
                <w:lang w:val="ro-RO"/>
              </w:rPr>
              <w:t>Interviu</w:t>
            </w:r>
          </w:p>
        </w:tc>
        <w:tc>
          <w:tcPr>
            <w:tcW w:w="2971" w:type="dxa"/>
            <w:vAlign w:val="center"/>
          </w:tcPr>
          <w:p w14:paraId="00521FDA" w14:textId="7CB9F1AE" w:rsidR="00443DBD" w:rsidRPr="00A64997" w:rsidRDefault="000E06CA" w:rsidP="00766E9F">
            <w:pPr>
              <w:spacing w:after="0"/>
              <w:rPr>
                <w:rFonts w:cs="Times New Roman"/>
                <w:b/>
                <w:lang w:val="ro-RO"/>
              </w:rPr>
            </w:pPr>
            <w:r>
              <w:rPr>
                <w:rFonts w:cs="Times New Roman"/>
                <w:b/>
                <w:lang w:val="ro-RO"/>
              </w:rPr>
              <w:t>2</w:t>
            </w:r>
            <w:r w:rsidR="008F5147">
              <w:rPr>
                <w:rFonts w:cs="Times New Roman"/>
                <w:b/>
                <w:lang w:val="ro-RO"/>
              </w:rPr>
              <w:t>6</w:t>
            </w:r>
            <w:r w:rsidR="00443DBD" w:rsidRPr="00A64997">
              <w:rPr>
                <w:rFonts w:cs="Times New Roman"/>
                <w:b/>
                <w:lang w:val="ro-RO"/>
              </w:rPr>
              <w:t xml:space="preserve">.10.2026, ora </w:t>
            </w:r>
            <w:r w:rsidR="00F175DB">
              <w:rPr>
                <w:rFonts w:cs="Times New Roman"/>
                <w:b/>
                <w:lang w:val="ro-RO"/>
              </w:rPr>
              <w:t>11</w:t>
            </w:r>
            <w:r w:rsidR="00443DBD" w:rsidRPr="00A64997">
              <w:rPr>
                <w:rFonts w:cs="Times New Roman"/>
                <w:b/>
                <w:lang w:val="ro-RO"/>
              </w:rPr>
              <w:t>:00</w:t>
            </w:r>
          </w:p>
        </w:tc>
      </w:tr>
      <w:tr w:rsidR="00443DBD" w:rsidRPr="00C92E8B" w14:paraId="7162AD11" w14:textId="77777777" w:rsidTr="00DF5DE8">
        <w:trPr>
          <w:trHeight w:val="340"/>
          <w:jc w:val="center"/>
        </w:trPr>
        <w:tc>
          <w:tcPr>
            <w:tcW w:w="637" w:type="dxa"/>
            <w:vAlign w:val="center"/>
          </w:tcPr>
          <w:p w14:paraId="35C879A1" w14:textId="77777777" w:rsidR="00443DBD" w:rsidRPr="00C92E8B" w:rsidRDefault="00443DBD" w:rsidP="00766E9F">
            <w:pPr>
              <w:spacing w:after="0"/>
              <w:rPr>
                <w:rFonts w:cs="Times New Roman"/>
                <w:lang w:val="ro-RO"/>
              </w:rPr>
            </w:pPr>
            <w:r>
              <w:rPr>
                <w:rFonts w:cs="Times New Roman"/>
                <w:lang w:val="ro-RO"/>
              </w:rPr>
              <w:t>12</w:t>
            </w:r>
          </w:p>
        </w:tc>
        <w:tc>
          <w:tcPr>
            <w:tcW w:w="6243" w:type="dxa"/>
            <w:vAlign w:val="center"/>
          </w:tcPr>
          <w:p w14:paraId="66EEE223" w14:textId="77777777" w:rsidR="00443DBD" w:rsidRPr="00C92E8B" w:rsidRDefault="00443DBD" w:rsidP="00766E9F">
            <w:pPr>
              <w:spacing w:after="0"/>
              <w:rPr>
                <w:rFonts w:cs="Times New Roman"/>
                <w:lang w:val="ro-RO"/>
              </w:rPr>
            </w:pPr>
            <w:r w:rsidRPr="00C92E8B">
              <w:rPr>
                <w:rFonts w:cs="Times New Roman"/>
                <w:lang w:val="ro-RO"/>
              </w:rPr>
              <w:t>Afișarea rezultatelor interviului</w:t>
            </w:r>
          </w:p>
        </w:tc>
        <w:tc>
          <w:tcPr>
            <w:tcW w:w="2971" w:type="dxa"/>
            <w:vAlign w:val="center"/>
          </w:tcPr>
          <w:p w14:paraId="756651F2" w14:textId="47F7E0AB" w:rsidR="00443DBD" w:rsidRPr="008B2E57" w:rsidRDefault="000E06CA" w:rsidP="00766E9F">
            <w:pPr>
              <w:spacing w:after="0"/>
              <w:rPr>
                <w:rFonts w:cs="Times New Roman"/>
                <w:lang w:val="ro-RO"/>
              </w:rPr>
            </w:pPr>
            <w:r>
              <w:rPr>
                <w:rFonts w:cs="Times New Roman"/>
                <w:lang w:val="ro-RO"/>
              </w:rPr>
              <w:t>2</w:t>
            </w:r>
            <w:r w:rsidR="008F5147">
              <w:rPr>
                <w:rFonts w:cs="Times New Roman"/>
                <w:lang w:val="ro-RO"/>
              </w:rPr>
              <w:t>7</w:t>
            </w:r>
            <w:r w:rsidR="00BF0925">
              <w:rPr>
                <w:rFonts w:cs="Times New Roman"/>
                <w:lang w:val="ro-RO"/>
              </w:rPr>
              <w:t xml:space="preserve">.10.2026, </w:t>
            </w:r>
            <w:r w:rsidR="00443DBD" w:rsidRPr="008B2E57">
              <w:rPr>
                <w:rFonts w:cs="Times New Roman"/>
                <w:lang w:val="ro-RO"/>
              </w:rPr>
              <w:t>ora 15:00</w:t>
            </w:r>
          </w:p>
        </w:tc>
      </w:tr>
      <w:tr w:rsidR="00443DBD" w:rsidRPr="00C92E8B" w14:paraId="7592263A" w14:textId="77777777" w:rsidTr="00DF5DE8">
        <w:trPr>
          <w:trHeight w:val="340"/>
          <w:jc w:val="center"/>
        </w:trPr>
        <w:tc>
          <w:tcPr>
            <w:tcW w:w="637" w:type="dxa"/>
            <w:vAlign w:val="center"/>
          </w:tcPr>
          <w:p w14:paraId="719664A0" w14:textId="77777777" w:rsidR="00443DBD" w:rsidRPr="00C92E8B" w:rsidRDefault="00443DBD" w:rsidP="00766E9F">
            <w:pPr>
              <w:spacing w:after="0"/>
              <w:rPr>
                <w:rFonts w:cs="Times New Roman"/>
                <w:lang w:val="ro-RO"/>
              </w:rPr>
            </w:pPr>
            <w:r>
              <w:rPr>
                <w:rFonts w:cs="Times New Roman"/>
                <w:lang w:val="ro-RO"/>
              </w:rPr>
              <w:t>13</w:t>
            </w:r>
          </w:p>
        </w:tc>
        <w:tc>
          <w:tcPr>
            <w:tcW w:w="6243" w:type="dxa"/>
            <w:vAlign w:val="center"/>
          </w:tcPr>
          <w:p w14:paraId="319F4D48" w14:textId="77777777" w:rsidR="00443DBD" w:rsidRPr="00C92E8B" w:rsidRDefault="00443DBD" w:rsidP="00766E9F">
            <w:pPr>
              <w:spacing w:after="0"/>
              <w:rPr>
                <w:rFonts w:cs="Times New Roman"/>
                <w:lang w:val="ro-RO"/>
              </w:rPr>
            </w:pPr>
            <w:r w:rsidRPr="00C92E8B">
              <w:rPr>
                <w:rFonts w:cs="Times New Roman"/>
                <w:lang w:val="ro-RO"/>
              </w:rPr>
              <w:t>Termenul pentru depunerea contestațiilor la interviu</w:t>
            </w:r>
          </w:p>
        </w:tc>
        <w:tc>
          <w:tcPr>
            <w:tcW w:w="2971" w:type="dxa"/>
            <w:vAlign w:val="center"/>
          </w:tcPr>
          <w:p w14:paraId="47648013" w14:textId="52E68418" w:rsidR="00443DBD" w:rsidRPr="008B2E57" w:rsidRDefault="00443DBD" w:rsidP="00766E9F">
            <w:pPr>
              <w:spacing w:after="0"/>
              <w:rPr>
                <w:rFonts w:cs="Times New Roman"/>
                <w:lang w:val="ro-RO"/>
              </w:rPr>
            </w:pPr>
            <w:r>
              <w:rPr>
                <w:rFonts w:cs="Times New Roman"/>
                <w:lang w:val="ro-RO"/>
              </w:rPr>
              <w:t>2</w:t>
            </w:r>
            <w:r w:rsidR="008F5147">
              <w:rPr>
                <w:rFonts w:cs="Times New Roman"/>
                <w:lang w:val="ro-RO"/>
              </w:rPr>
              <w:t>8</w:t>
            </w:r>
            <w:r w:rsidR="00BF0925">
              <w:rPr>
                <w:rFonts w:cs="Times New Roman"/>
                <w:lang w:val="ro-RO"/>
              </w:rPr>
              <w:t xml:space="preserve">.10.2026, </w:t>
            </w:r>
            <w:r w:rsidR="00E56781">
              <w:rPr>
                <w:rFonts w:cs="Times New Roman"/>
                <w:lang w:val="ro-RO"/>
              </w:rPr>
              <w:t>ora 1</w:t>
            </w:r>
            <w:r w:rsidR="006B3146">
              <w:rPr>
                <w:rFonts w:cs="Times New Roman"/>
                <w:lang w:val="ro-RO"/>
              </w:rPr>
              <w:t>3</w:t>
            </w:r>
            <w:r w:rsidRPr="008B2E57">
              <w:rPr>
                <w:rFonts w:cs="Times New Roman"/>
                <w:lang w:val="ro-RO"/>
              </w:rPr>
              <w:t>:00</w:t>
            </w:r>
          </w:p>
        </w:tc>
      </w:tr>
      <w:tr w:rsidR="00443DBD" w:rsidRPr="00C92E8B" w14:paraId="11343017" w14:textId="77777777" w:rsidTr="00DF5DE8">
        <w:trPr>
          <w:trHeight w:val="340"/>
          <w:jc w:val="center"/>
        </w:trPr>
        <w:tc>
          <w:tcPr>
            <w:tcW w:w="637" w:type="dxa"/>
            <w:vAlign w:val="center"/>
          </w:tcPr>
          <w:p w14:paraId="02D16A4C" w14:textId="77777777" w:rsidR="00443DBD" w:rsidRPr="00C92E8B" w:rsidRDefault="00443DBD" w:rsidP="00766E9F">
            <w:pPr>
              <w:spacing w:after="0"/>
              <w:rPr>
                <w:rFonts w:cs="Times New Roman"/>
                <w:lang w:val="ro-RO"/>
              </w:rPr>
            </w:pPr>
            <w:r>
              <w:rPr>
                <w:rFonts w:cs="Times New Roman"/>
                <w:lang w:val="ro-RO"/>
              </w:rPr>
              <w:t>14</w:t>
            </w:r>
          </w:p>
        </w:tc>
        <w:tc>
          <w:tcPr>
            <w:tcW w:w="6243" w:type="dxa"/>
            <w:vAlign w:val="center"/>
          </w:tcPr>
          <w:p w14:paraId="36E79663" w14:textId="77777777" w:rsidR="00443DBD" w:rsidRPr="00C92E8B" w:rsidRDefault="00443DBD" w:rsidP="00766E9F">
            <w:pPr>
              <w:spacing w:after="0"/>
              <w:rPr>
                <w:rFonts w:cs="Times New Roman"/>
                <w:lang w:val="ro-RO"/>
              </w:rPr>
            </w:pPr>
            <w:r w:rsidRPr="00C92E8B">
              <w:rPr>
                <w:rFonts w:cs="Times New Roman"/>
                <w:lang w:val="ro-RO"/>
              </w:rPr>
              <w:t>Afișarea rezultatelor soluționării contestațiilor la interviu</w:t>
            </w:r>
          </w:p>
        </w:tc>
        <w:tc>
          <w:tcPr>
            <w:tcW w:w="2971" w:type="dxa"/>
            <w:vAlign w:val="center"/>
          </w:tcPr>
          <w:p w14:paraId="6D813752" w14:textId="26170F7D" w:rsidR="00443DBD" w:rsidRPr="008B2E57" w:rsidRDefault="00443DBD" w:rsidP="00766E9F">
            <w:pPr>
              <w:spacing w:after="0"/>
              <w:rPr>
                <w:rFonts w:cs="Times New Roman"/>
                <w:lang w:val="ro-RO"/>
              </w:rPr>
            </w:pPr>
            <w:r>
              <w:rPr>
                <w:rFonts w:cs="Times New Roman"/>
                <w:lang w:val="ro-RO"/>
              </w:rPr>
              <w:t>2</w:t>
            </w:r>
            <w:r w:rsidR="008F5147">
              <w:rPr>
                <w:rFonts w:cs="Times New Roman"/>
                <w:lang w:val="ro-RO"/>
              </w:rPr>
              <w:t>9</w:t>
            </w:r>
            <w:r w:rsidR="00BF0925">
              <w:rPr>
                <w:rFonts w:cs="Times New Roman"/>
                <w:lang w:val="ro-RO"/>
              </w:rPr>
              <w:t>.10.2026, ora 15</w:t>
            </w:r>
            <w:r w:rsidRPr="008B2E57">
              <w:rPr>
                <w:rFonts w:cs="Times New Roman"/>
                <w:lang w:val="ro-RO"/>
              </w:rPr>
              <w:t>:00</w:t>
            </w:r>
          </w:p>
        </w:tc>
      </w:tr>
      <w:tr w:rsidR="00443DBD" w:rsidRPr="00C92E8B" w14:paraId="69381C1D" w14:textId="77777777" w:rsidTr="00DF5DE8">
        <w:trPr>
          <w:trHeight w:val="340"/>
          <w:jc w:val="center"/>
        </w:trPr>
        <w:tc>
          <w:tcPr>
            <w:tcW w:w="637" w:type="dxa"/>
            <w:vAlign w:val="center"/>
          </w:tcPr>
          <w:p w14:paraId="1A259A08" w14:textId="77777777" w:rsidR="00443DBD" w:rsidRPr="00C92E8B" w:rsidRDefault="00443DBD" w:rsidP="00766E9F">
            <w:pPr>
              <w:spacing w:after="0"/>
              <w:rPr>
                <w:rFonts w:cs="Times New Roman"/>
                <w:lang w:val="ro-RO"/>
              </w:rPr>
            </w:pPr>
            <w:r>
              <w:rPr>
                <w:rFonts w:cs="Times New Roman"/>
                <w:lang w:val="ro-RO"/>
              </w:rPr>
              <w:t>15</w:t>
            </w:r>
          </w:p>
        </w:tc>
        <w:tc>
          <w:tcPr>
            <w:tcW w:w="6243" w:type="dxa"/>
            <w:vAlign w:val="center"/>
          </w:tcPr>
          <w:p w14:paraId="2F92D6CF" w14:textId="77777777" w:rsidR="00443DBD" w:rsidRPr="00A64997" w:rsidRDefault="00443DBD" w:rsidP="00766E9F">
            <w:pPr>
              <w:spacing w:after="0"/>
              <w:rPr>
                <w:rFonts w:cs="Times New Roman"/>
                <w:b/>
                <w:lang w:val="ro-RO"/>
              </w:rPr>
            </w:pPr>
            <w:r w:rsidRPr="00A64997">
              <w:rPr>
                <w:rFonts w:cs="Times New Roman"/>
                <w:b/>
                <w:lang w:val="ro-RO"/>
              </w:rPr>
              <w:t>Afișarea rezultatelor finale ale concursului</w:t>
            </w:r>
          </w:p>
        </w:tc>
        <w:tc>
          <w:tcPr>
            <w:tcW w:w="2971" w:type="dxa"/>
            <w:vAlign w:val="center"/>
          </w:tcPr>
          <w:p w14:paraId="2F479BFE" w14:textId="0C0B20CC" w:rsidR="00443DBD" w:rsidRPr="00A64997" w:rsidRDefault="008F5147" w:rsidP="00766E9F">
            <w:pPr>
              <w:spacing w:after="0"/>
              <w:rPr>
                <w:rFonts w:cs="Times New Roman"/>
                <w:b/>
                <w:lang w:val="ro-RO"/>
              </w:rPr>
            </w:pPr>
            <w:r>
              <w:rPr>
                <w:rFonts w:cs="Times New Roman"/>
                <w:b/>
                <w:lang w:val="ro-RO"/>
              </w:rPr>
              <w:t>30</w:t>
            </w:r>
            <w:r w:rsidR="003655D5" w:rsidRPr="00A64997">
              <w:rPr>
                <w:rFonts w:cs="Times New Roman"/>
                <w:b/>
                <w:lang w:val="ro-RO"/>
              </w:rPr>
              <w:t>.10.2026, ora 15</w:t>
            </w:r>
            <w:r w:rsidR="00443DBD" w:rsidRPr="00A64997">
              <w:rPr>
                <w:rFonts w:cs="Times New Roman"/>
                <w:b/>
                <w:lang w:val="ro-RO"/>
              </w:rPr>
              <w:t>:00</w:t>
            </w:r>
          </w:p>
        </w:tc>
      </w:tr>
    </w:tbl>
    <w:p w14:paraId="289B7142" w14:textId="77777777" w:rsidR="00443DBD" w:rsidRDefault="00443DBD" w:rsidP="007D78AE">
      <w:pPr>
        <w:spacing w:after="0"/>
        <w:rPr>
          <w:rFonts w:cs="Times New Roman"/>
          <w:lang w:val="ro-RO"/>
        </w:rPr>
      </w:pPr>
    </w:p>
    <w:p w14:paraId="6E54B9F4" w14:textId="77777777" w:rsidR="005451A8" w:rsidRPr="00C92E8B" w:rsidRDefault="00A64997" w:rsidP="00FF1E48">
      <w:pPr>
        <w:pStyle w:val="Heading1"/>
        <w:spacing w:before="0"/>
        <w:rPr>
          <w:rFonts w:ascii="Times New Roman" w:hAnsi="Times New Roman" w:cs="Times New Roman"/>
          <w:lang w:val="ro-RO"/>
        </w:rPr>
      </w:pPr>
      <w:r>
        <w:rPr>
          <w:rFonts w:ascii="Times New Roman" w:hAnsi="Times New Roman" w:cs="Times New Roman"/>
          <w:lang w:val="ro-RO"/>
        </w:rPr>
        <w:t>6</w:t>
      </w:r>
      <w:r w:rsidR="00213E01" w:rsidRPr="00C92E8B">
        <w:rPr>
          <w:rFonts w:ascii="Times New Roman" w:hAnsi="Times New Roman" w:cs="Times New Roman"/>
          <w:lang w:val="ro-RO"/>
        </w:rPr>
        <w:t>. Etapele și probele concursului</w:t>
      </w:r>
    </w:p>
    <w:p w14:paraId="436EC2B2" w14:textId="77777777" w:rsidR="005451A8" w:rsidRPr="00C92E8B" w:rsidRDefault="00213E01" w:rsidP="007D78AE">
      <w:pPr>
        <w:spacing w:after="0"/>
        <w:rPr>
          <w:rFonts w:cs="Times New Roman"/>
          <w:lang w:val="ro-RO"/>
        </w:rPr>
      </w:pPr>
      <w:r w:rsidRPr="00C92E8B">
        <w:rPr>
          <w:rFonts w:cs="Times New Roman"/>
          <w:lang w:val="ro-RO"/>
        </w:rPr>
        <w:t>Concursul cuprinde următoarele etape, fiecare probă fiind eliminatorie:</w:t>
      </w:r>
    </w:p>
    <w:p w14:paraId="0B3006A7" w14:textId="77777777" w:rsidR="005451A8" w:rsidRPr="00C92E8B" w:rsidRDefault="00213E01" w:rsidP="007D78AE">
      <w:pPr>
        <w:spacing w:after="0"/>
        <w:ind w:left="198" w:hanging="198"/>
        <w:rPr>
          <w:rFonts w:cs="Times New Roman"/>
          <w:lang w:val="ro-RO"/>
        </w:rPr>
      </w:pPr>
      <w:r w:rsidRPr="00C92E8B">
        <w:rPr>
          <w:rFonts w:cs="Times New Roman"/>
          <w:lang w:val="ro-RO"/>
        </w:rPr>
        <w:t>1.  selecția dosarelor de înscriere;</w:t>
      </w:r>
    </w:p>
    <w:p w14:paraId="4C7BDBEE" w14:textId="77777777" w:rsidR="00D650F7" w:rsidRDefault="00213E01" w:rsidP="007D78AE">
      <w:pPr>
        <w:spacing w:after="0"/>
        <w:ind w:left="198" w:hanging="198"/>
        <w:rPr>
          <w:rFonts w:cs="Times New Roman"/>
          <w:lang w:val="ro-RO"/>
        </w:rPr>
      </w:pPr>
      <w:r w:rsidRPr="00C92E8B">
        <w:rPr>
          <w:rFonts w:cs="Times New Roman"/>
          <w:lang w:val="ro-RO"/>
        </w:rPr>
        <w:t>2.  probă scr</w:t>
      </w:r>
      <w:r w:rsidR="00D650F7">
        <w:rPr>
          <w:rFonts w:cs="Times New Roman"/>
          <w:lang w:val="ro-RO"/>
        </w:rPr>
        <w:t>isă;</w:t>
      </w:r>
    </w:p>
    <w:p w14:paraId="46B11A31" w14:textId="77777777" w:rsidR="005451A8" w:rsidRPr="00C92E8B" w:rsidRDefault="00213E01" w:rsidP="007D78AE">
      <w:pPr>
        <w:spacing w:after="0"/>
        <w:ind w:left="198" w:hanging="198"/>
        <w:rPr>
          <w:rFonts w:cs="Times New Roman"/>
          <w:lang w:val="ro-RO"/>
        </w:rPr>
      </w:pPr>
      <w:r w:rsidRPr="00C92E8B">
        <w:rPr>
          <w:rFonts w:cs="Times New Roman"/>
          <w:lang w:val="ro-RO"/>
        </w:rPr>
        <w:t>3.  interviu pentru candidații declarați admiș</w:t>
      </w:r>
      <w:r w:rsidR="00D650F7">
        <w:rPr>
          <w:rFonts w:cs="Times New Roman"/>
          <w:lang w:val="ro-RO"/>
        </w:rPr>
        <w:t>i la proba scrisă</w:t>
      </w:r>
      <w:r w:rsidRPr="00C92E8B">
        <w:rPr>
          <w:rFonts w:cs="Times New Roman"/>
          <w:lang w:val="ro-RO"/>
        </w:rPr>
        <w:t>.</w:t>
      </w:r>
    </w:p>
    <w:p w14:paraId="1346B6C0" w14:textId="518F95EF" w:rsidR="00A64997" w:rsidRDefault="00A64997" w:rsidP="008F15F1">
      <w:pPr>
        <w:spacing w:after="0"/>
        <w:jc w:val="both"/>
        <w:rPr>
          <w:rFonts w:cs="Times New Roman"/>
          <w:lang w:val="ro-RO"/>
        </w:rPr>
      </w:pPr>
      <w:r w:rsidRPr="00C92E8B">
        <w:rPr>
          <w:rFonts w:cs="Times New Roman"/>
          <w:lang w:val="ro-RO"/>
        </w:rPr>
        <w:t xml:space="preserve">Pentru fiecare probă, candidații trebuie să obțină minimum </w:t>
      </w:r>
      <w:r w:rsidR="001F058A">
        <w:rPr>
          <w:rFonts w:cs="Times New Roman"/>
          <w:lang w:val="ro-RO"/>
        </w:rPr>
        <w:t>70</w:t>
      </w:r>
      <w:r w:rsidRPr="00C92E8B">
        <w:rPr>
          <w:rFonts w:cs="Times New Roman"/>
          <w:lang w:val="ro-RO"/>
        </w:rPr>
        <w:t xml:space="preserve"> de puncte pentru a participa la proba următoare. Punctajul final se calculează ca medie aritmetică a punctajelor obținut</w:t>
      </w:r>
      <w:r>
        <w:rPr>
          <w:rFonts w:cs="Times New Roman"/>
          <w:lang w:val="ro-RO"/>
        </w:rPr>
        <w:t>e la proba scrisă și la interviu</w:t>
      </w:r>
      <w:r w:rsidRPr="00C92E8B">
        <w:rPr>
          <w:rFonts w:cs="Times New Roman"/>
          <w:lang w:val="ro-RO"/>
        </w:rPr>
        <w:t>.</w:t>
      </w:r>
    </w:p>
    <w:p w14:paraId="1ADD9B46" w14:textId="77777777" w:rsidR="00443DBD" w:rsidRPr="00C92E8B" w:rsidRDefault="00443DBD" w:rsidP="007D78AE">
      <w:pPr>
        <w:spacing w:after="0"/>
        <w:rPr>
          <w:rFonts w:cs="Times New Roman"/>
          <w:lang w:val="ro-RO"/>
        </w:rPr>
      </w:pPr>
    </w:p>
    <w:p w14:paraId="429A96C2" w14:textId="77777777" w:rsidR="005451A8" w:rsidRPr="00C92E8B" w:rsidRDefault="00213E01" w:rsidP="002F4F32">
      <w:pPr>
        <w:pStyle w:val="Heading1"/>
        <w:spacing w:before="0"/>
        <w:rPr>
          <w:rFonts w:ascii="Times New Roman" w:hAnsi="Times New Roman" w:cs="Times New Roman"/>
          <w:lang w:val="ro-RO"/>
        </w:rPr>
      </w:pPr>
      <w:r w:rsidRPr="00C92E8B">
        <w:rPr>
          <w:rFonts w:ascii="Times New Roman" w:hAnsi="Times New Roman" w:cs="Times New Roman"/>
          <w:lang w:val="ro-RO"/>
        </w:rPr>
        <w:t>7. Informații finale</w:t>
      </w:r>
    </w:p>
    <w:p w14:paraId="3F967182" w14:textId="77777777" w:rsidR="00A64997" w:rsidRDefault="00213E01" w:rsidP="00F425D0">
      <w:pPr>
        <w:spacing w:after="0"/>
        <w:jc w:val="both"/>
        <w:rPr>
          <w:rFonts w:cs="Times New Roman"/>
          <w:lang w:val="ro-RO"/>
        </w:rPr>
      </w:pPr>
      <w:r w:rsidRPr="00C92E8B">
        <w:rPr>
          <w:rFonts w:cs="Times New Roman"/>
          <w:lang w:val="ro-RO"/>
        </w:rPr>
        <w:t xml:space="preserve">Rezultatele etapelor concursului se afișează la sediul și pe pagina de internet a </w:t>
      </w:r>
      <w:r w:rsidR="0086706E">
        <w:rPr>
          <w:rFonts w:cs="Times New Roman"/>
          <w:lang w:val="ro-RO"/>
        </w:rPr>
        <w:t>Teatrului „Luceafărul</w:t>
      </w:r>
      <w:r w:rsidRPr="00C92E8B">
        <w:rPr>
          <w:rFonts w:cs="Times New Roman"/>
          <w:lang w:val="ro-RO"/>
        </w:rPr>
        <w:t xml:space="preserve">” Iași. </w:t>
      </w:r>
    </w:p>
    <w:p w14:paraId="098D6AB0" w14:textId="77777777" w:rsidR="005451A8" w:rsidRPr="00C92E8B" w:rsidRDefault="00213E01" w:rsidP="00F425D0">
      <w:pPr>
        <w:spacing w:after="0"/>
        <w:jc w:val="both"/>
        <w:rPr>
          <w:rFonts w:cs="Times New Roman"/>
          <w:lang w:val="ro-RO"/>
        </w:rPr>
      </w:pPr>
      <w:r w:rsidRPr="00C92E8B">
        <w:rPr>
          <w:rFonts w:cs="Times New Roman"/>
          <w:lang w:val="ro-RO"/>
        </w:rPr>
        <w:t>Contestațiile se depun la secretariatul unității, în termenele indicate în calendar.</w:t>
      </w:r>
    </w:p>
    <w:p w14:paraId="114288FA" w14:textId="77777777" w:rsidR="00A31C2B" w:rsidRDefault="00213E01" w:rsidP="00F425D0">
      <w:pPr>
        <w:spacing w:after="0"/>
        <w:jc w:val="both"/>
        <w:rPr>
          <w:rFonts w:cs="Times New Roman"/>
          <w:lang w:val="ro-RO"/>
        </w:rPr>
      </w:pPr>
      <w:r w:rsidRPr="00C92E8B">
        <w:rPr>
          <w:rFonts w:cs="Times New Roman"/>
          <w:lang w:val="ro-RO"/>
        </w:rPr>
        <w:t xml:space="preserve">Detalii despre concurs sunt publicate </w:t>
      </w:r>
      <w:r w:rsidR="00F425D0">
        <w:rPr>
          <w:rFonts w:cs="Times New Roman"/>
          <w:lang w:val="ro-RO"/>
        </w:rPr>
        <w:t>pe</w:t>
      </w:r>
      <w:r w:rsidRPr="00C92E8B">
        <w:rPr>
          <w:rFonts w:cs="Times New Roman"/>
          <w:lang w:val="ro-RO"/>
        </w:rPr>
        <w:t xml:space="preserve"> </w:t>
      </w:r>
      <w:hyperlink r:id="rId9" w:history="1">
        <w:r w:rsidR="00F425D0" w:rsidRPr="00CE217F">
          <w:rPr>
            <w:rStyle w:val="Hyperlink"/>
            <w:rFonts w:cs="Times New Roman"/>
            <w:lang w:val="ro-RO"/>
          </w:rPr>
          <w:t>https://luceafarul-theatre.ro/</w:t>
        </w:r>
      </w:hyperlink>
      <w:r w:rsidR="00F425D0">
        <w:rPr>
          <w:rFonts w:cs="Times New Roman"/>
          <w:lang w:val="ro-RO"/>
        </w:rPr>
        <w:t xml:space="preserve">. </w:t>
      </w:r>
    </w:p>
    <w:p w14:paraId="408DAAA6" w14:textId="77777777" w:rsidR="005451A8" w:rsidRDefault="00213E01" w:rsidP="00F425D0">
      <w:pPr>
        <w:spacing w:after="0"/>
        <w:jc w:val="both"/>
        <w:rPr>
          <w:rFonts w:cs="Times New Roman"/>
          <w:lang w:val="ro-RO"/>
        </w:rPr>
      </w:pPr>
      <w:r w:rsidRPr="00C92E8B">
        <w:rPr>
          <w:rFonts w:cs="Times New Roman"/>
          <w:lang w:val="ro-RO"/>
        </w:rPr>
        <w:t>Relați</w:t>
      </w:r>
      <w:r w:rsidR="00A31C2B">
        <w:rPr>
          <w:rFonts w:cs="Times New Roman"/>
          <w:lang w:val="ro-RO"/>
        </w:rPr>
        <w:t xml:space="preserve">i suplimentare se pot obține la </w:t>
      </w:r>
      <w:r w:rsidRPr="00C92E8B">
        <w:rPr>
          <w:rFonts w:cs="Times New Roman"/>
          <w:lang w:val="ro-RO"/>
        </w:rPr>
        <w:t xml:space="preserve">sediul </w:t>
      </w:r>
      <w:r w:rsidR="0086706E">
        <w:rPr>
          <w:rFonts w:cs="Times New Roman"/>
          <w:lang w:val="ro-RO"/>
        </w:rPr>
        <w:t>teatrului</w:t>
      </w:r>
      <w:r w:rsidR="00813BC8">
        <w:rPr>
          <w:rFonts w:cs="Times New Roman"/>
          <w:lang w:val="ro-RO"/>
        </w:rPr>
        <w:t>, la numărul</w:t>
      </w:r>
      <w:r w:rsidR="00A31C2B">
        <w:rPr>
          <w:rFonts w:cs="Times New Roman"/>
          <w:lang w:val="ro-RO"/>
        </w:rPr>
        <w:t xml:space="preserve"> de telefon 0232</w:t>
      </w:r>
      <w:r w:rsidR="00813BC8">
        <w:rPr>
          <w:rFonts w:cs="Times New Roman"/>
          <w:lang w:val="ro-RO"/>
        </w:rPr>
        <w:t>.</w:t>
      </w:r>
      <w:r w:rsidR="00A31C2B">
        <w:rPr>
          <w:rFonts w:cs="Times New Roman"/>
          <w:lang w:val="ro-RO"/>
        </w:rPr>
        <w:t>256022/int.16</w:t>
      </w:r>
      <w:r w:rsidRPr="00C92E8B">
        <w:rPr>
          <w:rFonts w:cs="Times New Roman"/>
          <w:lang w:val="ro-RO"/>
        </w:rPr>
        <w:t xml:space="preserve"> sau la adresa de e-mail </w:t>
      </w:r>
      <w:hyperlink r:id="rId10" w:history="1">
        <w:r w:rsidR="0086706E" w:rsidRPr="00CE217F">
          <w:rPr>
            <w:rStyle w:val="Hyperlink"/>
            <w:rFonts w:cs="Times New Roman"/>
            <w:lang w:val="ro-RO"/>
          </w:rPr>
          <w:t>teatrul_luceafarul@yahoo.com</w:t>
        </w:r>
      </w:hyperlink>
      <w:r w:rsidRPr="00C92E8B">
        <w:rPr>
          <w:rFonts w:cs="Times New Roman"/>
          <w:lang w:val="ro-RO"/>
        </w:rPr>
        <w:t>.</w:t>
      </w:r>
    </w:p>
    <w:p w14:paraId="15D87541" w14:textId="77777777" w:rsidR="0086706E" w:rsidRDefault="0086706E" w:rsidP="007D78AE">
      <w:pPr>
        <w:spacing w:after="0"/>
        <w:rPr>
          <w:rFonts w:cs="Times New Roman"/>
          <w:lang w:val="ro-RO"/>
        </w:rPr>
      </w:pPr>
    </w:p>
    <w:p w14:paraId="2C16F503" w14:textId="77777777" w:rsidR="0086706E" w:rsidRPr="00C92E8B" w:rsidRDefault="0086706E" w:rsidP="007D78AE">
      <w:pPr>
        <w:spacing w:after="0"/>
        <w:rPr>
          <w:rFonts w:cs="Times New Roman"/>
          <w:lang w:val="ro-RO"/>
        </w:rPr>
      </w:pPr>
    </w:p>
    <w:p w14:paraId="07C248FD" w14:textId="77777777" w:rsidR="005451A8" w:rsidRPr="00C92E8B" w:rsidRDefault="0086706E" w:rsidP="007D78AE">
      <w:pPr>
        <w:spacing w:after="0"/>
        <w:jc w:val="center"/>
        <w:rPr>
          <w:rFonts w:cs="Times New Roman"/>
          <w:lang w:val="ro-RO"/>
        </w:rPr>
      </w:pPr>
      <w:r>
        <w:rPr>
          <w:rFonts w:cs="Times New Roman"/>
          <w:b/>
          <w:lang w:val="ro-RO"/>
        </w:rPr>
        <w:t>MANAGER,</w:t>
      </w:r>
    </w:p>
    <w:p w14:paraId="4376BDAB" w14:textId="77777777" w:rsidR="005451A8" w:rsidRPr="00C92E8B" w:rsidRDefault="0086706E" w:rsidP="007D78AE">
      <w:pPr>
        <w:spacing w:after="0"/>
        <w:jc w:val="center"/>
        <w:rPr>
          <w:rFonts w:cs="Times New Roman"/>
          <w:lang w:val="ro-RO"/>
        </w:rPr>
      </w:pPr>
      <w:r>
        <w:rPr>
          <w:rFonts w:cs="Times New Roman"/>
          <w:b/>
          <w:lang w:val="ro-RO"/>
        </w:rPr>
        <w:t>OLTIȚA CÎNTEC</w:t>
      </w:r>
    </w:p>
    <w:p w14:paraId="3D5725F5" w14:textId="77777777" w:rsidR="005451A8" w:rsidRDefault="005451A8" w:rsidP="00901827">
      <w:pPr>
        <w:spacing w:after="0"/>
        <w:rPr>
          <w:rFonts w:cs="Times New Roman"/>
          <w:lang w:val="ro-RO"/>
        </w:rPr>
      </w:pPr>
    </w:p>
    <w:sectPr w:rsidR="005451A8" w:rsidSect="00CB02D7">
      <w:footerReference w:type="default" r:id="rId11"/>
      <w:pgSz w:w="11906" w:h="16838" w:code="9"/>
      <w:pgMar w:top="964"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46F52" w14:textId="77777777" w:rsidR="006C2AB6" w:rsidRDefault="006C2AB6">
      <w:pPr>
        <w:spacing w:after="0"/>
      </w:pPr>
      <w:r>
        <w:separator/>
      </w:r>
    </w:p>
  </w:endnote>
  <w:endnote w:type="continuationSeparator" w:id="0">
    <w:p w14:paraId="59C61377" w14:textId="77777777" w:rsidR="006C2AB6" w:rsidRDefault="006C2AB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ED178" w14:textId="77777777" w:rsidR="005451A8" w:rsidRDefault="00213E01">
    <w:pPr>
      <w:pStyle w:val="Footer"/>
      <w:jc w:val="center"/>
    </w:pPr>
    <w:r>
      <w:fldChar w:fldCharType="begin"/>
    </w:r>
    <w:r>
      <w:instrText>PAGE</w:instrText>
    </w:r>
    <w:r>
      <w:fldChar w:fldCharType="separate"/>
    </w:r>
    <w:r w:rsidR="00DF5DE8">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CB9B6" w14:textId="77777777" w:rsidR="006C2AB6" w:rsidRDefault="006C2AB6">
      <w:pPr>
        <w:spacing w:after="0"/>
      </w:pPr>
      <w:r>
        <w:separator/>
      </w:r>
    </w:p>
  </w:footnote>
  <w:footnote w:type="continuationSeparator" w:id="0">
    <w:p w14:paraId="6FB00983" w14:textId="77777777" w:rsidR="006C2AB6" w:rsidRDefault="006C2AB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7295FF6"/>
    <w:multiLevelType w:val="hybridMultilevel"/>
    <w:tmpl w:val="648CD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AB24BE"/>
    <w:multiLevelType w:val="hybridMultilevel"/>
    <w:tmpl w:val="46B29140"/>
    <w:lvl w:ilvl="0" w:tplc="08090001">
      <w:start w:val="1"/>
      <w:numFmt w:val="bullet"/>
      <w:lvlText w:val=""/>
      <w:lvlJc w:val="left"/>
      <w:pPr>
        <w:ind w:left="720" w:hanging="360"/>
      </w:pPr>
      <w:rPr>
        <w:rFonts w:ascii="Symbol" w:hAnsi="Symbol" w:hint="default"/>
      </w:rPr>
    </w:lvl>
    <w:lvl w:ilvl="1" w:tplc="13F29FA2">
      <w:numFmt w:val="bullet"/>
      <w:lvlText w:val="-"/>
      <w:lvlJc w:val="left"/>
      <w:pPr>
        <w:ind w:left="1440" w:hanging="36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809499">
    <w:abstractNumId w:val="8"/>
  </w:num>
  <w:num w:numId="2" w16cid:durableId="1897617852">
    <w:abstractNumId w:val="6"/>
  </w:num>
  <w:num w:numId="3" w16cid:durableId="1575702708">
    <w:abstractNumId w:val="5"/>
  </w:num>
  <w:num w:numId="4" w16cid:durableId="139275274">
    <w:abstractNumId w:val="4"/>
  </w:num>
  <w:num w:numId="5" w16cid:durableId="2064795118">
    <w:abstractNumId w:val="7"/>
  </w:num>
  <w:num w:numId="6" w16cid:durableId="1345597779">
    <w:abstractNumId w:val="3"/>
  </w:num>
  <w:num w:numId="7" w16cid:durableId="662701648">
    <w:abstractNumId w:val="2"/>
  </w:num>
  <w:num w:numId="8" w16cid:durableId="1120760810">
    <w:abstractNumId w:val="1"/>
  </w:num>
  <w:num w:numId="9" w16cid:durableId="563831961">
    <w:abstractNumId w:val="0"/>
  </w:num>
  <w:num w:numId="10" w16cid:durableId="683900777">
    <w:abstractNumId w:val="9"/>
  </w:num>
  <w:num w:numId="11" w16cid:durableId="19449146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4D1"/>
    <w:rsid w:val="00002CF0"/>
    <w:rsid w:val="00005A39"/>
    <w:rsid w:val="00014363"/>
    <w:rsid w:val="00015EF9"/>
    <w:rsid w:val="00017FC1"/>
    <w:rsid w:val="00024DD6"/>
    <w:rsid w:val="00032375"/>
    <w:rsid w:val="00034616"/>
    <w:rsid w:val="00046D28"/>
    <w:rsid w:val="00050675"/>
    <w:rsid w:val="00057633"/>
    <w:rsid w:val="0006063C"/>
    <w:rsid w:val="00061CA9"/>
    <w:rsid w:val="00080D7E"/>
    <w:rsid w:val="00095FBD"/>
    <w:rsid w:val="000D1510"/>
    <w:rsid w:val="000E06CA"/>
    <w:rsid w:val="000F4E5C"/>
    <w:rsid w:val="001161C8"/>
    <w:rsid w:val="00124727"/>
    <w:rsid w:val="0015074B"/>
    <w:rsid w:val="001716FF"/>
    <w:rsid w:val="00184F3D"/>
    <w:rsid w:val="001916FE"/>
    <w:rsid w:val="001962BE"/>
    <w:rsid w:val="001A1344"/>
    <w:rsid w:val="001F058A"/>
    <w:rsid w:val="00205373"/>
    <w:rsid w:val="002120D0"/>
    <w:rsid w:val="00213E01"/>
    <w:rsid w:val="00220245"/>
    <w:rsid w:val="00242B67"/>
    <w:rsid w:val="00250933"/>
    <w:rsid w:val="002511AE"/>
    <w:rsid w:val="002553E2"/>
    <w:rsid w:val="0028575E"/>
    <w:rsid w:val="0029250E"/>
    <w:rsid w:val="0029639D"/>
    <w:rsid w:val="00297A3B"/>
    <w:rsid w:val="002A353C"/>
    <w:rsid w:val="002B6E59"/>
    <w:rsid w:val="002D1FF9"/>
    <w:rsid w:val="002D599D"/>
    <w:rsid w:val="002F4F32"/>
    <w:rsid w:val="00302576"/>
    <w:rsid w:val="0032188E"/>
    <w:rsid w:val="0032277D"/>
    <w:rsid w:val="00326E1D"/>
    <w:rsid w:val="00326F90"/>
    <w:rsid w:val="00333E34"/>
    <w:rsid w:val="00337258"/>
    <w:rsid w:val="00342118"/>
    <w:rsid w:val="00350D1E"/>
    <w:rsid w:val="003553D1"/>
    <w:rsid w:val="003655D5"/>
    <w:rsid w:val="003703ED"/>
    <w:rsid w:val="00377E9A"/>
    <w:rsid w:val="003851E3"/>
    <w:rsid w:val="00395FE5"/>
    <w:rsid w:val="00396F2F"/>
    <w:rsid w:val="003A4CCB"/>
    <w:rsid w:val="003A5B94"/>
    <w:rsid w:val="003B4985"/>
    <w:rsid w:val="003B717D"/>
    <w:rsid w:val="003C511F"/>
    <w:rsid w:val="003C7C20"/>
    <w:rsid w:val="003E1069"/>
    <w:rsid w:val="003F0A31"/>
    <w:rsid w:val="00417E84"/>
    <w:rsid w:val="004376DB"/>
    <w:rsid w:val="00443581"/>
    <w:rsid w:val="00443DBD"/>
    <w:rsid w:val="00457B4D"/>
    <w:rsid w:val="00460780"/>
    <w:rsid w:val="004735DE"/>
    <w:rsid w:val="004B3B5D"/>
    <w:rsid w:val="004C273D"/>
    <w:rsid w:val="004E2439"/>
    <w:rsid w:val="004F521C"/>
    <w:rsid w:val="004F565D"/>
    <w:rsid w:val="00500166"/>
    <w:rsid w:val="00512AF7"/>
    <w:rsid w:val="00517000"/>
    <w:rsid w:val="005314C1"/>
    <w:rsid w:val="005364A8"/>
    <w:rsid w:val="005451A8"/>
    <w:rsid w:val="005503AC"/>
    <w:rsid w:val="00572CAD"/>
    <w:rsid w:val="00577E66"/>
    <w:rsid w:val="00585BA4"/>
    <w:rsid w:val="00594837"/>
    <w:rsid w:val="00594B7C"/>
    <w:rsid w:val="00596AAE"/>
    <w:rsid w:val="005B6429"/>
    <w:rsid w:val="005C107A"/>
    <w:rsid w:val="005C5DA2"/>
    <w:rsid w:val="005E16FA"/>
    <w:rsid w:val="005E2038"/>
    <w:rsid w:val="005E3122"/>
    <w:rsid w:val="00600A58"/>
    <w:rsid w:val="006218A2"/>
    <w:rsid w:val="00625F71"/>
    <w:rsid w:val="006272FC"/>
    <w:rsid w:val="00661CFF"/>
    <w:rsid w:val="00675BC2"/>
    <w:rsid w:val="00690422"/>
    <w:rsid w:val="0069095C"/>
    <w:rsid w:val="006A0E71"/>
    <w:rsid w:val="006A3BAB"/>
    <w:rsid w:val="006B3146"/>
    <w:rsid w:val="006C2AB6"/>
    <w:rsid w:val="006C3190"/>
    <w:rsid w:val="006C78F0"/>
    <w:rsid w:val="006F35B0"/>
    <w:rsid w:val="00711C66"/>
    <w:rsid w:val="00715B49"/>
    <w:rsid w:val="0071627C"/>
    <w:rsid w:val="00727AD3"/>
    <w:rsid w:val="00735546"/>
    <w:rsid w:val="00751D84"/>
    <w:rsid w:val="007536F7"/>
    <w:rsid w:val="00754CB0"/>
    <w:rsid w:val="00761AA6"/>
    <w:rsid w:val="00763453"/>
    <w:rsid w:val="00763B98"/>
    <w:rsid w:val="00766D0C"/>
    <w:rsid w:val="00771A50"/>
    <w:rsid w:val="0079072C"/>
    <w:rsid w:val="00794978"/>
    <w:rsid w:val="007A60A1"/>
    <w:rsid w:val="007B3FB5"/>
    <w:rsid w:val="007C3B42"/>
    <w:rsid w:val="007D352D"/>
    <w:rsid w:val="007D78AE"/>
    <w:rsid w:val="00813BC8"/>
    <w:rsid w:val="00822B3D"/>
    <w:rsid w:val="008471C3"/>
    <w:rsid w:val="00856855"/>
    <w:rsid w:val="008657EE"/>
    <w:rsid w:val="0086706E"/>
    <w:rsid w:val="008713BB"/>
    <w:rsid w:val="008725FA"/>
    <w:rsid w:val="00884E9B"/>
    <w:rsid w:val="00885A21"/>
    <w:rsid w:val="0088723E"/>
    <w:rsid w:val="00887459"/>
    <w:rsid w:val="008926F3"/>
    <w:rsid w:val="00897299"/>
    <w:rsid w:val="008A3A20"/>
    <w:rsid w:val="008B2E57"/>
    <w:rsid w:val="008B3CCA"/>
    <w:rsid w:val="008B42AB"/>
    <w:rsid w:val="008D0F16"/>
    <w:rsid w:val="008F15F1"/>
    <w:rsid w:val="008F23FB"/>
    <w:rsid w:val="008F5147"/>
    <w:rsid w:val="00901827"/>
    <w:rsid w:val="00906883"/>
    <w:rsid w:val="00912D78"/>
    <w:rsid w:val="00920146"/>
    <w:rsid w:val="009362DF"/>
    <w:rsid w:val="0095584D"/>
    <w:rsid w:val="00985D24"/>
    <w:rsid w:val="009940E2"/>
    <w:rsid w:val="00995978"/>
    <w:rsid w:val="009D650C"/>
    <w:rsid w:val="009D6C32"/>
    <w:rsid w:val="00A104C0"/>
    <w:rsid w:val="00A31C2B"/>
    <w:rsid w:val="00A44AB3"/>
    <w:rsid w:val="00A46275"/>
    <w:rsid w:val="00A576A7"/>
    <w:rsid w:val="00A62DAF"/>
    <w:rsid w:val="00A64997"/>
    <w:rsid w:val="00A76BD0"/>
    <w:rsid w:val="00A87CB4"/>
    <w:rsid w:val="00A9129B"/>
    <w:rsid w:val="00A92F87"/>
    <w:rsid w:val="00A939E0"/>
    <w:rsid w:val="00AA1D8D"/>
    <w:rsid w:val="00AC1066"/>
    <w:rsid w:val="00AE47D9"/>
    <w:rsid w:val="00B00AD4"/>
    <w:rsid w:val="00B068C9"/>
    <w:rsid w:val="00B16F1F"/>
    <w:rsid w:val="00B344DF"/>
    <w:rsid w:val="00B47730"/>
    <w:rsid w:val="00B53303"/>
    <w:rsid w:val="00B67282"/>
    <w:rsid w:val="00B96C31"/>
    <w:rsid w:val="00BA13C2"/>
    <w:rsid w:val="00BB7D0A"/>
    <w:rsid w:val="00BC2810"/>
    <w:rsid w:val="00BC33B4"/>
    <w:rsid w:val="00BF0925"/>
    <w:rsid w:val="00C20447"/>
    <w:rsid w:val="00C315B1"/>
    <w:rsid w:val="00C3201B"/>
    <w:rsid w:val="00C46306"/>
    <w:rsid w:val="00C60250"/>
    <w:rsid w:val="00C87FFE"/>
    <w:rsid w:val="00C91026"/>
    <w:rsid w:val="00C92E8B"/>
    <w:rsid w:val="00CB02D7"/>
    <w:rsid w:val="00CB0664"/>
    <w:rsid w:val="00CB485E"/>
    <w:rsid w:val="00CC2044"/>
    <w:rsid w:val="00CE4824"/>
    <w:rsid w:val="00CF2876"/>
    <w:rsid w:val="00CF2912"/>
    <w:rsid w:val="00CF6218"/>
    <w:rsid w:val="00D01398"/>
    <w:rsid w:val="00D05C6D"/>
    <w:rsid w:val="00D07A87"/>
    <w:rsid w:val="00D23CA8"/>
    <w:rsid w:val="00D23D57"/>
    <w:rsid w:val="00D41680"/>
    <w:rsid w:val="00D62AD2"/>
    <w:rsid w:val="00D636F0"/>
    <w:rsid w:val="00D650F7"/>
    <w:rsid w:val="00D70AB0"/>
    <w:rsid w:val="00D966FA"/>
    <w:rsid w:val="00DA0526"/>
    <w:rsid w:val="00DA2A9E"/>
    <w:rsid w:val="00DD1597"/>
    <w:rsid w:val="00DF5DE8"/>
    <w:rsid w:val="00DF70D2"/>
    <w:rsid w:val="00E17148"/>
    <w:rsid w:val="00E217CE"/>
    <w:rsid w:val="00E22370"/>
    <w:rsid w:val="00E36FE8"/>
    <w:rsid w:val="00E56781"/>
    <w:rsid w:val="00E6147E"/>
    <w:rsid w:val="00E65570"/>
    <w:rsid w:val="00EE7CB6"/>
    <w:rsid w:val="00F15C49"/>
    <w:rsid w:val="00F175DB"/>
    <w:rsid w:val="00F179BD"/>
    <w:rsid w:val="00F425D0"/>
    <w:rsid w:val="00F5591D"/>
    <w:rsid w:val="00F65C87"/>
    <w:rsid w:val="00F72FDB"/>
    <w:rsid w:val="00FC693F"/>
    <w:rsid w:val="00FC6D3F"/>
    <w:rsid w:val="00FD3794"/>
    <w:rsid w:val="00FF1E48"/>
    <w:rsid w:val="00FF60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6F38C6"/>
  <w14:defaultImageDpi w14:val="300"/>
  <w15:docId w15:val="{E5E0839D-EA92-444B-ABCC-399DC44CD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24DD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92671">
      <w:bodyDiv w:val="1"/>
      <w:marLeft w:val="0"/>
      <w:marRight w:val="0"/>
      <w:marTop w:val="0"/>
      <w:marBottom w:val="0"/>
      <w:divBdr>
        <w:top w:val="none" w:sz="0" w:space="0" w:color="auto"/>
        <w:left w:val="none" w:sz="0" w:space="0" w:color="auto"/>
        <w:bottom w:val="none" w:sz="0" w:space="0" w:color="auto"/>
        <w:right w:val="none" w:sz="0" w:space="0" w:color="auto"/>
      </w:divBdr>
    </w:div>
    <w:div w:id="784613126">
      <w:bodyDiv w:val="1"/>
      <w:marLeft w:val="0"/>
      <w:marRight w:val="0"/>
      <w:marTop w:val="0"/>
      <w:marBottom w:val="0"/>
      <w:divBdr>
        <w:top w:val="none" w:sz="0" w:space="0" w:color="auto"/>
        <w:left w:val="none" w:sz="0" w:space="0" w:color="auto"/>
        <w:bottom w:val="none" w:sz="0" w:space="0" w:color="auto"/>
        <w:right w:val="none" w:sz="0" w:space="0" w:color="auto"/>
      </w:divBdr>
    </w:div>
    <w:div w:id="1064111056">
      <w:bodyDiv w:val="1"/>
      <w:marLeft w:val="0"/>
      <w:marRight w:val="0"/>
      <w:marTop w:val="0"/>
      <w:marBottom w:val="0"/>
      <w:divBdr>
        <w:top w:val="none" w:sz="0" w:space="0" w:color="auto"/>
        <w:left w:val="none" w:sz="0" w:space="0" w:color="auto"/>
        <w:bottom w:val="none" w:sz="0" w:space="0" w:color="auto"/>
        <w:right w:val="none" w:sz="0" w:space="0" w:color="auto"/>
      </w:divBdr>
    </w:div>
    <w:div w:id="1343776849">
      <w:bodyDiv w:val="1"/>
      <w:marLeft w:val="0"/>
      <w:marRight w:val="0"/>
      <w:marTop w:val="0"/>
      <w:marBottom w:val="0"/>
      <w:divBdr>
        <w:top w:val="none" w:sz="0" w:space="0" w:color="auto"/>
        <w:left w:val="none" w:sz="0" w:space="0" w:color="auto"/>
        <w:bottom w:val="none" w:sz="0" w:space="0" w:color="auto"/>
        <w:right w:val="none" w:sz="0" w:space="0" w:color="auto"/>
      </w:divBdr>
    </w:div>
    <w:div w:id="15135668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atrul_luceafarul@yahoo.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teatrul_luceafarul@yahoo.com" TargetMode="External"/><Relationship Id="rId4" Type="http://schemas.openxmlformats.org/officeDocument/2006/relationships/settings" Target="settings.xml"/><Relationship Id="rId9" Type="http://schemas.openxmlformats.org/officeDocument/2006/relationships/hyperlink" Target="https://luceafarul-theatr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84D03-09E1-472C-A4A8-9359C6912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3</Pages>
  <Words>1795</Words>
  <Characters>10232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Mirela Magdalena</cp:lastModifiedBy>
  <cp:revision>288</cp:revision>
  <cp:lastPrinted>2026-09-15T09:01:00Z</cp:lastPrinted>
  <dcterms:created xsi:type="dcterms:W3CDTF">2013-12-23T23:15:00Z</dcterms:created>
  <dcterms:modified xsi:type="dcterms:W3CDTF">2026-09-17T11:28:00Z</dcterms:modified>
  <cp:category/>
</cp:coreProperties>
</file>