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4426" w:rsidRPr="00A356AD" w:rsidRDefault="003D4426" w:rsidP="003D4426">
      <w:pPr>
        <w:spacing w:after="240"/>
        <w:rPr>
          <w:rFonts w:ascii="Times New Roman" w:hAnsi="Times New Roman" w:cs="Times New Roman"/>
          <w:sz w:val="24"/>
          <w:szCs w:val="24"/>
          <w:lang w:val="ro-RO"/>
        </w:rPr>
      </w:pPr>
      <w:r w:rsidRPr="00A356AD">
        <w:rPr>
          <w:rFonts w:ascii="Times New Roman" w:eastAsia="MS Mincho" w:hAnsi="Times New Roman" w:cs="Times New Roman"/>
          <w:sz w:val="24"/>
          <w:szCs w:val="24"/>
          <w:lang w:val="ro-RO"/>
        </w:rPr>
        <w:t>Nr. înreg. 1556 / din __16.09_.2026</w:t>
      </w:r>
    </w:p>
    <w:p w:rsidR="007D0DA5" w:rsidRPr="00A356AD" w:rsidRDefault="007D0DA5" w:rsidP="007D0DA5">
      <w:pPr>
        <w:spacing w:after="240"/>
        <w:jc w:val="center"/>
        <w:rPr>
          <w:rFonts w:ascii="Times New Roman" w:hAnsi="Times New Roman" w:cs="Times New Roman"/>
          <w:sz w:val="24"/>
          <w:szCs w:val="24"/>
          <w:lang w:val="ro-RO"/>
        </w:rPr>
      </w:pPr>
      <w:r w:rsidRPr="00A356AD">
        <w:rPr>
          <w:rFonts w:ascii="Times New Roman" w:hAnsi="Times New Roman" w:cs="Times New Roman"/>
          <w:sz w:val="24"/>
          <w:szCs w:val="24"/>
          <w:lang w:val="ro-RO"/>
        </w:rPr>
        <w:t>ANUNȚ CONCURS DE ANGAJARE</w:t>
      </w:r>
    </w:p>
    <w:p w:rsidR="007D0DA5" w:rsidRPr="00A356AD" w:rsidRDefault="007D0DA5" w:rsidP="007D0DA5">
      <w:pPr>
        <w:spacing w:after="0"/>
        <w:ind w:left="283"/>
        <w:jc w:val="center"/>
        <w:rPr>
          <w:rFonts w:ascii="Times New Roman" w:eastAsia="Times New Roman" w:hAnsi="Times New Roman" w:cs="Times New Roman"/>
          <w:bCs/>
          <w:sz w:val="24"/>
          <w:szCs w:val="24"/>
          <w:lang w:val="ro-RO"/>
        </w:rPr>
      </w:pPr>
      <w:r w:rsidRPr="00A356AD">
        <w:rPr>
          <w:rFonts w:ascii="Times New Roman" w:eastAsia="Times New Roman" w:hAnsi="Times New Roman" w:cs="Times New Roman"/>
          <w:bCs/>
          <w:sz w:val="24"/>
          <w:szCs w:val="24"/>
          <w:lang w:val="ro-RO"/>
        </w:rPr>
        <w:t>CONCURS PENTRU OCUPAREA UNUI POST VACANT DE ÎNGRIJITOR – 1 NORMĂ -</w:t>
      </w:r>
    </w:p>
    <w:p w:rsidR="007D0DA5" w:rsidRPr="00A356AD" w:rsidRDefault="007D0DA5" w:rsidP="007D0DA5">
      <w:pPr>
        <w:spacing w:after="0"/>
        <w:ind w:left="283"/>
        <w:jc w:val="center"/>
        <w:rPr>
          <w:rFonts w:ascii="Times New Roman" w:eastAsia="Times New Roman" w:hAnsi="Times New Roman" w:cs="Times New Roman"/>
          <w:bCs/>
          <w:sz w:val="24"/>
          <w:szCs w:val="24"/>
          <w:lang w:val="ro-RO"/>
        </w:rPr>
      </w:pPr>
      <w:r w:rsidRPr="00A356AD">
        <w:rPr>
          <w:rFonts w:ascii="Times New Roman" w:eastAsia="Times New Roman" w:hAnsi="Times New Roman" w:cs="Times New Roman"/>
          <w:bCs/>
          <w:sz w:val="24"/>
          <w:szCs w:val="24"/>
          <w:lang w:val="ro-RO"/>
        </w:rPr>
        <w:t>PERIOADĂ  NEDETERMINATĂ</w:t>
      </w:r>
    </w:p>
    <w:p w:rsidR="007D0DA5" w:rsidRPr="00A356AD" w:rsidRDefault="007D0DA5" w:rsidP="007D0DA5">
      <w:pPr>
        <w:spacing w:after="240"/>
        <w:jc w:val="center"/>
        <w:rPr>
          <w:rFonts w:ascii="Times New Roman" w:hAnsi="Times New Roman" w:cs="Times New Roman"/>
          <w:sz w:val="24"/>
          <w:szCs w:val="24"/>
          <w:lang w:val="ro-RO"/>
        </w:rPr>
      </w:pPr>
    </w:p>
    <w:p w:rsidR="007D0DA5" w:rsidRPr="00A356AD" w:rsidRDefault="007D0DA5" w:rsidP="00D80FA5">
      <w:pPr>
        <w:keepNext/>
        <w:spacing w:before="240" w:after="120"/>
        <w:ind w:firstLine="283"/>
        <w:rPr>
          <w:rFonts w:ascii="Times New Roman" w:hAnsi="Times New Roman" w:cs="Times New Roman"/>
          <w:bCs/>
          <w:sz w:val="24"/>
          <w:szCs w:val="24"/>
          <w:lang w:val="ro-RO"/>
        </w:rPr>
      </w:pPr>
      <w:r w:rsidRPr="00A356AD">
        <w:rPr>
          <w:rFonts w:ascii="Times New Roman" w:hAnsi="Times New Roman" w:cs="Times New Roman"/>
          <w:bCs/>
          <w:sz w:val="24"/>
          <w:szCs w:val="24"/>
          <w:lang w:val="ro-RO"/>
        </w:rPr>
        <w:t>Școala Gimnazială „ Alexandru Ioan Cuza” Vaslui, cu sediul în jud. Vaslui, mun. Vaslui, str. Racova nr.</w:t>
      </w:r>
      <w:r w:rsidR="00D80FA5" w:rsidRPr="00A356AD">
        <w:rPr>
          <w:rFonts w:ascii="Times New Roman" w:hAnsi="Times New Roman" w:cs="Times New Roman"/>
          <w:bCs/>
          <w:sz w:val="24"/>
          <w:szCs w:val="24"/>
          <w:lang w:val="ro-RO"/>
        </w:rPr>
        <w:t xml:space="preserve"> </w:t>
      </w:r>
      <w:r w:rsidRPr="00A356AD">
        <w:rPr>
          <w:rFonts w:ascii="Times New Roman" w:hAnsi="Times New Roman" w:cs="Times New Roman"/>
          <w:bCs/>
          <w:sz w:val="24"/>
          <w:szCs w:val="24"/>
          <w:lang w:val="ro-RO"/>
        </w:rPr>
        <w:t>69, în conformitate cu prevederile H.G. nr. 1336/2022 pentru aprobarea Regulamentului-cadru privind organizarea şi dezvoltarea carierei personalului contractual din sectorul bugetar plătit din fonduri publice, cu modificările şi completările ulterioare, organizează concurs pentru ocuparea următorului post contractual vacant:</w:t>
      </w:r>
    </w:p>
    <w:p w:rsidR="007D0DA5" w:rsidRPr="00A356AD" w:rsidRDefault="007D0DA5" w:rsidP="007D0DA5">
      <w:pPr>
        <w:keepNext/>
        <w:spacing w:before="240" w:after="120"/>
        <w:rPr>
          <w:rFonts w:ascii="Times New Roman" w:hAnsi="Times New Roman" w:cs="Times New Roman"/>
          <w:bCs/>
          <w:sz w:val="24"/>
          <w:szCs w:val="24"/>
          <w:lang w:val="ro-RO"/>
        </w:rPr>
      </w:pPr>
      <w:r w:rsidRPr="00A356AD">
        <w:rPr>
          <w:rFonts w:ascii="Times New Roman" w:hAnsi="Times New Roman" w:cs="Times New Roman"/>
          <w:bCs/>
          <w:sz w:val="24"/>
          <w:szCs w:val="24"/>
          <w:lang w:val="ro-RO"/>
        </w:rPr>
        <w:t>Denumirea postului: Îngrijitor</w:t>
      </w:r>
    </w:p>
    <w:p w:rsidR="007D0DA5" w:rsidRPr="00A356AD" w:rsidRDefault="007D0DA5" w:rsidP="007D0DA5">
      <w:pPr>
        <w:keepNext/>
        <w:spacing w:before="240" w:after="120"/>
        <w:rPr>
          <w:rFonts w:ascii="Times New Roman" w:hAnsi="Times New Roman" w:cs="Times New Roman"/>
          <w:bCs/>
          <w:sz w:val="24"/>
          <w:szCs w:val="24"/>
          <w:lang w:val="ro-RO"/>
        </w:rPr>
      </w:pPr>
      <w:r w:rsidRPr="00A356AD">
        <w:rPr>
          <w:rFonts w:ascii="Times New Roman" w:hAnsi="Times New Roman" w:cs="Times New Roman"/>
          <w:bCs/>
          <w:sz w:val="24"/>
          <w:szCs w:val="24"/>
          <w:lang w:val="ro-RO"/>
        </w:rPr>
        <w:t>Nivelul postului: Execuție (personal administrativ/nedidactic)</w:t>
      </w:r>
    </w:p>
    <w:p w:rsidR="007D0DA5" w:rsidRPr="00A356AD" w:rsidRDefault="007D0DA5" w:rsidP="007D0DA5">
      <w:pPr>
        <w:keepNext/>
        <w:spacing w:before="240" w:after="120"/>
        <w:rPr>
          <w:rFonts w:ascii="Times New Roman" w:hAnsi="Times New Roman" w:cs="Times New Roman"/>
          <w:bCs/>
          <w:sz w:val="24"/>
          <w:szCs w:val="24"/>
          <w:lang w:val="ro-RO"/>
        </w:rPr>
      </w:pPr>
      <w:r w:rsidRPr="00A356AD">
        <w:rPr>
          <w:rFonts w:ascii="Times New Roman" w:hAnsi="Times New Roman" w:cs="Times New Roman"/>
          <w:bCs/>
          <w:sz w:val="24"/>
          <w:szCs w:val="24"/>
          <w:lang w:val="ro-RO"/>
        </w:rPr>
        <w:t>Compartiment: Administrativ</w:t>
      </w:r>
    </w:p>
    <w:p w:rsidR="007D0DA5" w:rsidRPr="00A356AD" w:rsidRDefault="007D0DA5" w:rsidP="007D0DA5">
      <w:pPr>
        <w:keepNext/>
        <w:spacing w:before="240" w:after="120"/>
        <w:rPr>
          <w:rFonts w:ascii="Times New Roman" w:hAnsi="Times New Roman" w:cs="Times New Roman"/>
          <w:bCs/>
          <w:sz w:val="24"/>
          <w:szCs w:val="24"/>
          <w:lang w:val="ro-RO"/>
        </w:rPr>
      </w:pPr>
      <w:r w:rsidRPr="00A356AD">
        <w:rPr>
          <w:rFonts w:ascii="Times New Roman" w:hAnsi="Times New Roman" w:cs="Times New Roman"/>
          <w:bCs/>
          <w:sz w:val="24"/>
          <w:szCs w:val="24"/>
          <w:lang w:val="ro-RO"/>
        </w:rPr>
        <w:t xml:space="preserve">Durata contractului: Perioadă nedeterminată </w:t>
      </w:r>
    </w:p>
    <w:p w:rsidR="007D0DA5" w:rsidRPr="00A356AD" w:rsidRDefault="007D0DA5" w:rsidP="007D0DA5">
      <w:pPr>
        <w:keepNext/>
        <w:spacing w:before="240" w:after="120"/>
        <w:rPr>
          <w:rFonts w:ascii="Times New Roman" w:hAnsi="Times New Roman" w:cs="Times New Roman"/>
          <w:sz w:val="24"/>
          <w:szCs w:val="24"/>
          <w:lang w:val="ro-RO"/>
        </w:rPr>
      </w:pPr>
      <w:r w:rsidRPr="00A356AD">
        <w:rPr>
          <w:rFonts w:ascii="Times New Roman" w:hAnsi="Times New Roman" w:cs="Times New Roman"/>
          <w:bCs/>
          <w:sz w:val="24"/>
          <w:szCs w:val="24"/>
          <w:lang w:val="ro-RO"/>
        </w:rPr>
        <w:t xml:space="preserve">Program de lucru: 8h/zi  </w:t>
      </w:r>
      <w:r w:rsidR="00D80FA5" w:rsidRPr="00A356AD">
        <w:rPr>
          <w:rFonts w:ascii="Times New Roman" w:hAnsi="Times New Roman" w:cs="Times New Roman"/>
          <w:bCs/>
          <w:sz w:val="24"/>
          <w:szCs w:val="24"/>
          <w:lang w:val="ro-RO"/>
        </w:rPr>
        <w:t>/</w:t>
      </w:r>
      <w:r w:rsidRPr="00A356AD">
        <w:rPr>
          <w:rFonts w:ascii="Times New Roman" w:hAnsi="Times New Roman" w:cs="Times New Roman"/>
          <w:bCs/>
          <w:sz w:val="24"/>
          <w:szCs w:val="24"/>
          <w:lang w:val="ro-RO"/>
        </w:rPr>
        <w:t>40 ore pe săptămână, în ture de zi</w:t>
      </w:r>
      <w:r w:rsidRPr="00A356AD">
        <w:rPr>
          <w:rFonts w:ascii="Times New Roman" w:hAnsi="Times New Roman" w:cs="Times New Roman"/>
          <w:sz w:val="24"/>
          <w:szCs w:val="24"/>
          <w:lang w:val="ro-RO"/>
        </w:rPr>
        <w:t xml:space="preserve"> ________________________________________</w:t>
      </w:r>
    </w:p>
    <w:p w:rsidR="007D0DA5" w:rsidRPr="00A356AD" w:rsidRDefault="007D0DA5" w:rsidP="007D0DA5">
      <w:pPr>
        <w:numPr>
          <w:ilvl w:val="0"/>
          <w:numId w:val="11"/>
        </w:numPr>
        <w:spacing w:after="0" w:line="278" w:lineRule="auto"/>
        <w:ind w:left="283"/>
        <w:contextualSpacing/>
        <w:jc w:val="both"/>
        <w:rPr>
          <w:rFonts w:ascii="Times New Roman" w:eastAsia="Times New Roman" w:hAnsi="Times New Roman" w:cs="Times New Roman"/>
          <w:bCs/>
          <w:sz w:val="24"/>
          <w:szCs w:val="24"/>
          <w:lang w:val="ro-RO"/>
        </w:rPr>
      </w:pPr>
      <w:r w:rsidRPr="00A356AD">
        <w:rPr>
          <w:rFonts w:ascii="Times New Roman" w:eastAsia="Times New Roman" w:hAnsi="Times New Roman" w:cs="Times New Roman"/>
          <w:bCs/>
          <w:sz w:val="24"/>
          <w:szCs w:val="24"/>
          <w:lang w:val="ro-RO"/>
        </w:rPr>
        <w:t>CONDIȚII GENERALE DE PARTICIPARE</w:t>
      </w:r>
    </w:p>
    <w:p w:rsidR="007D0DA5" w:rsidRPr="00A356AD" w:rsidRDefault="007D0DA5" w:rsidP="007D0DA5">
      <w:pPr>
        <w:spacing w:after="0" w:line="278" w:lineRule="auto"/>
        <w:ind w:left="283"/>
        <w:contextualSpacing/>
        <w:jc w:val="both"/>
        <w:rPr>
          <w:rFonts w:ascii="Times New Roman" w:eastAsia="Times New Roman" w:hAnsi="Times New Roman" w:cs="Times New Roman"/>
          <w:bCs/>
          <w:sz w:val="24"/>
          <w:szCs w:val="24"/>
          <w:lang w:val="ro-RO"/>
        </w:rPr>
      </w:pPr>
    </w:p>
    <w:p w:rsidR="007D0DA5" w:rsidRPr="00A356AD" w:rsidRDefault="007D0DA5" w:rsidP="007D0DA5">
      <w:pPr>
        <w:spacing w:after="0"/>
        <w:ind w:left="283" w:firstLine="567"/>
        <w:jc w:val="both"/>
        <w:rPr>
          <w:rFonts w:ascii="Times New Roman" w:eastAsia="Times New Roman" w:hAnsi="Times New Roman" w:cs="Times New Roman"/>
          <w:sz w:val="24"/>
          <w:szCs w:val="24"/>
          <w:lang w:val="ro-RO"/>
        </w:rPr>
      </w:pPr>
      <w:r w:rsidRPr="00A356AD">
        <w:rPr>
          <w:rFonts w:ascii="Times New Roman" w:eastAsia="Times New Roman" w:hAnsi="Times New Roman" w:cs="Times New Roman"/>
          <w:sz w:val="24"/>
          <w:szCs w:val="24"/>
          <w:lang w:val="ro-RO"/>
        </w:rPr>
        <w:t xml:space="preserve">Conform prevederilor art. 15 din H.G. nr. 1336/2022, poate ocupa postul persoana care îndeplinește următoarele CONDIŢII GENERALE: </w:t>
      </w:r>
    </w:p>
    <w:p w:rsidR="007D0DA5" w:rsidRPr="00A356AD" w:rsidRDefault="007D0DA5" w:rsidP="007D0DA5">
      <w:pPr>
        <w:numPr>
          <w:ilvl w:val="0"/>
          <w:numId w:val="10"/>
        </w:numPr>
        <w:spacing w:after="0" w:line="278" w:lineRule="auto"/>
        <w:ind w:left="283"/>
        <w:jc w:val="both"/>
        <w:rPr>
          <w:rFonts w:ascii="Times New Roman" w:eastAsia="Times New Roman" w:hAnsi="Times New Roman" w:cs="Times New Roman"/>
          <w:sz w:val="24"/>
          <w:szCs w:val="24"/>
          <w:lang w:val="ro-RO"/>
        </w:rPr>
      </w:pPr>
      <w:r w:rsidRPr="00A356AD">
        <w:rPr>
          <w:rFonts w:ascii="Times New Roman" w:eastAsia="Times New Roman" w:hAnsi="Times New Roman" w:cs="Times New Roman"/>
          <w:sz w:val="24"/>
          <w:szCs w:val="24"/>
          <w:lang w:val="ro-RO"/>
        </w:rPr>
        <w:t>are cetăţenia română sau cetăţenia unui alt stat membru al Uniunii Europene, a unui stat parte la Acordul privind Spaţiul Economic European (SEE) sau cetăţenia Confederaţiei Elveţiene;</w:t>
      </w:r>
    </w:p>
    <w:p w:rsidR="007D0DA5" w:rsidRPr="00A356AD" w:rsidRDefault="007D0DA5" w:rsidP="007D0DA5">
      <w:pPr>
        <w:numPr>
          <w:ilvl w:val="0"/>
          <w:numId w:val="10"/>
        </w:numPr>
        <w:spacing w:after="0" w:line="278" w:lineRule="auto"/>
        <w:ind w:left="283"/>
        <w:jc w:val="both"/>
        <w:rPr>
          <w:rFonts w:ascii="Times New Roman" w:eastAsia="Times New Roman" w:hAnsi="Times New Roman" w:cs="Times New Roman"/>
          <w:sz w:val="24"/>
          <w:szCs w:val="24"/>
          <w:lang w:val="ro-RO"/>
        </w:rPr>
      </w:pPr>
      <w:r w:rsidRPr="00A356AD">
        <w:rPr>
          <w:rFonts w:ascii="Times New Roman" w:eastAsia="Times New Roman" w:hAnsi="Times New Roman" w:cs="Times New Roman"/>
          <w:sz w:val="24"/>
          <w:szCs w:val="24"/>
          <w:lang w:val="ro-RO"/>
        </w:rPr>
        <w:t>cunoaște limba română, scris și vorbit;</w:t>
      </w:r>
    </w:p>
    <w:p w:rsidR="007D0DA5" w:rsidRPr="00A356AD" w:rsidRDefault="007D0DA5" w:rsidP="007D0DA5">
      <w:pPr>
        <w:numPr>
          <w:ilvl w:val="0"/>
          <w:numId w:val="10"/>
        </w:numPr>
        <w:spacing w:after="0" w:line="278" w:lineRule="auto"/>
        <w:ind w:left="283"/>
        <w:jc w:val="both"/>
        <w:rPr>
          <w:rFonts w:ascii="Times New Roman" w:eastAsia="Times New Roman" w:hAnsi="Times New Roman" w:cs="Times New Roman"/>
          <w:sz w:val="24"/>
          <w:szCs w:val="24"/>
          <w:lang w:val="ro-RO"/>
        </w:rPr>
      </w:pPr>
      <w:r w:rsidRPr="00A356AD">
        <w:rPr>
          <w:rFonts w:ascii="Times New Roman" w:eastAsia="Times New Roman" w:hAnsi="Times New Roman" w:cs="Times New Roman"/>
          <w:sz w:val="24"/>
          <w:szCs w:val="24"/>
          <w:lang w:val="ro-RO"/>
        </w:rPr>
        <w:t>are capacitate de muncă în conformitate cu prevederile Legii nr. 53/2003 - Codul muncii, republicată, cu modificările şi completările ulterioare;</w:t>
      </w:r>
    </w:p>
    <w:p w:rsidR="007D0DA5" w:rsidRPr="00A356AD" w:rsidRDefault="007D0DA5" w:rsidP="007D0DA5">
      <w:pPr>
        <w:numPr>
          <w:ilvl w:val="0"/>
          <w:numId w:val="10"/>
        </w:numPr>
        <w:spacing w:after="0" w:line="278" w:lineRule="auto"/>
        <w:ind w:left="283"/>
        <w:jc w:val="both"/>
        <w:rPr>
          <w:rFonts w:ascii="Times New Roman" w:eastAsia="Times New Roman" w:hAnsi="Times New Roman" w:cs="Times New Roman"/>
          <w:sz w:val="24"/>
          <w:szCs w:val="24"/>
          <w:lang w:val="ro-RO"/>
        </w:rPr>
      </w:pPr>
      <w:r w:rsidRPr="00A356AD">
        <w:rPr>
          <w:rFonts w:ascii="Times New Roman" w:eastAsia="Times New Roman" w:hAnsi="Times New Roman" w:cs="Times New Roman"/>
          <w:sz w:val="24"/>
          <w:szCs w:val="24"/>
          <w:lang w:val="ro-RO"/>
        </w:rPr>
        <w:t>are o stare de sănătate corespunzătoare postului pentru care candidează, atestată pe baza adeverinţei medicale eliberate de medicul de familie sau de unităţile sanitare abilitate;</w:t>
      </w:r>
    </w:p>
    <w:p w:rsidR="007D0DA5" w:rsidRPr="00A356AD" w:rsidRDefault="007D0DA5" w:rsidP="007D0DA5">
      <w:pPr>
        <w:numPr>
          <w:ilvl w:val="0"/>
          <w:numId w:val="10"/>
        </w:numPr>
        <w:spacing w:after="0" w:line="278" w:lineRule="auto"/>
        <w:ind w:left="283"/>
        <w:jc w:val="both"/>
        <w:rPr>
          <w:rFonts w:ascii="Times New Roman" w:eastAsia="Times New Roman" w:hAnsi="Times New Roman" w:cs="Times New Roman"/>
          <w:sz w:val="24"/>
          <w:szCs w:val="24"/>
          <w:lang w:val="ro-RO"/>
        </w:rPr>
      </w:pPr>
      <w:r w:rsidRPr="00A356AD">
        <w:rPr>
          <w:rFonts w:ascii="Times New Roman" w:eastAsia="Times New Roman" w:hAnsi="Times New Roman" w:cs="Times New Roman"/>
          <w:sz w:val="24"/>
          <w:szCs w:val="24"/>
          <w:lang w:val="ro-RO"/>
        </w:rPr>
        <w:lastRenderedPageBreak/>
        <w:t>îndeplineşte condiţiile de studii, de vechime în specialitate şi, după caz, alte condiţii specifice potrivit cerinţelor postului scos la concurs;</w:t>
      </w:r>
    </w:p>
    <w:p w:rsidR="007D0DA5" w:rsidRPr="00A356AD" w:rsidRDefault="007D0DA5" w:rsidP="007D0DA5">
      <w:pPr>
        <w:numPr>
          <w:ilvl w:val="0"/>
          <w:numId w:val="10"/>
        </w:numPr>
        <w:spacing w:after="0" w:line="278" w:lineRule="auto"/>
        <w:ind w:left="283"/>
        <w:jc w:val="both"/>
        <w:rPr>
          <w:rFonts w:ascii="Times New Roman" w:eastAsia="Times New Roman" w:hAnsi="Times New Roman" w:cs="Times New Roman"/>
          <w:sz w:val="24"/>
          <w:szCs w:val="24"/>
          <w:lang w:val="ro-RO"/>
        </w:rPr>
      </w:pPr>
      <w:r w:rsidRPr="00A356AD">
        <w:rPr>
          <w:rFonts w:ascii="Times New Roman" w:eastAsia="Times New Roman" w:hAnsi="Times New Roman" w:cs="Times New Roman"/>
          <w:sz w:val="24"/>
          <w:szCs w:val="24"/>
          <w:lang w:val="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7D0DA5" w:rsidRPr="00A356AD" w:rsidRDefault="007D0DA5" w:rsidP="007D0DA5">
      <w:pPr>
        <w:numPr>
          <w:ilvl w:val="0"/>
          <w:numId w:val="10"/>
        </w:numPr>
        <w:spacing w:after="0" w:line="278" w:lineRule="auto"/>
        <w:ind w:left="283"/>
        <w:jc w:val="both"/>
        <w:rPr>
          <w:rFonts w:ascii="Times New Roman" w:eastAsia="Times New Roman" w:hAnsi="Times New Roman" w:cs="Times New Roman"/>
          <w:bCs/>
          <w:sz w:val="24"/>
          <w:szCs w:val="24"/>
          <w:lang w:val="ro-RO"/>
        </w:rPr>
      </w:pPr>
      <w:r w:rsidRPr="00A356AD">
        <w:rPr>
          <w:rFonts w:ascii="Times New Roman" w:eastAsia="Times New Roman" w:hAnsi="Times New Roman" w:cs="Times New Roman"/>
          <w:sz w:val="24"/>
          <w:szCs w:val="24"/>
          <w:lang w:val="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7D0DA5" w:rsidRPr="00A356AD" w:rsidRDefault="007D0DA5" w:rsidP="007D0DA5">
      <w:pPr>
        <w:numPr>
          <w:ilvl w:val="0"/>
          <w:numId w:val="10"/>
        </w:numPr>
        <w:spacing w:after="0" w:line="278" w:lineRule="auto"/>
        <w:ind w:left="283"/>
        <w:jc w:val="both"/>
        <w:rPr>
          <w:rFonts w:ascii="Times New Roman" w:eastAsia="Times New Roman" w:hAnsi="Times New Roman" w:cs="Times New Roman"/>
          <w:sz w:val="24"/>
          <w:szCs w:val="24"/>
          <w:lang w:val="ro-RO"/>
        </w:rPr>
      </w:pPr>
      <w:r w:rsidRPr="00A356AD">
        <w:rPr>
          <w:rFonts w:ascii="Times New Roman" w:eastAsia="Times New Roman" w:hAnsi="Times New Roman" w:cs="Times New Roman"/>
          <w:sz w:val="24"/>
          <w:szCs w:val="24"/>
          <w:lang w:val="ro-RO"/>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rsidR="00C96854" w:rsidRPr="00A356AD" w:rsidRDefault="009D674B">
      <w:pPr>
        <w:keepNext/>
        <w:spacing w:before="120" w:after="120"/>
        <w:rPr>
          <w:rFonts w:ascii="Times New Roman" w:hAnsi="Times New Roman" w:cs="Times New Roman"/>
          <w:sz w:val="24"/>
          <w:szCs w:val="24"/>
          <w:lang w:val="ro-RO"/>
        </w:rPr>
      </w:pPr>
      <w:r w:rsidRPr="00A356AD">
        <w:rPr>
          <w:rFonts w:ascii="Times New Roman" w:hAnsi="Times New Roman" w:cs="Times New Roman"/>
          <w:sz w:val="24"/>
          <w:szCs w:val="24"/>
          <w:lang w:val="ro-RO"/>
        </w:rPr>
        <w:t>B. Condiții specifice:</w:t>
      </w:r>
    </w:p>
    <w:p w:rsidR="00C96854" w:rsidRPr="00A356AD" w:rsidRDefault="009D674B">
      <w:pPr>
        <w:pStyle w:val="ListBullet"/>
        <w:spacing w:after="60"/>
        <w:rPr>
          <w:rFonts w:ascii="Times New Roman" w:hAnsi="Times New Roman" w:cs="Times New Roman"/>
          <w:sz w:val="24"/>
          <w:szCs w:val="24"/>
          <w:lang w:val="ro-RO"/>
        </w:rPr>
      </w:pPr>
      <w:r w:rsidRPr="00A356AD">
        <w:rPr>
          <w:rFonts w:ascii="Times New Roman" w:hAnsi="Times New Roman" w:cs="Times New Roman"/>
          <w:sz w:val="24"/>
          <w:szCs w:val="24"/>
          <w:lang w:val="ro-RO"/>
        </w:rPr>
        <w:t xml:space="preserve">Nivelul studiilor: Studii </w:t>
      </w:r>
      <w:r w:rsidR="007D0DA5" w:rsidRPr="00A356AD">
        <w:rPr>
          <w:rFonts w:ascii="Times New Roman" w:hAnsi="Times New Roman" w:cs="Times New Roman"/>
          <w:sz w:val="24"/>
          <w:szCs w:val="24"/>
          <w:lang w:val="ro-RO"/>
        </w:rPr>
        <w:t xml:space="preserve"> </w:t>
      </w:r>
      <w:r w:rsidR="00E1605D" w:rsidRPr="00A356AD">
        <w:rPr>
          <w:rFonts w:ascii="Times New Roman" w:hAnsi="Times New Roman" w:cs="Times New Roman"/>
          <w:sz w:val="24"/>
          <w:szCs w:val="24"/>
          <w:lang w:val="ro-RO"/>
        </w:rPr>
        <w:t>medii -liceale ( cu sau fara diplomă de bacalaureat)</w:t>
      </w:r>
      <w:r w:rsidR="003B757D" w:rsidRPr="00A356AD">
        <w:rPr>
          <w:rFonts w:ascii="Times New Roman" w:hAnsi="Times New Roman" w:cs="Times New Roman"/>
          <w:sz w:val="24"/>
          <w:szCs w:val="24"/>
          <w:lang w:val="ro-RO"/>
        </w:rPr>
        <w:t xml:space="preserve"> </w:t>
      </w:r>
    </w:p>
    <w:p w:rsidR="00C96854" w:rsidRPr="00A356AD" w:rsidRDefault="009D674B">
      <w:pPr>
        <w:pStyle w:val="ListBullet"/>
        <w:spacing w:after="60"/>
        <w:rPr>
          <w:rFonts w:ascii="Times New Roman" w:hAnsi="Times New Roman" w:cs="Times New Roman"/>
          <w:sz w:val="24"/>
          <w:szCs w:val="24"/>
          <w:lang w:val="ro-RO"/>
        </w:rPr>
      </w:pPr>
      <w:r w:rsidRPr="00A356AD">
        <w:rPr>
          <w:rFonts w:ascii="Times New Roman" w:hAnsi="Times New Roman" w:cs="Times New Roman"/>
          <w:sz w:val="24"/>
          <w:szCs w:val="24"/>
          <w:lang w:val="ro-RO"/>
        </w:rPr>
        <w:t>Vechime în muncă:</w:t>
      </w:r>
      <w:r w:rsidR="00780E4A" w:rsidRPr="00A356AD">
        <w:rPr>
          <w:rFonts w:ascii="Times New Roman" w:hAnsi="Times New Roman" w:cs="Times New Roman"/>
          <w:sz w:val="24"/>
          <w:szCs w:val="24"/>
          <w:lang w:val="ro-RO"/>
        </w:rPr>
        <w:t>minimum 1 an vechime în muncă</w:t>
      </w:r>
      <w:r w:rsidRPr="00A356AD">
        <w:rPr>
          <w:rFonts w:ascii="Times New Roman" w:hAnsi="Times New Roman" w:cs="Times New Roman"/>
          <w:sz w:val="24"/>
          <w:szCs w:val="24"/>
          <w:lang w:val="ro-RO"/>
        </w:rPr>
        <w:t xml:space="preserve"> </w:t>
      </w:r>
      <w:r w:rsidR="00E1605D" w:rsidRPr="00A356AD">
        <w:rPr>
          <w:rFonts w:ascii="Times New Roman" w:hAnsi="Times New Roman" w:cs="Times New Roman"/>
          <w:sz w:val="24"/>
          <w:szCs w:val="24"/>
          <w:lang w:val="ro-RO"/>
        </w:rPr>
        <w:t xml:space="preserve"> </w:t>
      </w:r>
    </w:p>
    <w:p w:rsidR="00C96854" w:rsidRPr="00A356AD" w:rsidRDefault="009D674B">
      <w:pPr>
        <w:pStyle w:val="ListBullet"/>
        <w:spacing w:after="60"/>
        <w:rPr>
          <w:rFonts w:ascii="Times New Roman" w:hAnsi="Times New Roman" w:cs="Times New Roman"/>
          <w:sz w:val="24"/>
          <w:szCs w:val="24"/>
          <w:lang w:val="ro-RO"/>
        </w:rPr>
      </w:pPr>
      <w:r w:rsidRPr="00A356AD">
        <w:rPr>
          <w:rFonts w:ascii="Times New Roman" w:hAnsi="Times New Roman" w:cs="Times New Roman"/>
          <w:sz w:val="24"/>
          <w:szCs w:val="24"/>
          <w:lang w:val="ro-RO"/>
        </w:rPr>
        <w:t>Abilități/Cerințe suplimentare: Abilități de lucru în echipă, responsabilitate, seriozitate, capacitate de efort fizic și adaptabilitate la specificul mediului școlar.</w:t>
      </w:r>
    </w:p>
    <w:p w:rsidR="00C96854" w:rsidRPr="00A356AD" w:rsidRDefault="009D674B">
      <w:pPr>
        <w:keepNext/>
        <w:spacing w:before="240" w:after="120"/>
        <w:rPr>
          <w:rFonts w:ascii="Times New Roman" w:hAnsi="Times New Roman" w:cs="Times New Roman"/>
          <w:sz w:val="24"/>
          <w:szCs w:val="24"/>
          <w:lang w:val="ro-RO"/>
        </w:rPr>
      </w:pPr>
      <w:r w:rsidRPr="00A356AD">
        <w:rPr>
          <w:rFonts w:ascii="Times New Roman" w:hAnsi="Times New Roman" w:cs="Times New Roman"/>
          <w:sz w:val="24"/>
          <w:szCs w:val="24"/>
          <w:lang w:val="ro-RO"/>
        </w:rPr>
        <w:t>III. CALENDARUL DE DESFĂȘURARE A CONCURSULUI</w:t>
      </w:r>
    </w:p>
    <w:p w:rsidR="00C96854" w:rsidRPr="00A356AD" w:rsidRDefault="009D674B">
      <w:pPr>
        <w:rPr>
          <w:rFonts w:ascii="Times New Roman" w:hAnsi="Times New Roman" w:cs="Times New Roman"/>
          <w:sz w:val="24"/>
          <w:szCs w:val="24"/>
          <w:lang w:val="ro-RO"/>
        </w:rPr>
      </w:pPr>
      <w:r w:rsidRPr="00A356AD">
        <w:rPr>
          <w:rFonts w:ascii="Times New Roman" w:hAnsi="Times New Roman" w:cs="Times New Roman"/>
          <w:sz w:val="24"/>
          <w:szCs w:val="24"/>
          <w:lang w:val="ro-RO"/>
        </w:rPr>
        <w:t>Concursul se va desfășura la sediul unității de învățământ după următorul program estimativ:</w:t>
      </w:r>
    </w:p>
    <w:tbl>
      <w:tblPr>
        <w:tblStyle w:val="Tabelgril1"/>
        <w:tblW w:w="10632" w:type="dxa"/>
        <w:tblInd w:w="-714" w:type="dxa"/>
        <w:tblLook w:val="04A0"/>
      </w:tblPr>
      <w:tblGrid>
        <w:gridCol w:w="927"/>
        <w:gridCol w:w="3326"/>
        <w:gridCol w:w="6379"/>
      </w:tblGrid>
      <w:tr w:rsidR="003B757D" w:rsidRPr="00A356AD" w:rsidTr="00A73751">
        <w:trPr>
          <w:trHeight w:val="729"/>
        </w:trPr>
        <w:tc>
          <w:tcPr>
            <w:tcW w:w="927" w:type="dxa"/>
          </w:tcPr>
          <w:p w:rsidR="003B757D" w:rsidRPr="00A356AD" w:rsidRDefault="003B757D" w:rsidP="003B757D">
            <w:pPr>
              <w:ind w:left="283"/>
              <w:jc w:val="both"/>
              <w:rPr>
                <w:rFonts w:ascii="Times New Roman" w:hAnsi="Times New Roman" w:cs="Times New Roman"/>
                <w:lang w:val="ro-RO"/>
              </w:rPr>
            </w:pPr>
            <w:r w:rsidRPr="00A356AD">
              <w:rPr>
                <w:rFonts w:ascii="Times New Roman" w:hAnsi="Times New Roman" w:cs="Times New Roman"/>
                <w:lang w:val="ro-RO"/>
              </w:rPr>
              <w:t>Nr. Crt.</w:t>
            </w:r>
          </w:p>
        </w:tc>
        <w:tc>
          <w:tcPr>
            <w:tcW w:w="3326" w:type="dxa"/>
          </w:tcPr>
          <w:p w:rsidR="003B757D" w:rsidRPr="00A356AD" w:rsidRDefault="003B757D" w:rsidP="003B757D">
            <w:pPr>
              <w:ind w:left="283"/>
              <w:jc w:val="both"/>
              <w:rPr>
                <w:rFonts w:ascii="Times New Roman" w:hAnsi="Times New Roman" w:cs="Times New Roman"/>
                <w:lang w:val="ro-RO"/>
              </w:rPr>
            </w:pPr>
            <w:r w:rsidRPr="00A356AD">
              <w:rPr>
                <w:rFonts w:ascii="Times New Roman" w:hAnsi="Times New Roman" w:cs="Times New Roman"/>
                <w:lang w:val="ro-RO"/>
              </w:rPr>
              <w:t>Data/Perioada desfășurării</w:t>
            </w:r>
          </w:p>
        </w:tc>
        <w:tc>
          <w:tcPr>
            <w:tcW w:w="6379" w:type="dxa"/>
          </w:tcPr>
          <w:p w:rsidR="003B757D" w:rsidRPr="00A356AD" w:rsidRDefault="003B757D" w:rsidP="00D80FA5">
            <w:pPr>
              <w:ind w:left="283"/>
              <w:rPr>
                <w:rFonts w:ascii="Times New Roman" w:hAnsi="Times New Roman" w:cs="Times New Roman"/>
                <w:lang w:val="ro-RO"/>
              </w:rPr>
            </w:pPr>
            <w:r w:rsidRPr="00A356AD">
              <w:rPr>
                <w:rFonts w:ascii="Times New Roman" w:hAnsi="Times New Roman" w:cs="Times New Roman"/>
                <w:lang w:val="ro-RO"/>
              </w:rPr>
              <w:t>Activitate</w:t>
            </w:r>
          </w:p>
        </w:tc>
      </w:tr>
      <w:tr w:rsidR="003B757D" w:rsidRPr="00A356AD" w:rsidTr="00A73751">
        <w:tc>
          <w:tcPr>
            <w:tcW w:w="927" w:type="dxa"/>
          </w:tcPr>
          <w:p w:rsidR="003B757D" w:rsidRPr="00A356AD" w:rsidRDefault="003B757D" w:rsidP="003B757D">
            <w:pPr>
              <w:ind w:left="283"/>
              <w:jc w:val="both"/>
              <w:rPr>
                <w:rFonts w:ascii="Times New Roman" w:hAnsi="Times New Roman" w:cs="Times New Roman"/>
                <w:lang w:val="ro-RO"/>
              </w:rPr>
            </w:pPr>
            <w:r w:rsidRPr="00A356AD">
              <w:rPr>
                <w:rFonts w:ascii="Times New Roman" w:hAnsi="Times New Roman" w:cs="Times New Roman"/>
                <w:lang w:val="ro-RO"/>
              </w:rPr>
              <w:t>1.</w:t>
            </w:r>
          </w:p>
        </w:tc>
        <w:tc>
          <w:tcPr>
            <w:tcW w:w="3326" w:type="dxa"/>
          </w:tcPr>
          <w:p w:rsidR="003B757D" w:rsidRPr="00A356AD" w:rsidRDefault="003B757D" w:rsidP="00D80FA5">
            <w:pPr>
              <w:ind w:left="283"/>
              <w:jc w:val="center"/>
              <w:rPr>
                <w:rFonts w:ascii="Times New Roman" w:hAnsi="Times New Roman" w:cs="Times New Roman"/>
                <w:bCs/>
                <w:lang w:val="ro-RO"/>
              </w:rPr>
            </w:pPr>
            <w:r w:rsidRPr="00A356AD">
              <w:rPr>
                <w:rFonts w:ascii="Times New Roman" w:hAnsi="Times New Roman" w:cs="Times New Roman"/>
                <w:bCs/>
                <w:lang w:val="ro-RO"/>
              </w:rPr>
              <w:t>1</w:t>
            </w:r>
            <w:r w:rsidR="00D80FA5" w:rsidRPr="00A356AD">
              <w:rPr>
                <w:rFonts w:ascii="Times New Roman" w:hAnsi="Times New Roman" w:cs="Times New Roman"/>
                <w:bCs/>
                <w:lang w:val="ro-RO"/>
              </w:rPr>
              <w:t>8</w:t>
            </w:r>
            <w:r w:rsidRPr="00A356AD">
              <w:rPr>
                <w:rFonts w:ascii="Times New Roman" w:hAnsi="Times New Roman" w:cs="Times New Roman"/>
                <w:bCs/>
                <w:lang w:val="ro-RO"/>
              </w:rPr>
              <w:t>.09.2026</w:t>
            </w:r>
          </w:p>
        </w:tc>
        <w:tc>
          <w:tcPr>
            <w:tcW w:w="6379" w:type="dxa"/>
          </w:tcPr>
          <w:p w:rsidR="003B757D" w:rsidRPr="00A356AD" w:rsidRDefault="003B757D" w:rsidP="00D80FA5">
            <w:pPr>
              <w:ind w:left="283"/>
              <w:rPr>
                <w:rFonts w:ascii="Times New Roman" w:hAnsi="Times New Roman" w:cs="Times New Roman"/>
                <w:lang w:val="ro-RO"/>
              </w:rPr>
            </w:pPr>
            <w:r w:rsidRPr="00A356AD">
              <w:rPr>
                <w:rFonts w:ascii="Times New Roman" w:hAnsi="Times New Roman" w:cs="Times New Roman"/>
                <w:bCs/>
                <w:lang w:val="ro-RO"/>
              </w:rPr>
              <w:t>Data publicării</w:t>
            </w:r>
            <w:r w:rsidRPr="00A356AD">
              <w:rPr>
                <w:rFonts w:ascii="Times New Roman" w:hAnsi="Times New Roman" w:cs="Times New Roman"/>
                <w:lang w:val="ro-RO"/>
              </w:rPr>
              <w:t xml:space="preserve"> pe portalul posturi.gov.ro,  </w:t>
            </w:r>
          </w:p>
        </w:tc>
      </w:tr>
      <w:tr w:rsidR="003B757D" w:rsidRPr="00A356AD" w:rsidTr="00A73751">
        <w:trPr>
          <w:trHeight w:val="975"/>
        </w:trPr>
        <w:tc>
          <w:tcPr>
            <w:tcW w:w="927" w:type="dxa"/>
          </w:tcPr>
          <w:p w:rsidR="003B757D" w:rsidRPr="00A356AD" w:rsidRDefault="003B757D" w:rsidP="003B757D">
            <w:pPr>
              <w:ind w:left="283"/>
              <w:jc w:val="both"/>
              <w:rPr>
                <w:rFonts w:ascii="Times New Roman" w:hAnsi="Times New Roman" w:cs="Times New Roman"/>
                <w:lang w:val="ro-RO"/>
              </w:rPr>
            </w:pPr>
            <w:r w:rsidRPr="00A356AD">
              <w:rPr>
                <w:rFonts w:ascii="Times New Roman" w:hAnsi="Times New Roman" w:cs="Times New Roman"/>
                <w:lang w:val="ro-RO"/>
              </w:rPr>
              <w:t>2.</w:t>
            </w:r>
          </w:p>
        </w:tc>
        <w:tc>
          <w:tcPr>
            <w:tcW w:w="3326" w:type="dxa"/>
          </w:tcPr>
          <w:p w:rsidR="003B757D" w:rsidRPr="00A356AD" w:rsidRDefault="00D80FA5" w:rsidP="00D80FA5">
            <w:pPr>
              <w:ind w:left="283"/>
              <w:jc w:val="center"/>
              <w:rPr>
                <w:rFonts w:ascii="Times New Roman" w:hAnsi="Times New Roman" w:cs="Times New Roman"/>
                <w:bCs/>
                <w:lang w:val="ro-RO"/>
              </w:rPr>
            </w:pPr>
            <w:r w:rsidRPr="00A356AD">
              <w:rPr>
                <w:rFonts w:ascii="Times New Roman" w:hAnsi="Times New Roman" w:cs="Times New Roman"/>
                <w:bCs/>
                <w:lang w:val="ro-RO"/>
              </w:rPr>
              <w:t>21</w:t>
            </w:r>
            <w:r w:rsidR="003B757D" w:rsidRPr="00A356AD">
              <w:rPr>
                <w:rFonts w:ascii="Times New Roman" w:hAnsi="Times New Roman" w:cs="Times New Roman"/>
                <w:bCs/>
                <w:lang w:val="ro-RO"/>
              </w:rPr>
              <w:t xml:space="preserve">.09.2026 - </w:t>
            </w:r>
            <w:r w:rsidR="00604A4E" w:rsidRPr="00A356AD">
              <w:rPr>
                <w:rFonts w:ascii="Times New Roman" w:hAnsi="Times New Roman" w:cs="Times New Roman"/>
                <w:bCs/>
                <w:lang w:val="ro-RO"/>
              </w:rPr>
              <w:t>0</w:t>
            </w:r>
            <w:r w:rsidRPr="00A356AD">
              <w:rPr>
                <w:rFonts w:ascii="Times New Roman" w:hAnsi="Times New Roman" w:cs="Times New Roman"/>
                <w:bCs/>
                <w:lang w:val="ro-RO"/>
              </w:rPr>
              <w:t>2</w:t>
            </w:r>
            <w:r w:rsidR="003B757D" w:rsidRPr="00A356AD">
              <w:rPr>
                <w:rFonts w:ascii="Times New Roman" w:hAnsi="Times New Roman" w:cs="Times New Roman"/>
                <w:bCs/>
                <w:lang w:val="ro-RO"/>
              </w:rPr>
              <w:t>.10.2026</w:t>
            </w:r>
          </w:p>
        </w:tc>
        <w:tc>
          <w:tcPr>
            <w:tcW w:w="6379" w:type="dxa"/>
          </w:tcPr>
          <w:p w:rsidR="003B757D" w:rsidRPr="00A356AD" w:rsidRDefault="003B757D" w:rsidP="00D80FA5">
            <w:pPr>
              <w:ind w:left="283"/>
              <w:rPr>
                <w:rFonts w:ascii="Times New Roman" w:hAnsi="Times New Roman" w:cs="Times New Roman"/>
                <w:lang w:val="ro-RO"/>
              </w:rPr>
            </w:pPr>
            <w:r w:rsidRPr="00A356AD">
              <w:rPr>
                <w:rFonts w:ascii="Times New Roman" w:hAnsi="Times New Roman" w:cs="Times New Roman"/>
                <w:bCs/>
                <w:lang w:val="ro-RO"/>
              </w:rPr>
              <w:t>Depunerea dosarelor de candidatură</w:t>
            </w:r>
            <w:r w:rsidRPr="00A356AD">
              <w:rPr>
                <w:rFonts w:ascii="Times New Roman" w:hAnsi="Times New Roman" w:cs="Times New Roman"/>
                <w:lang w:val="ro-RO"/>
              </w:rPr>
              <w:t xml:space="preserve"> – perioada de înscriere la concurs </w:t>
            </w:r>
            <w:r w:rsidR="00D80FA5" w:rsidRPr="00A356AD">
              <w:rPr>
                <w:rFonts w:ascii="Times New Roman" w:hAnsi="Times New Roman" w:cs="Times New Roman"/>
                <w:lang w:val="ro-RO"/>
              </w:rPr>
              <w:t>-</w:t>
            </w:r>
            <w:r w:rsidRPr="00A356AD">
              <w:rPr>
                <w:rFonts w:ascii="Times New Roman" w:hAnsi="Times New Roman" w:cs="Times New Roman"/>
                <w:lang w:val="ro-RO"/>
              </w:rPr>
              <w:t>Sediul unității strada Racova nr. 69</w:t>
            </w:r>
          </w:p>
        </w:tc>
      </w:tr>
      <w:tr w:rsidR="003B757D" w:rsidRPr="00A356AD" w:rsidTr="00A73751">
        <w:tc>
          <w:tcPr>
            <w:tcW w:w="927" w:type="dxa"/>
          </w:tcPr>
          <w:p w:rsidR="003B757D" w:rsidRPr="00A356AD" w:rsidRDefault="003B757D" w:rsidP="003B757D">
            <w:pPr>
              <w:ind w:left="283"/>
              <w:jc w:val="both"/>
              <w:rPr>
                <w:rFonts w:ascii="Times New Roman" w:hAnsi="Times New Roman" w:cs="Times New Roman"/>
                <w:lang w:val="ro-RO"/>
              </w:rPr>
            </w:pPr>
            <w:r w:rsidRPr="00A356AD">
              <w:rPr>
                <w:rFonts w:ascii="Times New Roman" w:hAnsi="Times New Roman" w:cs="Times New Roman"/>
                <w:lang w:val="ro-RO"/>
              </w:rPr>
              <w:t>3.</w:t>
            </w:r>
          </w:p>
        </w:tc>
        <w:tc>
          <w:tcPr>
            <w:tcW w:w="3326" w:type="dxa"/>
          </w:tcPr>
          <w:p w:rsidR="003B757D" w:rsidRPr="00A356AD" w:rsidRDefault="003B757D" w:rsidP="00D80FA5">
            <w:pPr>
              <w:ind w:left="283"/>
              <w:jc w:val="center"/>
              <w:rPr>
                <w:rFonts w:ascii="Times New Roman" w:hAnsi="Times New Roman" w:cs="Times New Roman"/>
                <w:bCs/>
                <w:lang w:val="ro-RO"/>
              </w:rPr>
            </w:pPr>
            <w:r w:rsidRPr="00A356AD">
              <w:rPr>
                <w:rFonts w:ascii="Times New Roman" w:hAnsi="Times New Roman" w:cs="Times New Roman"/>
                <w:bCs/>
                <w:lang w:val="ro-RO"/>
              </w:rPr>
              <w:t>0</w:t>
            </w:r>
            <w:r w:rsidR="00D80FA5" w:rsidRPr="00A356AD">
              <w:rPr>
                <w:rFonts w:ascii="Times New Roman" w:hAnsi="Times New Roman" w:cs="Times New Roman"/>
                <w:bCs/>
                <w:lang w:val="ro-RO"/>
              </w:rPr>
              <w:t>6</w:t>
            </w:r>
            <w:r w:rsidRPr="00A356AD">
              <w:rPr>
                <w:rFonts w:ascii="Times New Roman" w:hAnsi="Times New Roman" w:cs="Times New Roman"/>
                <w:bCs/>
                <w:lang w:val="ro-RO"/>
              </w:rPr>
              <w:t>.10.2026</w:t>
            </w:r>
            <w:r w:rsidR="00D80FA5" w:rsidRPr="00A356AD">
              <w:rPr>
                <w:rFonts w:ascii="Times New Roman" w:hAnsi="Times New Roman" w:cs="Times New Roman"/>
                <w:bCs/>
                <w:lang w:val="ro-RO"/>
              </w:rPr>
              <w:t>, ora 12.00</w:t>
            </w:r>
          </w:p>
        </w:tc>
        <w:tc>
          <w:tcPr>
            <w:tcW w:w="6379" w:type="dxa"/>
          </w:tcPr>
          <w:p w:rsidR="003B757D" w:rsidRPr="00A356AD" w:rsidRDefault="003B757D" w:rsidP="00D80FA5">
            <w:pPr>
              <w:ind w:left="283"/>
              <w:rPr>
                <w:rFonts w:ascii="Times New Roman" w:hAnsi="Times New Roman" w:cs="Times New Roman"/>
                <w:lang w:val="ro-RO"/>
              </w:rPr>
            </w:pPr>
            <w:r w:rsidRPr="00A356AD">
              <w:rPr>
                <w:rFonts w:ascii="Times New Roman" w:hAnsi="Times New Roman" w:cs="Times New Roman"/>
                <w:bCs/>
                <w:lang w:val="ro-RO"/>
              </w:rPr>
              <w:t>SELECȚIA DOSARELOR</w:t>
            </w:r>
            <w:r w:rsidRPr="00A356AD">
              <w:rPr>
                <w:rFonts w:ascii="Times New Roman" w:hAnsi="Times New Roman" w:cs="Times New Roman"/>
                <w:lang w:val="ro-RO"/>
              </w:rPr>
              <w:t xml:space="preserve"> de candidatură</w:t>
            </w:r>
          </w:p>
        </w:tc>
      </w:tr>
      <w:tr w:rsidR="003B757D" w:rsidRPr="00A356AD" w:rsidTr="00A73751">
        <w:tc>
          <w:tcPr>
            <w:tcW w:w="927" w:type="dxa"/>
          </w:tcPr>
          <w:p w:rsidR="003B757D" w:rsidRPr="00A356AD" w:rsidRDefault="003B757D" w:rsidP="003B757D">
            <w:pPr>
              <w:ind w:left="283"/>
              <w:jc w:val="both"/>
              <w:rPr>
                <w:rFonts w:ascii="Times New Roman" w:hAnsi="Times New Roman" w:cs="Times New Roman"/>
                <w:lang w:val="ro-RO"/>
              </w:rPr>
            </w:pPr>
            <w:r w:rsidRPr="00A356AD">
              <w:rPr>
                <w:rFonts w:ascii="Times New Roman" w:hAnsi="Times New Roman" w:cs="Times New Roman"/>
                <w:lang w:val="ro-RO"/>
              </w:rPr>
              <w:t>4.</w:t>
            </w:r>
          </w:p>
        </w:tc>
        <w:tc>
          <w:tcPr>
            <w:tcW w:w="3326" w:type="dxa"/>
          </w:tcPr>
          <w:p w:rsidR="003B757D" w:rsidRPr="00A356AD" w:rsidRDefault="003B757D" w:rsidP="00D80FA5">
            <w:pPr>
              <w:ind w:left="283"/>
              <w:jc w:val="center"/>
              <w:rPr>
                <w:rFonts w:ascii="Times New Roman" w:hAnsi="Times New Roman" w:cs="Times New Roman"/>
                <w:bCs/>
                <w:lang w:val="ro-RO"/>
              </w:rPr>
            </w:pPr>
            <w:r w:rsidRPr="00A356AD">
              <w:rPr>
                <w:rFonts w:ascii="Times New Roman" w:hAnsi="Times New Roman" w:cs="Times New Roman"/>
                <w:bCs/>
                <w:lang w:val="ro-RO"/>
              </w:rPr>
              <w:t>0</w:t>
            </w:r>
            <w:r w:rsidR="00D80FA5" w:rsidRPr="00A356AD">
              <w:rPr>
                <w:rFonts w:ascii="Times New Roman" w:hAnsi="Times New Roman" w:cs="Times New Roman"/>
                <w:bCs/>
                <w:lang w:val="ro-RO"/>
              </w:rPr>
              <w:t>7</w:t>
            </w:r>
            <w:r w:rsidRPr="00A356AD">
              <w:rPr>
                <w:rFonts w:ascii="Times New Roman" w:hAnsi="Times New Roman" w:cs="Times New Roman"/>
                <w:bCs/>
                <w:lang w:val="ro-RO"/>
              </w:rPr>
              <w:t>.10.2026</w:t>
            </w:r>
            <w:r w:rsidR="00D80FA5" w:rsidRPr="00A356AD">
              <w:rPr>
                <w:rFonts w:ascii="Times New Roman" w:hAnsi="Times New Roman" w:cs="Times New Roman"/>
                <w:bCs/>
                <w:lang w:val="ro-RO"/>
              </w:rPr>
              <w:t>, ora 12.00</w:t>
            </w:r>
          </w:p>
        </w:tc>
        <w:tc>
          <w:tcPr>
            <w:tcW w:w="6379" w:type="dxa"/>
          </w:tcPr>
          <w:p w:rsidR="003B757D" w:rsidRPr="00A356AD" w:rsidRDefault="003B757D" w:rsidP="00D80FA5">
            <w:pPr>
              <w:ind w:left="283"/>
              <w:rPr>
                <w:rFonts w:ascii="Times New Roman" w:hAnsi="Times New Roman" w:cs="Times New Roman"/>
                <w:bCs/>
                <w:lang w:val="ro-RO"/>
              </w:rPr>
            </w:pPr>
            <w:r w:rsidRPr="00A356AD">
              <w:rPr>
                <w:rFonts w:ascii="Times New Roman" w:hAnsi="Times New Roman" w:cs="Times New Roman"/>
                <w:bCs/>
                <w:lang w:val="ro-RO"/>
              </w:rPr>
              <w:t>Afișarea selecției dosarelor</w:t>
            </w:r>
            <w:r w:rsidRPr="00A356AD">
              <w:rPr>
                <w:rFonts w:ascii="Times New Roman" w:hAnsi="Times New Roman" w:cs="Times New Roman"/>
                <w:lang w:val="ro-RO"/>
              </w:rPr>
              <w:t xml:space="preserve"> Sediul unității strada Racova nr. 69</w:t>
            </w:r>
          </w:p>
        </w:tc>
      </w:tr>
      <w:tr w:rsidR="003B757D" w:rsidRPr="00A356AD" w:rsidTr="00A73751">
        <w:tc>
          <w:tcPr>
            <w:tcW w:w="927" w:type="dxa"/>
          </w:tcPr>
          <w:p w:rsidR="003B757D" w:rsidRPr="00A356AD" w:rsidRDefault="003B757D" w:rsidP="003B757D">
            <w:pPr>
              <w:ind w:left="283"/>
              <w:jc w:val="both"/>
              <w:rPr>
                <w:rFonts w:ascii="Times New Roman" w:hAnsi="Times New Roman" w:cs="Times New Roman"/>
                <w:lang w:val="ro-RO"/>
              </w:rPr>
            </w:pPr>
            <w:r w:rsidRPr="00A356AD">
              <w:rPr>
                <w:rFonts w:ascii="Times New Roman" w:hAnsi="Times New Roman" w:cs="Times New Roman"/>
                <w:lang w:val="ro-RO"/>
              </w:rPr>
              <w:lastRenderedPageBreak/>
              <w:t>5.</w:t>
            </w:r>
          </w:p>
        </w:tc>
        <w:tc>
          <w:tcPr>
            <w:tcW w:w="3326" w:type="dxa"/>
          </w:tcPr>
          <w:p w:rsidR="003B757D" w:rsidRPr="00A356AD" w:rsidRDefault="003B757D" w:rsidP="00D80FA5">
            <w:pPr>
              <w:ind w:left="283"/>
              <w:jc w:val="center"/>
              <w:rPr>
                <w:rFonts w:ascii="Times New Roman" w:hAnsi="Times New Roman" w:cs="Times New Roman"/>
                <w:bCs/>
                <w:lang w:val="ro-RO"/>
              </w:rPr>
            </w:pPr>
            <w:r w:rsidRPr="00A356AD">
              <w:rPr>
                <w:rFonts w:ascii="Times New Roman" w:hAnsi="Times New Roman" w:cs="Times New Roman"/>
                <w:bCs/>
                <w:lang w:val="ro-RO"/>
              </w:rPr>
              <w:t>0</w:t>
            </w:r>
            <w:r w:rsidR="00D80FA5" w:rsidRPr="00A356AD">
              <w:rPr>
                <w:rFonts w:ascii="Times New Roman" w:hAnsi="Times New Roman" w:cs="Times New Roman"/>
                <w:bCs/>
                <w:lang w:val="ro-RO"/>
              </w:rPr>
              <w:t>8</w:t>
            </w:r>
            <w:r w:rsidRPr="00A356AD">
              <w:rPr>
                <w:rFonts w:ascii="Times New Roman" w:hAnsi="Times New Roman" w:cs="Times New Roman"/>
                <w:bCs/>
                <w:lang w:val="ro-RO"/>
              </w:rPr>
              <w:t>.10.2026</w:t>
            </w:r>
            <w:r w:rsidR="00D80FA5" w:rsidRPr="00A356AD">
              <w:rPr>
                <w:rFonts w:ascii="Times New Roman" w:hAnsi="Times New Roman" w:cs="Times New Roman"/>
                <w:bCs/>
                <w:lang w:val="ro-RO"/>
              </w:rPr>
              <w:t>, ora 12.00</w:t>
            </w:r>
          </w:p>
        </w:tc>
        <w:tc>
          <w:tcPr>
            <w:tcW w:w="6379" w:type="dxa"/>
          </w:tcPr>
          <w:p w:rsidR="003B757D" w:rsidRPr="00A356AD" w:rsidRDefault="003B757D" w:rsidP="00D80FA5">
            <w:pPr>
              <w:ind w:left="283"/>
              <w:rPr>
                <w:rFonts w:ascii="Times New Roman" w:hAnsi="Times New Roman" w:cs="Times New Roman"/>
                <w:lang w:val="ro-RO"/>
              </w:rPr>
            </w:pPr>
            <w:r w:rsidRPr="00A356AD">
              <w:rPr>
                <w:rFonts w:ascii="Times New Roman" w:hAnsi="Times New Roman" w:cs="Times New Roman"/>
                <w:bCs/>
                <w:lang w:val="ro-RO"/>
              </w:rPr>
              <w:t>Contestații</w:t>
            </w:r>
            <w:r w:rsidRPr="00A356AD">
              <w:rPr>
                <w:rFonts w:ascii="Times New Roman" w:hAnsi="Times New Roman" w:cs="Times New Roman"/>
                <w:lang w:val="ro-RO"/>
              </w:rPr>
              <w:t xml:space="preserve"> </w:t>
            </w:r>
            <w:r w:rsidR="00D80FA5" w:rsidRPr="00A356AD">
              <w:rPr>
                <w:rFonts w:ascii="Times New Roman" w:hAnsi="Times New Roman" w:cs="Times New Roman"/>
                <w:lang w:val="ro-RO"/>
              </w:rPr>
              <w:t>-</w:t>
            </w:r>
            <w:r w:rsidRPr="00A356AD">
              <w:rPr>
                <w:rFonts w:ascii="Times New Roman" w:hAnsi="Times New Roman" w:cs="Times New Roman"/>
                <w:lang w:val="ro-RO"/>
              </w:rPr>
              <w:t xml:space="preserve"> Sediul unității strada Racova nr. 69</w:t>
            </w:r>
          </w:p>
        </w:tc>
      </w:tr>
      <w:tr w:rsidR="003B757D" w:rsidRPr="00A356AD" w:rsidTr="00A73751">
        <w:tc>
          <w:tcPr>
            <w:tcW w:w="927" w:type="dxa"/>
          </w:tcPr>
          <w:p w:rsidR="003B757D" w:rsidRPr="00A356AD" w:rsidRDefault="003B757D" w:rsidP="003B757D">
            <w:pPr>
              <w:ind w:left="283"/>
              <w:jc w:val="both"/>
              <w:rPr>
                <w:rFonts w:ascii="Times New Roman" w:hAnsi="Times New Roman" w:cs="Times New Roman"/>
                <w:lang w:val="ro-RO"/>
              </w:rPr>
            </w:pPr>
            <w:r w:rsidRPr="00A356AD">
              <w:rPr>
                <w:rFonts w:ascii="Times New Roman" w:hAnsi="Times New Roman" w:cs="Times New Roman"/>
                <w:lang w:val="ro-RO"/>
              </w:rPr>
              <w:t>6.</w:t>
            </w:r>
          </w:p>
        </w:tc>
        <w:tc>
          <w:tcPr>
            <w:tcW w:w="3326" w:type="dxa"/>
          </w:tcPr>
          <w:p w:rsidR="003B757D" w:rsidRPr="00A356AD" w:rsidRDefault="003B757D" w:rsidP="00D80FA5">
            <w:pPr>
              <w:ind w:left="283"/>
              <w:jc w:val="center"/>
              <w:rPr>
                <w:rFonts w:ascii="Times New Roman" w:hAnsi="Times New Roman" w:cs="Times New Roman"/>
                <w:bCs/>
                <w:lang w:val="ro-RO"/>
              </w:rPr>
            </w:pPr>
            <w:r w:rsidRPr="00A356AD">
              <w:rPr>
                <w:rFonts w:ascii="Times New Roman" w:hAnsi="Times New Roman" w:cs="Times New Roman"/>
                <w:bCs/>
                <w:lang w:val="ro-RO"/>
              </w:rPr>
              <w:t>09.10.2026</w:t>
            </w:r>
            <w:r w:rsidR="00D80FA5" w:rsidRPr="00A356AD">
              <w:rPr>
                <w:rFonts w:ascii="Times New Roman" w:hAnsi="Times New Roman" w:cs="Times New Roman"/>
                <w:bCs/>
                <w:lang w:val="ro-RO"/>
              </w:rPr>
              <w:t>, ora 12.00</w:t>
            </w:r>
          </w:p>
        </w:tc>
        <w:tc>
          <w:tcPr>
            <w:tcW w:w="6379" w:type="dxa"/>
          </w:tcPr>
          <w:p w:rsidR="003B757D" w:rsidRPr="00A356AD" w:rsidRDefault="003B757D" w:rsidP="00D80FA5">
            <w:pPr>
              <w:ind w:left="283"/>
              <w:rPr>
                <w:rFonts w:ascii="Times New Roman" w:hAnsi="Times New Roman" w:cs="Times New Roman"/>
                <w:lang w:val="ro-RO"/>
              </w:rPr>
            </w:pPr>
            <w:r w:rsidRPr="00A356AD">
              <w:rPr>
                <w:rFonts w:ascii="Times New Roman" w:hAnsi="Times New Roman" w:cs="Times New Roman"/>
                <w:bCs/>
                <w:lang w:val="ro-RO"/>
              </w:rPr>
              <w:t>Afișarea rezultatelor la contestații</w:t>
            </w:r>
          </w:p>
        </w:tc>
      </w:tr>
      <w:tr w:rsidR="003B757D" w:rsidRPr="00A356AD" w:rsidTr="00A73751">
        <w:trPr>
          <w:trHeight w:val="989"/>
        </w:trPr>
        <w:tc>
          <w:tcPr>
            <w:tcW w:w="927" w:type="dxa"/>
          </w:tcPr>
          <w:p w:rsidR="003B757D" w:rsidRPr="00A356AD" w:rsidRDefault="003B757D" w:rsidP="003B757D">
            <w:pPr>
              <w:ind w:left="283"/>
              <w:jc w:val="both"/>
              <w:rPr>
                <w:rFonts w:ascii="Times New Roman" w:hAnsi="Times New Roman" w:cs="Times New Roman"/>
                <w:lang w:val="ro-RO"/>
              </w:rPr>
            </w:pPr>
            <w:r w:rsidRPr="00A356AD">
              <w:rPr>
                <w:rFonts w:ascii="Times New Roman" w:hAnsi="Times New Roman" w:cs="Times New Roman"/>
                <w:lang w:val="ro-RO"/>
              </w:rPr>
              <w:t>7.</w:t>
            </w:r>
          </w:p>
        </w:tc>
        <w:tc>
          <w:tcPr>
            <w:tcW w:w="3326" w:type="dxa"/>
          </w:tcPr>
          <w:p w:rsidR="003B757D" w:rsidRPr="00A356AD" w:rsidRDefault="003B757D" w:rsidP="00D80FA5">
            <w:pPr>
              <w:ind w:left="283"/>
              <w:jc w:val="center"/>
              <w:rPr>
                <w:rFonts w:ascii="Times New Roman" w:hAnsi="Times New Roman" w:cs="Times New Roman"/>
                <w:bCs/>
                <w:lang w:val="ro-RO"/>
              </w:rPr>
            </w:pPr>
            <w:r w:rsidRPr="00A356AD">
              <w:rPr>
                <w:rFonts w:ascii="Times New Roman" w:hAnsi="Times New Roman" w:cs="Times New Roman"/>
                <w:bCs/>
                <w:lang w:val="ro-RO"/>
              </w:rPr>
              <w:t xml:space="preserve">12.10.2026 ora </w:t>
            </w:r>
            <w:r w:rsidR="00FC5EC7" w:rsidRPr="00A356AD">
              <w:rPr>
                <w:rFonts w:ascii="Times New Roman" w:hAnsi="Times New Roman" w:cs="Times New Roman"/>
                <w:bCs/>
                <w:lang w:val="ro-RO"/>
              </w:rPr>
              <w:t>09.00</w:t>
            </w:r>
          </w:p>
        </w:tc>
        <w:tc>
          <w:tcPr>
            <w:tcW w:w="6379" w:type="dxa"/>
          </w:tcPr>
          <w:p w:rsidR="003B757D" w:rsidRPr="00A356AD" w:rsidRDefault="003B757D" w:rsidP="00D80FA5">
            <w:pPr>
              <w:ind w:left="283"/>
              <w:rPr>
                <w:rFonts w:ascii="Times New Roman" w:hAnsi="Times New Roman" w:cs="Times New Roman"/>
                <w:lang w:val="ro-RO"/>
              </w:rPr>
            </w:pPr>
            <w:r w:rsidRPr="00A356AD">
              <w:rPr>
                <w:rFonts w:ascii="Times New Roman" w:hAnsi="Times New Roman" w:cs="Times New Roman"/>
                <w:bCs/>
                <w:lang w:val="ro-RO"/>
              </w:rPr>
              <w:t>PROBA SCRISĂ</w:t>
            </w:r>
          </w:p>
          <w:p w:rsidR="003B757D" w:rsidRPr="00A356AD" w:rsidRDefault="003B757D" w:rsidP="00D80FA5">
            <w:pPr>
              <w:ind w:left="283"/>
              <w:rPr>
                <w:rFonts w:ascii="Times New Roman" w:hAnsi="Times New Roman" w:cs="Times New Roman"/>
                <w:lang w:val="ro-RO"/>
              </w:rPr>
            </w:pPr>
            <w:r w:rsidRPr="00A356AD">
              <w:rPr>
                <w:rFonts w:ascii="Times New Roman" w:hAnsi="Times New Roman" w:cs="Times New Roman"/>
                <w:lang w:val="ro-RO"/>
              </w:rPr>
              <w:t>Locul desfășurării: Sediul unității strada Racova nr. 69</w:t>
            </w:r>
          </w:p>
        </w:tc>
      </w:tr>
      <w:tr w:rsidR="003B757D" w:rsidRPr="00A356AD" w:rsidTr="00A73751">
        <w:trPr>
          <w:trHeight w:val="694"/>
        </w:trPr>
        <w:tc>
          <w:tcPr>
            <w:tcW w:w="927" w:type="dxa"/>
          </w:tcPr>
          <w:p w:rsidR="003B757D" w:rsidRPr="00A356AD" w:rsidRDefault="003B757D" w:rsidP="003B757D">
            <w:pPr>
              <w:ind w:left="283"/>
              <w:jc w:val="both"/>
              <w:rPr>
                <w:rFonts w:ascii="Times New Roman" w:hAnsi="Times New Roman" w:cs="Times New Roman"/>
                <w:lang w:val="ro-RO"/>
              </w:rPr>
            </w:pPr>
            <w:r w:rsidRPr="00A356AD">
              <w:rPr>
                <w:rFonts w:ascii="Times New Roman" w:hAnsi="Times New Roman" w:cs="Times New Roman"/>
                <w:lang w:val="ro-RO"/>
              </w:rPr>
              <w:t>8.</w:t>
            </w:r>
          </w:p>
        </w:tc>
        <w:tc>
          <w:tcPr>
            <w:tcW w:w="3326" w:type="dxa"/>
          </w:tcPr>
          <w:p w:rsidR="003B757D" w:rsidRPr="00A356AD" w:rsidRDefault="003B757D" w:rsidP="00D80FA5">
            <w:pPr>
              <w:ind w:left="283"/>
              <w:jc w:val="center"/>
              <w:rPr>
                <w:rFonts w:ascii="Times New Roman" w:hAnsi="Times New Roman" w:cs="Times New Roman"/>
                <w:bCs/>
                <w:lang w:val="ro-RO"/>
              </w:rPr>
            </w:pPr>
            <w:r w:rsidRPr="00A356AD">
              <w:rPr>
                <w:rFonts w:ascii="Times New Roman" w:hAnsi="Times New Roman" w:cs="Times New Roman"/>
                <w:bCs/>
                <w:lang w:val="ro-RO"/>
              </w:rPr>
              <w:t>13.10.2026</w:t>
            </w:r>
            <w:r w:rsidR="00D80FA5" w:rsidRPr="00A356AD">
              <w:rPr>
                <w:rFonts w:ascii="Times New Roman" w:hAnsi="Times New Roman" w:cs="Times New Roman"/>
                <w:bCs/>
                <w:lang w:val="ro-RO"/>
              </w:rPr>
              <w:t>, ora 12.30</w:t>
            </w:r>
          </w:p>
        </w:tc>
        <w:tc>
          <w:tcPr>
            <w:tcW w:w="6379" w:type="dxa"/>
          </w:tcPr>
          <w:p w:rsidR="003B757D" w:rsidRPr="00A356AD" w:rsidRDefault="003B757D" w:rsidP="00D80FA5">
            <w:pPr>
              <w:ind w:left="283"/>
              <w:rPr>
                <w:rFonts w:ascii="Times New Roman" w:hAnsi="Times New Roman" w:cs="Times New Roman"/>
                <w:lang w:val="ro-RO"/>
              </w:rPr>
            </w:pPr>
            <w:r w:rsidRPr="00A356AD">
              <w:rPr>
                <w:rFonts w:ascii="Times New Roman" w:hAnsi="Times New Roman" w:cs="Times New Roman"/>
                <w:bCs/>
                <w:lang w:val="ro-RO"/>
              </w:rPr>
              <w:t>Afișarea rezultatelor la proba scrisă</w:t>
            </w:r>
            <w:r w:rsidRPr="00A356AD">
              <w:rPr>
                <w:rFonts w:ascii="Times New Roman" w:hAnsi="Times New Roman" w:cs="Times New Roman"/>
                <w:lang w:val="ro-RO"/>
              </w:rPr>
              <w:t xml:space="preserve"> Sediul unității strada Racova nr. 69</w:t>
            </w:r>
          </w:p>
        </w:tc>
      </w:tr>
      <w:tr w:rsidR="003B757D" w:rsidRPr="00A356AD" w:rsidTr="00A73751">
        <w:tc>
          <w:tcPr>
            <w:tcW w:w="927" w:type="dxa"/>
          </w:tcPr>
          <w:p w:rsidR="003B757D" w:rsidRPr="00A356AD" w:rsidRDefault="003B757D" w:rsidP="003B757D">
            <w:pPr>
              <w:ind w:left="283"/>
              <w:jc w:val="both"/>
              <w:rPr>
                <w:rFonts w:ascii="Times New Roman" w:hAnsi="Times New Roman" w:cs="Times New Roman"/>
                <w:lang w:val="ro-RO"/>
              </w:rPr>
            </w:pPr>
            <w:r w:rsidRPr="00A356AD">
              <w:rPr>
                <w:rFonts w:ascii="Times New Roman" w:hAnsi="Times New Roman" w:cs="Times New Roman"/>
                <w:lang w:val="ro-RO"/>
              </w:rPr>
              <w:t>9.</w:t>
            </w:r>
          </w:p>
        </w:tc>
        <w:tc>
          <w:tcPr>
            <w:tcW w:w="3326" w:type="dxa"/>
          </w:tcPr>
          <w:p w:rsidR="003B757D" w:rsidRPr="00A356AD" w:rsidRDefault="003B757D" w:rsidP="00D80FA5">
            <w:pPr>
              <w:ind w:left="283"/>
              <w:jc w:val="center"/>
              <w:rPr>
                <w:rFonts w:ascii="Times New Roman" w:hAnsi="Times New Roman" w:cs="Times New Roman"/>
                <w:bCs/>
                <w:lang w:val="ro-RO"/>
              </w:rPr>
            </w:pPr>
            <w:r w:rsidRPr="00A356AD">
              <w:rPr>
                <w:rFonts w:ascii="Times New Roman" w:hAnsi="Times New Roman" w:cs="Times New Roman"/>
                <w:bCs/>
                <w:lang w:val="ro-RO"/>
              </w:rPr>
              <w:t>14.10.2026</w:t>
            </w:r>
            <w:r w:rsidR="00D80FA5" w:rsidRPr="00A356AD">
              <w:rPr>
                <w:rFonts w:ascii="Times New Roman" w:hAnsi="Times New Roman" w:cs="Times New Roman"/>
                <w:bCs/>
                <w:lang w:val="ro-RO"/>
              </w:rPr>
              <w:t>, ora 12.30</w:t>
            </w:r>
          </w:p>
        </w:tc>
        <w:tc>
          <w:tcPr>
            <w:tcW w:w="6379" w:type="dxa"/>
          </w:tcPr>
          <w:p w:rsidR="003B757D" w:rsidRPr="00A356AD" w:rsidRDefault="003B757D" w:rsidP="00D80FA5">
            <w:pPr>
              <w:ind w:left="283"/>
              <w:rPr>
                <w:rFonts w:ascii="Times New Roman" w:hAnsi="Times New Roman" w:cs="Times New Roman"/>
                <w:lang w:val="ro-RO"/>
              </w:rPr>
            </w:pPr>
            <w:r w:rsidRPr="00A356AD">
              <w:rPr>
                <w:rFonts w:ascii="Times New Roman" w:hAnsi="Times New Roman" w:cs="Times New Roman"/>
                <w:bCs/>
                <w:lang w:val="ro-RO"/>
              </w:rPr>
              <w:t>Depunerea contestațiilor</w:t>
            </w:r>
            <w:r w:rsidRPr="00A356AD">
              <w:rPr>
                <w:rFonts w:ascii="Times New Roman" w:hAnsi="Times New Roman" w:cs="Times New Roman"/>
                <w:lang w:val="ro-RO"/>
              </w:rPr>
              <w:t xml:space="preserve"> Sediul unității strada Racova nr. 69</w:t>
            </w:r>
          </w:p>
        </w:tc>
      </w:tr>
      <w:tr w:rsidR="003B757D" w:rsidRPr="00A356AD" w:rsidTr="00A73751">
        <w:tc>
          <w:tcPr>
            <w:tcW w:w="927" w:type="dxa"/>
          </w:tcPr>
          <w:p w:rsidR="003B757D" w:rsidRPr="00A356AD" w:rsidRDefault="003B757D" w:rsidP="003B757D">
            <w:pPr>
              <w:ind w:left="283"/>
              <w:jc w:val="both"/>
              <w:rPr>
                <w:rFonts w:ascii="Times New Roman" w:hAnsi="Times New Roman" w:cs="Times New Roman"/>
                <w:lang w:val="ro-RO"/>
              </w:rPr>
            </w:pPr>
            <w:r w:rsidRPr="00A356AD">
              <w:rPr>
                <w:rFonts w:ascii="Times New Roman" w:hAnsi="Times New Roman" w:cs="Times New Roman"/>
                <w:lang w:val="ro-RO"/>
              </w:rPr>
              <w:t>10.</w:t>
            </w:r>
          </w:p>
        </w:tc>
        <w:tc>
          <w:tcPr>
            <w:tcW w:w="3326" w:type="dxa"/>
          </w:tcPr>
          <w:p w:rsidR="003B757D" w:rsidRPr="00A356AD" w:rsidRDefault="003B757D" w:rsidP="00D80FA5">
            <w:pPr>
              <w:ind w:left="283"/>
              <w:jc w:val="center"/>
              <w:rPr>
                <w:rFonts w:ascii="Times New Roman" w:hAnsi="Times New Roman" w:cs="Times New Roman"/>
                <w:bCs/>
                <w:lang w:val="ro-RO"/>
              </w:rPr>
            </w:pPr>
            <w:r w:rsidRPr="00A356AD">
              <w:rPr>
                <w:rFonts w:ascii="Times New Roman" w:hAnsi="Times New Roman" w:cs="Times New Roman"/>
                <w:bCs/>
                <w:lang w:val="ro-RO"/>
              </w:rPr>
              <w:t>15.10.2026</w:t>
            </w:r>
            <w:r w:rsidR="00D80FA5" w:rsidRPr="00A356AD">
              <w:rPr>
                <w:rFonts w:ascii="Times New Roman" w:hAnsi="Times New Roman" w:cs="Times New Roman"/>
                <w:bCs/>
                <w:lang w:val="ro-RO"/>
              </w:rPr>
              <w:t>, ora 12.30</w:t>
            </w:r>
          </w:p>
        </w:tc>
        <w:tc>
          <w:tcPr>
            <w:tcW w:w="6379" w:type="dxa"/>
          </w:tcPr>
          <w:p w:rsidR="003B757D" w:rsidRPr="00A356AD" w:rsidRDefault="003B757D" w:rsidP="00D80FA5">
            <w:pPr>
              <w:ind w:left="283"/>
              <w:rPr>
                <w:rFonts w:ascii="Times New Roman" w:hAnsi="Times New Roman" w:cs="Times New Roman"/>
                <w:bCs/>
                <w:lang w:val="ro-RO"/>
              </w:rPr>
            </w:pPr>
            <w:r w:rsidRPr="00A356AD">
              <w:rPr>
                <w:rFonts w:ascii="Times New Roman" w:hAnsi="Times New Roman" w:cs="Times New Roman"/>
                <w:bCs/>
                <w:lang w:val="ro-RO"/>
              </w:rPr>
              <w:t>Afișarea rezultatelor la contestații</w:t>
            </w:r>
            <w:r w:rsidRPr="00A356AD">
              <w:rPr>
                <w:rFonts w:ascii="Times New Roman" w:hAnsi="Times New Roman" w:cs="Times New Roman"/>
                <w:lang w:val="ro-RO"/>
              </w:rPr>
              <w:t xml:space="preserve"> Sediul unității strada Racova nr. 69</w:t>
            </w:r>
          </w:p>
        </w:tc>
      </w:tr>
      <w:tr w:rsidR="003B757D" w:rsidRPr="00A356AD" w:rsidTr="00A73751">
        <w:trPr>
          <w:trHeight w:val="981"/>
        </w:trPr>
        <w:tc>
          <w:tcPr>
            <w:tcW w:w="927" w:type="dxa"/>
          </w:tcPr>
          <w:p w:rsidR="003B757D" w:rsidRPr="00A356AD" w:rsidRDefault="003B757D" w:rsidP="003B757D">
            <w:pPr>
              <w:ind w:left="283"/>
              <w:jc w:val="both"/>
              <w:rPr>
                <w:rFonts w:ascii="Times New Roman" w:hAnsi="Times New Roman" w:cs="Times New Roman"/>
                <w:lang w:val="ro-RO"/>
              </w:rPr>
            </w:pPr>
            <w:r w:rsidRPr="00A356AD">
              <w:rPr>
                <w:rFonts w:ascii="Times New Roman" w:hAnsi="Times New Roman" w:cs="Times New Roman"/>
                <w:lang w:val="ro-RO"/>
              </w:rPr>
              <w:t>11.</w:t>
            </w:r>
          </w:p>
        </w:tc>
        <w:tc>
          <w:tcPr>
            <w:tcW w:w="3326" w:type="dxa"/>
          </w:tcPr>
          <w:p w:rsidR="003B757D" w:rsidRPr="00A356AD" w:rsidRDefault="003B757D" w:rsidP="00D80FA5">
            <w:pPr>
              <w:ind w:left="283"/>
              <w:jc w:val="center"/>
              <w:rPr>
                <w:rFonts w:ascii="Times New Roman" w:hAnsi="Times New Roman" w:cs="Times New Roman"/>
                <w:bCs/>
                <w:lang w:val="ro-RO"/>
              </w:rPr>
            </w:pPr>
            <w:r w:rsidRPr="00A356AD">
              <w:rPr>
                <w:rFonts w:ascii="Times New Roman" w:hAnsi="Times New Roman" w:cs="Times New Roman"/>
                <w:bCs/>
                <w:lang w:val="ro-RO"/>
              </w:rPr>
              <w:t>16.10.2026</w:t>
            </w:r>
            <w:r w:rsidR="00D80FA5" w:rsidRPr="00A356AD">
              <w:rPr>
                <w:rFonts w:ascii="Times New Roman" w:hAnsi="Times New Roman" w:cs="Times New Roman"/>
                <w:bCs/>
                <w:lang w:val="ro-RO"/>
              </w:rPr>
              <w:t>,</w:t>
            </w:r>
            <w:r w:rsidRPr="00A356AD">
              <w:rPr>
                <w:rFonts w:ascii="Times New Roman" w:hAnsi="Times New Roman" w:cs="Times New Roman"/>
                <w:bCs/>
                <w:lang w:val="ro-RO"/>
              </w:rPr>
              <w:t xml:space="preserve"> ora </w:t>
            </w:r>
            <w:r w:rsidR="00FC5EC7" w:rsidRPr="00A356AD">
              <w:rPr>
                <w:rFonts w:ascii="Times New Roman" w:hAnsi="Times New Roman" w:cs="Times New Roman"/>
                <w:bCs/>
                <w:lang w:val="ro-RO"/>
              </w:rPr>
              <w:t>09.00</w:t>
            </w:r>
          </w:p>
        </w:tc>
        <w:tc>
          <w:tcPr>
            <w:tcW w:w="6379" w:type="dxa"/>
          </w:tcPr>
          <w:p w:rsidR="003B757D" w:rsidRPr="00A356AD" w:rsidRDefault="003B757D" w:rsidP="00D80FA5">
            <w:pPr>
              <w:ind w:left="283"/>
              <w:rPr>
                <w:rFonts w:ascii="Times New Roman" w:hAnsi="Times New Roman" w:cs="Times New Roman"/>
                <w:bCs/>
                <w:lang w:val="ro-RO"/>
              </w:rPr>
            </w:pPr>
            <w:r w:rsidRPr="00A356AD">
              <w:rPr>
                <w:rFonts w:ascii="Times New Roman" w:hAnsi="Times New Roman" w:cs="Times New Roman"/>
                <w:bCs/>
                <w:lang w:val="ro-RO"/>
              </w:rPr>
              <w:t>INTERVIUL</w:t>
            </w:r>
          </w:p>
          <w:p w:rsidR="003B757D" w:rsidRPr="00A356AD" w:rsidRDefault="003B757D" w:rsidP="00D80FA5">
            <w:pPr>
              <w:ind w:left="283"/>
              <w:rPr>
                <w:rFonts w:ascii="Times New Roman" w:hAnsi="Times New Roman" w:cs="Times New Roman"/>
                <w:lang w:val="ro-RO"/>
              </w:rPr>
            </w:pPr>
            <w:r w:rsidRPr="00A356AD">
              <w:rPr>
                <w:rFonts w:ascii="Times New Roman" w:hAnsi="Times New Roman" w:cs="Times New Roman"/>
                <w:lang w:val="ro-RO"/>
              </w:rPr>
              <w:t>Locul desfășurării: Sediul unității strada Racova nr. 69</w:t>
            </w:r>
          </w:p>
        </w:tc>
      </w:tr>
      <w:tr w:rsidR="003B757D" w:rsidRPr="00A356AD" w:rsidTr="00A73751">
        <w:trPr>
          <w:trHeight w:val="697"/>
        </w:trPr>
        <w:tc>
          <w:tcPr>
            <w:tcW w:w="927" w:type="dxa"/>
          </w:tcPr>
          <w:p w:rsidR="003B757D" w:rsidRPr="00A356AD" w:rsidRDefault="003B757D" w:rsidP="003B757D">
            <w:pPr>
              <w:ind w:left="283"/>
              <w:jc w:val="both"/>
              <w:rPr>
                <w:rFonts w:ascii="Times New Roman" w:hAnsi="Times New Roman" w:cs="Times New Roman"/>
                <w:lang w:val="ro-RO"/>
              </w:rPr>
            </w:pPr>
            <w:r w:rsidRPr="00A356AD">
              <w:rPr>
                <w:rFonts w:ascii="Times New Roman" w:hAnsi="Times New Roman" w:cs="Times New Roman"/>
                <w:lang w:val="ro-RO"/>
              </w:rPr>
              <w:t>12.</w:t>
            </w:r>
          </w:p>
        </w:tc>
        <w:tc>
          <w:tcPr>
            <w:tcW w:w="3326" w:type="dxa"/>
          </w:tcPr>
          <w:p w:rsidR="003B757D" w:rsidRPr="00A356AD" w:rsidRDefault="003B757D" w:rsidP="00D80FA5">
            <w:pPr>
              <w:ind w:left="283"/>
              <w:jc w:val="center"/>
              <w:rPr>
                <w:rFonts w:ascii="Times New Roman" w:hAnsi="Times New Roman" w:cs="Times New Roman"/>
                <w:bCs/>
                <w:lang w:val="ro-RO"/>
              </w:rPr>
            </w:pPr>
            <w:r w:rsidRPr="00A356AD">
              <w:rPr>
                <w:rFonts w:ascii="Times New Roman" w:hAnsi="Times New Roman" w:cs="Times New Roman"/>
                <w:bCs/>
                <w:lang w:val="ro-RO"/>
              </w:rPr>
              <w:t>16.10.2026</w:t>
            </w:r>
            <w:r w:rsidR="00D80FA5" w:rsidRPr="00A356AD">
              <w:rPr>
                <w:rFonts w:ascii="Times New Roman" w:hAnsi="Times New Roman" w:cs="Times New Roman"/>
                <w:bCs/>
                <w:lang w:val="ro-RO"/>
              </w:rPr>
              <w:t>,</w:t>
            </w:r>
            <w:r w:rsidRPr="00A356AD">
              <w:rPr>
                <w:rFonts w:ascii="Times New Roman" w:hAnsi="Times New Roman" w:cs="Times New Roman"/>
                <w:bCs/>
                <w:lang w:val="ro-RO"/>
              </w:rPr>
              <w:t xml:space="preserve"> ora 15:30</w:t>
            </w:r>
          </w:p>
        </w:tc>
        <w:tc>
          <w:tcPr>
            <w:tcW w:w="6379" w:type="dxa"/>
          </w:tcPr>
          <w:p w:rsidR="003B757D" w:rsidRPr="00A356AD" w:rsidRDefault="003B757D" w:rsidP="00D80FA5">
            <w:pPr>
              <w:ind w:left="283"/>
              <w:rPr>
                <w:rFonts w:ascii="Times New Roman" w:hAnsi="Times New Roman" w:cs="Times New Roman"/>
                <w:lang w:val="ro-RO"/>
              </w:rPr>
            </w:pPr>
            <w:r w:rsidRPr="00A356AD">
              <w:rPr>
                <w:rFonts w:ascii="Times New Roman" w:hAnsi="Times New Roman" w:cs="Times New Roman"/>
                <w:bCs/>
                <w:lang w:val="ro-RO"/>
              </w:rPr>
              <w:t>Afișarea rezultatelor la interviu</w:t>
            </w:r>
            <w:r w:rsidRPr="00A356AD">
              <w:rPr>
                <w:rFonts w:ascii="Times New Roman" w:hAnsi="Times New Roman" w:cs="Times New Roman"/>
                <w:lang w:val="ro-RO"/>
              </w:rPr>
              <w:t xml:space="preserve"> </w:t>
            </w:r>
            <w:r w:rsidR="00D80FA5" w:rsidRPr="00A356AD">
              <w:rPr>
                <w:rFonts w:ascii="Times New Roman" w:hAnsi="Times New Roman" w:cs="Times New Roman"/>
                <w:lang w:val="ro-RO"/>
              </w:rPr>
              <w:t>-</w:t>
            </w:r>
            <w:r w:rsidRPr="00A356AD">
              <w:rPr>
                <w:rFonts w:ascii="Times New Roman" w:hAnsi="Times New Roman" w:cs="Times New Roman"/>
                <w:lang w:val="ro-RO"/>
              </w:rPr>
              <w:t>Sediul unității strada Racova nr. 69</w:t>
            </w:r>
          </w:p>
        </w:tc>
      </w:tr>
      <w:tr w:rsidR="003B757D" w:rsidRPr="00A356AD" w:rsidTr="00A73751">
        <w:tc>
          <w:tcPr>
            <w:tcW w:w="927" w:type="dxa"/>
          </w:tcPr>
          <w:p w:rsidR="003B757D" w:rsidRPr="00A356AD" w:rsidRDefault="003B757D" w:rsidP="003B757D">
            <w:pPr>
              <w:ind w:left="283"/>
              <w:jc w:val="both"/>
              <w:rPr>
                <w:rFonts w:ascii="Times New Roman" w:hAnsi="Times New Roman" w:cs="Times New Roman"/>
                <w:lang w:val="ro-RO"/>
              </w:rPr>
            </w:pPr>
            <w:r w:rsidRPr="00A356AD">
              <w:rPr>
                <w:rFonts w:ascii="Times New Roman" w:hAnsi="Times New Roman" w:cs="Times New Roman"/>
                <w:lang w:val="ro-RO"/>
              </w:rPr>
              <w:t>13.</w:t>
            </w:r>
          </w:p>
        </w:tc>
        <w:tc>
          <w:tcPr>
            <w:tcW w:w="3326" w:type="dxa"/>
          </w:tcPr>
          <w:p w:rsidR="003B757D" w:rsidRPr="00A356AD" w:rsidRDefault="003B757D" w:rsidP="00D80FA5">
            <w:pPr>
              <w:ind w:left="283"/>
              <w:jc w:val="center"/>
              <w:rPr>
                <w:rFonts w:ascii="Times New Roman" w:hAnsi="Times New Roman" w:cs="Times New Roman"/>
                <w:bCs/>
                <w:lang w:val="ro-RO"/>
              </w:rPr>
            </w:pPr>
            <w:r w:rsidRPr="00A356AD">
              <w:rPr>
                <w:rFonts w:ascii="Times New Roman" w:hAnsi="Times New Roman" w:cs="Times New Roman"/>
                <w:bCs/>
                <w:lang w:val="ro-RO"/>
              </w:rPr>
              <w:t>19.10.2026</w:t>
            </w:r>
            <w:r w:rsidR="00D80FA5" w:rsidRPr="00A356AD">
              <w:rPr>
                <w:rFonts w:ascii="Times New Roman" w:hAnsi="Times New Roman" w:cs="Times New Roman"/>
                <w:bCs/>
                <w:lang w:val="ro-RO"/>
              </w:rPr>
              <w:t>, ora 14.00</w:t>
            </w:r>
          </w:p>
        </w:tc>
        <w:tc>
          <w:tcPr>
            <w:tcW w:w="6379" w:type="dxa"/>
          </w:tcPr>
          <w:p w:rsidR="003B757D" w:rsidRPr="00A356AD" w:rsidRDefault="003B757D" w:rsidP="00D80FA5">
            <w:pPr>
              <w:ind w:left="283"/>
              <w:rPr>
                <w:rFonts w:ascii="Times New Roman" w:hAnsi="Times New Roman" w:cs="Times New Roman"/>
                <w:lang w:val="ro-RO"/>
              </w:rPr>
            </w:pPr>
            <w:r w:rsidRPr="00A356AD">
              <w:rPr>
                <w:rFonts w:ascii="Times New Roman" w:hAnsi="Times New Roman" w:cs="Times New Roman"/>
                <w:bCs/>
                <w:lang w:val="ro-RO"/>
              </w:rPr>
              <w:t>Depunerea contestațiilor</w:t>
            </w:r>
            <w:r w:rsidRPr="00A356AD">
              <w:rPr>
                <w:rFonts w:ascii="Times New Roman" w:hAnsi="Times New Roman" w:cs="Times New Roman"/>
                <w:lang w:val="ro-RO"/>
              </w:rPr>
              <w:t xml:space="preserve"> </w:t>
            </w:r>
            <w:r w:rsidR="00D80FA5" w:rsidRPr="00A356AD">
              <w:rPr>
                <w:rFonts w:ascii="Times New Roman" w:hAnsi="Times New Roman" w:cs="Times New Roman"/>
                <w:lang w:val="ro-RO"/>
              </w:rPr>
              <w:t xml:space="preserve"> -</w:t>
            </w:r>
            <w:r w:rsidRPr="00A356AD">
              <w:rPr>
                <w:rFonts w:ascii="Times New Roman" w:hAnsi="Times New Roman" w:cs="Times New Roman"/>
                <w:lang w:val="ro-RO"/>
              </w:rPr>
              <w:t xml:space="preserve"> Sediul unității strada Racova nr. 69</w:t>
            </w:r>
          </w:p>
        </w:tc>
      </w:tr>
      <w:tr w:rsidR="003B757D" w:rsidRPr="00A356AD" w:rsidTr="00A73751">
        <w:trPr>
          <w:trHeight w:val="258"/>
        </w:trPr>
        <w:tc>
          <w:tcPr>
            <w:tcW w:w="927" w:type="dxa"/>
          </w:tcPr>
          <w:p w:rsidR="003B757D" w:rsidRPr="00A356AD" w:rsidRDefault="003B757D" w:rsidP="003B757D">
            <w:pPr>
              <w:ind w:left="283"/>
              <w:jc w:val="both"/>
              <w:rPr>
                <w:rFonts w:ascii="Times New Roman" w:hAnsi="Times New Roman" w:cs="Times New Roman"/>
                <w:lang w:val="ro-RO"/>
              </w:rPr>
            </w:pPr>
            <w:r w:rsidRPr="00A356AD">
              <w:rPr>
                <w:rFonts w:ascii="Times New Roman" w:hAnsi="Times New Roman" w:cs="Times New Roman"/>
                <w:lang w:val="ro-RO"/>
              </w:rPr>
              <w:t>14.</w:t>
            </w:r>
          </w:p>
        </w:tc>
        <w:tc>
          <w:tcPr>
            <w:tcW w:w="3326" w:type="dxa"/>
          </w:tcPr>
          <w:p w:rsidR="003B757D" w:rsidRPr="00A356AD" w:rsidRDefault="003B757D" w:rsidP="00D80FA5">
            <w:pPr>
              <w:ind w:left="283"/>
              <w:jc w:val="center"/>
              <w:rPr>
                <w:rFonts w:ascii="Times New Roman" w:hAnsi="Times New Roman" w:cs="Times New Roman"/>
                <w:bCs/>
                <w:lang w:val="ro-RO"/>
              </w:rPr>
            </w:pPr>
            <w:r w:rsidRPr="00A356AD">
              <w:rPr>
                <w:rFonts w:ascii="Times New Roman" w:hAnsi="Times New Roman" w:cs="Times New Roman"/>
                <w:bCs/>
                <w:lang w:val="ro-RO"/>
              </w:rPr>
              <w:t>20.10.2026</w:t>
            </w:r>
            <w:r w:rsidR="00D80FA5" w:rsidRPr="00A356AD">
              <w:rPr>
                <w:rFonts w:ascii="Times New Roman" w:hAnsi="Times New Roman" w:cs="Times New Roman"/>
                <w:bCs/>
                <w:lang w:val="ro-RO"/>
              </w:rPr>
              <w:t>, ora 14.00</w:t>
            </w:r>
          </w:p>
        </w:tc>
        <w:tc>
          <w:tcPr>
            <w:tcW w:w="6379" w:type="dxa"/>
          </w:tcPr>
          <w:p w:rsidR="003B757D" w:rsidRPr="00A356AD" w:rsidRDefault="003B757D" w:rsidP="00D80FA5">
            <w:pPr>
              <w:ind w:left="283"/>
              <w:rPr>
                <w:rFonts w:ascii="Times New Roman" w:hAnsi="Times New Roman" w:cs="Times New Roman"/>
                <w:bCs/>
                <w:lang w:val="ro-RO"/>
              </w:rPr>
            </w:pPr>
            <w:r w:rsidRPr="00A356AD">
              <w:rPr>
                <w:rFonts w:ascii="Times New Roman" w:hAnsi="Times New Roman" w:cs="Times New Roman"/>
                <w:bCs/>
                <w:lang w:val="ro-RO"/>
              </w:rPr>
              <w:t>Afișarea rezultatelor la contestații</w:t>
            </w:r>
            <w:r w:rsidRPr="00A356AD">
              <w:rPr>
                <w:rFonts w:ascii="Times New Roman" w:hAnsi="Times New Roman" w:cs="Times New Roman"/>
                <w:lang w:val="ro-RO"/>
              </w:rPr>
              <w:t xml:space="preserve"> Sediul unității strada Racova nr. 69</w:t>
            </w:r>
          </w:p>
        </w:tc>
      </w:tr>
      <w:tr w:rsidR="003B757D" w:rsidRPr="00A356AD" w:rsidTr="00A73751">
        <w:trPr>
          <w:trHeight w:val="707"/>
        </w:trPr>
        <w:tc>
          <w:tcPr>
            <w:tcW w:w="927" w:type="dxa"/>
          </w:tcPr>
          <w:p w:rsidR="003B757D" w:rsidRPr="00A356AD" w:rsidRDefault="003B757D" w:rsidP="003B757D">
            <w:pPr>
              <w:ind w:left="283"/>
              <w:jc w:val="both"/>
              <w:rPr>
                <w:rFonts w:ascii="Times New Roman" w:hAnsi="Times New Roman" w:cs="Times New Roman"/>
                <w:lang w:val="ro-RO"/>
              </w:rPr>
            </w:pPr>
            <w:r w:rsidRPr="00A356AD">
              <w:rPr>
                <w:rFonts w:ascii="Times New Roman" w:hAnsi="Times New Roman" w:cs="Times New Roman"/>
                <w:lang w:val="ro-RO"/>
              </w:rPr>
              <w:t>15.</w:t>
            </w:r>
          </w:p>
        </w:tc>
        <w:tc>
          <w:tcPr>
            <w:tcW w:w="3326" w:type="dxa"/>
          </w:tcPr>
          <w:p w:rsidR="003B757D" w:rsidRPr="00A356AD" w:rsidRDefault="003B757D" w:rsidP="00D80FA5">
            <w:pPr>
              <w:ind w:left="283"/>
              <w:jc w:val="center"/>
              <w:rPr>
                <w:rFonts w:ascii="Times New Roman" w:hAnsi="Times New Roman" w:cs="Times New Roman"/>
                <w:bCs/>
                <w:lang w:val="ro-RO"/>
              </w:rPr>
            </w:pPr>
            <w:r w:rsidRPr="00A356AD">
              <w:rPr>
                <w:rFonts w:ascii="Times New Roman" w:hAnsi="Times New Roman" w:cs="Times New Roman"/>
                <w:bCs/>
                <w:lang w:val="ro-RO"/>
              </w:rPr>
              <w:t>20.10.2026</w:t>
            </w:r>
            <w:r w:rsidR="00D80FA5" w:rsidRPr="00A356AD">
              <w:rPr>
                <w:rFonts w:ascii="Times New Roman" w:hAnsi="Times New Roman" w:cs="Times New Roman"/>
                <w:bCs/>
                <w:lang w:val="ro-RO"/>
              </w:rPr>
              <w:t>,</w:t>
            </w:r>
            <w:r w:rsidRPr="00A356AD">
              <w:rPr>
                <w:rFonts w:ascii="Times New Roman" w:hAnsi="Times New Roman" w:cs="Times New Roman"/>
                <w:bCs/>
                <w:lang w:val="ro-RO"/>
              </w:rPr>
              <w:t xml:space="preserve"> ora 15:00</w:t>
            </w:r>
          </w:p>
        </w:tc>
        <w:tc>
          <w:tcPr>
            <w:tcW w:w="6379" w:type="dxa"/>
          </w:tcPr>
          <w:p w:rsidR="003B757D" w:rsidRPr="00A356AD" w:rsidRDefault="003B757D" w:rsidP="00D80FA5">
            <w:pPr>
              <w:ind w:left="283"/>
              <w:rPr>
                <w:rFonts w:ascii="Times New Roman" w:hAnsi="Times New Roman" w:cs="Times New Roman"/>
                <w:lang w:val="ro-RO"/>
              </w:rPr>
            </w:pPr>
            <w:r w:rsidRPr="00A356AD">
              <w:rPr>
                <w:rFonts w:ascii="Times New Roman" w:hAnsi="Times New Roman" w:cs="Times New Roman"/>
                <w:bCs/>
                <w:lang w:val="ro-RO"/>
              </w:rPr>
              <w:t>Afișare REZULTATE FINAL</w:t>
            </w:r>
            <w:r w:rsidRPr="00A356AD">
              <w:rPr>
                <w:rFonts w:ascii="Times New Roman" w:hAnsi="Times New Roman" w:cs="Times New Roman"/>
                <w:lang w:val="ro-RO"/>
              </w:rPr>
              <w:t xml:space="preserve">  </w:t>
            </w:r>
            <w:r w:rsidR="00D80FA5" w:rsidRPr="00A356AD">
              <w:rPr>
                <w:rFonts w:ascii="Times New Roman" w:hAnsi="Times New Roman" w:cs="Times New Roman"/>
                <w:lang w:val="ro-RO"/>
              </w:rPr>
              <w:t>-</w:t>
            </w:r>
            <w:r w:rsidRPr="00A356AD">
              <w:rPr>
                <w:rFonts w:ascii="Times New Roman" w:hAnsi="Times New Roman" w:cs="Times New Roman"/>
                <w:lang w:val="ro-RO"/>
              </w:rPr>
              <w:t>Sediul unității strada Racova nr. 69</w:t>
            </w:r>
          </w:p>
        </w:tc>
      </w:tr>
    </w:tbl>
    <w:p w:rsidR="00C96854" w:rsidRPr="00A356AD" w:rsidRDefault="009D674B">
      <w:pPr>
        <w:keepNext/>
        <w:spacing w:before="240" w:after="120"/>
        <w:rPr>
          <w:rFonts w:ascii="Times New Roman" w:hAnsi="Times New Roman" w:cs="Times New Roman"/>
          <w:sz w:val="24"/>
          <w:szCs w:val="24"/>
          <w:lang w:val="ro-RO"/>
        </w:rPr>
      </w:pPr>
      <w:r w:rsidRPr="00A356AD">
        <w:rPr>
          <w:rFonts w:ascii="Times New Roman" w:hAnsi="Times New Roman" w:cs="Times New Roman"/>
          <w:sz w:val="24"/>
          <w:szCs w:val="24"/>
          <w:lang w:val="ro-RO"/>
        </w:rPr>
        <w:t>IV. DOCUMENTE SOLICITATE PENTRU DOSARUL DE CONCURS</w:t>
      </w:r>
    </w:p>
    <w:p w:rsidR="00C96854" w:rsidRPr="00A356AD" w:rsidRDefault="009D674B">
      <w:pPr>
        <w:rPr>
          <w:rFonts w:ascii="Times New Roman" w:hAnsi="Times New Roman" w:cs="Times New Roman"/>
          <w:sz w:val="24"/>
          <w:szCs w:val="24"/>
          <w:lang w:val="ro-RO"/>
        </w:rPr>
      </w:pPr>
      <w:r w:rsidRPr="00A356AD">
        <w:rPr>
          <w:rFonts w:ascii="Times New Roman" w:hAnsi="Times New Roman" w:cs="Times New Roman"/>
          <w:sz w:val="24"/>
          <w:szCs w:val="24"/>
          <w:lang w:val="ro-RO"/>
        </w:rPr>
        <w:t>*(Copiile documentelor se prezintă însoțite de originalele acestora pentru certificare „conform cu originalul” de către secretariat).*</w:t>
      </w:r>
    </w:p>
    <w:p w:rsidR="00C96854" w:rsidRPr="00A356AD" w:rsidRDefault="009D674B">
      <w:pPr>
        <w:pStyle w:val="ListBullet"/>
        <w:spacing w:after="60"/>
        <w:rPr>
          <w:rFonts w:ascii="Times New Roman" w:hAnsi="Times New Roman" w:cs="Times New Roman"/>
          <w:sz w:val="24"/>
          <w:szCs w:val="24"/>
          <w:lang w:val="ro-RO"/>
        </w:rPr>
      </w:pPr>
      <w:r w:rsidRPr="00A356AD">
        <w:rPr>
          <w:rFonts w:ascii="Times New Roman" w:hAnsi="Times New Roman" w:cs="Times New Roman"/>
          <w:sz w:val="24"/>
          <w:szCs w:val="24"/>
          <w:lang w:val="ro-RO"/>
        </w:rPr>
        <w:t>Formular de înscriere la concurs (conform modelului prevăzut în Anexa nr. 2 din H.G. nr. 1336/2022).</w:t>
      </w:r>
    </w:p>
    <w:p w:rsidR="00C96854" w:rsidRPr="00A356AD" w:rsidRDefault="009D674B">
      <w:pPr>
        <w:pStyle w:val="ListBullet"/>
        <w:spacing w:after="60"/>
        <w:rPr>
          <w:rFonts w:ascii="Times New Roman" w:hAnsi="Times New Roman" w:cs="Times New Roman"/>
          <w:sz w:val="24"/>
          <w:szCs w:val="24"/>
          <w:lang w:val="ro-RO"/>
        </w:rPr>
      </w:pPr>
      <w:r w:rsidRPr="00A356AD">
        <w:rPr>
          <w:rFonts w:ascii="Times New Roman" w:hAnsi="Times New Roman" w:cs="Times New Roman"/>
          <w:sz w:val="24"/>
          <w:szCs w:val="24"/>
          <w:lang w:val="ro-RO"/>
        </w:rPr>
        <w:t>Copia actului de identitate sau orice alt document care atestă identitatea, potrivit legii, aflate în termen de valabilitate.</w:t>
      </w:r>
    </w:p>
    <w:p w:rsidR="00C96854" w:rsidRPr="00A356AD" w:rsidRDefault="009D674B">
      <w:pPr>
        <w:pStyle w:val="ListBullet"/>
        <w:spacing w:after="60"/>
        <w:rPr>
          <w:rFonts w:ascii="Times New Roman" w:hAnsi="Times New Roman" w:cs="Times New Roman"/>
          <w:sz w:val="24"/>
          <w:szCs w:val="24"/>
          <w:lang w:val="ro-RO"/>
        </w:rPr>
      </w:pPr>
      <w:r w:rsidRPr="00A356AD">
        <w:rPr>
          <w:rFonts w:ascii="Times New Roman" w:hAnsi="Times New Roman" w:cs="Times New Roman"/>
          <w:sz w:val="24"/>
          <w:szCs w:val="24"/>
          <w:lang w:val="ro-RO"/>
        </w:rPr>
        <w:t>Copiile documentelor care atestă nivelul studiilor și ale altor acte care atestă efectuarea unor specializări.</w:t>
      </w:r>
    </w:p>
    <w:p w:rsidR="00D80FA5" w:rsidRPr="00A356AD" w:rsidRDefault="009D674B" w:rsidP="00D80FA5">
      <w:pPr>
        <w:pStyle w:val="ListBullet"/>
        <w:spacing w:after="60"/>
        <w:rPr>
          <w:rFonts w:ascii="Times New Roman" w:hAnsi="Times New Roman" w:cs="Times New Roman"/>
          <w:sz w:val="24"/>
          <w:szCs w:val="24"/>
          <w:lang w:val="ro-RO"/>
        </w:rPr>
      </w:pPr>
      <w:r w:rsidRPr="00A356AD">
        <w:rPr>
          <w:rFonts w:ascii="Times New Roman" w:hAnsi="Times New Roman" w:cs="Times New Roman"/>
          <w:sz w:val="24"/>
          <w:szCs w:val="24"/>
          <w:lang w:val="ro-RO"/>
        </w:rPr>
        <w:t>Copia carnetului de muncă sau adeverință care să ateste vechimea în muncă (extras Revisal, după caz).</w:t>
      </w:r>
    </w:p>
    <w:p w:rsidR="00C96854" w:rsidRPr="00A356AD" w:rsidRDefault="009D674B" w:rsidP="00D80FA5">
      <w:pPr>
        <w:pStyle w:val="ListBullet"/>
        <w:spacing w:after="60"/>
        <w:rPr>
          <w:rFonts w:ascii="Times New Roman" w:hAnsi="Times New Roman" w:cs="Times New Roman"/>
          <w:sz w:val="24"/>
          <w:szCs w:val="24"/>
          <w:lang w:val="ro-RO"/>
        </w:rPr>
      </w:pPr>
      <w:r w:rsidRPr="00A356AD">
        <w:rPr>
          <w:rFonts w:ascii="Times New Roman" w:hAnsi="Times New Roman" w:cs="Times New Roman"/>
          <w:sz w:val="24"/>
          <w:szCs w:val="24"/>
          <w:lang w:val="ro-RO"/>
        </w:rPr>
        <w:lastRenderedPageBreak/>
        <w:t>Certificat de cazier judiciar sau o declarație pe propria răspundere că nu are antecedente penale.</w:t>
      </w:r>
    </w:p>
    <w:p w:rsidR="00C96854" w:rsidRPr="00A356AD" w:rsidRDefault="009D674B">
      <w:pPr>
        <w:pStyle w:val="ListBullet"/>
        <w:spacing w:after="60"/>
        <w:rPr>
          <w:rFonts w:ascii="Times New Roman" w:hAnsi="Times New Roman" w:cs="Times New Roman"/>
          <w:sz w:val="24"/>
          <w:szCs w:val="24"/>
          <w:lang w:val="ro-RO"/>
        </w:rPr>
      </w:pPr>
      <w:r w:rsidRPr="00A356AD">
        <w:rPr>
          <w:rFonts w:ascii="Times New Roman" w:hAnsi="Times New Roman" w:cs="Times New Roman"/>
          <w:sz w:val="24"/>
          <w:szCs w:val="24"/>
          <w:lang w:val="ro-RO"/>
        </w:rPr>
        <w:t>Adeverință medicală eliberată de medicul de familie, valabilă, care să ateste starea de sănătate corespunzătoare.</w:t>
      </w:r>
    </w:p>
    <w:p w:rsidR="00C96854" w:rsidRPr="00A356AD" w:rsidRDefault="009D674B">
      <w:pPr>
        <w:pStyle w:val="ListBullet"/>
        <w:spacing w:after="60"/>
        <w:rPr>
          <w:rFonts w:ascii="Times New Roman" w:hAnsi="Times New Roman" w:cs="Times New Roman"/>
          <w:sz w:val="24"/>
          <w:szCs w:val="24"/>
          <w:lang w:val="ro-RO"/>
        </w:rPr>
      </w:pPr>
      <w:r w:rsidRPr="00A356AD">
        <w:rPr>
          <w:rFonts w:ascii="Times New Roman" w:hAnsi="Times New Roman" w:cs="Times New Roman"/>
          <w:sz w:val="24"/>
          <w:szCs w:val="24"/>
          <w:lang w:val="ro-RO"/>
        </w:rPr>
        <w:t>Curriculum Vitae (model european).</w:t>
      </w:r>
    </w:p>
    <w:p w:rsidR="00C96854" w:rsidRPr="00A356AD" w:rsidRDefault="009D674B">
      <w:pPr>
        <w:pStyle w:val="ListBullet"/>
        <w:spacing w:after="60"/>
        <w:rPr>
          <w:rFonts w:ascii="Times New Roman" w:hAnsi="Times New Roman" w:cs="Times New Roman"/>
          <w:sz w:val="24"/>
          <w:szCs w:val="24"/>
          <w:lang w:val="ro-RO"/>
        </w:rPr>
      </w:pPr>
      <w:r w:rsidRPr="00A356AD">
        <w:rPr>
          <w:rFonts w:ascii="Times New Roman" w:hAnsi="Times New Roman" w:cs="Times New Roman"/>
          <w:sz w:val="24"/>
          <w:szCs w:val="24"/>
          <w:lang w:val="ro-RO"/>
        </w:rPr>
        <w:t>Certificat de integritate comportamentală (obligatoriu pentru unitățile de învățământ).</w:t>
      </w:r>
    </w:p>
    <w:p w:rsidR="00C96854" w:rsidRPr="00A356AD" w:rsidRDefault="009D674B">
      <w:pPr>
        <w:keepNext/>
        <w:spacing w:before="240" w:after="120"/>
        <w:rPr>
          <w:rFonts w:ascii="Times New Roman" w:hAnsi="Times New Roman" w:cs="Times New Roman"/>
          <w:sz w:val="24"/>
          <w:szCs w:val="24"/>
          <w:lang w:val="ro-RO"/>
        </w:rPr>
      </w:pPr>
      <w:r w:rsidRPr="00A356AD">
        <w:rPr>
          <w:rFonts w:ascii="Times New Roman" w:hAnsi="Times New Roman" w:cs="Times New Roman"/>
          <w:sz w:val="24"/>
          <w:szCs w:val="24"/>
          <w:lang w:val="ro-RO"/>
        </w:rPr>
        <w:t>V. BIBLIOGRAFIE ȘI TEMATICĂ ORIENTATIVĂ</w:t>
      </w:r>
    </w:p>
    <w:p w:rsidR="00C96854" w:rsidRPr="00A356AD" w:rsidRDefault="009D674B">
      <w:pPr>
        <w:keepNext/>
        <w:spacing w:before="80" w:after="120"/>
        <w:rPr>
          <w:rFonts w:ascii="Times New Roman" w:hAnsi="Times New Roman" w:cs="Times New Roman"/>
          <w:sz w:val="24"/>
          <w:szCs w:val="24"/>
          <w:lang w:val="ro-RO"/>
        </w:rPr>
      </w:pPr>
      <w:r w:rsidRPr="00A356AD">
        <w:rPr>
          <w:rFonts w:ascii="Times New Roman" w:hAnsi="Times New Roman" w:cs="Times New Roman"/>
          <w:sz w:val="24"/>
          <w:szCs w:val="24"/>
          <w:lang w:val="ro-RO"/>
        </w:rPr>
        <w:t>Tematică:</w:t>
      </w:r>
    </w:p>
    <w:p w:rsidR="00C96854" w:rsidRPr="00A356AD" w:rsidRDefault="009D674B">
      <w:pPr>
        <w:pStyle w:val="ListBullet"/>
        <w:spacing w:after="60"/>
        <w:rPr>
          <w:rFonts w:ascii="Times New Roman" w:hAnsi="Times New Roman" w:cs="Times New Roman"/>
          <w:sz w:val="24"/>
          <w:szCs w:val="24"/>
          <w:lang w:val="ro-RO"/>
        </w:rPr>
      </w:pPr>
      <w:r w:rsidRPr="00A356AD">
        <w:rPr>
          <w:rFonts w:ascii="Times New Roman" w:hAnsi="Times New Roman" w:cs="Times New Roman"/>
          <w:sz w:val="24"/>
          <w:szCs w:val="24"/>
          <w:lang w:val="ro-RO"/>
        </w:rPr>
        <w:t>Reguli de igienă în unitățile de învățământ.</w:t>
      </w:r>
    </w:p>
    <w:p w:rsidR="00C96854" w:rsidRPr="00A356AD" w:rsidRDefault="009D674B">
      <w:pPr>
        <w:pStyle w:val="ListBullet"/>
        <w:spacing w:after="60"/>
        <w:rPr>
          <w:rFonts w:ascii="Times New Roman" w:hAnsi="Times New Roman" w:cs="Times New Roman"/>
          <w:sz w:val="24"/>
          <w:szCs w:val="24"/>
          <w:lang w:val="ro-RO"/>
        </w:rPr>
      </w:pPr>
      <w:r w:rsidRPr="00A356AD">
        <w:rPr>
          <w:rFonts w:ascii="Times New Roman" w:hAnsi="Times New Roman" w:cs="Times New Roman"/>
          <w:sz w:val="24"/>
          <w:szCs w:val="24"/>
          <w:lang w:val="ro-RO"/>
        </w:rPr>
        <w:t>Utilizarea produselor de curățenie și dezinfectanților (norme de securitate).</w:t>
      </w:r>
    </w:p>
    <w:p w:rsidR="00C96854" w:rsidRPr="00A356AD" w:rsidRDefault="009D674B">
      <w:pPr>
        <w:pStyle w:val="ListBullet"/>
        <w:spacing w:after="60"/>
        <w:rPr>
          <w:rFonts w:ascii="Times New Roman" w:hAnsi="Times New Roman" w:cs="Times New Roman"/>
          <w:sz w:val="24"/>
          <w:szCs w:val="24"/>
          <w:lang w:val="ro-RO"/>
        </w:rPr>
      </w:pPr>
      <w:r w:rsidRPr="00A356AD">
        <w:rPr>
          <w:rFonts w:ascii="Times New Roman" w:hAnsi="Times New Roman" w:cs="Times New Roman"/>
          <w:sz w:val="24"/>
          <w:szCs w:val="24"/>
          <w:lang w:val="ro-RO"/>
        </w:rPr>
        <w:t>Drepturile și îndatoririle personalului nedidactic din învățământ.</w:t>
      </w:r>
    </w:p>
    <w:p w:rsidR="00C96854" w:rsidRPr="00A356AD" w:rsidRDefault="009D674B">
      <w:pPr>
        <w:pStyle w:val="ListBullet"/>
        <w:spacing w:after="60"/>
        <w:rPr>
          <w:rFonts w:ascii="Times New Roman" w:hAnsi="Times New Roman" w:cs="Times New Roman"/>
          <w:sz w:val="24"/>
          <w:szCs w:val="24"/>
          <w:lang w:val="ro-RO"/>
        </w:rPr>
      </w:pPr>
      <w:r w:rsidRPr="00A356AD">
        <w:rPr>
          <w:rFonts w:ascii="Times New Roman" w:hAnsi="Times New Roman" w:cs="Times New Roman"/>
          <w:sz w:val="24"/>
          <w:szCs w:val="24"/>
          <w:lang w:val="ro-RO"/>
        </w:rPr>
        <w:t>Sănătatea și securitatea în muncă (SSM) și prevenirea și stingerea incendiilor (PSI).</w:t>
      </w:r>
    </w:p>
    <w:p w:rsidR="00C96854" w:rsidRPr="00A356AD" w:rsidRDefault="009D674B">
      <w:pPr>
        <w:keepNext/>
        <w:spacing w:before="120" w:after="120"/>
        <w:rPr>
          <w:rFonts w:ascii="Times New Roman" w:hAnsi="Times New Roman" w:cs="Times New Roman"/>
          <w:sz w:val="24"/>
          <w:szCs w:val="24"/>
          <w:lang w:val="ro-RO"/>
        </w:rPr>
      </w:pPr>
      <w:r w:rsidRPr="00A356AD">
        <w:rPr>
          <w:rFonts w:ascii="Times New Roman" w:hAnsi="Times New Roman" w:cs="Times New Roman"/>
          <w:sz w:val="24"/>
          <w:szCs w:val="24"/>
          <w:lang w:val="ro-RO"/>
        </w:rPr>
        <w:t>Bibliografie:</w:t>
      </w:r>
    </w:p>
    <w:p w:rsidR="00C96854" w:rsidRPr="00A356AD" w:rsidRDefault="009D674B">
      <w:pPr>
        <w:pStyle w:val="ListBullet"/>
        <w:spacing w:after="60"/>
        <w:rPr>
          <w:rFonts w:ascii="Times New Roman" w:hAnsi="Times New Roman" w:cs="Times New Roman"/>
          <w:sz w:val="24"/>
          <w:szCs w:val="24"/>
          <w:lang w:val="ro-RO"/>
        </w:rPr>
      </w:pPr>
      <w:r w:rsidRPr="00A356AD">
        <w:rPr>
          <w:rFonts w:ascii="Times New Roman" w:hAnsi="Times New Roman" w:cs="Times New Roman"/>
          <w:sz w:val="24"/>
          <w:szCs w:val="24"/>
          <w:lang w:val="ro-RO"/>
        </w:rPr>
        <w:t>Legea Învățământului Preuniversitar nr. 198/2023 – Secțiunile referitoare la personalul nedidactic și organizarea unităților.</w:t>
      </w:r>
    </w:p>
    <w:p w:rsidR="00C96854" w:rsidRPr="00A356AD" w:rsidRDefault="009D674B">
      <w:pPr>
        <w:pStyle w:val="ListBullet"/>
        <w:spacing w:after="60"/>
        <w:rPr>
          <w:rFonts w:ascii="Times New Roman" w:hAnsi="Times New Roman" w:cs="Times New Roman"/>
          <w:sz w:val="24"/>
          <w:szCs w:val="24"/>
          <w:lang w:val="ro-RO"/>
        </w:rPr>
      </w:pPr>
      <w:r w:rsidRPr="00A356AD">
        <w:rPr>
          <w:rFonts w:ascii="Times New Roman" w:hAnsi="Times New Roman" w:cs="Times New Roman"/>
          <w:sz w:val="24"/>
          <w:szCs w:val="24"/>
          <w:lang w:val="ro-RO"/>
        </w:rPr>
        <w:t>Ordinul Ministerului Sănătății nr. 1456/2020 pentru aprobarea Normelor de igienă din unitățile pentru ocrotirea, educarea, instruirea, odihna și recreerea copiilor și tinerilor.</w:t>
      </w:r>
    </w:p>
    <w:p w:rsidR="00C96854" w:rsidRPr="00A356AD" w:rsidRDefault="009D674B">
      <w:pPr>
        <w:pStyle w:val="ListBullet"/>
        <w:spacing w:after="60"/>
        <w:rPr>
          <w:rFonts w:ascii="Times New Roman" w:hAnsi="Times New Roman" w:cs="Times New Roman"/>
          <w:sz w:val="24"/>
          <w:szCs w:val="24"/>
          <w:lang w:val="ro-RO"/>
        </w:rPr>
      </w:pPr>
      <w:r w:rsidRPr="00A356AD">
        <w:rPr>
          <w:rFonts w:ascii="Times New Roman" w:hAnsi="Times New Roman" w:cs="Times New Roman"/>
          <w:sz w:val="24"/>
          <w:szCs w:val="24"/>
          <w:lang w:val="ro-RO"/>
        </w:rPr>
        <w:t>Legea nr. 319/2006 a securității și sănătății în muncă.</w:t>
      </w:r>
    </w:p>
    <w:p w:rsidR="00C96854" w:rsidRPr="00A356AD" w:rsidRDefault="009D674B">
      <w:pPr>
        <w:pStyle w:val="ListBullet"/>
        <w:spacing w:after="60"/>
        <w:rPr>
          <w:rFonts w:ascii="Times New Roman" w:hAnsi="Times New Roman" w:cs="Times New Roman"/>
          <w:sz w:val="24"/>
          <w:szCs w:val="24"/>
          <w:lang w:val="ro-RO"/>
        </w:rPr>
      </w:pPr>
      <w:r w:rsidRPr="00A356AD">
        <w:rPr>
          <w:rFonts w:ascii="Times New Roman" w:hAnsi="Times New Roman" w:cs="Times New Roman"/>
          <w:sz w:val="24"/>
          <w:szCs w:val="24"/>
          <w:lang w:val="ro-RO"/>
        </w:rPr>
        <w:t>Legea nr. 307/2006 privind apărarea împotriva incendiilor.</w:t>
      </w:r>
    </w:p>
    <w:p w:rsidR="00C96854" w:rsidRPr="00A356AD" w:rsidRDefault="009D674B">
      <w:pPr>
        <w:keepNext/>
        <w:spacing w:before="240" w:after="120"/>
        <w:rPr>
          <w:rFonts w:ascii="Times New Roman" w:hAnsi="Times New Roman" w:cs="Times New Roman"/>
          <w:sz w:val="24"/>
          <w:szCs w:val="24"/>
          <w:lang w:val="ro-RO"/>
        </w:rPr>
      </w:pPr>
      <w:r w:rsidRPr="00A356AD">
        <w:rPr>
          <w:rFonts w:ascii="Times New Roman" w:hAnsi="Times New Roman" w:cs="Times New Roman"/>
          <w:sz w:val="24"/>
          <w:szCs w:val="24"/>
          <w:lang w:val="ro-RO"/>
        </w:rPr>
        <w:t>VI. CONTACT</w:t>
      </w:r>
    </w:p>
    <w:p w:rsidR="00E1605D" w:rsidRPr="00A356AD" w:rsidRDefault="00E1605D" w:rsidP="00E1605D">
      <w:pPr>
        <w:spacing w:after="0"/>
        <w:ind w:left="283"/>
        <w:jc w:val="both"/>
        <w:rPr>
          <w:rFonts w:ascii="Times New Roman" w:eastAsia="Times New Roman" w:hAnsi="Times New Roman" w:cs="Times New Roman"/>
          <w:sz w:val="24"/>
          <w:szCs w:val="24"/>
          <w:lang w:val="ro-RO"/>
        </w:rPr>
      </w:pPr>
      <w:r w:rsidRPr="00A356AD">
        <w:rPr>
          <w:rFonts w:ascii="Times New Roman" w:eastAsia="Times New Roman" w:hAnsi="Times New Roman" w:cs="Times New Roman"/>
          <w:sz w:val="24"/>
          <w:szCs w:val="24"/>
          <w:lang w:val="ro-RO"/>
        </w:rPr>
        <w:t>Dosarele de concurs se depun fizic la secretariatul unității:</w:t>
      </w:r>
    </w:p>
    <w:p w:rsidR="00E1605D" w:rsidRPr="00A356AD" w:rsidRDefault="00E1605D" w:rsidP="00E1605D">
      <w:pPr>
        <w:numPr>
          <w:ilvl w:val="0"/>
          <w:numId w:val="12"/>
        </w:numPr>
        <w:spacing w:after="0" w:line="278" w:lineRule="auto"/>
        <w:ind w:left="283"/>
        <w:jc w:val="both"/>
        <w:rPr>
          <w:rFonts w:ascii="Times New Roman" w:eastAsia="Times New Roman" w:hAnsi="Times New Roman" w:cs="Times New Roman"/>
          <w:sz w:val="24"/>
          <w:szCs w:val="24"/>
          <w:lang w:val="ro-RO"/>
        </w:rPr>
      </w:pPr>
      <w:r w:rsidRPr="00A356AD">
        <w:rPr>
          <w:rFonts w:ascii="Times New Roman" w:eastAsia="Times New Roman" w:hAnsi="Times New Roman" w:cs="Times New Roman"/>
          <w:bCs/>
          <w:sz w:val="24"/>
          <w:szCs w:val="24"/>
          <w:lang w:val="ro-RO"/>
        </w:rPr>
        <w:t xml:space="preserve">Adresă depunere: </w:t>
      </w:r>
      <w:r w:rsidRPr="00A356AD">
        <w:rPr>
          <w:rFonts w:ascii="Times New Roman" w:eastAsia="Times New Roman" w:hAnsi="Times New Roman" w:cs="Times New Roman"/>
          <w:sz w:val="24"/>
          <w:szCs w:val="24"/>
          <w:lang w:val="ro-RO"/>
        </w:rPr>
        <w:t xml:space="preserve">Vaslui, </w:t>
      </w:r>
      <w:r w:rsidRPr="00A356AD">
        <w:rPr>
          <w:rFonts w:ascii="Times New Roman" w:eastAsia="Aptos" w:hAnsi="Times New Roman" w:cs="Times New Roman"/>
          <w:kern w:val="2"/>
          <w:sz w:val="24"/>
          <w:szCs w:val="24"/>
          <w:lang w:val="ro-RO"/>
        </w:rPr>
        <w:t>Sediul unității strada Racova nr. 69</w:t>
      </w:r>
    </w:p>
    <w:p w:rsidR="00D80FA5" w:rsidRPr="00A356AD" w:rsidRDefault="00D80FA5" w:rsidP="00D80FA5">
      <w:pPr>
        <w:spacing w:after="0" w:line="278" w:lineRule="auto"/>
        <w:ind w:firstLine="283"/>
        <w:jc w:val="both"/>
        <w:rPr>
          <w:rFonts w:ascii="Times New Roman" w:eastAsia="Times New Roman" w:hAnsi="Times New Roman" w:cs="Times New Roman"/>
          <w:bCs/>
          <w:lang w:val="ro-RO"/>
        </w:rPr>
      </w:pPr>
    </w:p>
    <w:p w:rsidR="00D80FA5" w:rsidRPr="00A356AD" w:rsidRDefault="00D80FA5" w:rsidP="00D80FA5">
      <w:pPr>
        <w:spacing w:after="0" w:line="278" w:lineRule="auto"/>
        <w:ind w:firstLine="283"/>
        <w:jc w:val="both"/>
        <w:rPr>
          <w:rFonts w:ascii="Times New Roman" w:eastAsia="Times New Roman" w:hAnsi="Times New Roman" w:cs="Times New Roman"/>
          <w:sz w:val="24"/>
          <w:szCs w:val="24"/>
          <w:lang w:val="ro-RO"/>
        </w:rPr>
      </w:pPr>
      <w:r w:rsidRPr="00A356AD">
        <w:rPr>
          <w:rFonts w:ascii="Times New Roman" w:eastAsia="Times New Roman" w:hAnsi="Times New Roman" w:cs="Times New Roman"/>
          <w:bCs/>
          <w:lang w:val="ro-RO"/>
        </w:rPr>
        <w:t>Relații suplimentare la telefon</w:t>
      </w:r>
      <w:r w:rsidRPr="00A356AD">
        <w:rPr>
          <w:rFonts w:ascii="Times New Roman" w:eastAsia="Times New Roman" w:hAnsi="Times New Roman" w:cs="Times New Roman"/>
          <w:sz w:val="24"/>
          <w:szCs w:val="24"/>
          <w:lang w:val="ro-RO"/>
        </w:rPr>
        <w:t xml:space="preserve"> 0335405634</w:t>
      </w:r>
      <w:r w:rsidRPr="00A356AD">
        <w:rPr>
          <w:rFonts w:ascii="Times New Roman" w:eastAsia="Times New Roman" w:hAnsi="Times New Roman" w:cs="Times New Roman"/>
          <w:lang w:val="ro-RO"/>
        </w:rPr>
        <w:t>, pe e</w:t>
      </w:r>
      <w:r w:rsidRPr="00A356AD">
        <w:rPr>
          <w:rFonts w:ascii="Times New Roman" w:eastAsia="Times New Roman" w:hAnsi="Times New Roman" w:cs="Times New Roman"/>
          <w:bCs/>
          <w:sz w:val="24"/>
          <w:szCs w:val="24"/>
          <w:lang w:val="ro-RO"/>
        </w:rPr>
        <w:t xml:space="preserve">-mail: </w:t>
      </w:r>
      <w:hyperlink r:id="rId8" w:history="1">
        <w:r w:rsidRPr="00A356AD">
          <w:rPr>
            <w:rStyle w:val="Hyperlink"/>
            <w:rFonts w:ascii="Times New Roman" w:eastAsia="Times New Roman" w:hAnsi="Times New Roman" w:cs="Times New Roman"/>
            <w:color w:val="auto"/>
            <w:u w:val="none"/>
            <w:lang w:val="ro-RO"/>
          </w:rPr>
          <w:t>scoala1vaslui@yahoo.com</w:t>
        </w:r>
      </w:hyperlink>
      <w:r w:rsidRPr="00A356AD">
        <w:rPr>
          <w:rFonts w:ascii="Times New Roman" w:eastAsia="Times New Roman" w:hAnsi="Times New Roman" w:cs="Times New Roman"/>
          <w:lang w:val="ro-RO"/>
        </w:rPr>
        <w:t xml:space="preserve"> și la sediul Școlii </w:t>
      </w:r>
      <w:r w:rsidRPr="00A356AD">
        <w:rPr>
          <w:rFonts w:ascii="Times New Roman" w:eastAsia="Times New Roman" w:hAnsi="Times New Roman" w:cs="Times New Roman"/>
          <w:sz w:val="24"/>
          <w:szCs w:val="24"/>
          <w:lang w:val="ro-RO"/>
        </w:rPr>
        <w:t>Gimnazial</w:t>
      </w:r>
      <w:r w:rsidRPr="00A356AD">
        <w:rPr>
          <w:rFonts w:ascii="Times New Roman" w:eastAsia="Times New Roman" w:hAnsi="Times New Roman" w:cs="Times New Roman"/>
          <w:lang w:val="ro-RO"/>
        </w:rPr>
        <w:t>e</w:t>
      </w:r>
      <w:r w:rsidRPr="00A356AD">
        <w:rPr>
          <w:rFonts w:ascii="Times New Roman" w:eastAsia="Times New Roman" w:hAnsi="Times New Roman" w:cs="Times New Roman"/>
          <w:sz w:val="24"/>
          <w:szCs w:val="24"/>
          <w:lang w:val="ro-RO"/>
        </w:rPr>
        <w:t xml:space="preserve"> „Alexandru Ioan Cuza” Vaslui</w:t>
      </w:r>
      <w:r w:rsidRPr="00A356AD">
        <w:rPr>
          <w:rFonts w:ascii="Times New Roman" w:eastAsia="Times New Roman" w:hAnsi="Times New Roman" w:cs="Times New Roman"/>
          <w:lang w:val="ro-RO"/>
        </w:rPr>
        <w:t>, p</w:t>
      </w:r>
      <w:r w:rsidRPr="00A356AD">
        <w:rPr>
          <w:rFonts w:ascii="Times New Roman" w:eastAsia="Times New Roman" w:hAnsi="Times New Roman" w:cs="Times New Roman"/>
          <w:bCs/>
          <w:sz w:val="24"/>
          <w:szCs w:val="24"/>
          <w:lang w:val="ro-RO"/>
        </w:rPr>
        <w:t xml:space="preserve">ersoană de contact / Secretar comisie: </w:t>
      </w:r>
      <w:r w:rsidRPr="00A356AD">
        <w:rPr>
          <w:rFonts w:ascii="Times New Roman" w:eastAsia="Times New Roman" w:hAnsi="Times New Roman" w:cs="Times New Roman"/>
          <w:sz w:val="24"/>
          <w:szCs w:val="24"/>
          <w:lang w:val="ro-RO"/>
        </w:rPr>
        <w:t>Rupa Andra</w:t>
      </w:r>
      <w:r w:rsidRPr="00A356AD">
        <w:rPr>
          <w:rFonts w:ascii="Times New Roman" w:eastAsia="Times New Roman" w:hAnsi="Times New Roman" w:cs="Times New Roman"/>
          <w:lang w:val="ro-RO"/>
        </w:rPr>
        <w:t>.</w:t>
      </w:r>
    </w:p>
    <w:p w:rsidR="00D80FA5" w:rsidRPr="00A356AD" w:rsidRDefault="00D80FA5" w:rsidP="00D80FA5">
      <w:pPr>
        <w:pStyle w:val="ListParagraph"/>
        <w:spacing w:after="0"/>
        <w:jc w:val="both"/>
        <w:rPr>
          <w:rFonts w:ascii="Times New Roman" w:hAnsi="Times New Roman" w:cs="Times New Roman"/>
          <w:sz w:val="24"/>
          <w:szCs w:val="24"/>
          <w:lang w:val="ro-RO"/>
        </w:rPr>
      </w:pPr>
    </w:p>
    <w:p w:rsidR="00543F56" w:rsidRPr="00A356AD" w:rsidRDefault="00543F56" w:rsidP="00543F56">
      <w:pPr>
        <w:spacing w:after="0"/>
        <w:jc w:val="center"/>
        <w:rPr>
          <w:rFonts w:ascii="Times New Roman" w:eastAsia="Aptos" w:hAnsi="Times New Roman" w:cs="Times New Roman"/>
          <w:kern w:val="2"/>
          <w:sz w:val="24"/>
          <w:szCs w:val="24"/>
          <w:lang w:val="ro-RO"/>
        </w:rPr>
      </w:pPr>
      <w:r w:rsidRPr="00A356AD">
        <w:rPr>
          <w:rFonts w:ascii="Times New Roman" w:eastAsia="Aptos" w:hAnsi="Times New Roman" w:cs="Times New Roman"/>
          <w:kern w:val="2"/>
          <w:sz w:val="24"/>
          <w:szCs w:val="24"/>
          <w:lang w:val="ro-RO"/>
        </w:rPr>
        <w:t>DIRECTOR,</w:t>
      </w:r>
    </w:p>
    <w:p w:rsidR="00543F56" w:rsidRPr="00B20CE2" w:rsidRDefault="00543F56" w:rsidP="00543F56">
      <w:pPr>
        <w:spacing w:after="0"/>
        <w:jc w:val="center"/>
        <w:rPr>
          <w:rFonts w:ascii="Times New Roman" w:eastAsia="Aptos" w:hAnsi="Times New Roman" w:cs="Times New Roman"/>
          <w:kern w:val="2"/>
          <w:sz w:val="24"/>
          <w:szCs w:val="24"/>
          <w:lang w:val="ro-RO"/>
        </w:rPr>
      </w:pPr>
      <w:r w:rsidRPr="00A356AD">
        <w:rPr>
          <w:rFonts w:ascii="Times New Roman" w:eastAsia="Aptos" w:hAnsi="Times New Roman" w:cs="Times New Roman"/>
          <w:kern w:val="2"/>
          <w:sz w:val="24"/>
          <w:szCs w:val="24"/>
          <w:lang w:val="ro-RO"/>
        </w:rPr>
        <w:t>Prof. Mironescu Elena Georgiana</w:t>
      </w:r>
    </w:p>
    <w:p w:rsidR="00780E4A" w:rsidRPr="00B20CE2" w:rsidRDefault="00780E4A" w:rsidP="00E1605D">
      <w:pPr>
        <w:rPr>
          <w:rFonts w:ascii="Times New Roman" w:hAnsi="Times New Roman" w:cs="Times New Roman"/>
          <w:sz w:val="24"/>
          <w:szCs w:val="24"/>
          <w:lang w:val="ro-RO"/>
        </w:rPr>
      </w:pPr>
    </w:p>
    <w:sectPr w:rsidR="00780E4A" w:rsidRPr="00B20CE2" w:rsidSect="003D4426">
      <w:headerReference w:type="default" r:id="rId9"/>
      <w:pgSz w:w="12240" w:h="15840"/>
      <w:pgMar w:top="114"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7EC2" w:rsidRDefault="00D17EC2" w:rsidP="007D0DA5">
      <w:pPr>
        <w:spacing w:after="0" w:line="240" w:lineRule="auto"/>
      </w:pPr>
      <w:r>
        <w:separator/>
      </w:r>
    </w:p>
  </w:endnote>
  <w:endnote w:type="continuationSeparator" w:id="0">
    <w:p w:rsidR="00D17EC2" w:rsidRDefault="00D17EC2" w:rsidP="007D0D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ptos">
    <w:altName w:val="Arial"/>
    <w:charset w:val="00"/>
    <w:family w:val="swiss"/>
    <w:pitch w:val="variable"/>
    <w:sig w:usb0="00000001" w:usb1="00000003"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7EC2" w:rsidRDefault="00D17EC2" w:rsidP="007D0DA5">
      <w:pPr>
        <w:spacing w:after="0" w:line="240" w:lineRule="auto"/>
      </w:pPr>
      <w:r>
        <w:separator/>
      </w:r>
    </w:p>
  </w:footnote>
  <w:footnote w:type="continuationSeparator" w:id="0">
    <w:p w:rsidR="00D17EC2" w:rsidRDefault="00D17EC2" w:rsidP="007D0D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DA5" w:rsidRPr="007D0DA5" w:rsidRDefault="007D0DA5" w:rsidP="007D0DA5">
    <w:pPr>
      <w:tabs>
        <w:tab w:val="right" w:pos="4091"/>
      </w:tabs>
      <w:rPr>
        <w:rFonts w:ascii="Times New Roman" w:eastAsia="Times New Roman" w:hAnsi="Times New Roman" w:cs="Times New Roman"/>
        <w:sz w:val="24"/>
        <w:szCs w:val="24"/>
        <w:lang w:val="ro-RO" w:eastAsia="ro-RO"/>
      </w:rPr>
    </w:pPr>
    <w:r w:rsidRPr="007D0DA5">
      <w:rPr>
        <w:rFonts w:ascii="Times New Roman" w:eastAsia="Times New Roman" w:hAnsi="Times New Roman" w:cs="Times New Roman"/>
        <w:sz w:val="24"/>
        <w:szCs w:val="24"/>
        <w:lang w:val="ro-RO" w:eastAsia="ro-RO"/>
      </w:rPr>
      <w:tab/>
    </w:r>
  </w:p>
  <w:p w:rsidR="007D0DA5" w:rsidRPr="007D0DA5" w:rsidRDefault="007D0DA5" w:rsidP="007D0DA5">
    <w:pPr>
      <w:spacing w:after="0"/>
      <w:rPr>
        <w:rFonts w:ascii="Times New Roman" w:eastAsia="Calibri" w:hAnsi="Times New Roman" w:cs="Times New Roman"/>
        <w:sz w:val="28"/>
        <w:szCs w:val="28"/>
        <w:lang w:val="ro-RO"/>
      </w:rPr>
    </w:pPr>
    <w:r w:rsidRPr="007D0DA5">
      <w:rPr>
        <w:rFonts w:ascii="Times New Roman" w:eastAsia="Times New Roman" w:hAnsi="Times New Roman" w:cs="Times New Roman"/>
        <w:noProof/>
        <w:sz w:val="20"/>
        <w:szCs w:val="20"/>
        <w:lang w:val="ro-RO" w:eastAsia="ro-RO"/>
      </w:rPr>
      <w:drawing>
        <wp:anchor distT="0" distB="0" distL="114300" distR="114300" simplePos="0" relativeHeight="251659264" behindDoc="0" locked="0" layoutInCell="1" allowOverlap="1">
          <wp:simplePos x="0" y="0"/>
          <wp:positionH relativeFrom="column">
            <wp:posOffset>5066030</wp:posOffset>
          </wp:positionH>
          <wp:positionV relativeFrom="paragraph">
            <wp:posOffset>38100</wp:posOffset>
          </wp:positionV>
          <wp:extent cx="762000" cy="677545"/>
          <wp:effectExtent l="19050" t="19050" r="19050" b="27305"/>
          <wp:wrapSquare wrapText="bothSides"/>
          <wp:docPr id="187762722" name="Imagine 1" descr="Description: Description: Description: C:\Users\Mariana\Desktop\SiglaScol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Description: C:\Users\Mariana\Desktop\SiglaScolii.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62000" cy="677545"/>
                  </a:xfrm>
                  <a:prstGeom prst="rect">
                    <a:avLst/>
                  </a:prstGeom>
                  <a:noFill/>
                  <a:ln w="9525">
                    <a:solidFill>
                      <a:srgbClr val="000000"/>
                    </a:solidFill>
                    <a:miter lim="800000"/>
                    <a:headEnd/>
                    <a:tailEnd/>
                  </a:ln>
                </pic:spPr>
              </pic:pic>
            </a:graphicData>
          </a:graphic>
        </wp:anchor>
      </w:drawing>
    </w:r>
    <w:r w:rsidRPr="007D0DA5">
      <w:rPr>
        <w:rFonts w:ascii="Times New Roman" w:eastAsia="Calibri" w:hAnsi="Times New Roman" w:cs="Times New Roman"/>
        <w:sz w:val="28"/>
        <w:szCs w:val="28"/>
        <w:lang w:val="ro-RO"/>
      </w:rPr>
      <w:t>Școala Gimnazială ,,Alexandru Ioan Cuza” Vaslui</w:t>
    </w:r>
  </w:p>
  <w:p w:rsidR="007D0DA5" w:rsidRPr="007D0DA5" w:rsidRDefault="007D0DA5" w:rsidP="007D0DA5">
    <w:pPr>
      <w:spacing w:after="0"/>
      <w:rPr>
        <w:rFonts w:ascii="Times New Roman" w:eastAsia="Calibri" w:hAnsi="Times New Roman" w:cs="Times New Roman"/>
        <w:sz w:val="28"/>
        <w:szCs w:val="28"/>
        <w:lang w:val="ro-RO"/>
      </w:rPr>
    </w:pPr>
    <w:r w:rsidRPr="007D0DA5">
      <w:rPr>
        <w:rFonts w:ascii="Times New Roman" w:eastAsia="Calibri" w:hAnsi="Times New Roman" w:cs="Times New Roman"/>
        <w:sz w:val="28"/>
        <w:szCs w:val="28"/>
        <w:lang w:val="ro-RO"/>
      </w:rPr>
      <w:t>Strada Racova, nr. 69, Vaslui, cod poștal 730173</w:t>
    </w:r>
  </w:p>
  <w:p w:rsidR="007D0DA5" w:rsidRPr="007D0DA5" w:rsidRDefault="007D0DA5" w:rsidP="007D0DA5">
    <w:pPr>
      <w:spacing w:after="0"/>
      <w:rPr>
        <w:rFonts w:ascii="Times New Roman" w:eastAsia="Calibri" w:hAnsi="Times New Roman" w:cs="Times New Roman"/>
        <w:sz w:val="28"/>
        <w:szCs w:val="28"/>
        <w:lang w:val="ro-RO"/>
      </w:rPr>
    </w:pPr>
    <w:r w:rsidRPr="007D0DA5">
      <w:rPr>
        <w:rFonts w:ascii="Times New Roman" w:eastAsia="Calibri" w:hAnsi="Times New Roman" w:cs="Times New Roman"/>
        <w:sz w:val="28"/>
        <w:szCs w:val="28"/>
        <w:lang w:val="ro-RO"/>
      </w:rPr>
      <w:t>Telefon/fax: 0335405634, C.I.F. 28376936</w:t>
    </w:r>
    <w:r w:rsidRPr="007D0DA5">
      <w:rPr>
        <w:rFonts w:ascii="Times New Roman" w:eastAsia="MS Mincho" w:hAnsi="Times New Roman" w:cs="Times New Roman"/>
        <w:sz w:val="24"/>
        <w:lang w:val="de-DE"/>
      </w:rPr>
      <w:br/>
    </w:r>
    <w:r w:rsidRPr="007D0DA5">
      <w:rPr>
        <w:rFonts w:ascii="Times New Roman" w:eastAsia="MS Mincho" w:hAnsi="Times New Roman" w:cs="Times New Roman"/>
        <w:sz w:val="24"/>
      </w:rPr>
      <w:br/>
    </w:r>
  </w:p>
  <w:p w:rsidR="007D0DA5" w:rsidRDefault="007D0DA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DDE353D"/>
    <w:multiLevelType w:val="multilevel"/>
    <w:tmpl w:val="67A0D33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05C4DF1"/>
    <w:multiLevelType w:val="multilevel"/>
    <w:tmpl w:val="9258A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A4915D3"/>
    <w:multiLevelType w:val="hybridMultilevel"/>
    <w:tmpl w:val="F7261F88"/>
    <w:lvl w:ilvl="0" w:tplc="FAAC6338">
      <w:start w:val="1"/>
      <w:numFmt w:val="upperRoman"/>
      <w:lvlText w:val="%1."/>
      <w:lvlJc w:val="left"/>
      <w:pPr>
        <w:ind w:left="810" w:hanging="720"/>
      </w:pPr>
      <w:rPr>
        <w:rFonts w:hint="default"/>
        <w:b w:val="0"/>
        <w:bCs/>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1"/>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hdrShapeDefaults>
    <o:shapedefaults v:ext="edit" spidmax="4098"/>
  </w:hdrShapeDefaults>
  <w:footnotePr>
    <w:footnote w:id="-1"/>
    <w:footnote w:id="0"/>
  </w:footnotePr>
  <w:endnotePr>
    <w:endnote w:id="-1"/>
    <w:endnote w:id="0"/>
  </w:endnotePr>
  <w:compat>
    <w:useFELayout/>
  </w:compat>
  <w:rsids>
    <w:rsidRoot w:val="00B47730"/>
    <w:rsid w:val="00034616"/>
    <w:rsid w:val="0006063C"/>
    <w:rsid w:val="0015074B"/>
    <w:rsid w:val="001A0840"/>
    <w:rsid w:val="0029639D"/>
    <w:rsid w:val="002E5B8D"/>
    <w:rsid w:val="00326F90"/>
    <w:rsid w:val="003B757D"/>
    <w:rsid w:val="003D4426"/>
    <w:rsid w:val="004F0CC7"/>
    <w:rsid w:val="00543F56"/>
    <w:rsid w:val="0059298C"/>
    <w:rsid w:val="005E0450"/>
    <w:rsid w:val="00604A4E"/>
    <w:rsid w:val="00780E4A"/>
    <w:rsid w:val="007D0DA5"/>
    <w:rsid w:val="009D674B"/>
    <w:rsid w:val="00A356AD"/>
    <w:rsid w:val="00AA1D8D"/>
    <w:rsid w:val="00B20CE2"/>
    <w:rsid w:val="00B47730"/>
    <w:rsid w:val="00B63DFE"/>
    <w:rsid w:val="00C96854"/>
    <w:rsid w:val="00CB0664"/>
    <w:rsid w:val="00D17EC2"/>
    <w:rsid w:val="00D76AEC"/>
    <w:rsid w:val="00D80FA5"/>
    <w:rsid w:val="00D91F99"/>
    <w:rsid w:val="00E1605D"/>
    <w:rsid w:val="00FB5B43"/>
    <w:rsid w:val="00FC5EC7"/>
    <w:rsid w:val="00FC693F"/>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elgril1">
    <w:name w:val="Tabel grilă1"/>
    <w:basedOn w:val="TableNormal"/>
    <w:next w:val="TableGrid"/>
    <w:uiPriority w:val="39"/>
    <w:rsid w:val="003B757D"/>
    <w:pPr>
      <w:spacing w:after="0" w:line="240" w:lineRule="auto"/>
    </w:pPr>
    <w:rPr>
      <w:rFonts w:eastAsia="Aptos"/>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D80FA5"/>
    <w:rPr>
      <w:color w:val="0000FF" w:themeColor="hyperlink"/>
      <w:u w:val="single"/>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oala1vaslui@yahoo.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D472A9-C53C-4721-9C8A-6C69A1C30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1020</Words>
  <Characters>5921</Characters>
  <Application>Microsoft Office Word</Application>
  <DocSecurity>0</DocSecurity>
  <Lines>49</Lines>
  <Paragraphs>13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6928</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Edi Home</cp:lastModifiedBy>
  <cp:revision>8</cp:revision>
  <cp:lastPrinted>2026-09-17T08:44:00Z</cp:lastPrinted>
  <dcterms:created xsi:type="dcterms:W3CDTF">2026-09-16T09:58:00Z</dcterms:created>
  <dcterms:modified xsi:type="dcterms:W3CDTF">2026-09-17T11:34:00Z</dcterms:modified>
  <cp:category/>
</cp:coreProperties>
</file>