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1EA" w:rsidRPr="00210390" w:rsidRDefault="00B361EA" w:rsidP="00B361EA">
      <w:pPr>
        <w:spacing w:after="240"/>
        <w:rPr>
          <w:rFonts w:ascii="Times New Roman" w:hAnsi="Times New Roman" w:cs="Times New Roman"/>
          <w:sz w:val="24"/>
          <w:szCs w:val="24"/>
          <w:lang w:val="ro-RO"/>
        </w:rPr>
      </w:pPr>
      <w:r w:rsidRPr="00210390">
        <w:rPr>
          <w:rFonts w:ascii="Times New Roman" w:eastAsia="MS Mincho" w:hAnsi="Times New Roman" w:cs="Times New Roman"/>
          <w:sz w:val="24"/>
          <w:szCs w:val="24"/>
          <w:lang w:val="ro-RO"/>
        </w:rPr>
        <w:t>Nr. înreg. __ __ / din __16.09_.2026</w:t>
      </w:r>
    </w:p>
    <w:p w:rsidR="0018325C" w:rsidRPr="00210390" w:rsidRDefault="00D570D2">
      <w:pPr>
        <w:spacing w:after="240"/>
        <w:jc w:val="center"/>
        <w:rPr>
          <w:rFonts w:ascii="Times New Roman" w:hAnsi="Times New Roman" w:cs="Times New Roman"/>
          <w:sz w:val="24"/>
          <w:szCs w:val="24"/>
          <w:lang w:val="ro-RO"/>
        </w:rPr>
      </w:pPr>
      <w:r w:rsidRPr="00210390">
        <w:rPr>
          <w:rFonts w:ascii="Times New Roman" w:hAnsi="Times New Roman" w:cs="Times New Roman"/>
          <w:sz w:val="24"/>
          <w:szCs w:val="24"/>
          <w:lang w:val="ro-RO"/>
        </w:rPr>
        <w:t>ANUNȚ CONCURS DE ANGAJARE</w:t>
      </w:r>
    </w:p>
    <w:p w:rsidR="00071CA3" w:rsidRPr="00210390" w:rsidRDefault="00071CA3" w:rsidP="00071CA3">
      <w:pPr>
        <w:spacing w:after="0"/>
        <w:ind w:left="283"/>
        <w:jc w:val="center"/>
        <w:rPr>
          <w:rFonts w:ascii="Times New Roman" w:eastAsia="Times New Roman" w:hAnsi="Times New Roman" w:cs="Times New Roman"/>
          <w:bCs/>
          <w:sz w:val="24"/>
          <w:szCs w:val="24"/>
          <w:lang w:val="ro-RO"/>
        </w:rPr>
      </w:pPr>
      <w:r w:rsidRPr="00210390">
        <w:rPr>
          <w:rFonts w:ascii="Times New Roman" w:eastAsia="Times New Roman" w:hAnsi="Times New Roman" w:cs="Times New Roman"/>
          <w:bCs/>
          <w:sz w:val="24"/>
          <w:szCs w:val="24"/>
          <w:lang w:val="ro-RO"/>
        </w:rPr>
        <w:t xml:space="preserve">CONCURS PENTRU OCUPAREA UNUI POST </w:t>
      </w:r>
      <w:r w:rsidR="00045EDE" w:rsidRPr="00210390">
        <w:rPr>
          <w:rFonts w:ascii="Times New Roman" w:eastAsia="Times New Roman" w:hAnsi="Times New Roman" w:cs="Times New Roman"/>
          <w:bCs/>
          <w:sz w:val="24"/>
          <w:szCs w:val="24"/>
          <w:lang w:val="ro-RO"/>
        </w:rPr>
        <w:t xml:space="preserve">TEMPORAR </w:t>
      </w:r>
      <w:r w:rsidRPr="00210390">
        <w:rPr>
          <w:rFonts w:ascii="Times New Roman" w:eastAsia="Times New Roman" w:hAnsi="Times New Roman" w:cs="Times New Roman"/>
          <w:bCs/>
          <w:sz w:val="24"/>
          <w:szCs w:val="24"/>
          <w:lang w:val="ro-RO"/>
        </w:rPr>
        <w:t>VACANT DE BIBLIOTECAR – 1/2 NORMĂ -</w:t>
      </w:r>
    </w:p>
    <w:p w:rsidR="00071CA3" w:rsidRPr="00210390" w:rsidRDefault="00071CA3" w:rsidP="00071CA3">
      <w:pPr>
        <w:spacing w:after="0"/>
        <w:ind w:left="283"/>
        <w:jc w:val="center"/>
        <w:rPr>
          <w:rFonts w:ascii="Times New Roman" w:eastAsia="Times New Roman" w:hAnsi="Times New Roman" w:cs="Times New Roman"/>
          <w:bCs/>
          <w:sz w:val="24"/>
          <w:szCs w:val="24"/>
          <w:lang w:val="ro-RO"/>
        </w:rPr>
      </w:pPr>
      <w:r w:rsidRPr="00210390">
        <w:rPr>
          <w:rFonts w:ascii="Times New Roman" w:eastAsia="Times New Roman" w:hAnsi="Times New Roman" w:cs="Times New Roman"/>
          <w:bCs/>
          <w:sz w:val="24"/>
          <w:szCs w:val="24"/>
          <w:lang w:val="ro-RO"/>
        </w:rPr>
        <w:t>PERIOADĂ  DETERMINATĂ</w:t>
      </w:r>
    </w:p>
    <w:p w:rsidR="00071CA3" w:rsidRPr="00210390" w:rsidRDefault="00071CA3">
      <w:pPr>
        <w:spacing w:after="240"/>
        <w:jc w:val="center"/>
        <w:rPr>
          <w:rFonts w:ascii="Times New Roman" w:hAnsi="Times New Roman" w:cs="Times New Roman"/>
          <w:sz w:val="24"/>
          <w:szCs w:val="24"/>
          <w:lang w:val="ro-RO"/>
        </w:rPr>
      </w:pPr>
    </w:p>
    <w:p w:rsidR="00071CA3" w:rsidRPr="00210390" w:rsidRDefault="00071CA3" w:rsidP="00045EDE">
      <w:pPr>
        <w:keepNext/>
        <w:spacing w:before="240" w:after="120"/>
        <w:ind w:firstLine="283"/>
        <w:rPr>
          <w:rFonts w:ascii="Times New Roman" w:hAnsi="Times New Roman" w:cs="Times New Roman"/>
          <w:bCs/>
          <w:sz w:val="24"/>
          <w:szCs w:val="24"/>
          <w:lang w:val="ro-RO"/>
        </w:rPr>
      </w:pPr>
      <w:r w:rsidRPr="00210390">
        <w:rPr>
          <w:rFonts w:ascii="Times New Roman" w:hAnsi="Times New Roman" w:cs="Times New Roman"/>
          <w:bCs/>
          <w:sz w:val="24"/>
          <w:szCs w:val="24"/>
          <w:lang w:val="ro-RO"/>
        </w:rPr>
        <w:t>Ș</w:t>
      </w:r>
      <w:r w:rsidR="00045EDE" w:rsidRPr="00210390">
        <w:rPr>
          <w:rFonts w:ascii="Times New Roman" w:hAnsi="Times New Roman" w:cs="Times New Roman"/>
          <w:bCs/>
          <w:sz w:val="24"/>
          <w:szCs w:val="24"/>
          <w:lang w:val="ro-RO"/>
        </w:rPr>
        <w:t>coala Gimnazială „</w:t>
      </w:r>
      <w:r w:rsidRPr="00210390">
        <w:rPr>
          <w:rFonts w:ascii="Times New Roman" w:hAnsi="Times New Roman" w:cs="Times New Roman"/>
          <w:bCs/>
          <w:sz w:val="24"/>
          <w:szCs w:val="24"/>
          <w:lang w:val="ro-RO"/>
        </w:rPr>
        <w:t>Alexandru Ioan Cuza” Vaslui, cu sediul în jud. Vaslui, mun. Vaslui, str. Racova</w:t>
      </w:r>
      <w:r w:rsidR="00045EDE" w:rsidRPr="00210390">
        <w:rPr>
          <w:rFonts w:ascii="Times New Roman" w:hAnsi="Times New Roman" w:cs="Times New Roman"/>
          <w:bCs/>
          <w:sz w:val="24"/>
          <w:szCs w:val="24"/>
          <w:lang w:val="ro-RO"/>
        </w:rPr>
        <w:t xml:space="preserve"> nr. </w:t>
      </w:r>
      <w:r w:rsidRPr="00210390">
        <w:rPr>
          <w:rFonts w:ascii="Times New Roman" w:hAnsi="Times New Roman" w:cs="Times New Roman"/>
          <w:bCs/>
          <w:sz w:val="24"/>
          <w:szCs w:val="24"/>
          <w:lang w:val="ro-RO"/>
        </w:rPr>
        <w:t xml:space="preserve">69, în conformitate cu prevederile H.G. nr. 1336/2022 pentru aprobarea Regulamentului-cadru privind organizarea şi dezvoltarea carierei personalului contractual din sectorul bugetar plătit din fonduri publice, cu modificările şi completările ulterioare, organizează concurs pentru ocuparea următorului post contractual </w:t>
      </w:r>
      <w:r w:rsidR="00045EDE" w:rsidRPr="00210390">
        <w:rPr>
          <w:rFonts w:ascii="Times New Roman" w:hAnsi="Times New Roman" w:cs="Times New Roman"/>
          <w:bCs/>
          <w:sz w:val="24"/>
          <w:szCs w:val="24"/>
          <w:lang w:val="ro-RO"/>
        </w:rPr>
        <w:t xml:space="preserve">temporar </w:t>
      </w:r>
      <w:r w:rsidRPr="00210390">
        <w:rPr>
          <w:rFonts w:ascii="Times New Roman" w:hAnsi="Times New Roman" w:cs="Times New Roman"/>
          <w:bCs/>
          <w:sz w:val="24"/>
          <w:szCs w:val="24"/>
          <w:lang w:val="ro-RO"/>
        </w:rPr>
        <w:t>vacant:</w:t>
      </w:r>
    </w:p>
    <w:p w:rsidR="00071CA3" w:rsidRPr="00210390" w:rsidRDefault="00071CA3" w:rsidP="00071CA3">
      <w:pPr>
        <w:keepNext/>
        <w:spacing w:before="240" w:after="120"/>
        <w:rPr>
          <w:rFonts w:ascii="Times New Roman" w:hAnsi="Times New Roman" w:cs="Times New Roman"/>
          <w:bCs/>
          <w:sz w:val="24"/>
          <w:szCs w:val="24"/>
          <w:lang w:val="ro-RO"/>
        </w:rPr>
      </w:pPr>
      <w:r w:rsidRPr="00210390">
        <w:rPr>
          <w:rFonts w:ascii="Times New Roman" w:hAnsi="Times New Roman" w:cs="Times New Roman"/>
          <w:bCs/>
          <w:sz w:val="24"/>
          <w:szCs w:val="24"/>
          <w:lang w:val="ro-RO"/>
        </w:rPr>
        <w:t>Denumirea postului: Bibliotecar</w:t>
      </w:r>
    </w:p>
    <w:p w:rsidR="00071CA3" w:rsidRPr="00210390" w:rsidRDefault="00071CA3" w:rsidP="00071CA3">
      <w:pPr>
        <w:keepNext/>
        <w:spacing w:before="240" w:after="120"/>
        <w:rPr>
          <w:rFonts w:ascii="Times New Roman" w:hAnsi="Times New Roman" w:cs="Times New Roman"/>
          <w:bCs/>
          <w:sz w:val="24"/>
          <w:szCs w:val="24"/>
          <w:lang w:val="ro-RO"/>
        </w:rPr>
      </w:pPr>
      <w:r w:rsidRPr="00210390">
        <w:rPr>
          <w:rFonts w:ascii="Times New Roman" w:hAnsi="Times New Roman" w:cs="Times New Roman"/>
          <w:bCs/>
          <w:sz w:val="24"/>
          <w:szCs w:val="24"/>
          <w:lang w:val="ro-RO"/>
        </w:rPr>
        <w:t>Nivelul postului: Execuție (personal didactic-auxiliar)</w:t>
      </w:r>
    </w:p>
    <w:p w:rsidR="00071CA3" w:rsidRPr="00210390" w:rsidRDefault="00071CA3" w:rsidP="00071CA3">
      <w:pPr>
        <w:keepNext/>
        <w:spacing w:before="240" w:after="120"/>
        <w:rPr>
          <w:rFonts w:ascii="Times New Roman" w:hAnsi="Times New Roman" w:cs="Times New Roman"/>
          <w:bCs/>
          <w:sz w:val="24"/>
          <w:szCs w:val="24"/>
          <w:lang w:val="ro-RO"/>
        </w:rPr>
      </w:pPr>
      <w:r w:rsidRPr="00210390">
        <w:rPr>
          <w:rFonts w:ascii="Times New Roman" w:hAnsi="Times New Roman" w:cs="Times New Roman"/>
          <w:bCs/>
          <w:sz w:val="24"/>
          <w:szCs w:val="24"/>
          <w:lang w:val="ro-RO"/>
        </w:rPr>
        <w:t>Compartiment: Administrativ</w:t>
      </w:r>
    </w:p>
    <w:p w:rsidR="00071CA3" w:rsidRPr="00210390" w:rsidRDefault="00071CA3" w:rsidP="00071CA3">
      <w:pPr>
        <w:keepNext/>
        <w:spacing w:before="240" w:after="120"/>
        <w:rPr>
          <w:rFonts w:ascii="Times New Roman" w:hAnsi="Times New Roman" w:cs="Times New Roman"/>
          <w:bCs/>
          <w:sz w:val="24"/>
          <w:szCs w:val="24"/>
          <w:lang w:val="ro-RO"/>
        </w:rPr>
      </w:pPr>
      <w:r w:rsidRPr="00210390">
        <w:rPr>
          <w:rFonts w:ascii="Times New Roman" w:hAnsi="Times New Roman" w:cs="Times New Roman"/>
          <w:bCs/>
          <w:sz w:val="24"/>
          <w:szCs w:val="24"/>
          <w:lang w:val="ro-RO"/>
        </w:rPr>
        <w:t>Durata contractului: Perioadă determinată (până la revenirea titularului pe post</w:t>
      </w:r>
      <w:r w:rsidR="00045EDE" w:rsidRPr="00210390">
        <w:rPr>
          <w:rFonts w:ascii="Times New Roman" w:hAnsi="Times New Roman" w:cs="Times New Roman"/>
          <w:bCs/>
          <w:sz w:val="24"/>
          <w:szCs w:val="24"/>
          <w:lang w:val="ro-RO"/>
        </w:rPr>
        <w:t>)</w:t>
      </w:r>
    </w:p>
    <w:p w:rsidR="00071CA3" w:rsidRPr="00210390" w:rsidRDefault="00071CA3" w:rsidP="00071CA3">
      <w:pPr>
        <w:keepNext/>
        <w:spacing w:before="240" w:after="120"/>
        <w:rPr>
          <w:rFonts w:ascii="Times New Roman" w:hAnsi="Times New Roman" w:cs="Times New Roman"/>
          <w:sz w:val="24"/>
          <w:szCs w:val="24"/>
          <w:lang w:val="ro-RO"/>
        </w:rPr>
      </w:pPr>
      <w:r w:rsidRPr="00210390">
        <w:rPr>
          <w:rFonts w:ascii="Times New Roman" w:hAnsi="Times New Roman" w:cs="Times New Roman"/>
          <w:bCs/>
          <w:sz w:val="24"/>
          <w:szCs w:val="24"/>
          <w:lang w:val="ro-RO"/>
        </w:rPr>
        <w:t>Program de lucru: 4h/zi  (20 ore pe săptămână, în ture de zi</w:t>
      </w:r>
      <w:r w:rsidR="00045EDE" w:rsidRPr="00210390">
        <w:rPr>
          <w:rFonts w:ascii="Times New Roman" w:hAnsi="Times New Roman" w:cs="Times New Roman"/>
          <w:bCs/>
          <w:sz w:val="24"/>
          <w:szCs w:val="24"/>
          <w:lang w:val="ro-RO"/>
        </w:rPr>
        <w:t>)</w:t>
      </w:r>
      <w:r w:rsidRPr="00210390">
        <w:rPr>
          <w:rFonts w:ascii="Times New Roman" w:hAnsi="Times New Roman" w:cs="Times New Roman"/>
          <w:sz w:val="24"/>
          <w:szCs w:val="24"/>
          <w:lang w:val="ro-RO"/>
        </w:rPr>
        <w:t xml:space="preserve">  ________________________________________</w:t>
      </w:r>
    </w:p>
    <w:p w:rsidR="009F1DF2" w:rsidRPr="00210390" w:rsidRDefault="009F1DF2" w:rsidP="009F1DF2">
      <w:pPr>
        <w:numPr>
          <w:ilvl w:val="0"/>
          <w:numId w:val="12"/>
        </w:numPr>
        <w:spacing w:after="0" w:line="278" w:lineRule="auto"/>
        <w:ind w:left="283"/>
        <w:contextualSpacing/>
        <w:jc w:val="both"/>
        <w:rPr>
          <w:rFonts w:ascii="Times New Roman" w:eastAsia="Times New Roman" w:hAnsi="Times New Roman" w:cs="Times New Roman"/>
          <w:bCs/>
          <w:sz w:val="24"/>
          <w:szCs w:val="24"/>
          <w:lang w:val="ro-RO"/>
        </w:rPr>
      </w:pPr>
      <w:r w:rsidRPr="00210390">
        <w:rPr>
          <w:rFonts w:ascii="Times New Roman" w:eastAsia="Times New Roman" w:hAnsi="Times New Roman" w:cs="Times New Roman"/>
          <w:bCs/>
          <w:sz w:val="24"/>
          <w:szCs w:val="24"/>
          <w:lang w:val="ro-RO"/>
        </w:rPr>
        <w:t>CONDIȚII GENERALE DE PARTICIPARE</w:t>
      </w:r>
    </w:p>
    <w:p w:rsidR="009F1DF2" w:rsidRPr="00210390" w:rsidRDefault="009F1DF2" w:rsidP="009F1DF2">
      <w:pPr>
        <w:spacing w:after="0" w:line="278" w:lineRule="auto"/>
        <w:ind w:left="283"/>
        <w:contextualSpacing/>
        <w:jc w:val="both"/>
        <w:rPr>
          <w:rFonts w:ascii="Times New Roman" w:eastAsia="Times New Roman" w:hAnsi="Times New Roman" w:cs="Times New Roman"/>
          <w:bCs/>
          <w:sz w:val="24"/>
          <w:szCs w:val="24"/>
          <w:lang w:val="ro-RO"/>
        </w:rPr>
      </w:pPr>
    </w:p>
    <w:p w:rsidR="009F1DF2" w:rsidRPr="00210390" w:rsidRDefault="009F1DF2" w:rsidP="009F1DF2">
      <w:pPr>
        <w:spacing w:after="0"/>
        <w:ind w:left="283" w:firstLine="567"/>
        <w:jc w:val="both"/>
        <w:rPr>
          <w:rFonts w:ascii="Times New Roman" w:eastAsia="Times New Roman" w:hAnsi="Times New Roman" w:cs="Times New Roman"/>
          <w:sz w:val="24"/>
          <w:szCs w:val="24"/>
          <w:lang w:val="ro-RO"/>
        </w:rPr>
      </w:pPr>
      <w:r w:rsidRPr="00210390">
        <w:rPr>
          <w:rFonts w:ascii="Times New Roman" w:eastAsia="Times New Roman" w:hAnsi="Times New Roman" w:cs="Times New Roman"/>
          <w:sz w:val="24"/>
          <w:szCs w:val="24"/>
          <w:lang w:val="ro-RO"/>
        </w:rPr>
        <w:t xml:space="preserve">Conform prevederilor art. 15 din H.G. nr. 1336/2022, poate ocupa postul persoana care îndeplinește următoarele CONDIŢII GENERALE: </w:t>
      </w:r>
    </w:p>
    <w:p w:rsidR="009F1DF2" w:rsidRPr="00210390" w:rsidRDefault="009F1DF2" w:rsidP="009F1DF2">
      <w:pPr>
        <w:numPr>
          <w:ilvl w:val="0"/>
          <w:numId w:val="11"/>
        </w:numPr>
        <w:spacing w:after="0" w:line="278" w:lineRule="auto"/>
        <w:ind w:left="283"/>
        <w:jc w:val="both"/>
        <w:rPr>
          <w:rFonts w:ascii="Times New Roman" w:eastAsia="Times New Roman" w:hAnsi="Times New Roman" w:cs="Times New Roman"/>
          <w:sz w:val="24"/>
          <w:szCs w:val="24"/>
          <w:lang w:val="ro-RO"/>
        </w:rPr>
      </w:pPr>
      <w:r w:rsidRPr="00210390">
        <w:rPr>
          <w:rFonts w:ascii="Times New Roman" w:eastAsia="Times New Roman" w:hAnsi="Times New Roman" w:cs="Times New Roman"/>
          <w:sz w:val="24"/>
          <w:szCs w:val="24"/>
          <w:lang w:val="ro-RO"/>
        </w:rPr>
        <w:t>are cetăţenia română sau cetăţenia unui alt stat membru al Uniunii Europene, a unui stat parte la Acordul privind Spaţiul Economic European (SEE) sau cetăţenia Confederaţiei Elveţiene;</w:t>
      </w:r>
    </w:p>
    <w:p w:rsidR="009F1DF2" w:rsidRPr="00210390" w:rsidRDefault="009F1DF2" w:rsidP="009F1DF2">
      <w:pPr>
        <w:numPr>
          <w:ilvl w:val="0"/>
          <w:numId w:val="11"/>
        </w:numPr>
        <w:spacing w:after="0" w:line="278" w:lineRule="auto"/>
        <w:ind w:left="283"/>
        <w:jc w:val="both"/>
        <w:rPr>
          <w:rFonts w:ascii="Times New Roman" w:eastAsia="Times New Roman" w:hAnsi="Times New Roman" w:cs="Times New Roman"/>
          <w:sz w:val="24"/>
          <w:szCs w:val="24"/>
          <w:lang w:val="ro-RO"/>
        </w:rPr>
      </w:pPr>
      <w:r w:rsidRPr="00210390">
        <w:rPr>
          <w:rFonts w:ascii="Times New Roman" w:eastAsia="Times New Roman" w:hAnsi="Times New Roman" w:cs="Times New Roman"/>
          <w:sz w:val="24"/>
          <w:szCs w:val="24"/>
          <w:lang w:val="ro-RO"/>
        </w:rPr>
        <w:t>cunoaște limba română, scris și vorbit;</w:t>
      </w:r>
    </w:p>
    <w:p w:rsidR="009F1DF2" w:rsidRPr="00210390" w:rsidRDefault="009F1DF2" w:rsidP="009F1DF2">
      <w:pPr>
        <w:numPr>
          <w:ilvl w:val="0"/>
          <w:numId w:val="11"/>
        </w:numPr>
        <w:spacing w:after="0" w:line="278" w:lineRule="auto"/>
        <w:ind w:left="283"/>
        <w:jc w:val="both"/>
        <w:rPr>
          <w:rFonts w:ascii="Times New Roman" w:eastAsia="Times New Roman" w:hAnsi="Times New Roman" w:cs="Times New Roman"/>
          <w:sz w:val="24"/>
          <w:szCs w:val="24"/>
          <w:lang w:val="ro-RO"/>
        </w:rPr>
      </w:pPr>
      <w:r w:rsidRPr="00210390">
        <w:rPr>
          <w:rFonts w:ascii="Times New Roman" w:eastAsia="Times New Roman" w:hAnsi="Times New Roman" w:cs="Times New Roman"/>
          <w:sz w:val="24"/>
          <w:szCs w:val="24"/>
          <w:lang w:val="ro-RO"/>
        </w:rPr>
        <w:t>are capacitate de muncă în conformitate cu prevederile Legii nr. 53/2003 - Codul muncii, republicată, cu modificările şi completările ulterioare;</w:t>
      </w:r>
    </w:p>
    <w:p w:rsidR="009F1DF2" w:rsidRPr="00210390" w:rsidRDefault="009F1DF2" w:rsidP="009F1DF2">
      <w:pPr>
        <w:numPr>
          <w:ilvl w:val="0"/>
          <w:numId w:val="11"/>
        </w:numPr>
        <w:spacing w:after="0" w:line="278" w:lineRule="auto"/>
        <w:ind w:left="283"/>
        <w:jc w:val="both"/>
        <w:rPr>
          <w:rFonts w:ascii="Times New Roman" w:eastAsia="Times New Roman" w:hAnsi="Times New Roman" w:cs="Times New Roman"/>
          <w:sz w:val="24"/>
          <w:szCs w:val="24"/>
          <w:lang w:val="ro-RO"/>
        </w:rPr>
      </w:pPr>
      <w:r w:rsidRPr="00210390">
        <w:rPr>
          <w:rFonts w:ascii="Times New Roman" w:eastAsia="Times New Roman" w:hAnsi="Times New Roman" w:cs="Times New Roman"/>
          <w:sz w:val="24"/>
          <w:szCs w:val="24"/>
          <w:lang w:val="ro-RO"/>
        </w:rPr>
        <w:t>are o stare de sănătate corespunzătoare postului pentru care candidează, atestată pe baza adeverinţei medicale eliberate de medicul de familie sau de unităţile sanitare abilitate;</w:t>
      </w:r>
    </w:p>
    <w:p w:rsidR="009F1DF2" w:rsidRPr="00210390" w:rsidRDefault="009F1DF2" w:rsidP="009F1DF2">
      <w:pPr>
        <w:numPr>
          <w:ilvl w:val="0"/>
          <w:numId w:val="11"/>
        </w:numPr>
        <w:spacing w:after="0" w:line="278" w:lineRule="auto"/>
        <w:ind w:left="283"/>
        <w:jc w:val="both"/>
        <w:rPr>
          <w:rFonts w:ascii="Times New Roman" w:eastAsia="Times New Roman" w:hAnsi="Times New Roman" w:cs="Times New Roman"/>
          <w:sz w:val="24"/>
          <w:szCs w:val="24"/>
          <w:lang w:val="ro-RO"/>
        </w:rPr>
      </w:pPr>
      <w:r w:rsidRPr="00210390">
        <w:rPr>
          <w:rFonts w:ascii="Times New Roman" w:eastAsia="Times New Roman" w:hAnsi="Times New Roman" w:cs="Times New Roman"/>
          <w:sz w:val="24"/>
          <w:szCs w:val="24"/>
          <w:lang w:val="ro-RO"/>
        </w:rPr>
        <w:lastRenderedPageBreak/>
        <w:t>îndeplineşte condiţiile de studii, de vechime în specialitate şi, după caz, alte condiţii specifice potrivit cerinţelor postului scos la concurs;</w:t>
      </w:r>
    </w:p>
    <w:p w:rsidR="009F1DF2" w:rsidRPr="00210390" w:rsidRDefault="009F1DF2" w:rsidP="009F1DF2">
      <w:pPr>
        <w:numPr>
          <w:ilvl w:val="0"/>
          <w:numId w:val="11"/>
        </w:numPr>
        <w:spacing w:after="0" w:line="278" w:lineRule="auto"/>
        <w:ind w:left="283"/>
        <w:jc w:val="both"/>
        <w:rPr>
          <w:rFonts w:ascii="Times New Roman" w:eastAsia="Times New Roman" w:hAnsi="Times New Roman" w:cs="Times New Roman"/>
          <w:sz w:val="24"/>
          <w:szCs w:val="24"/>
          <w:lang w:val="ro-RO"/>
        </w:rPr>
      </w:pPr>
      <w:r w:rsidRPr="00210390">
        <w:rPr>
          <w:rFonts w:ascii="Times New Roman" w:eastAsia="Times New Roman" w:hAnsi="Times New Roman" w:cs="Times New Roman"/>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9F1DF2" w:rsidRPr="00210390" w:rsidRDefault="009F1DF2" w:rsidP="009F1DF2">
      <w:pPr>
        <w:numPr>
          <w:ilvl w:val="0"/>
          <w:numId w:val="11"/>
        </w:numPr>
        <w:spacing w:after="0" w:line="278" w:lineRule="auto"/>
        <w:ind w:left="283"/>
        <w:jc w:val="both"/>
        <w:rPr>
          <w:rFonts w:ascii="Times New Roman" w:eastAsia="Times New Roman" w:hAnsi="Times New Roman" w:cs="Times New Roman"/>
          <w:bCs/>
          <w:sz w:val="24"/>
          <w:szCs w:val="24"/>
          <w:lang w:val="ro-RO"/>
        </w:rPr>
      </w:pPr>
      <w:r w:rsidRPr="00210390">
        <w:rPr>
          <w:rFonts w:ascii="Times New Roman" w:eastAsia="Times New Roman" w:hAnsi="Times New Roman" w:cs="Times New Roman"/>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9F1DF2" w:rsidRPr="00210390" w:rsidRDefault="009F1DF2" w:rsidP="009F1DF2">
      <w:pPr>
        <w:numPr>
          <w:ilvl w:val="0"/>
          <w:numId w:val="11"/>
        </w:numPr>
        <w:spacing w:after="0" w:line="278" w:lineRule="auto"/>
        <w:ind w:left="283"/>
        <w:jc w:val="both"/>
        <w:rPr>
          <w:rFonts w:ascii="Times New Roman" w:eastAsia="Times New Roman" w:hAnsi="Times New Roman" w:cs="Times New Roman"/>
          <w:sz w:val="24"/>
          <w:szCs w:val="24"/>
          <w:lang w:val="ro-RO"/>
        </w:rPr>
      </w:pPr>
      <w:r w:rsidRPr="00210390">
        <w:rPr>
          <w:rFonts w:ascii="Times New Roman" w:eastAsia="Times New Roman" w:hAnsi="Times New Roman" w:cs="Times New Roman"/>
          <w:sz w:val="24"/>
          <w:szCs w:val="24"/>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18325C" w:rsidRPr="00210390" w:rsidRDefault="00D570D2">
      <w:pPr>
        <w:keepNext/>
        <w:spacing w:before="160" w:after="80"/>
        <w:rPr>
          <w:rFonts w:ascii="Times New Roman" w:hAnsi="Times New Roman" w:cs="Times New Roman"/>
          <w:sz w:val="24"/>
          <w:szCs w:val="24"/>
          <w:lang w:val="ro-RO"/>
        </w:rPr>
      </w:pPr>
      <w:r w:rsidRPr="00210390">
        <w:rPr>
          <w:rFonts w:ascii="Times New Roman" w:hAnsi="Times New Roman" w:cs="Times New Roman"/>
          <w:sz w:val="24"/>
          <w:szCs w:val="24"/>
          <w:lang w:val="ro-RO"/>
        </w:rPr>
        <w:t>B. Condiții specifice (Conform Legii Învățământului Preuniversitar nr. 198/2023):</w:t>
      </w:r>
    </w:p>
    <w:p w:rsidR="00937E2D" w:rsidRPr="00210390" w:rsidRDefault="00D570D2" w:rsidP="00937E2D">
      <w:pPr>
        <w:pStyle w:val="ListBullet"/>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 xml:space="preserve">Nivelul studiilor: Studii superioare </w:t>
      </w:r>
      <w:r w:rsidR="003F14C6" w:rsidRPr="00210390">
        <w:rPr>
          <w:rFonts w:ascii="Times New Roman" w:hAnsi="Times New Roman" w:cs="Times New Roman"/>
          <w:sz w:val="24"/>
          <w:szCs w:val="24"/>
          <w:lang w:val="ro-RO"/>
        </w:rPr>
        <w:t xml:space="preserve"> </w:t>
      </w:r>
      <w:r w:rsidRPr="00210390">
        <w:rPr>
          <w:rFonts w:ascii="Times New Roman" w:hAnsi="Times New Roman" w:cs="Times New Roman"/>
          <w:sz w:val="24"/>
          <w:szCs w:val="24"/>
          <w:lang w:val="ro-RO"/>
        </w:rPr>
        <w:t xml:space="preserve">absolvite cu examen de diplomă în profilul biblioteconomie SAU absolvenți ai altor facultăți care au studiat discipline de profil ori dețin un curs </w:t>
      </w:r>
      <w:r w:rsidR="00937E2D" w:rsidRPr="00210390">
        <w:rPr>
          <w:rFonts w:ascii="Times New Roman" w:hAnsi="Times New Roman" w:cs="Times New Roman"/>
          <w:sz w:val="24"/>
          <w:szCs w:val="24"/>
          <w:lang w:val="ro-RO"/>
        </w:rPr>
        <w:t xml:space="preserve">curs de </w:t>
      </w:r>
      <w:r w:rsidR="00937E2D" w:rsidRPr="00210390">
        <w:rPr>
          <w:rStyle w:val="Emphasis"/>
          <w:rFonts w:ascii="Times New Roman" w:hAnsi="Times New Roman" w:cs="Times New Roman"/>
          <w:i w:val="0"/>
          <w:sz w:val="24"/>
          <w:szCs w:val="24"/>
          <w:lang w:val="ro-RO"/>
        </w:rPr>
        <w:t>Bibliotecar - studii superioare</w:t>
      </w:r>
      <w:r w:rsidR="00937E2D" w:rsidRPr="00210390">
        <w:rPr>
          <w:rFonts w:ascii="Times New Roman" w:hAnsi="Times New Roman" w:cs="Times New Roman"/>
          <w:sz w:val="24"/>
          <w:szCs w:val="24"/>
          <w:lang w:val="ro-RO"/>
        </w:rPr>
        <w:t xml:space="preserve"> </w:t>
      </w:r>
    </w:p>
    <w:p w:rsidR="0018325C" w:rsidRPr="00210390" w:rsidRDefault="00D570D2" w:rsidP="00937E2D">
      <w:pPr>
        <w:pStyle w:val="ListBullet"/>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 xml:space="preserve">Vechime în specialitatea studiilor / în muncă: </w:t>
      </w:r>
      <w:r w:rsidR="003F14C6" w:rsidRPr="00210390">
        <w:rPr>
          <w:rFonts w:ascii="Times New Roman" w:hAnsi="Times New Roman" w:cs="Times New Roman"/>
          <w:sz w:val="24"/>
          <w:szCs w:val="24"/>
          <w:lang w:val="ro-RO"/>
        </w:rPr>
        <w:t xml:space="preserve"> </w:t>
      </w:r>
      <w:r w:rsidRPr="00210390">
        <w:rPr>
          <w:rFonts w:ascii="Times New Roman" w:hAnsi="Times New Roman" w:cs="Times New Roman"/>
          <w:sz w:val="24"/>
          <w:szCs w:val="24"/>
          <w:lang w:val="ro-RO"/>
        </w:rPr>
        <w:t xml:space="preserve">minimum </w:t>
      </w:r>
      <w:r w:rsidR="003F14C6" w:rsidRPr="00210390">
        <w:rPr>
          <w:rFonts w:ascii="Times New Roman" w:hAnsi="Times New Roman" w:cs="Times New Roman"/>
          <w:sz w:val="24"/>
          <w:szCs w:val="24"/>
          <w:lang w:val="ro-RO"/>
        </w:rPr>
        <w:t xml:space="preserve"> </w:t>
      </w:r>
      <w:r w:rsidRPr="00210390">
        <w:rPr>
          <w:rFonts w:ascii="Times New Roman" w:hAnsi="Times New Roman" w:cs="Times New Roman"/>
          <w:sz w:val="24"/>
          <w:szCs w:val="24"/>
          <w:lang w:val="ro-RO"/>
        </w:rPr>
        <w:t xml:space="preserve"> 1 an </w:t>
      </w:r>
      <w:r w:rsidR="003F14C6" w:rsidRPr="00210390">
        <w:rPr>
          <w:rFonts w:ascii="Times New Roman" w:hAnsi="Times New Roman" w:cs="Times New Roman"/>
          <w:sz w:val="24"/>
          <w:szCs w:val="24"/>
          <w:lang w:val="ro-RO"/>
        </w:rPr>
        <w:t xml:space="preserve"> </w:t>
      </w:r>
    </w:p>
    <w:p w:rsidR="0018325C" w:rsidRPr="00210390" w:rsidRDefault="00D570D2">
      <w:pPr>
        <w:pStyle w:val="ListBullet"/>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Competențe IT: Cunoștințe de operare pe calculator (pachetul MS Office: Word, Excel, utilizare Internet).</w:t>
      </w:r>
    </w:p>
    <w:p w:rsidR="0018325C" w:rsidRPr="00210390" w:rsidRDefault="00D570D2">
      <w:pPr>
        <w:keepNext/>
        <w:spacing w:before="240" w:after="120"/>
        <w:rPr>
          <w:rFonts w:ascii="Times New Roman" w:hAnsi="Times New Roman" w:cs="Times New Roman"/>
          <w:sz w:val="24"/>
          <w:szCs w:val="24"/>
          <w:lang w:val="ro-RO"/>
        </w:rPr>
      </w:pPr>
      <w:r w:rsidRPr="00210390">
        <w:rPr>
          <w:rFonts w:ascii="Times New Roman" w:hAnsi="Times New Roman" w:cs="Times New Roman"/>
          <w:sz w:val="24"/>
          <w:szCs w:val="24"/>
          <w:lang w:val="ro-RO"/>
        </w:rPr>
        <w:t>III. CALENDARUL DE DESFĂȘURARE A CONCURSULUI</w:t>
      </w:r>
    </w:p>
    <w:p w:rsidR="0018325C" w:rsidRPr="00210390" w:rsidRDefault="00D570D2">
      <w:pPr>
        <w:spacing w:after="120"/>
        <w:rPr>
          <w:rFonts w:ascii="Times New Roman" w:hAnsi="Times New Roman" w:cs="Times New Roman"/>
          <w:sz w:val="24"/>
          <w:szCs w:val="24"/>
          <w:lang w:val="ro-RO"/>
        </w:rPr>
      </w:pPr>
      <w:r w:rsidRPr="00210390">
        <w:rPr>
          <w:rFonts w:ascii="Times New Roman" w:hAnsi="Times New Roman" w:cs="Times New Roman"/>
          <w:sz w:val="24"/>
          <w:szCs w:val="24"/>
          <w:lang w:val="ro-RO"/>
        </w:rPr>
        <w:t>Concursul se va desfășura la sediul unității de învățământ după următorul program:</w:t>
      </w:r>
    </w:p>
    <w:tbl>
      <w:tblPr>
        <w:tblStyle w:val="Tabelgril2"/>
        <w:tblW w:w="10632" w:type="dxa"/>
        <w:tblInd w:w="-714" w:type="dxa"/>
        <w:tblLook w:val="04A0"/>
      </w:tblPr>
      <w:tblGrid>
        <w:gridCol w:w="927"/>
        <w:gridCol w:w="3326"/>
        <w:gridCol w:w="6379"/>
      </w:tblGrid>
      <w:tr w:rsidR="00E901B7" w:rsidRPr="00210390" w:rsidTr="00A73751">
        <w:trPr>
          <w:trHeight w:val="729"/>
        </w:trPr>
        <w:tc>
          <w:tcPr>
            <w:tcW w:w="927" w:type="dxa"/>
          </w:tcPr>
          <w:p w:rsidR="00E901B7" w:rsidRPr="00210390" w:rsidRDefault="00E901B7" w:rsidP="00E901B7">
            <w:pPr>
              <w:ind w:left="283"/>
              <w:jc w:val="both"/>
              <w:rPr>
                <w:rFonts w:ascii="Times New Roman" w:hAnsi="Times New Roman" w:cs="Times New Roman"/>
                <w:lang w:val="ro-RO"/>
              </w:rPr>
            </w:pPr>
            <w:r w:rsidRPr="00210390">
              <w:rPr>
                <w:rFonts w:ascii="Times New Roman" w:hAnsi="Times New Roman" w:cs="Times New Roman"/>
                <w:lang w:val="ro-RO"/>
              </w:rPr>
              <w:t>Nr. Crt.</w:t>
            </w:r>
          </w:p>
        </w:tc>
        <w:tc>
          <w:tcPr>
            <w:tcW w:w="3326" w:type="dxa"/>
          </w:tcPr>
          <w:p w:rsidR="00E901B7" w:rsidRPr="00210390" w:rsidRDefault="00E901B7" w:rsidP="00E901B7">
            <w:pPr>
              <w:ind w:left="283"/>
              <w:jc w:val="both"/>
              <w:rPr>
                <w:rFonts w:ascii="Times New Roman" w:hAnsi="Times New Roman" w:cs="Times New Roman"/>
                <w:lang w:val="ro-RO"/>
              </w:rPr>
            </w:pPr>
            <w:r w:rsidRPr="00210390">
              <w:rPr>
                <w:rFonts w:ascii="Times New Roman" w:hAnsi="Times New Roman" w:cs="Times New Roman"/>
                <w:lang w:val="ro-RO"/>
              </w:rPr>
              <w:t>Data/Perioada desfășurării</w:t>
            </w:r>
          </w:p>
        </w:tc>
        <w:tc>
          <w:tcPr>
            <w:tcW w:w="6379" w:type="dxa"/>
          </w:tcPr>
          <w:p w:rsidR="00E901B7" w:rsidRPr="00210390" w:rsidRDefault="00E901B7" w:rsidP="00E901B7">
            <w:pPr>
              <w:ind w:left="283"/>
              <w:jc w:val="both"/>
              <w:rPr>
                <w:rFonts w:ascii="Times New Roman" w:hAnsi="Times New Roman" w:cs="Times New Roman"/>
                <w:lang w:val="ro-RO"/>
              </w:rPr>
            </w:pPr>
            <w:r w:rsidRPr="00210390">
              <w:rPr>
                <w:rFonts w:ascii="Times New Roman" w:hAnsi="Times New Roman" w:cs="Times New Roman"/>
                <w:lang w:val="ro-RO"/>
              </w:rPr>
              <w:t>Activitate</w:t>
            </w:r>
          </w:p>
        </w:tc>
      </w:tr>
      <w:tr w:rsidR="00045EDE" w:rsidRPr="00210390" w:rsidTr="00A73751">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t>1.</w:t>
            </w:r>
          </w:p>
        </w:tc>
        <w:tc>
          <w:tcPr>
            <w:tcW w:w="3326" w:type="dxa"/>
          </w:tcPr>
          <w:p w:rsidR="00045EDE" w:rsidRPr="00210390" w:rsidRDefault="00045EDE" w:rsidP="00CE7742">
            <w:pPr>
              <w:spacing w:after="200" w:line="276" w:lineRule="auto"/>
              <w:ind w:left="283"/>
              <w:jc w:val="both"/>
              <w:rPr>
                <w:rFonts w:ascii="Times New Roman" w:eastAsia="MS Mincho" w:hAnsi="Times New Roman" w:cs="Times New Roman"/>
                <w:kern w:val="0"/>
                <w:lang w:val="ro-RO"/>
              </w:rPr>
            </w:pPr>
            <w:r w:rsidRPr="00210390">
              <w:rPr>
                <w:rFonts w:ascii="Times New Roman" w:eastAsia="MS Mincho" w:hAnsi="Times New Roman" w:cs="Times New Roman"/>
                <w:kern w:val="0"/>
                <w:lang w:val="ro-RO"/>
              </w:rPr>
              <w:t>Data/Perioada desfășurării</w:t>
            </w:r>
          </w:p>
        </w:tc>
        <w:tc>
          <w:tcPr>
            <w:tcW w:w="6379" w:type="dxa"/>
          </w:tcPr>
          <w:p w:rsidR="00045EDE" w:rsidRPr="00210390" w:rsidRDefault="00045EDE" w:rsidP="00CE7742">
            <w:pPr>
              <w:spacing w:after="200" w:line="276" w:lineRule="auto"/>
              <w:ind w:left="283"/>
              <w:jc w:val="both"/>
              <w:rPr>
                <w:rFonts w:ascii="Times New Roman" w:eastAsia="MS Mincho" w:hAnsi="Times New Roman" w:cs="Times New Roman"/>
                <w:kern w:val="0"/>
                <w:lang w:val="ro-RO"/>
              </w:rPr>
            </w:pPr>
            <w:r w:rsidRPr="00210390">
              <w:rPr>
                <w:rFonts w:ascii="Times New Roman" w:eastAsia="MS Mincho" w:hAnsi="Times New Roman" w:cs="Times New Roman"/>
                <w:kern w:val="0"/>
                <w:lang w:val="ro-RO"/>
              </w:rPr>
              <w:t>Activitate</w:t>
            </w:r>
          </w:p>
        </w:tc>
      </w:tr>
      <w:tr w:rsidR="00045EDE" w:rsidRPr="00210390" w:rsidTr="00A73751">
        <w:trPr>
          <w:trHeight w:val="975"/>
        </w:trPr>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t>2.</w:t>
            </w:r>
          </w:p>
        </w:tc>
        <w:tc>
          <w:tcPr>
            <w:tcW w:w="3326" w:type="dxa"/>
          </w:tcPr>
          <w:p w:rsidR="00045EDE" w:rsidRPr="00210390" w:rsidRDefault="00045EDE" w:rsidP="00CE7742">
            <w:pPr>
              <w:spacing w:after="200" w:line="276" w:lineRule="auto"/>
              <w:ind w:left="283"/>
              <w:jc w:val="center"/>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18.09.2026</w:t>
            </w:r>
          </w:p>
        </w:tc>
        <w:tc>
          <w:tcPr>
            <w:tcW w:w="6379" w:type="dxa"/>
          </w:tcPr>
          <w:p w:rsidR="00045EDE" w:rsidRPr="00210390" w:rsidRDefault="00045EDE" w:rsidP="00CE7742">
            <w:pPr>
              <w:spacing w:after="200" w:line="276" w:lineRule="auto"/>
              <w:ind w:left="283"/>
              <w:rPr>
                <w:rFonts w:ascii="Times New Roman" w:eastAsia="MS Mincho" w:hAnsi="Times New Roman" w:cs="Times New Roman"/>
                <w:kern w:val="0"/>
                <w:lang w:val="ro-RO"/>
              </w:rPr>
            </w:pPr>
            <w:r w:rsidRPr="00210390">
              <w:rPr>
                <w:rFonts w:ascii="Times New Roman" w:eastAsia="MS Mincho" w:hAnsi="Times New Roman" w:cs="Times New Roman"/>
                <w:bCs/>
                <w:kern w:val="0"/>
                <w:lang w:val="ro-RO"/>
              </w:rPr>
              <w:t>Data publicării</w:t>
            </w:r>
            <w:r w:rsidRPr="00210390">
              <w:rPr>
                <w:rFonts w:ascii="Times New Roman" w:eastAsia="MS Mincho" w:hAnsi="Times New Roman" w:cs="Times New Roman"/>
                <w:kern w:val="0"/>
                <w:lang w:val="ro-RO"/>
              </w:rPr>
              <w:t xml:space="preserve"> pe portalul posturi.gov.ro  </w:t>
            </w:r>
          </w:p>
        </w:tc>
      </w:tr>
      <w:tr w:rsidR="00045EDE" w:rsidRPr="00210390" w:rsidTr="00A73751">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lastRenderedPageBreak/>
              <w:t>3.</w:t>
            </w:r>
          </w:p>
        </w:tc>
        <w:tc>
          <w:tcPr>
            <w:tcW w:w="3326" w:type="dxa"/>
          </w:tcPr>
          <w:p w:rsidR="00045EDE" w:rsidRPr="00210390" w:rsidRDefault="00045EDE" w:rsidP="00CE7742">
            <w:pPr>
              <w:spacing w:after="200" w:line="276" w:lineRule="auto"/>
              <w:ind w:left="283"/>
              <w:jc w:val="center"/>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21.09.2026 - 25.09.2026</w:t>
            </w:r>
          </w:p>
        </w:tc>
        <w:tc>
          <w:tcPr>
            <w:tcW w:w="6379" w:type="dxa"/>
          </w:tcPr>
          <w:p w:rsidR="00045EDE" w:rsidRPr="00210390" w:rsidRDefault="00045EDE" w:rsidP="00CE7742">
            <w:pPr>
              <w:spacing w:after="200" w:line="276" w:lineRule="auto"/>
              <w:ind w:left="283"/>
              <w:rPr>
                <w:rFonts w:ascii="Times New Roman" w:eastAsia="MS Mincho" w:hAnsi="Times New Roman" w:cs="Times New Roman"/>
                <w:kern w:val="0"/>
                <w:lang w:val="ro-RO"/>
              </w:rPr>
            </w:pPr>
            <w:r w:rsidRPr="00210390">
              <w:rPr>
                <w:rFonts w:ascii="Times New Roman" w:eastAsia="MS Mincho" w:hAnsi="Times New Roman" w:cs="Times New Roman"/>
                <w:bCs/>
                <w:kern w:val="0"/>
                <w:lang w:val="ro-RO"/>
              </w:rPr>
              <w:t>Depunerea dosarelor de candidatură</w:t>
            </w:r>
            <w:r w:rsidRPr="00210390">
              <w:rPr>
                <w:rFonts w:ascii="Times New Roman" w:eastAsia="MS Mincho" w:hAnsi="Times New Roman" w:cs="Times New Roman"/>
                <w:kern w:val="0"/>
                <w:lang w:val="ro-RO"/>
              </w:rPr>
              <w:t xml:space="preserve"> – perioada de înscriere la concurs (În data de 25.09.2026, depunerea dosarelor se va face până la ora 13:00) Sediul unității strada Racova nr. 69</w:t>
            </w:r>
          </w:p>
        </w:tc>
      </w:tr>
      <w:tr w:rsidR="00045EDE" w:rsidRPr="00210390" w:rsidTr="00A73751">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t>4.</w:t>
            </w:r>
          </w:p>
        </w:tc>
        <w:tc>
          <w:tcPr>
            <w:tcW w:w="3326" w:type="dxa"/>
          </w:tcPr>
          <w:p w:rsidR="00045EDE" w:rsidRPr="00210390" w:rsidRDefault="00045EDE" w:rsidP="00CE7742">
            <w:pPr>
              <w:spacing w:after="200" w:line="276" w:lineRule="auto"/>
              <w:ind w:left="283"/>
              <w:jc w:val="center"/>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28.09.2026, ora 10.00</w:t>
            </w:r>
          </w:p>
        </w:tc>
        <w:tc>
          <w:tcPr>
            <w:tcW w:w="6379" w:type="dxa"/>
          </w:tcPr>
          <w:p w:rsidR="00045EDE" w:rsidRPr="00210390" w:rsidRDefault="00045EDE" w:rsidP="00CE7742">
            <w:pPr>
              <w:spacing w:after="200" w:line="276" w:lineRule="auto"/>
              <w:ind w:left="283"/>
              <w:rPr>
                <w:rFonts w:ascii="Times New Roman" w:eastAsia="MS Mincho" w:hAnsi="Times New Roman" w:cs="Times New Roman"/>
                <w:kern w:val="0"/>
                <w:lang w:val="ro-RO"/>
              </w:rPr>
            </w:pPr>
            <w:r w:rsidRPr="00210390">
              <w:rPr>
                <w:rFonts w:ascii="Times New Roman" w:eastAsia="MS Mincho" w:hAnsi="Times New Roman" w:cs="Times New Roman"/>
                <w:bCs/>
                <w:kern w:val="0"/>
                <w:lang w:val="ro-RO"/>
              </w:rPr>
              <w:t>SELECȚIA DOSARELOR</w:t>
            </w:r>
            <w:r w:rsidRPr="00210390">
              <w:rPr>
                <w:rFonts w:ascii="Times New Roman" w:eastAsia="MS Mincho" w:hAnsi="Times New Roman" w:cs="Times New Roman"/>
                <w:kern w:val="0"/>
                <w:lang w:val="ro-RO"/>
              </w:rPr>
              <w:t xml:space="preserve"> de candidatură</w:t>
            </w:r>
          </w:p>
        </w:tc>
      </w:tr>
      <w:tr w:rsidR="00045EDE" w:rsidRPr="00210390" w:rsidTr="00A73751">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t>5.</w:t>
            </w:r>
          </w:p>
        </w:tc>
        <w:tc>
          <w:tcPr>
            <w:tcW w:w="3326" w:type="dxa"/>
          </w:tcPr>
          <w:p w:rsidR="00045EDE" w:rsidRPr="00210390" w:rsidRDefault="00045EDE" w:rsidP="00CE7742">
            <w:pPr>
              <w:spacing w:after="200" w:line="276" w:lineRule="auto"/>
              <w:ind w:left="283"/>
              <w:jc w:val="center"/>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28.09.2026, ora 16.00</w:t>
            </w:r>
          </w:p>
        </w:tc>
        <w:tc>
          <w:tcPr>
            <w:tcW w:w="6379" w:type="dxa"/>
          </w:tcPr>
          <w:p w:rsidR="00045EDE" w:rsidRPr="00210390" w:rsidRDefault="00045EDE" w:rsidP="00CE7742">
            <w:pPr>
              <w:spacing w:after="200" w:line="276" w:lineRule="auto"/>
              <w:ind w:left="283"/>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Afișarea selecției dosarelor -</w:t>
            </w:r>
            <w:r w:rsidRPr="00210390">
              <w:rPr>
                <w:rFonts w:ascii="Times New Roman" w:eastAsia="MS Mincho" w:hAnsi="Times New Roman" w:cs="Times New Roman"/>
                <w:kern w:val="0"/>
                <w:lang w:val="ro-RO"/>
              </w:rPr>
              <w:t>Sediul unității strada Racova nr. 69</w:t>
            </w:r>
          </w:p>
        </w:tc>
      </w:tr>
      <w:tr w:rsidR="00045EDE" w:rsidRPr="00210390" w:rsidTr="00A73751">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t>6.</w:t>
            </w:r>
          </w:p>
        </w:tc>
        <w:tc>
          <w:tcPr>
            <w:tcW w:w="3326" w:type="dxa"/>
          </w:tcPr>
          <w:p w:rsidR="00045EDE" w:rsidRPr="00210390" w:rsidRDefault="00045EDE" w:rsidP="00CE7742">
            <w:pPr>
              <w:spacing w:after="200" w:line="276" w:lineRule="auto"/>
              <w:ind w:left="283"/>
              <w:jc w:val="center"/>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29.09.2026, ora 12.00</w:t>
            </w:r>
          </w:p>
        </w:tc>
        <w:tc>
          <w:tcPr>
            <w:tcW w:w="6379" w:type="dxa"/>
          </w:tcPr>
          <w:p w:rsidR="00045EDE" w:rsidRPr="00210390" w:rsidRDefault="00045EDE" w:rsidP="00CE7742">
            <w:pPr>
              <w:spacing w:after="200" w:line="276" w:lineRule="auto"/>
              <w:ind w:left="283"/>
              <w:rPr>
                <w:rFonts w:ascii="Times New Roman" w:eastAsia="MS Mincho" w:hAnsi="Times New Roman" w:cs="Times New Roman"/>
                <w:kern w:val="0"/>
                <w:lang w:val="ro-RO"/>
              </w:rPr>
            </w:pPr>
            <w:r w:rsidRPr="00210390">
              <w:rPr>
                <w:rFonts w:ascii="Times New Roman" w:eastAsia="MS Mincho" w:hAnsi="Times New Roman" w:cs="Times New Roman"/>
                <w:bCs/>
                <w:kern w:val="0"/>
                <w:lang w:val="ro-RO"/>
              </w:rPr>
              <w:t>Contestații</w:t>
            </w:r>
            <w:r w:rsidRPr="00210390">
              <w:rPr>
                <w:rFonts w:ascii="Times New Roman" w:eastAsia="MS Mincho" w:hAnsi="Times New Roman" w:cs="Times New Roman"/>
                <w:kern w:val="0"/>
                <w:lang w:val="ro-RO"/>
              </w:rPr>
              <w:t xml:space="preserve"> -Sediul unității strada Racova nr. 69</w:t>
            </w:r>
          </w:p>
        </w:tc>
      </w:tr>
      <w:tr w:rsidR="00045EDE" w:rsidRPr="00210390" w:rsidTr="00A73751">
        <w:trPr>
          <w:trHeight w:val="989"/>
        </w:trPr>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t>7.</w:t>
            </w:r>
          </w:p>
        </w:tc>
        <w:tc>
          <w:tcPr>
            <w:tcW w:w="3326" w:type="dxa"/>
          </w:tcPr>
          <w:p w:rsidR="00045EDE" w:rsidRPr="00210390" w:rsidRDefault="00045EDE" w:rsidP="00CE7742">
            <w:pPr>
              <w:spacing w:after="200" w:line="276" w:lineRule="auto"/>
              <w:ind w:left="283"/>
              <w:jc w:val="center"/>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30.09.2026, ora 12.00</w:t>
            </w:r>
          </w:p>
        </w:tc>
        <w:tc>
          <w:tcPr>
            <w:tcW w:w="6379" w:type="dxa"/>
          </w:tcPr>
          <w:p w:rsidR="00045EDE" w:rsidRPr="00210390" w:rsidRDefault="00045EDE" w:rsidP="00CE7742">
            <w:pPr>
              <w:spacing w:after="200" w:line="276" w:lineRule="auto"/>
              <w:ind w:left="283"/>
              <w:rPr>
                <w:rFonts w:ascii="Times New Roman" w:eastAsia="MS Mincho" w:hAnsi="Times New Roman" w:cs="Times New Roman"/>
                <w:kern w:val="0"/>
                <w:lang w:val="ro-RO"/>
              </w:rPr>
            </w:pPr>
            <w:r w:rsidRPr="00210390">
              <w:rPr>
                <w:rFonts w:ascii="Times New Roman" w:eastAsia="MS Mincho" w:hAnsi="Times New Roman" w:cs="Times New Roman"/>
                <w:bCs/>
                <w:kern w:val="0"/>
                <w:lang w:val="ro-RO"/>
              </w:rPr>
              <w:t>Afișarea rezultatelor la contestații -</w:t>
            </w:r>
            <w:r w:rsidRPr="00210390">
              <w:rPr>
                <w:rFonts w:ascii="Times New Roman" w:eastAsia="MS Mincho" w:hAnsi="Times New Roman" w:cs="Times New Roman"/>
                <w:kern w:val="0"/>
                <w:lang w:val="ro-RO"/>
              </w:rPr>
              <w:t>Sediul unității strada Racova nr. 69</w:t>
            </w:r>
          </w:p>
        </w:tc>
      </w:tr>
      <w:tr w:rsidR="00045EDE" w:rsidRPr="00210390" w:rsidTr="00A73751">
        <w:trPr>
          <w:trHeight w:val="694"/>
        </w:trPr>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t>8.</w:t>
            </w:r>
          </w:p>
        </w:tc>
        <w:tc>
          <w:tcPr>
            <w:tcW w:w="3326" w:type="dxa"/>
          </w:tcPr>
          <w:p w:rsidR="00045EDE" w:rsidRPr="00210390" w:rsidRDefault="00045EDE" w:rsidP="00CE7742">
            <w:pPr>
              <w:spacing w:after="200" w:line="276" w:lineRule="auto"/>
              <w:ind w:left="283"/>
              <w:jc w:val="center"/>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06.10.2026, ora 09.00</w:t>
            </w:r>
          </w:p>
        </w:tc>
        <w:tc>
          <w:tcPr>
            <w:tcW w:w="6379" w:type="dxa"/>
          </w:tcPr>
          <w:p w:rsidR="00045EDE" w:rsidRPr="00210390" w:rsidRDefault="00045EDE" w:rsidP="00CE7742">
            <w:pPr>
              <w:spacing w:after="200" w:line="276" w:lineRule="auto"/>
              <w:ind w:left="283"/>
              <w:rPr>
                <w:rFonts w:ascii="Times New Roman" w:eastAsia="MS Mincho" w:hAnsi="Times New Roman" w:cs="Times New Roman"/>
                <w:kern w:val="0"/>
                <w:lang w:val="ro-RO"/>
              </w:rPr>
            </w:pPr>
            <w:r w:rsidRPr="00210390">
              <w:rPr>
                <w:rFonts w:ascii="Times New Roman" w:eastAsia="MS Mincho" w:hAnsi="Times New Roman" w:cs="Times New Roman"/>
                <w:bCs/>
                <w:kern w:val="0"/>
                <w:lang w:val="ro-RO"/>
              </w:rPr>
              <w:t>PROBA SCRISĂ</w:t>
            </w:r>
          </w:p>
          <w:p w:rsidR="00045EDE" w:rsidRPr="00210390" w:rsidRDefault="00045EDE" w:rsidP="00CE7742">
            <w:pPr>
              <w:spacing w:after="200" w:line="276" w:lineRule="auto"/>
              <w:ind w:left="283"/>
              <w:rPr>
                <w:rFonts w:ascii="Times New Roman" w:eastAsia="MS Mincho" w:hAnsi="Times New Roman" w:cs="Times New Roman"/>
                <w:kern w:val="0"/>
                <w:lang w:val="ro-RO"/>
              </w:rPr>
            </w:pPr>
            <w:r w:rsidRPr="00210390">
              <w:rPr>
                <w:rFonts w:ascii="Times New Roman" w:eastAsia="MS Mincho" w:hAnsi="Times New Roman" w:cs="Times New Roman"/>
                <w:kern w:val="0"/>
                <w:lang w:val="ro-RO"/>
              </w:rPr>
              <w:t>Locul desfășurării: Sediul unității strada Racova nr. 69</w:t>
            </w:r>
          </w:p>
        </w:tc>
      </w:tr>
      <w:tr w:rsidR="00045EDE" w:rsidRPr="00210390" w:rsidTr="00A73751">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t>9.</w:t>
            </w:r>
          </w:p>
        </w:tc>
        <w:tc>
          <w:tcPr>
            <w:tcW w:w="3326" w:type="dxa"/>
          </w:tcPr>
          <w:p w:rsidR="00045EDE" w:rsidRPr="00210390" w:rsidRDefault="00045EDE" w:rsidP="00CE7742">
            <w:pPr>
              <w:spacing w:after="200" w:line="276" w:lineRule="auto"/>
              <w:ind w:left="283"/>
              <w:jc w:val="center"/>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06.10.2026, ora 16.00</w:t>
            </w:r>
          </w:p>
        </w:tc>
        <w:tc>
          <w:tcPr>
            <w:tcW w:w="6379" w:type="dxa"/>
          </w:tcPr>
          <w:p w:rsidR="00045EDE" w:rsidRPr="00210390" w:rsidRDefault="00045EDE" w:rsidP="00CE7742">
            <w:pPr>
              <w:spacing w:after="200" w:line="276" w:lineRule="auto"/>
              <w:ind w:left="283"/>
              <w:rPr>
                <w:rFonts w:ascii="Times New Roman" w:eastAsia="MS Mincho" w:hAnsi="Times New Roman" w:cs="Times New Roman"/>
                <w:kern w:val="0"/>
                <w:lang w:val="ro-RO"/>
              </w:rPr>
            </w:pPr>
            <w:r w:rsidRPr="00210390">
              <w:rPr>
                <w:rFonts w:ascii="Times New Roman" w:eastAsia="MS Mincho" w:hAnsi="Times New Roman" w:cs="Times New Roman"/>
                <w:bCs/>
                <w:kern w:val="0"/>
                <w:lang w:val="ro-RO"/>
              </w:rPr>
              <w:t>Afișarea rezultatelor la proba scrisă -</w:t>
            </w:r>
            <w:r w:rsidRPr="00210390">
              <w:rPr>
                <w:rFonts w:ascii="Times New Roman" w:eastAsia="MS Mincho" w:hAnsi="Times New Roman" w:cs="Times New Roman"/>
                <w:kern w:val="0"/>
                <w:lang w:val="ro-RO"/>
              </w:rPr>
              <w:t>Sediul unității strada Racova nr. 69</w:t>
            </w:r>
          </w:p>
        </w:tc>
      </w:tr>
      <w:tr w:rsidR="00045EDE" w:rsidRPr="00210390" w:rsidTr="00A73751">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t>10.</w:t>
            </w:r>
          </w:p>
        </w:tc>
        <w:tc>
          <w:tcPr>
            <w:tcW w:w="3326" w:type="dxa"/>
          </w:tcPr>
          <w:p w:rsidR="00045EDE" w:rsidRPr="00210390" w:rsidRDefault="00045EDE" w:rsidP="00CE7742">
            <w:pPr>
              <w:spacing w:after="200" w:line="276" w:lineRule="auto"/>
              <w:ind w:left="283"/>
              <w:jc w:val="center"/>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07.10.2026, ora 14.00</w:t>
            </w:r>
          </w:p>
        </w:tc>
        <w:tc>
          <w:tcPr>
            <w:tcW w:w="6379" w:type="dxa"/>
          </w:tcPr>
          <w:p w:rsidR="00045EDE" w:rsidRPr="00210390" w:rsidRDefault="00045EDE" w:rsidP="00CE7742">
            <w:pPr>
              <w:spacing w:after="200" w:line="276" w:lineRule="auto"/>
              <w:ind w:left="283"/>
              <w:rPr>
                <w:rFonts w:ascii="Times New Roman" w:eastAsia="MS Mincho" w:hAnsi="Times New Roman" w:cs="Times New Roman"/>
                <w:kern w:val="0"/>
                <w:lang w:val="ro-RO"/>
              </w:rPr>
            </w:pPr>
            <w:r w:rsidRPr="00210390">
              <w:rPr>
                <w:rFonts w:ascii="Times New Roman" w:eastAsia="MS Mincho" w:hAnsi="Times New Roman" w:cs="Times New Roman"/>
                <w:bCs/>
                <w:kern w:val="0"/>
                <w:lang w:val="ro-RO"/>
              </w:rPr>
              <w:t>Depunerea contestațiilor</w:t>
            </w:r>
            <w:r w:rsidRPr="00210390">
              <w:rPr>
                <w:rFonts w:ascii="Times New Roman" w:eastAsia="MS Mincho" w:hAnsi="Times New Roman" w:cs="Times New Roman"/>
                <w:kern w:val="0"/>
                <w:lang w:val="ro-RO"/>
              </w:rPr>
              <w:t xml:space="preserve"> -Sediul unității strada Racova nr. 69</w:t>
            </w:r>
          </w:p>
        </w:tc>
      </w:tr>
      <w:tr w:rsidR="00045EDE" w:rsidRPr="00210390" w:rsidTr="00A73751">
        <w:trPr>
          <w:trHeight w:val="981"/>
        </w:trPr>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t>11.</w:t>
            </w:r>
          </w:p>
        </w:tc>
        <w:tc>
          <w:tcPr>
            <w:tcW w:w="3326" w:type="dxa"/>
          </w:tcPr>
          <w:p w:rsidR="00045EDE" w:rsidRPr="00210390" w:rsidRDefault="00045EDE" w:rsidP="00CE7742">
            <w:pPr>
              <w:spacing w:after="200" w:line="276" w:lineRule="auto"/>
              <w:ind w:left="283"/>
              <w:jc w:val="center"/>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08.10.2026, ora 14.00</w:t>
            </w:r>
          </w:p>
        </w:tc>
        <w:tc>
          <w:tcPr>
            <w:tcW w:w="6379" w:type="dxa"/>
          </w:tcPr>
          <w:p w:rsidR="00045EDE" w:rsidRPr="00210390" w:rsidRDefault="00045EDE" w:rsidP="00CE7742">
            <w:pPr>
              <w:spacing w:after="200" w:line="276" w:lineRule="auto"/>
              <w:ind w:left="283"/>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Afișarea rezultatelor la contestații</w:t>
            </w:r>
            <w:r w:rsidRPr="00210390">
              <w:rPr>
                <w:rFonts w:ascii="Times New Roman" w:eastAsia="MS Mincho" w:hAnsi="Times New Roman" w:cs="Times New Roman"/>
                <w:kern w:val="0"/>
                <w:lang w:val="ro-RO"/>
              </w:rPr>
              <w:t xml:space="preserve"> -Sediul unității strada Racova nr. 69</w:t>
            </w:r>
          </w:p>
        </w:tc>
      </w:tr>
      <w:tr w:rsidR="00045EDE" w:rsidRPr="00210390" w:rsidTr="00A73751">
        <w:trPr>
          <w:trHeight w:val="697"/>
        </w:trPr>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t>12.</w:t>
            </w:r>
          </w:p>
        </w:tc>
        <w:tc>
          <w:tcPr>
            <w:tcW w:w="3326" w:type="dxa"/>
          </w:tcPr>
          <w:p w:rsidR="00045EDE" w:rsidRPr="00210390" w:rsidRDefault="00045EDE" w:rsidP="00CE7742">
            <w:pPr>
              <w:spacing w:after="200" w:line="276" w:lineRule="auto"/>
              <w:ind w:left="283"/>
              <w:jc w:val="center"/>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 xml:space="preserve">09.10.2026, ora </w:t>
            </w:r>
            <w:r w:rsidR="00826F6B" w:rsidRPr="00210390">
              <w:rPr>
                <w:rFonts w:ascii="Times New Roman" w:eastAsia="MS Mincho" w:hAnsi="Times New Roman" w:cs="Times New Roman"/>
                <w:bCs/>
                <w:kern w:val="0"/>
                <w:lang w:val="ro-RO"/>
              </w:rPr>
              <w:t>09.00</w:t>
            </w:r>
          </w:p>
        </w:tc>
        <w:tc>
          <w:tcPr>
            <w:tcW w:w="6379" w:type="dxa"/>
          </w:tcPr>
          <w:p w:rsidR="00045EDE" w:rsidRPr="00210390" w:rsidRDefault="00045EDE" w:rsidP="00CE7742">
            <w:pPr>
              <w:spacing w:after="200" w:line="276" w:lineRule="auto"/>
              <w:ind w:left="283"/>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INTERVIUL</w:t>
            </w:r>
          </w:p>
          <w:p w:rsidR="00045EDE" w:rsidRPr="00210390" w:rsidRDefault="00045EDE" w:rsidP="00CE7742">
            <w:pPr>
              <w:spacing w:after="200" w:line="276" w:lineRule="auto"/>
              <w:ind w:left="283"/>
              <w:rPr>
                <w:rFonts w:ascii="Times New Roman" w:eastAsia="MS Mincho" w:hAnsi="Times New Roman" w:cs="Times New Roman"/>
                <w:kern w:val="0"/>
                <w:lang w:val="ro-RO"/>
              </w:rPr>
            </w:pPr>
            <w:r w:rsidRPr="00210390">
              <w:rPr>
                <w:rFonts w:ascii="Times New Roman" w:eastAsia="MS Mincho" w:hAnsi="Times New Roman" w:cs="Times New Roman"/>
                <w:kern w:val="0"/>
                <w:lang w:val="ro-RO"/>
              </w:rPr>
              <w:t>Locul desfășurării: Sediul unității strada Racova nr. 69</w:t>
            </w:r>
          </w:p>
        </w:tc>
      </w:tr>
      <w:tr w:rsidR="00045EDE" w:rsidRPr="00210390" w:rsidTr="00A73751">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t>13.</w:t>
            </w:r>
          </w:p>
        </w:tc>
        <w:tc>
          <w:tcPr>
            <w:tcW w:w="3326" w:type="dxa"/>
          </w:tcPr>
          <w:p w:rsidR="00045EDE" w:rsidRPr="00210390" w:rsidRDefault="00045EDE" w:rsidP="00CE7742">
            <w:pPr>
              <w:spacing w:after="200" w:line="276" w:lineRule="auto"/>
              <w:ind w:left="283"/>
              <w:jc w:val="center"/>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09.10.2026, ora 16.00</w:t>
            </w:r>
          </w:p>
        </w:tc>
        <w:tc>
          <w:tcPr>
            <w:tcW w:w="6379" w:type="dxa"/>
          </w:tcPr>
          <w:p w:rsidR="00045EDE" w:rsidRPr="00210390" w:rsidRDefault="00045EDE" w:rsidP="00CE7742">
            <w:pPr>
              <w:spacing w:after="200" w:line="276" w:lineRule="auto"/>
              <w:ind w:left="283"/>
              <w:rPr>
                <w:rFonts w:ascii="Times New Roman" w:eastAsia="MS Mincho" w:hAnsi="Times New Roman" w:cs="Times New Roman"/>
                <w:kern w:val="0"/>
                <w:lang w:val="ro-RO"/>
              </w:rPr>
            </w:pPr>
            <w:r w:rsidRPr="00210390">
              <w:rPr>
                <w:rFonts w:ascii="Times New Roman" w:eastAsia="MS Mincho" w:hAnsi="Times New Roman" w:cs="Times New Roman"/>
                <w:bCs/>
                <w:kern w:val="0"/>
                <w:lang w:val="ro-RO"/>
              </w:rPr>
              <w:t>Afișarea rezultatelor la interviu -</w:t>
            </w:r>
            <w:r w:rsidRPr="00210390">
              <w:rPr>
                <w:rFonts w:ascii="Times New Roman" w:eastAsia="MS Mincho" w:hAnsi="Times New Roman" w:cs="Times New Roman"/>
                <w:kern w:val="0"/>
                <w:lang w:val="ro-RO"/>
              </w:rPr>
              <w:t>Sediul unității strada Racova nr. 69</w:t>
            </w:r>
          </w:p>
        </w:tc>
      </w:tr>
      <w:tr w:rsidR="00045EDE" w:rsidRPr="00210390" w:rsidTr="00A73751">
        <w:trPr>
          <w:trHeight w:val="258"/>
        </w:trPr>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t>14.</w:t>
            </w:r>
          </w:p>
        </w:tc>
        <w:tc>
          <w:tcPr>
            <w:tcW w:w="3326" w:type="dxa"/>
          </w:tcPr>
          <w:p w:rsidR="00045EDE" w:rsidRPr="00210390" w:rsidRDefault="00045EDE" w:rsidP="00CE7742">
            <w:pPr>
              <w:spacing w:after="200" w:line="276" w:lineRule="auto"/>
              <w:ind w:left="283"/>
              <w:jc w:val="center"/>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12.10.2026, ora 14.00</w:t>
            </w:r>
          </w:p>
        </w:tc>
        <w:tc>
          <w:tcPr>
            <w:tcW w:w="6379" w:type="dxa"/>
          </w:tcPr>
          <w:p w:rsidR="00045EDE" w:rsidRPr="00210390" w:rsidRDefault="00045EDE" w:rsidP="00CE7742">
            <w:pPr>
              <w:spacing w:after="200" w:line="276" w:lineRule="auto"/>
              <w:ind w:left="283"/>
              <w:rPr>
                <w:rFonts w:ascii="Times New Roman" w:eastAsia="MS Mincho" w:hAnsi="Times New Roman" w:cs="Times New Roman"/>
                <w:kern w:val="0"/>
                <w:lang w:val="ro-RO"/>
              </w:rPr>
            </w:pPr>
            <w:r w:rsidRPr="00210390">
              <w:rPr>
                <w:rFonts w:ascii="Times New Roman" w:eastAsia="MS Mincho" w:hAnsi="Times New Roman" w:cs="Times New Roman"/>
                <w:bCs/>
                <w:kern w:val="0"/>
                <w:lang w:val="ro-RO"/>
              </w:rPr>
              <w:t>Depunerea contestațiilor</w:t>
            </w:r>
            <w:r w:rsidRPr="00210390">
              <w:rPr>
                <w:rFonts w:ascii="Times New Roman" w:eastAsia="MS Mincho" w:hAnsi="Times New Roman" w:cs="Times New Roman"/>
                <w:kern w:val="0"/>
                <w:lang w:val="ro-RO"/>
              </w:rPr>
              <w:t xml:space="preserve"> -Sediul unității strada Racova nr. 69</w:t>
            </w:r>
          </w:p>
        </w:tc>
      </w:tr>
      <w:tr w:rsidR="00045EDE" w:rsidRPr="00210390" w:rsidTr="00A73751">
        <w:trPr>
          <w:trHeight w:val="707"/>
        </w:trPr>
        <w:tc>
          <w:tcPr>
            <w:tcW w:w="927" w:type="dxa"/>
          </w:tcPr>
          <w:p w:rsidR="00045EDE" w:rsidRPr="00210390" w:rsidRDefault="00045EDE" w:rsidP="00E901B7">
            <w:pPr>
              <w:ind w:left="283"/>
              <w:jc w:val="both"/>
              <w:rPr>
                <w:rFonts w:ascii="Times New Roman" w:hAnsi="Times New Roman" w:cs="Times New Roman"/>
                <w:lang w:val="ro-RO"/>
              </w:rPr>
            </w:pPr>
            <w:r w:rsidRPr="00210390">
              <w:rPr>
                <w:rFonts w:ascii="Times New Roman" w:hAnsi="Times New Roman" w:cs="Times New Roman"/>
                <w:lang w:val="ro-RO"/>
              </w:rPr>
              <w:t>15.</w:t>
            </w:r>
          </w:p>
        </w:tc>
        <w:tc>
          <w:tcPr>
            <w:tcW w:w="3326" w:type="dxa"/>
          </w:tcPr>
          <w:p w:rsidR="00045EDE" w:rsidRPr="00210390" w:rsidRDefault="00045EDE" w:rsidP="00CE7742">
            <w:pPr>
              <w:spacing w:after="200" w:line="276" w:lineRule="auto"/>
              <w:ind w:left="283"/>
              <w:jc w:val="center"/>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13.10.2026, ora 14.00</w:t>
            </w:r>
          </w:p>
        </w:tc>
        <w:tc>
          <w:tcPr>
            <w:tcW w:w="6379" w:type="dxa"/>
          </w:tcPr>
          <w:p w:rsidR="00045EDE" w:rsidRPr="00210390" w:rsidRDefault="00045EDE" w:rsidP="00CE7742">
            <w:pPr>
              <w:spacing w:after="200" w:line="276" w:lineRule="auto"/>
              <w:ind w:left="283"/>
              <w:rPr>
                <w:rFonts w:ascii="Times New Roman" w:eastAsia="MS Mincho" w:hAnsi="Times New Roman" w:cs="Times New Roman"/>
                <w:bCs/>
                <w:kern w:val="0"/>
                <w:lang w:val="ro-RO"/>
              </w:rPr>
            </w:pPr>
            <w:r w:rsidRPr="00210390">
              <w:rPr>
                <w:rFonts w:ascii="Times New Roman" w:eastAsia="MS Mincho" w:hAnsi="Times New Roman" w:cs="Times New Roman"/>
                <w:bCs/>
                <w:kern w:val="0"/>
                <w:lang w:val="ro-RO"/>
              </w:rPr>
              <w:t>Afișarea rezultatelor la contestații</w:t>
            </w:r>
            <w:r w:rsidRPr="00210390">
              <w:rPr>
                <w:rFonts w:ascii="Times New Roman" w:eastAsia="MS Mincho" w:hAnsi="Times New Roman" w:cs="Times New Roman"/>
                <w:kern w:val="0"/>
                <w:lang w:val="ro-RO"/>
              </w:rPr>
              <w:t xml:space="preserve">  Sediul unității strada Racova nr. 69</w:t>
            </w:r>
          </w:p>
        </w:tc>
      </w:tr>
    </w:tbl>
    <w:p w:rsidR="00E901B7" w:rsidRPr="00210390" w:rsidRDefault="00E901B7">
      <w:pPr>
        <w:spacing w:after="120"/>
        <w:rPr>
          <w:rFonts w:ascii="Times New Roman" w:hAnsi="Times New Roman" w:cs="Times New Roman"/>
          <w:sz w:val="24"/>
          <w:szCs w:val="24"/>
          <w:lang w:val="ro-RO"/>
        </w:rPr>
      </w:pPr>
    </w:p>
    <w:p w:rsidR="0018325C" w:rsidRPr="00210390" w:rsidRDefault="00D570D2">
      <w:pPr>
        <w:keepNext/>
        <w:spacing w:before="240" w:after="120"/>
        <w:rPr>
          <w:rFonts w:ascii="Times New Roman" w:hAnsi="Times New Roman" w:cs="Times New Roman"/>
          <w:sz w:val="24"/>
          <w:szCs w:val="24"/>
          <w:lang w:val="ro-RO"/>
        </w:rPr>
      </w:pPr>
      <w:r w:rsidRPr="00210390">
        <w:rPr>
          <w:rFonts w:ascii="Times New Roman" w:hAnsi="Times New Roman" w:cs="Times New Roman"/>
          <w:sz w:val="24"/>
          <w:szCs w:val="24"/>
          <w:lang w:val="ro-RO"/>
        </w:rPr>
        <w:lastRenderedPageBreak/>
        <w:t>IV. DOCUMENTE SOLICITATE PENTRU DOSARUL DE CONCURS</w:t>
      </w:r>
    </w:p>
    <w:p w:rsidR="0018325C" w:rsidRPr="00210390" w:rsidRDefault="00D570D2">
      <w:pPr>
        <w:spacing w:after="120"/>
        <w:rPr>
          <w:rFonts w:ascii="Times New Roman" w:hAnsi="Times New Roman" w:cs="Times New Roman"/>
          <w:sz w:val="24"/>
          <w:szCs w:val="24"/>
          <w:lang w:val="ro-RO"/>
        </w:rPr>
      </w:pPr>
      <w:r w:rsidRPr="00210390">
        <w:rPr>
          <w:rFonts w:ascii="Times New Roman" w:hAnsi="Times New Roman" w:cs="Times New Roman"/>
          <w:sz w:val="24"/>
          <w:szCs w:val="24"/>
          <w:lang w:val="ro-RO"/>
        </w:rPr>
        <w:t>Dosarul se depune personal și va conține obligatoriu:</w:t>
      </w:r>
    </w:p>
    <w:p w:rsidR="0018325C" w:rsidRPr="00210390" w:rsidRDefault="00D570D2">
      <w:pPr>
        <w:pStyle w:val="ListBullet"/>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Formular de înscriere la concurs (conform modelului prevăzut în Anexa nr. 2 din H.G. nr. 1336/2022).</w:t>
      </w:r>
    </w:p>
    <w:p w:rsidR="0018325C" w:rsidRPr="00210390" w:rsidRDefault="00D570D2">
      <w:pPr>
        <w:pStyle w:val="ListBullet"/>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Copia actului de identitate.</w:t>
      </w:r>
    </w:p>
    <w:p w:rsidR="00190D13" w:rsidRPr="00210390" w:rsidRDefault="00190D13">
      <w:pPr>
        <w:pStyle w:val="ListBullet"/>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Copia certificatului de căsătorie( daca este cazul).</w:t>
      </w:r>
    </w:p>
    <w:p w:rsidR="0018325C" w:rsidRPr="00210390" w:rsidRDefault="00D570D2">
      <w:pPr>
        <w:pStyle w:val="ListBullet"/>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Copiile documentelor care atestă nivelul studiilor și ale altor acte care atestă efectuarea unor specializări.</w:t>
      </w:r>
    </w:p>
    <w:p w:rsidR="0018325C" w:rsidRPr="00210390" w:rsidRDefault="00D570D2">
      <w:pPr>
        <w:pStyle w:val="ListBullet"/>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Copia carnetului de muncă sau adeverință care să ateste vechimea în muncă/în specialitate.</w:t>
      </w:r>
    </w:p>
    <w:p w:rsidR="0018325C" w:rsidRPr="00210390" w:rsidRDefault="00D570D2">
      <w:pPr>
        <w:pStyle w:val="ListBullet"/>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Certificat de cazier judiciar</w:t>
      </w:r>
      <w:r w:rsidR="00190D13" w:rsidRPr="00210390">
        <w:rPr>
          <w:rFonts w:ascii="Times New Roman" w:hAnsi="Times New Roman" w:cs="Times New Roman"/>
          <w:sz w:val="24"/>
          <w:szCs w:val="24"/>
          <w:lang w:val="ro-RO"/>
        </w:rPr>
        <w:t xml:space="preserve"> și certificat de integritate comportamentală.</w:t>
      </w:r>
    </w:p>
    <w:p w:rsidR="0018325C" w:rsidRPr="00210390" w:rsidRDefault="00D570D2">
      <w:pPr>
        <w:pStyle w:val="ListBullet"/>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Adeverință medicală eliberată de medicul de familie, valabilă.</w:t>
      </w:r>
    </w:p>
    <w:p w:rsidR="0018325C" w:rsidRPr="00210390" w:rsidRDefault="00D570D2">
      <w:pPr>
        <w:pStyle w:val="ListBullet"/>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Curriculum Vitae (model european).</w:t>
      </w:r>
    </w:p>
    <w:p w:rsidR="0018325C" w:rsidRPr="00210390" w:rsidRDefault="00D570D2">
      <w:pPr>
        <w:spacing w:before="80" w:after="120"/>
        <w:rPr>
          <w:rFonts w:ascii="Times New Roman" w:hAnsi="Times New Roman" w:cs="Times New Roman"/>
          <w:sz w:val="24"/>
          <w:szCs w:val="24"/>
          <w:lang w:val="ro-RO"/>
        </w:rPr>
      </w:pPr>
      <w:r w:rsidRPr="00210390">
        <w:rPr>
          <w:rFonts w:ascii="Times New Roman" w:hAnsi="Times New Roman" w:cs="Times New Roman"/>
          <w:sz w:val="24"/>
          <w:szCs w:val="24"/>
          <w:lang w:val="ro-RO"/>
        </w:rPr>
        <w:t>*(Copiile documentelor se prezintă însoțite de originalele acestora pentru certificare).*</w:t>
      </w:r>
    </w:p>
    <w:p w:rsidR="0018325C" w:rsidRPr="00210390" w:rsidRDefault="00D570D2">
      <w:pPr>
        <w:keepNext/>
        <w:spacing w:before="240" w:after="120"/>
        <w:rPr>
          <w:rFonts w:ascii="Times New Roman" w:hAnsi="Times New Roman" w:cs="Times New Roman"/>
          <w:sz w:val="24"/>
          <w:szCs w:val="24"/>
          <w:lang w:val="ro-RO"/>
        </w:rPr>
      </w:pPr>
      <w:r w:rsidRPr="00210390">
        <w:rPr>
          <w:rFonts w:ascii="Times New Roman" w:hAnsi="Times New Roman" w:cs="Times New Roman"/>
          <w:sz w:val="24"/>
          <w:szCs w:val="24"/>
          <w:lang w:val="ro-RO"/>
        </w:rPr>
        <w:t>V. BIBLIOGRAFIE ȘI TEMATICĂ</w:t>
      </w:r>
    </w:p>
    <w:p w:rsidR="0018325C" w:rsidRPr="00210390" w:rsidRDefault="00D570D2">
      <w:pPr>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Tematică:  Organizarea colecțiilor de bibliotecă, Evidența și gestionarea fondului de carte, Relația cu utilizatorii/elevii în mediul școlar.</w:t>
      </w:r>
    </w:p>
    <w:p w:rsidR="0018325C" w:rsidRPr="00210390" w:rsidRDefault="00D570D2">
      <w:pPr>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Bibliografie:</w:t>
      </w:r>
    </w:p>
    <w:p w:rsidR="0018325C" w:rsidRPr="00210390" w:rsidRDefault="00D570D2">
      <w:pPr>
        <w:pStyle w:val="ListBullet"/>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Legea Învățământului Preuniversitar nr. 198/2023 (secțiunea privind personalul didactic auxiliar).</w:t>
      </w:r>
    </w:p>
    <w:p w:rsidR="0018325C" w:rsidRPr="00210390" w:rsidRDefault="00D570D2">
      <w:pPr>
        <w:pStyle w:val="ListBullet"/>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Legea bibliotecilor nr. 334/2002, republicată, cu modificările ulterioare.</w:t>
      </w:r>
    </w:p>
    <w:p w:rsidR="0018325C" w:rsidRPr="00210390" w:rsidRDefault="00D570D2">
      <w:pPr>
        <w:pStyle w:val="ListBullet"/>
        <w:spacing w:after="60"/>
        <w:rPr>
          <w:rFonts w:ascii="Times New Roman" w:hAnsi="Times New Roman" w:cs="Times New Roman"/>
          <w:sz w:val="24"/>
          <w:szCs w:val="24"/>
          <w:lang w:val="ro-RO"/>
        </w:rPr>
      </w:pPr>
      <w:r w:rsidRPr="00210390">
        <w:rPr>
          <w:rFonts w:ascii="Times New Roman" w:hAnsi="Times New Roman" w:cs="Times New Roman"/>
          <w:sz w:val="24"/>
          <w:szCs w:val="24"/>
          <w:lang w:val="ro-RO"/>
        </w:rPr>
        <w:t>Regulamentul de organizare și funcționare a bibliotecilor școlare și a centrelor de documentare și informare.</w:t>
      </w:r>
    </w:p>
    <w:p w:rsidR="0018325C" w:rsidRPr="00210390" w:rsidRDefault="00D570D2">
      <w:pPr>
        <w:keepNext/>
        <w:spacing w:before="240" w:after="120"/>
        <w:rPr>
          <w:rFonts w:ascii="Times New Roman" w:hAnsi="Times New Roman" w:cs="Times New Roman"/>
          <w:sz w:val="24"/>
          <w:szCs w:val="24"/>
          <w:lang w:val="ro-RO"/>
        </w:rPr>
      </w:pPr>
      <w:r w:rsidRPr="00210390">
        <w:rPr>
          <w:rFonts w:ascii="Times New Roman" w:hAnsi="Times New Roman" w:cs="Times New Roman"/>
          <w:sz w:val="24"/>
          <w:szCs w:val="24"/>
          <w:lang w:val="ro-RO"/>
        </w:rPr>
        <w:t>VI. CONTACT</w:t>
      </w:r>
    </w:p>
    <w:p w:rsidR="00071CA3" w:rsidRPr="00210390" w:rsidRDefault="00071CA3" w:rsidP="00071CA3">
      <w:pPr>
        <w:spacing w:after="0"/>
        <w:ind w:left="283"/>
        <w:jc w:val="both"/>
        <w:rPr>
          <w:rFonts w:ascii="Times New Roman" w:eastAsia="Times New Roman" w:hAnsi="Times New Roman" w:cs="Times New Roman"/>
          <w:sz w:val="24"/>
          <w:szCs w:val="24"/>
          <w:lang w:val="ro-RO"/>
        </w:rPr>
      </w:pPr>
      <w:r w:rsidRPr="00210390">
        <w:rPr>
          <w:rFonts w:ascii="Times New Roman" w:eastAsia="Times New Roman" w:hAnsi="Times New Roman" w:cs="Times New Roman"/>
          <w:sz w:val="24"/>
          <w:szCs w:val="24"/>
          <w:lang w:val="ro-RO"/>
        </w:rPr>
        <w:t>Dosarele de concurs se depun fizic la secretariatul unității:</w:t>
      </w:r>
    </w:p>
    <w:p w:rsidR="00045EDE" w:rsidRPr="00210390" w:rsidRDefault="00071CA3" w:rsidP="00045EDE">
      <w:pPr>
        <w:numPr>
          <w:ilvl w:val="0"/>
          <w:numId w:val="10"/>
        </w:numPr>
        <w:spacing w:after="0" w:line="278" w:lineRule="auto"/>
        <w:ind w:left="283"/>
        <w:jc w:val="both"/>
        <w:rPr>
          <w:rFonts w:ascii="Times New Roman" w:eastAsia="Times New Roman" w:hAnsi="Times New Roman" w:cs="Times New Roman"/>
          <w:sz w:val="24"/>
          <w:szCs w:val="24"/>
          <w:lang w:val="ro-RO"/>
        </w:rPr>
      </w:pPr>
      <w:r w:rsidRPr="00210390">
        <w:rPr>
          <w:rFonts w:ascii="Times New Roman" w:eastAsia="Times New Roman" w:hAnsi="Times New Roman" w:cs="Times New Roman"/>
          <w:bCs/>
          <w:sz w:val="24"/>
          <w:szCs w:val="24"/>
          <w:lang w:val="ro-RO"/>
        </w:rPr>
        <w:t xml:space="preserve">Adresă depunere: </w:t>
      </w:r>
      <w:r w:rsidRPr="00210390">
        <w:rPr>
          <w:rFonts w:ascii="Times New Roman" w:eastAsia="Times New Roman" w:hAnsi="Times New Roman" w:cs="Times New Roman"/>
          <w:sz w:val="24"/>
          <w:szCs w:val="24"/>
          <w:lang w:val="ro-RO"/>
        </w:rPr>
        <w:t xml:space="preserve">Vaslui, </w:t>
      </w:r>
      <w:r w:rsidRPr="00210390">
        <w:rPr>
          <w:rFonts w:ascii="Times New Roman" w:eastAsia="Aptos" w:hAnsi="Times New Roman" w:cs="Times New Roman"/>
          <w:kern w:val="2"/>
          <w:sz w:val="24"/>
          <w:szCs w:val="24"/>
          <w:lang w:val="ro-RO"/>
        </w:rPr>
        <w:t>Sediul unității strada Racova nr. 69</w:t>
      </w:r>
    </w:p>
    <w:p w:rsidR="00045EDE" w:rsidRPr="00210390" w:rsidRDefault="00045EDE" w:rsidP="00045EDE">
      <w:pPr>
        <w:spacing w:after="0" w:line="278" w:lineRule="auto"/>
        <w:ind w:left="283" w:firstLine="437"/>
        <w:jc w:val="both"/>
        <w:rPr>
          <w:rFonts w:ascii="Times New Roman" w:eastAsia="Times New Roman" w:hAnsi="Times New Roman" w:cs="Times New Roman"/>
          <w:sz w:val="24"/>
          <w:szCs w:val="24"/>
          <w:lang w:val="ro-RO"/>
        </w:rPr>
      </w:pPr>
      <w:r w:rsidRPr="00210390">
        <w:rPr>
          <w:rFonts w:ascii="Times New Roman" w:eastAsia="Times New Roman" w:hAnsi="Times New Roman" w:cs="Times New Roman"/>
          <w:bCs/>
          <w:lang w:val="ro-RO"/>
        </w:rPr>
        <w:t>Relații suplimentare la telefon</w:t>
      </w:r>
      <w:r w:rsidRPr="00210390">
        <w:rPr>
          <w:rFonts w:ascii="Times New Roman" w:eastAsia="Times New Roman" w:hAnsi="Times New Roman" w:cs="Times New Roman"/>
          <w:sz w:val="24"/>
          <w:szCs w:val="24"/>
          <w:lang w:val="ro-RO"/>
        </w:rPr>
        <w:t xml:space="preserve"> 0335405634</w:t>
      </w:r>
      <w:r w:rsidRPr="00210390">
        <w:rPr>
          <w:rFonts w:ascii="Times New Roman" w:eastAsia="Times New Roman" w:hAnsi="Times New Roman" w:cs="Times New Roman"/>
          <w:lang w:val="ro-RO"/>
        </w:rPr>
        <w:t>, pe e</w:t>
      </w:r>
      <w:r w:rsidRPr="00210390">
        <w:rPr>
          <w:rFonts w:ascii="Times New Roman" w:eastAsia="Times New Roman" w:hAnsi="Times New Roman" w:cs="Times New Roman"/>
          <w:bCs/>
          <w:sz w:val="24"/>
          <w:szCs w:val="24"/>
          <w:lang w:val="ro-RO"/>
        </w:rPr>
        <w:t xml:space="preserve">-mail: </w:t>
      </w:r>
      <w:hyperlink r:id="rId8" w:history="1">
        <w:r w:rsidRPr="00210390">
          <w:rPr>
            <w:rStyle w:val="Hyperlink"/>
            <w:rFonts w:ascii="Times New Roman" w:eastAsia="Times New Roman" w:hAnsi="Times New Roman" w:cs="Times New Roman"/>
            <w:lang w:val="ro-RO"/>
          </w:rPr>
          <w:t>scoala1vaslui@yahoo.com</w:t>
        </w:r>
      </w:hyperlink>
      <w:r w:rsidRPr="00210390">
        <w:rPr>
          <w:rFonts w:ascii="Times New Roman" w:eastAsia="Times New Roman" w:hAnsi="Times New Roman" w:cs="Times New Roman"/>
          <w:lang w:val="ro-RO"/>
        </w:rPr>
        <w:t xml:space="preserve"> și la sediul Școlii </w:t>
      </w:r>
      <w:r w:rsidRPr="00210390">
        <w:rPr>
          <w:rFonts w:ascii="Times New Roman" w:eastAsia="Times New Roman" w:hAnsi="Times New Roman" w:cs="Times New Roman"/>
          <w:sz w:val="24"/>
          <w:szCs w:val="24"/>
          <w:lang w:val="ro-RO"/>
        </w:rPr>
        <w:t>Gimnazial</w:t>
      </w:r>
      <w:r w:rsidRPr="00210390">
        <w:rPr>
          <w:rFonts w:ascii="Times New Roman" w:eastAsia="Times New Roman" w:hAnsi="Times New Roman" w:cs="Times New Roman"/>
          <w:lang w:val="ro-RO"/>
        </w:rPr>
        <w:t>e</w:t>
      </w:r>
      <w:r w:rsidRPr="00210390">
        <w:rPr>
          <w:rFonts w:ascii="Times New Roman" w:eastAsia="Times New Roman" w:hAnsi="Times New Roman" w:cs="Times New Roman"/>
          <w:sz w:val="24"/>
          <w:szCs w:val="24"/>
          <w:lang w:val="ro-RO"/>
        </w:rPr>
        <w:t xml:space="preserve"> „Alexandru Ioan Cuza” Vaslui</w:t>
      </w:r>
      <w:r w:rsidRPr="00210390">
        <w:rPr>
          <w:rFonts w:ascii="Times New Roman" w:eastAsia="Times New Roman" w:hAnsi="Times New Roman" w:cs="Times New Roman"/>
          <w:lang w:val="ro-RO"/>
        </w:rPr>
        <w:t>, p</w:t>
      </w:r>
      <w:r w:rsidRPr="00210390">
        <w:rPr>
          <w:rFonts w:ascii="Times New Roman" w:eastAsia="Times New Roman" w:hAnsi="Times New Roman" w:cs="Times New Roman"/>
          <w:bCs/>
          <w:sz w:val="24"/>
          <w:szCs w:val="24"/>
          <w:lang w:val="ro-RO"/>
        </w:rPr>
        <w:t xml:space="preserve">ersoană de contact / Secretar comisie: </w:t>
      </w:r>
      <w:r w:rsidRPr="00210390">
        <w:rPr>
          <w:rFonts w:ascii="Times New Roman" w:eastAsia="Times New Roman" w:hAnsi="Times New Roman" w:cs="Times New Roman"/>
          <w:sz w:val="24"/>
          <w:szCs w:val="24"/>
          <w:lang w:val="ro-RO"/>
        </w:rPr>
        <w:t>Rupa Andra</w:t>
      </w:r>
      <w:r w:rsidRPr="00210390">
        <w:rPr>
          <w:rFonts w:ascii="Times New Roman" w:eastAsia="Times New Roman" w:hAnsi="Times New Roman" w:cs="Times New Roman"/>
          <w:lang w:val="ro-RO"/>
        </w:rPr>
        <w:t>.</w:t>
      </w:r>
    </w:p>
    <w:p w:rsidR="006034A2" w:rsidRPr="00210390" w:rsidRDefault="006034A2" w:rsidP="006034A2">
      <w:pPr>
        <w:spacing w:after="0"/>
        <w:jc w:val="center"/>
        <w:rPr>
          <w:rFonts w:ascii="Times New Roman" w:eastAsia="Aptos" w:hAnsi="Times New Roman" w:cs="Times New Roman"/>
          <w:kern w:val="2"/>
          <w:sz w:val="24"/>
          <w:szCs w:val="24"/>
          <w:lang w:val="ro-RO"/>
        </w:rPr>
      </w:pPr>
      <w:r w:rsidRPr="00210390">
        <w:rPr>
          <w:rFonts w:ascii="Times New Roman" w:eastAsia="Aptos" w:hAnsi="Times New Roman" w:cs="Times New Roman"/>
          <w:kern w:val="2"/>
          <w:sz w:val="24"/>
          <w:szCs w:val="24"/>
          <w:lang w:val="ro-RO"/>
        </w:rPr>
        <w:t>DIRECTOR,</w:t>
      </w:r>
    </w:p>
    <w:p w:rsidR="006034A2" w:rsidRPr="00045EDE" w:rsidRDefault="006034A2" w:rsidP="0018788B">
      <w:pPr>
        <w:spacing w:after="0"/>
        <w:jc w:val="center"/>
        <w:rPr>
          <w:rFonts w:ascii="Times New Roman" w:hAnsi="Times New Roman" w:cs="Times New Roman"/>
          <w:sz w:val="24"/>
          <w:szCs w:val="24"/>
          <w:lang w:val="ro-RO"/>
        </w:rPr>
      </w:pPr>
      <w:r w:rsidRPr="00210390">
        <w:rPr>
          <w:rFonts w:ascii="Times New Roman" w:eastAsia="Aptos" w:hAnsi="Times New Roman" w:cs="Times New Roman"/>
          <w:kern w:val="2"/>
          <w:sz w:val="24"/>
          <w:szCs w:val="24"/>
          <w:lang w:val="ro-RO"/>
        </w:rPr>
        <w:t>Prof. Mironescu Elena Georgiana</w:t>
      </w:r>
    </w:p>
    <w:sectPr w:rsidR="006034A2" w:rsidRPr="00045EDE" w:rsidSect="00034616">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38F1" w:rsidRDefault="001A38F1" w:rsidP="00071CA3">
      <w:pPr>
        <w:spacing w:after="0" w:line="240" w:lineRule="auto"/>
      </w:pPr>
      <w:r>
        <w:separator/>
      </w:r>
    </w:p>
  </w:endnote>
  <w:endnote w:type="continuationSeparator" w:id="0">
    <w:p w:rsidR="001A38F1" w:rsidRDefault="001A38F1" w:rsidP="00071C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38F1" w:rsidRDefault="001A38F1" w:rsidP="00071CA3">
      <w:pPr>
        <w:spacing w:after="0" w:line="240" w:lineRule="auto"/>
      </w:pPr>
      <w:r>
        <w:separator/>
      </w:r>
    </w:p>
  </w:footnote>
  <w:footnote w:type="continuationSeparator" w:id="0">
    <w:p w:rsidR="001A38F1" w:rsidRDefault="001A38F1" w:rsidP="00071C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A3" w:rsidRPr="00071CA3" w:rsidRDefault="00071CA3" w:rsidP="00071CA3">
    <w:pPr>
      <w:tabs>
        <w:tab w:val="right" w:pos="4091"/>
      </w:tabs>
      <w:rPr>
        <w:rFonts w:ascii="Times New Roman" w:eastAsia="Times New Roman" w:hAnsi="Times New Roman" w:cs="Times New Roman"/>
        <w:sz w:val="24"/>
        <w:szCs w:val="24"/>
        <w:lang w:val="ro-RO" w:eastAsia="ro-RO"/>
      </w:rPr>
    </w:pPr>
    <w:r w:rsidRPr="00071CA3">
      <w:rPr>
        <w:rFonts w:ascii="Times New Roman" w:eastAsia="Times New Roman" w:hAnsi="Times New Roman" w:cs="Times New Roman"/>
        <w:sz w:val="24"/>
        <w:szCs w:val="24"/>
        <w:lang w:val="ro-RO" w:eastAsia="ro-RO"/>
      </w:rPr>
      <w:tab/>
    </w:r>
  </w:p>
  <w:p w:rsidR="00071CA3" w:rsidRPr="00071CA3" w:rsidRDefault="00071CA3" w:rsidP="00071CA3">
    <w:pPr>
      <w:spacing w:after="0"/>
      <w:rPr>
        <w:rFonts w:ascii="Times New Roman" w:eastAsia="Calibri" w:hAnsi="Times New Roman" w:cs="Times New Roman"/>
        <w:sz w:val="28"/>
        <w:szCs w:val="28"/>
        <w:lang w:val="ro-RO"/>
      </w:rPr>
    </w:pPr>
    <w:r w:rsidRPr="00071CA3">
      <w:rPr>
        <w:rFonts w:ascii="Times New Roman" w:eastAsia="Times New Roman" w:hAnsi="Times New Roman" w:cs="Times New Roman"/>
        <w:noProof/>
        <w:sz w:val="20"/>
        <w:szCs w:val="20"/>
        <w:lang w:val="ro-RO" w:eastAsia="ro-RO"/>
      </w:rPr>
      <w:drawing>
        <wp:anchor distT="0" distB="0" distL="114300" distR="114300" simplePos="0" relativeHeight="251659264" behindDoc="0" locked="0" layoutInCell="1" allowOverlap="1">
          <wp:simplePos x="0" y="0"/>
          <wp:positionH relativeFrom="column">
            <wp:posOffset>5066030</wp:posOffset>
          </wp:positionH>
          <wp:positionV relativeFrom="paragraph">
            <wp:posOffset>38100</wp:posOffset>
          </wp:positionV>
          <wp:extent cx="762000" cy="677545"/>
          <wp:effectExtent l="19050" t="19050" r="19050" b="27305"/>
          <wp:wrapSquare wrapText="bothSides"/>
          <wp:docPr id="18413751" name="Imagine 1" descr="Description: Description: Description: C:\Users\Mariana\Desktop\SiglaScol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C:\Users\Mariana\Desktop\SiglaScolii.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2000" cy="677545"/>
                  </a:xfrm>
                  <a:prstGeom prst="rect">
                    <a:avLst/>
                  </a:prstGeom>
                  <a:noFill/>
                  <a:ln w="9525">
                    <a:solidFill>
                      <a:srgbClr val="000000"/>
                    </a:solidFill>
                    <a:miter lim="800000"/>
                    <a:headEnd/>
                    <a:tailEnd/>
                  </a:ln>
                </pic:spPr>
              </pic:pic>
            </a:graphicData>
          </a:graphic>
        </wp:anchor>
      </w:drawing>
    </w:r>
    <w:r w:rsidRPr="00071CA3">
      <w:rPr>
        <w:rFonts w:ascii="Times New Roman" w:eastAsia="Calibri" w:hAnsi="Times New Roman" w:cs="Times New Roman"/>
        <w:sz w:val="28"/>
        <w:szCs w:val="28"/>
        <w:lang w:val="ro-RO"/>
      </w:rPr>
      <w:t>Școala Gimnazială ,,Alexandru Ioan Cuza” Vaslui</w:t>
    </w:r>
  </w:p>
  <w:p w:rsidR="00071CA3" w:rsidRPr="00071CA3" w:rsidRDefault="00071CA3" w:rsidP="00071CA3">
    <w:pPr>
      <w:spacing w:after="0"/>
      <w:rPr>
        <w:rFonts w:ascii="Times New Roman" w:eastAsia="Calibri" w:hAnsi="Times New Roman" w:cs="Times New Roman"/>
        <w:sz w:val="28"/>
        <w:szCs w:val="28"/>
        <w:lang w:val="ro-RO"/>
      </w:rPr>
    </w:pPr>
    <w:r w:rsidRPr="00071CA3">
      <w:rPr>
        <w:rFonts w:ascii="Times New Roman" w:eastAsia="Calibri" w:hAnsi="Times New Roman" w:cs="Times New Roman"/>
        <w:sz w:val="28"/>
        <w:szCs w:val="28"/>
        <w:lang w:val="ro-RO"/>
      </w:rPr>
      <w:t>Strada Racova, nr. 69, Vaslui, cod poștal 730173</w:t>
    </w:r>
  </w:p>
  <w:p w:rsidR="00071CA3" w:rsidRPr="00071CA3" w:rsidRDefault="00071CA3" w:rsidP="00071CA3">
    <w:pPr>
      <w:spacing w:after="0"/>
      <w:rPr>
        <w:rFonts w:ascii="Times New Roman" w:eastAsia="Calibri" w:hAnsi="Times New Roman" w:cs="Times New Roman"/>
        <w:sz w:val="28"/>
        <w:szCs w:val="28"/>
        <w:lang w:val="ro-RO"/>
      </w:rPr>
    </w:pPr>
    <w:r w:rsidRPr="00071CA3">
      <w:rPr>
        <w:rFonts w:ascii="Times New Roman" w:eastAsia="Calibri" w:hAnsi="Times New Roman" w:cs="Times New Roman"/>
        <w:sz w:val="28"/>
        <w:szCs w:val="28"/>
        <w:lang w:val="ro-RO"/>
      </w:rPr>
      <w:t>Telefon/fax: 0335405634, C.I.F. 28376936</w:t>
    </w:r>
    <w:r w:rsidRPr="00071CA3">
      <w:rPr>
        <w:rFonts w:ascii="Times New Roman" w:eastAsia="MS Mincho" w:hAnsi="Times New Roman" w:cs="Times New Roman"/>
        <w:sz w:val="24"/>
        <w:lang w:val="de-DE"/>
      </w:rPr>
      <w:br/>
    </w:r>
    <w:r w:rsidRPr="00071CA3">
      <w:rPr>
        <w:rFonts w:ascii="Times New Roman" w:eastAsia="MS Mincho" w:hAnsi="Times New Roman" w:cs="Times New Roman"/>
        <w:sz w:val="24"/>
      </w:rPr>
      <w:br/>
    </w:r>
  </w:p>
  <w:p w:rsidR="00071CA3" w:rsidRDefault="00071CA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DDE353D"/>
    <w:multiLevelType w:val="multilevel"/>
    <w:tmpl w:val="67A0D33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05C4DF1"/>
    <w:multiLevelType w:val="multilevel"/>
    <w:tmpl w:val="9258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4915D3"/>
    <w:multiLevelType w:val="hybridMultilevel"/>
    <w:tmpl w:val="2084C310"/>
    <w:lvl w:ilvl="0" w:tplc="F4863DFA">
      <w:start w:val="1"/>
      <w:numFmt w:val="upperRoman"/>
      <w:lvlText w:val="%1."/>
      <w:lvlJc w:val="left"/>
      <w:pPr>
        <w:ind w:left="810" w:hanging="720"/>
      </w:pPr>
      <w:rPr>
        <w:rFonts w:hint="default"/>
        <w:b w:val="0"/>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
  <w:rsids>
    <w:rsidRoot w:val="00B47730"/>
    <w:rsid w:val="00012F6C"/>
    <w:rsid w:val="00034616"/>
    <w:rsid w:val="00034FD4"/>
    <w:rsid w:val="00045EDE"/>
    <w:rsid w:val="0006063C"/>
    <w:rsid w:val="00071CA3"/>
    <w:rsid w:val="000C150B"/>
    <w:rsid w:val="00127DD0"/>
    <w:rsid w:val="0015074B"/>
    <w:rsid w:val="0018325C"/>
    <w:rsid w:val="0018788B"/>
    <w:rsid w:val="00190D13"/>
    <w:rsid w:val="001A0840"/>
    <w:rsid w:val="001A38F1"/>
    <w:rsid w:val="00210390"/>
    <w:rsid w:val="0029639D"/>
    <w:rsid w:val="00326F90"/>
    <w:rsid w:val="003F14C6"/>
    <w:rsid w:val="006034A2"/>
    <w:rsid w:val="00826F6B"/>
    <w:rsid w:val="00861746"/>
    <w:rsid w:val="008636E8"/>
    <w:rsid w:val="00937E2D"/>
    <w:rsid w:val="009F1DF2"/>
    <w:rsid w:val="00A74B3F"/>
    <w:rsid w:val="00AA1D8D"/>
    <w:rsid w:val="00B361EA"/>
    <w:rsid w:val="00B47730"/>
    <w:rsid w:val="00B63DFE"/>
    <w:rsid w:val="00CB0664"/>
    <w:rsid w:val="00D570D2"/>
    <w:rsid w:val="00DA7F76"/>
    <w:rsid w:val="00E901B7"/>
    <w:rsid w:val="00FC693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elgril1">
    <w:name w:val="Tabel grilă1"/>
    <w:basedOn w:val="TableNormal"/>
    <w:next w:val="TableGrid"/>
    <w:uiPriority w:val="39"/>
    <w:rsid w:val="00071CA3"/>
    <w:pPr>
      <w:spacing w:after="0" w:line="240" w:lineRule="auto"/>
    </w:pPr>
    <w:rPr>
      <w:rFonts w:eastAsia="Aptos"/>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gril2">
    <w:name w:val="Tabel grilă2"/>
    <w:basedOn w:val="TableNormal"/>
    <w:next w:val="TableGrid"/>
    <w:uiPriority w:val="39"/>
    <w:rsid w:val="00E901B7"/>
    <w:pPr>
      <w:spacing w:after="0" w:line="240" w:lineRule="auto"/>
    </w:pPr>
    <w:rPr>
      <w:rFonts w:eastAsia="Aptos"/>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45EDE"/>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oala1vaslui@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F4FE8-7075-423A-87FE-A29611FE5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986</Words>
  <Characters>5721</Characters>
  <Application>Microsoft Office Word</Application>
  <DocSecurity>0</DocSecurity>
  <Lines>47</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6694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 Home</cp:lastModifiedBy>
  <cp:revision>8</cp:revision>
  <cp:lastPrinted>2026-09-17T08:46:00Z</cp:lastPrinted>
  <dcterms:created xsi:type="dcterms:W3CDTF">2026-09-16T09:57:00Z</dcterms:created>
  <dcterms:modified xsi:type="dcterms:W3CDTF">2026-09-17T11:34:00Z</dcterms:modified>
  <cp:category/>
</cp:coreProperties>
</file>