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402"/>
        <w:gridCol w:w="1871"/>
        <w:gridCol w:w="4309"/>
      </w:tblGrid>
      <w:tr w:rsidR="009556C4" w:rsidRPr="004F12AA" w14:paraId="10D6258C" w14:textId="77777777">
        <w:trPr>
          <w:jc w:val="center"/>
        </w:trPr>
        <w:tc>
          <w:tcPr>
            <w:tcW w:w="3402" w:type="dxa"/>
            <w:tcMar>
              <w:top w:w="0" w:type="dxa"/>
              <w:left w:w="50" w:type="dxa"/>
              <w:bottom w:w="0" w:type="dxa"/>
              <w:right w:w="50" w:type="dxa"/>
            </w:tcMar>
            <w:vAlign w:val="center"/>
          </w:tcPr>
          <w:p w14:paraId="2E80EBE2" w14:textId="77777777" w:rsidR="009556C4" w:rsidRPr="004F12AA" w:rsidRDefault="00000000">
            <w:pPr>
              <w:spacing w:after="80"/>
              <w:jc w:val="center"/>
              <w:rPr>
                <w:rFonts w:cs="Times New Roman"/>
                <w:sz w:val="22"/>
              </w:rPr>
            </w:pPr>
            <w:r w:rsidRPr="004F12AA">
              <w:rPr>
                <w:rFonts w:cs="Times New Roman"/>
                <w:b/>
                <w:sz w:val="22"/>
              </w:rPr>
              <w:t>ROMÂNIA</w:t>
            </w:r>
          </w:p>
          <w:p w14:paraId="22E6130C" w14:textId="77777777" w:rsidR="009556C4" w:rsidRPr="004F12AA" w:rsidRDefault="00000000">
            <w:pPr>
              <w:spacing w:after="80"/>
              <w:jc w:val="center"/>
              <w:rPr>
                <w:rFonts w:cs="Times New Roman"/>
                <w:sz w:val="22"/>
              </w:rPr>
            </w:pPr>
            <w:r w:rsidRPr="004F12AA">
              <w:rPr>
                <w:rFonts w:cs="Times New Roman"/>
                <w:b/>
                <w:sz w:val="22"/>
              </w:rPr>
              <w:t>Județul Bistrița-Năsăud</w:t>
            </w:r>
          </w:p>
          <w:p w14:paraId="6F7573F2" w14:textId="77777777" w:rsidR="009556C4" w:rsidRPr="004F12AA" w:rsidRDefault="00000000">
            <w:pPr>
              <w:spacing w:after="80"/>
              <w:jc w:val="center"/>
              <w:rPr>
                <w:rFonts w:cs="Times New Roman"/>
                <w:sz w:val="22"/>
              </w:rPr>
            </w:pPr>
            <w:r w:rsidRPr="004F12AA">
              <w:rPr>
                <w:rFonts w:cs="Times New Roman"/>
                <w:b/>
                <w:sz w:val="22"/>
              </w:rPr>
              <w:t>Primăria Comunei</w:t>
            </w:r>
          </w:p>
          <w:p w14:paraId="07EDFAC9" w14:textId="77777777" w:rsidR="009556C4" w:rsidRPr="004F12AA" w:rsidRDefault="00000000">
            <w:pPr>
              <w:jc w:val="center"/>
              <w:rPr>
                <w:rFonts w:cs="Times New Roman"/>
                <w:sz w:val="22"/>
              </w:rPr>
            </w:pPr>
            <w:r w:rsidRPr="004F12AA">
              <w:rPr>
                <w:rFonts w:cs="Times New Roman"/>
                <w:b/>
                <w:sz w:val="22"/>
              </w:rPr>
              <w:t>Miceștii de Câmpie, nr. 18</w:t>
            </w:r>
          </w:p>
        </w:tc>
        <w:tc>
          <w:tcPr>
            <w:tcW w:w="1871" w:type="dxa"/>
            <w:tcMar>
              <w:top w:w="0" w:type="dxa"/>
              <w:left w:w="50" w:type="dxa"/>
              <w:bottom w:w="0" w:type="dxa"/>
              <w:right w:w="50" w:type="dxa"/>
            </w:tcMar>
            <w:vAlign w:val="center"/>
          </w:tcPr>
          <w:p w14:paraId="4FBAABD6" w14:textId="5756D63F" w:rsidR="009556C4" w:rsidRPr="004F12AA" w:rsidRDefault="009556C4">
            <w:pPr>
              <w:jc w:val="center"/>
              <w:rPr>
                <w:rFonts w:cs="Times New Roman"/>
                <w:sz w:val="22"/>
              </w:rPr>
            </w:pPr>
          </w:p>
        </w:tc>
        <w:tc>
          <w:tcPr>
            <w:tcW w:w="4309" w:type="dxa"/>
            <w:tcMar>
              <w:top w:w="0" w:type="dxa"/>
              <w:left w:w="50" w:type="dxa"/>
              <w:bottom w:w="0" w:type="dxa"/>
              <w:right w:w="50" w:type="dxa"/>
            </w:tcMar>
            <w:vAlign w:val="center"/>
          </w:tcPr>
          <w:p w14:paraId="475F2122" w14:textId="77777777" w:rsidR="009556C4" w:rsidRPr="004F12AA" w:rsidRDefault="00000000">
            <w:pPr>
              <w:spacing w:after="160"/>
              <w:rPr>
                <w:rFonts w:cs="Times New Roman"/>
                <w:sz w:val="22"/>
              </w:rPr>
            </w:pPr>
            <w:r w:rsidRPr="004F12AA">
              <w:rPr>
                <w:rFonts w:cs="Times New Roman"/>
                <w:b/>
                <w:sz w:val="22"/>
              </w:rPr>
              <w:t>E-mail: micestiidecampie@yahoo.com</w:t>
            </w:r>
          </w:p>
          <w:p w14:paraId="278700E0" w14:textId="77777777" w:rsidR="009556C4" w:rsidRPr="004F12AA" w:rsidRDefault="00000000">
            <w:pPr>
              <w:spacing w:after="160"/>
              <w:rPr>
                <w:rFonts w:cs="Times New Roman"/>
                <w:sz w:val="22"/>
              </w:rPr>
            </w:pPr>
            <w:r w:rsidRPr="004F12AA">
              <w:rPr>
                <w:rFonts w:cs="Times New Roman"/>
                <w:b/>
                <w:sz w:val="22"/>
              </w:rPr>
              <w:t>Website: www.micestiidecampie.ro</w:t>
            </w:r>
          </w:p>
          <w:p w14:paraId="01395DF5" w14:textId="77777777" w:rsidR="009556C4" w:rsidRPr="004F12AA" w:rsidRDefault="00000000">
            <w:pPr>
              <w:rPr>
                <w:rFonts w:cs="Times New Roman"/>
                <w:sz w:val="22"/>
              </w:rPr>
            </w:pPr>
            <w:r w:rsidRPr="004F12AA">
              <w:rPr>
                <w:rFonts w:cs="Times New Roman"/>
                <w:b/>
                <w:sz w:val="22"/>
              </w:rPr>
              <w:t>Tel./Fax: 0263/356.551</w:t>
            </w:r>
          </w:p>
        </w:tc>
      </w:tr>
    </w:tbl>
    <w:p w14:paraId="026B1F6A" w14:textId="77777777" w:rsidR="009556C4" w:rsidRPr="004F12AA" w:rsidRDefault="00000000">
      <w:pPr>
        <w:spacing w:before="120" w:after="200"/>
        <w:rPr>
          <w:rFonts w:cs="Times New Roman"/>
          <w:sz w:val="22"/>
        </w:rPr>
      </w:pPr>
      <w:r w:rsidRPr="004F12AA">
        <w:rPr>
          <w:rFonts w:cs="Times New Roman"/>
          <w:b/>
          <w:sz w:val="22"/>
        </w:rPr>
        <w:t>Nr.2894/14.09.2026</w:t>
      </w:r>
    </w:p>
    <w:p w14:paraId="62A0E349" w14:textId="77777777" w:rsidR="009556C4" w:rsidRPr="004F12AA" w:rsidRDefault="00000000">
      <w:pPr>
        <w:spacing w:after="160"/>
        <w:jc w:val="center"/>
        <w:rPr>
          <w:rFonts w:cs="Times New Roman"/>
          <w:sz w:val="22"/>
        </w:rPr>
      </w:pPr>
      <w:r w:rsidRPr="004F12AA">
        <w:rPr>
          <w:rFonts w:cs="Times New Roman"/>
          <w:b/>
          <w:sz w:val="22"/>
        </w:rPr>
        <w:t>ANUNȚ DE CONCURS</w:t>
      </w:r>
    </w:p>
    <w:p w14:paraId="513C4B70" w14:textId="77777777" w:rsidR="009556C4" w:rsidRPr="004F12AA" w:rsidRDefault="00000000">
      <w:pPr>
        <w:spacing w:after="160"/>
        <w:ind w:firstLine="340"/>
        <w:rPr>
          <w:rFonts w:cs="Times New Roman"/>
          <w:sz w:val="22"/>
        </w:rPr>
      </w:pPr>
      <w:r w:rsidRPr="004F12AA">
        <w:rPr>
          <w:rFonts w:cs="Times New Roman"/>
          <w:b/>
          <w:i/>
          <w:sz w:val="22"/>
        </w:rPr>
        <w:t>În conformitate cu dispozițiile Regulamentului-cadru privind organizarea și dezvoltarea carierei personalului contractual din sectorul bugetar plătit din fonduri publice, aprobat prin H.G. nr. 1336/2022 cu modificările ulterioare,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126EDAB" w14:textId="77777777" w:rsidR="009556C4" w:rsidRPr="004F12AA" w:rsidRDefault="00000000">
      <w:pPr>
        <w:spacing w:after="200"/>
        <w:jc w:val="center"/>
        <w:rPr>
          <w:rFonts w:cs="Times New Roman"/>
          <w:sz w:val="22"/>
        </w:rPr>
      </w:pPr>
      <w:r w:rsidRPr="004F12AA">
        <w:rPr>
          <w:rFonts w:cs="Times New Roman"/>
          <w:b/>
          <w:sz w:val="22"/>
        </w:rPr>
        <w:t>Primăria comunei Miceștii de Câmpie, județul Bistrița-Năsăud, cu sediul în comuna Miceștii de Câmpie, nr. 18, reprezentată legal prin Primar, în calitate de autoritate publică locală, organizează, în data de 01.10.2026 concurs de recrutare pentru ocuparea unui post contractual de execuție vacant- îngrijitor curățenie, pe perioadă determinată, de 1 an ( până la întoarcerea titularului de drept al postului), 8 ore/zi — 40 ore/săptămână, luni - vineri, din cadrul aparatului de specialitate al Primarului comunei Miceștii de Câmpie - Compartimentul personal deservire- guard</w:t>
      </w:r>
    </w:p>
    <w:p w14:paraId="1D7874C4" w14:textId="77777777" w:rsidR="009556C4" w:rsidRPr="004F12AA" w:rsidRDefault="00000000">
      <w:pPr>
        <w:keepNext/>
        <w:rPr>
          <w:rFonts w:cs="Times New Roman"/>
          <w:sz w:val="22"/>
        </w:rPr>
      </w:pPr>
      <w:r w:rsidRPr="004F12AA">
        <w:rPr>
          <w:rFonts w:cs="Times New Roman"/>
          <w:b/>
          <w:sz w:val="22"/>
        </w:rPr>
        <w:t>CONDIȚII GENERALE DE OCUPARE A POSTULUI:</w:t>
      </w:r>
    </w:p>
    <w:p w14:paraId="31244D29" w14:textId="77777777" w:rsidR="009556C4" w:rsidRPr="004F12AA" w:rsidRDefault="00000000">
      <w:pPr>
        <w:spacing w:after="120"/>
        <w:rPr>
          <w:rFonts w:cs="Times New Roman"/>
          <w:sz w:val="22"/>
        </w:rPr>
      </w:pPr>
      <w:r w:rsidRPr="004F12AA">
        <w:rPr>
          <w:rFonts w:cs="Times New Roman"/>
          <w:i/>
          <w:sz w:val="22"/>
        </w:rPr>
        <w:t>cele prevăzute de art. 15 din Hotărârea Guvernului nr. 1336/2022 pentru aprobarea Regulamentului - cadru privind organizarea și dezvoltarea carierei personalului contractual din sectorul bugetar plătit din fonduri publice, cu modificările și completările ulterioare;</w:t>
      </w:r>
    </w:p>
    <w:p w14:paraId="58B0DC15" w14:textId="77777777" w:rsidR="009556C4" w:rsidRPr="004F12AA" w:rsidRDefault="00000000">
      <w:pPr>
        <w:spacing w:after="20"/>
        <w:ind w:firstLine="454"/>
        <w:rPr>
          <w:rFonts w:cs="Times New Roman"/>
          <w:sz w:val="22"/>
        </w:rPr>
      </w:pPr>
      <w:r w:rsidRPr="004F12AA">
        <w:rPr>
          <w:rFonts w:cs="Times New Roman"/>
          <w:sz w:val="22"/>
        </w:rPr>
        <w:t>a) are cetățenia română sau cetățenia unui alt stat membru al Uniunii Europene, a unui stat parte la Acordul privind Spațiul Economic European (SEE) sau cetățenia Confederației Elvețiene, cu reședința în România;</w:t>
      </w:r>
    </w:p>
    <w:p w14:paraId="13F808B1" w14:textId="77777777" w:rsidR="009556C4" w:rsidRPr="004F12AA" w:rsidRDefault="00000000">
      <w:pPr>
        <w:spacing w:after="20"/>
        <w:ind w:firstLine="454"/>
        <w:rPr>
          <w:rFonts w:cs="Times New Roman"/>
          <w:sz w:val="22"/>
        </w:rPr>
      </w:pPr>
      <w:r w:rsidRPr="004F12AA">
        <w:rPr>
          <w:rFonts w:cs="Times New Roman"/>
          <w:sz w:val="22"/>
        </w:rPr>
        <w:t>b) cunoaște limba română, scris și vorbit;</w:t>
      </w:r>
    </w:p>
    <w:p w14:paraId="2D7239D4" w14:textId="77777777" w:rsidR="009556C4" w:rsidRPr="004F12AA" w:rsidRDefault="00000000">
      <w:pPr>
        <w:spacing w:after="20"/>
        <w:ind w:firstLine="454"/>
        <w:rPr>
          <w:rFonts w:cs="Times New Roman"/>
          <w:sz w:val="22"/>
        </w:rPr>
      </w:pPr>
      <w:r w:rsidRPr="004F12AA">
        <w:rPr>
          <w:rFonts w:cs="Times New Roman"/>
          <w:sz w:val="22"/>
        </w:rPr>
        <w:t>c) are capacitate de muncă în conformitate cu prevederile Legii nr. 53/2003 - Codul muncii, republicată, cu modificările și completările ulterioare;</w:t>
      </w:r>
    </w:p>
    <w:p w14:paraId="12215774" w14:textId="77777777" w:rsidR="009556C4" w:rsidRPr="004F12AA" w:rsidRDefault="00000000">
      <w:pPr>
        <w:spacing w:after="20"/>
        <w:ind w:firstLine="454"/>
        <w:rPr>
          <w:rFonts w:cs="Times New Roman"/>
          <w:sz w:val="22"/>
        </w:rPr>
      </w:pPr>
      <w:r w:rsidRPr="004F12AA">
        <w:rPr>
          <w:rFonts w:cs="Times New Roman"/>
          <w:sz w:val="22"/>
        </w:rPr>
        <w:t>d) are o stare de sănătate corespunzătoare postului pentru care candidează, atestată pe baza adeverinței medicale eliberate de medicul de familie sau de unitățile sanitare abilitate;</w:t>
      </w:r>
    </w:p>
    <w:p w14:paraId="2424C406" w14:textId="77777777" w:rsidR="009556C4" w:rsidRPr="004F12AA" w:rsidRDefault="00000000">
      <w:pPr>
        <w:spacing w:after="20"/>
        <w:ind w:firstLine="454"/>
        <w:rPr>
          <w:rFonts w:cs="Times New Roman"/>
          <w:sz w:val="22"/>
        </w:rPr>
      </w:pPr>
      <w:r w:rsidRPr="004F12AA">
        <w:rPr>
          <w:rFonts w:cs="Times New Roman"/>
          <w:sz w:val="22"/>
        </w:rPr>
        <w:t>e) îndeplinește condițiile de studii, de vechime în specialitate și, după caz, alte condiții specifice potrivit cerințelor postului scos la concurs;</w:t>
      </w:r>
    </w:p>
    <w:p w14:paraId="3180ED93" w14:textId="77777777" w:rsidR="009556C4" w:rsidRPr="004F12AA" w:rsidRDefault="00000000">
      <w:pPr>
        <w:spacing w:after="20"/>
        <w:ind w:firstLine="454"/>
        <w:rPr>
          <w:rFonts w:cs="Times New Roman"/>
          <w:sz w:val="22"/>
        </w:rPr>
      </w:pPr>
      <w:r w:rsidRPr="004F12AA">
        <w:rPr>
          <w:rFonts w:cs="Times New Roman"/>
          <w:sz w:val="22"/>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54F4335" w14:textId="0EF09F3A" w:rsidR="009556C4" w:rsidRPr="004F12AA" w:rsidRDefault="00000000" w:rsidP="004F12AA">
      <w:pPr>
        <w:spacing w:after="20"/>
        <w:ind w:firstLine="454"/>
        <w:rPr>
          <w:rFonts w:cs="Times New Roman"/>
          <w:sz w:val="22"/>
        </w:rPr>
      </w:pPr>
      <w:r w:rsidRPr="004F12AA">
        <w:rPr>
          <w:rFonts w:cs="Times New Roman"/>
          <w:sz w:val="22"/>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CD1F642" w14:textId="77777777" w:rsidR="009556C4" w:rsidRPr="004F12AA" w:rsidRDefault="00000000">
      <w:pPr>
        <w:ind w:firstLine="454"/>
        <w:rPr>
          <w:rFonts w:cs="Times New Roman"/>
          <w:sz w:val="22"/>
        </w:rPr>
      </w:pPr>
      <w:r w:rsidRPr="004F12AA">
        <w:rPr>
          <w:rFonts w:cs="Times New Roman"/>
          <w:sz w:val="22"/>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DE1300C" w14:textId="77777777" w:rsidR="009556C4" w:rsidRPr="004F12AA" w:rsidRDefault="00000000">
      <w:pPr>
        <w:spacing w:after="160"/>
        <w:ind w:firstLine="454"/>
        <w:rPr>
          <w:rFonts w:cs="Times New Roman"/>
          <w:sz w:val="22"/>
        </w:rPr>
      </w:pPr>
      <w:r w:rsidRPr="004F12AA">
        <w:rPr>
          <w:rFonts w:cs="Times New Roman"/>
          <w:sz w:val="22"/>
        </w:rPr>
        <w:t>i) îndeplinește alte condiții generale în funcție de specificul postului</w:t>
      </w:r>
    </w:p>
    <w:p w14:paraId="32FD0FAE" w14:textId="77777777" w:rsidR="009556C4" w:rsidRPr="004F12AA" w:rsidRDefault="00000000">
      <w:pPr>
        <w:keepNext/>
        <w:rPr>
          <w:rFonts w:cs="Times New Roman"/>
          <w:sz w:val="22"/>
        </w:rPr>
      </w:pPr>
      <w:r w:rsidRPr="004F12AA">
        <w:rPr>
          <w:rFonts w:cs="Times New Roman"/>
          <w:b/>
          <w:sz w:val="22"/>
        </w:rPr>
        <w:t>CONDIȚII SPECIFICE DE OCUPARE A POSTULUI :</w:t>
      </w:r>
    </w:p>
    <w:p w14:paraId="314F5F74" w14:textId="77777777" w:rsidR="009556C4" w:rsidRPr="004F12AA" w:rsidRDefault="00000000">
      <w:pPr>
        <w:spacing w:after="160"/>
        <w:rPr>
          <w:rFonts w:cs="Times New Roman"/>
          <w:sz w:val="22"/>
        </w:rPr>
      </w:pPr>
      <w:r w:rsidRPr="004F12AA">
        <w:rPr>
          <w:rFonts w:cs="Times New Roman"/>
          <w:i/>
          <w:sz w:val="22"/>
        </w:rPr>
        <w:t>cele prevăzute la art. 542 alin. (1) si (2) din Ordonanța de urgență a Guvernului nr. 57/2019, cu modificările și completările ulterioare si fișa postului:</w:t>
      </w:r>
    </w:p>
    <w:p w14:paraId="4D0DA56E" w14:textId="77777777" w:rsidR="009556C4" w:rsidRPr="004F12AA" w:rsidRDefault="00000000">
      <w:pPr>
        <w:spacing w:after="160"/>
        <w:rPr>
          <w:rFonts w:cs="Times New Roman"/>
          <w:sz w:val="22"/>
        </w:rPr>
      </w:pPr>
      <w:r w:rsidRPr="004F12AA">
        <w:rPr>
          <w:rFonts w:cs="Times New Roman"/>
          <w:b/>
          <w:sz w:val="22"/>
        </w:rPr>
        <w:t>- studii generale sau medii absolvite cu diplomă;</w:t>
      </w:r>
    </w:p>
    <w:p w14:paraId="1F9040F5" w14:textId="77777777" w:rsidR="009556C4" w:rsidRPr="004F12AA" w:rsidRDefault="00000000">
      <w:pPr>
        <w:spacing w:after="160"/>
        <w:rPr>
          <w:rFonts w:cs="Times New Roman"/>
          <w:sz w:val="22"/>
        </w:rPr>
      </w:pPr>
      <w:r w:rsidRPr="004F12AA">
        <w:rPr>
          <w:rFonts w:cs="Times New Roman"/>
          <w:b/>
          <w:sz w:val="22"/>
        </w:rPr>
        <w:t>- vechime în muncă: nu se solicită;</w:t>
      </w:r>
    </w:p>
    <w:p w14:paraId="7C18C23B" w14:textId="77777777" w:rsidR="009556C4" w:rsidRPr="004F12AA" w:rsidRDefault="00000000">
      <w:pPr>
        <w:spacing w:after="160"/>
        <w:rPr>
          <w:rFonts w:cs="Times New Roman"/>
          <w:sz w:val="22"/>
        </w:rPr>
      </w:pPr>
      <w:r w:rsidRPr="004F12AA">
        <w:rPr>
          <w:rFonts w:cs="Times New Roman"/>
          <w:b/>
          <w:sz w:val="22"/>
        </w:rPr>
        <w:t>- permis de conducere: nu se solicită;</w:t>
      </w:r>
    </w:p>
    <w:p w14:paraId="5CE0395C" w14:textId="77777777" w:rsidR="009556C4" w:rsidRPr="004F12AA" w:rsidRDefault="00000000">
      <w:pPr>
        <w:spacing w:after="160"/>
        <w:rPr>
          <w:rFonts w:cs="Times New Roman"/>
          <w:sz w:val="22"/>
        </w:rPr>
      </w:pPr>
      <w:r w:rsidRPr="004F12AA">
        <w:rPr>
          <w:rFonts w:cs="Times New Roman"/>
          <w:sz w:val="22"/>
        </w:rPr>
        <w:t>Concursul va consta in susținerea a două probe de către candidații declarați admiși la selecția dosarelor, respectiv: proba scrisă și interviul.</w:t>
      </w:r>
    </w:p>
    <w:p w14:paraId="210555DE" w14:textId="77777777" w:rsidR="009556C4" w:rsidRPr="004F12AA" w:rsidRDefault="00000000">
      <w:pPr>
        <w:spacing w:after="160"/>
        <w:rPr>
          <w:rFonts w:cs="Times New Roman"/>
          <w:sz w:val="22"/>
        </w:rPr>
      </w:pPr>
      <w:r w:rsidRPr="004F12AA">
        <w:rPr>
          <w:rFonts w:cs="Times New Roman"/>
          <w:b/>
          <w:sz w:val="22"/>
        </w:rPr>
        <w:t>Dosarul de înscriere la concurs trebuie să conțină, în mod obligatoriu, următoarele documente:</w:t>
      </w:r>
    </w:p>
    <w:p w14:paraId="64BBD826" w14:textId="77777777" w:rsidR="009556C4" w:rsidRPr="004F12AA" w:rsidRDefault="00000000">
      <w:pPr>
        <w:spacing w:after="20"/>
        <w:rPr>
          <w:rFonts w:cs="Times New Roman"/>
          <w:sz w:val="22"/>
        </w:rPr>
      </w:pPr>
      <w:r w:rsidRPr="004F12AA">
        <w:rPr>
          <w:rFonts w:cs="Times New Roman"/>
          <w:sz w:val="22"/>
        </w:rPr>
        <w:lastRenderedPageBreak/>
        <w:t>- formular de înscriere la concurs care conține și declarația de consimțământ privind prelucrarea datelor cu caracter personal ,</w:t>
      </w:r>
    </w:p>
    <w:p w14:paraId="156013FB" w14:textId="77777777" w:rsidR="009556C4" w:rsidRPr="004F12AA" w:rsidRDefault="00000000">
      <w:pPr>
        <w:spacing w:after="20"/>
        <w:rPr>
          <w:rFonts w:cs="Times New Roman"/>
          <w:sz w:val="22"/>
        </w:rPr>
      </w:pPr>
      <w:r w:rsidRPr="004F12AA">
        <w:rPr>
          <w:rFonts w:cs="Times New Roman"/>
          <w:sz w:val="22"/>
        </w:rPr>
        <w:t>- copia actului de identitate sau orice alt document care atestă identitatea, potrivit legii, aflat în termen de valabilitate;</w:t>
      </w:r>
    </w:p>
    <w:p w14:paraId="21EB466C" w14:textId="77777777" w:rsidR="009556C4" w:rsidRPr="004F12AA" w:rsidRDefault="00000000">
      <w:pPr>
        <w:spacing w:after="20"/>
        <w:rPr>
          <w:rFonts w:cs="Times New Roman"/>
          <w:sz w:val="22"/>
        </w:rPr>
      </w:pPr>
      <w:r w:rsidRPr="004F12AA">
        <w:rPr>
          <w:rFonts w:cs="Times New Roman"/>
          <w:sz w:val="22"/>
        </w:rPr>
        <w:t>- copia certificatului de căsătorie sau a altui document prin care s-a realizat schimbarea de nume, după caz;</w:t>
      </w:r>
    </w:p>
    <w:p w14:paraId="59F96697" w14:textId="77777777" w:rsidR="009556C4" w:rsidRPr="004F12AA" w:rsidRDefault="00000000">
      <w:pPr>
        <w:spacing w:after="20"/>
        <w:rPr>
          <w:rFonts w:cs="Times New Roman"/>
          <w:sz w:val="22"/>
        </w:rPr>
      </w:pPr>
      <w:r w:rsidRPr="004F12AA">
        <w:rPr>
          <w:rFonts w:cs="Times New Roman"/>
          <w:sz w:val="22"/>
        </w:rPr>
        <w:t>- copiile documentelor care atestă nivelul studiilor și ale altor acte care atestă efectuarea unor specializări, precum și copiile documentelor care atestă îndeplinirea condițiilor specifice ale postului solicitat;</w:t>
      </w:r>
    </w:p>
    <w:p w14:paraId="4FE18206" w14:textId="77777777" w:rsidR="009556C4" w:rsidRPr="004F12AA" w:rsidRDefault="00000000">
      <w:pPr>
        <w:spacing w:after="20"/>
        <w:rPr>
          <w:rFonts w:cs="Times New Roman"/>
          <w:sz w:val="22"/>
        </w:rPr>
      </w:pPr>
      <w:r w:rsidRPr="004F12AA">
        <w:rPr>
          <w:rFonts w:cs="Times New Roman"/>
          <w:sz w:val="22"/>
        </w:rPr>
        <w:t>- Carnetul de muncă sau, după caz, adeverințele care atestă vechimea în muncă, în meserie și/sau în specialitatea studiilor, în copie;</w:t>
      </w:r>
    </w:p>
    <w:p w14:paraId="194611D9" w14:textId="77777777" w:rsidR="009556C4" w:rsidRPr="004F12AA" w:rsidRDefault="00000000">
      <w:pPr>
        <w:spacing w:after="20"/>
        <w:rPr>
          <w:rFonts w:cs="Times New Roman"/>
          <w:sz w:val="22"/>
        </w:rPr>
      </w:pPr>
      <w:r w:rsidRPr="004F12AA">
        <w:rPr>
          <w:rFonts w:cs="Times New Roman"/>
          <w:sz w:val="22"/>
        </w:rPr>
        <w:t>- cazier judiciar sau o declarație pe propria răspundere că nu are antecedente penale ( candidatul declarat admis la selecția dosarelor,care a depus la înscriere o declarație pe propria răspundere că nu are antecedente penale , are obligația de a completa dosarul de concurs cu originalul cazierului judiciar , cel mai târziu până la data primei probe a concursului)</w:t>
      </w:r>
    </w:p>
    <w:p w14:paraId="30277A5D" w14:textId="77777777" w:rsidR="009556C4" w:rsidRPr="004F12AA" w:rsidRDefault="00000000">
      <w:pPr>
        <w:spacing w:after="20"/>
        <w:rPr>
          <w:rFonts w:cs="Times New Roman"/>
          <w:sz w:val="22"/>
        </w:rPr>
      </w:pPr>
      <w:r w:rsidRPr="004F12AA">
        <w:rPr>
          <w:rFonts w:cs="Times New Roman"/>
          <w:sz w:val="22"/>
        </w:rPr>
        <w:t>- adeverință medicală care să ateste starea de sănătate corespunzătoare, eliberată cu cel mult 6 luni anterior derulării concursului de către medicul de familie al candidatului sau de către unitățile sanitare abilitate. Adeverința care atestă starea de sănătate conține , în clar, numărul , data, numele emitentului și calitatea acestuia , în formatul standard stabilit de Ministerul Sănătății.</w:t>
      </w:r>
    </w:p>
    <w:p w14:paraId="758E1507" w14:textId="77777777" w:rsidR="009556C4" w:rsidRPr="004F12AA" w:rsidRDefault="00000000">
      <w:pPr>
        <w:spacing w:after="20"/>
        <w:rPr>
          <w:rFonts w:cs="Times New Roman"/>
          <w:sz w:val="22"/>
        </w:rPr>
      </w:pPr>
      <w:r w:rsidRPr="004F12AA">
        <w:rPr>
          <w:rFonts w:cs="Times New Roman"/>
          <w:sz w:val="22"/>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6C9A62D" w14:textId="77777777" w:rsidR="009556C4" w:rsidRPr="004F12AA" w:rsidRDefault="00000000">
      <w:pPr>
        <w:spacing w:after="20"/>
        <w:rPr>
          <w:rFonts w:cs="Times New Roman"/>
          <w:sz w:val="22"/>
        </w:rPr>
      </w:pPr>
      <w:r w:rsidRPr="004F12AA">
        <w:rPr>
          <w:rFonts w:cs="Times New Roman"/>
          <w:sz w:val="22"/>
        </w:rPr>
        <w:t>- curriculum vitae, model comun european.</w:t>
      </w:r>
    </w:p>
    <w:p w14:paraId="4A32F39F" w14:textId="6C6CF84D" w:rsidR="009556C4" w:rsidRPr="004F12AA" w:rsidRDefault="00000000" w:rsidP="004F12AA">
      <w:pPr>
        <w:rPr>
          <w:rFonts w:cs="Times New Roman"/>
          <w:sz w:val="22"/>
        </w:rPr>
      </w:pPr>
      <w:r w:rsidRPr="004F12AA">
        <w:rPr>
          <w:rFonts w:cs="Times New Roman"/>
          <w:sz w:val="22"/>
        </w:rPr>
        <w:t>Documentele se vor prezenta în original - pentru conformitate. Copiile vor fi realizate, gratuit, de secretarul comisiei de concurs.</w:t>
      </w:r>
    </w:p>
    <w:p w14:paraId="1FB907A3" w14:textId="77777777" w:rsidR="009556C4" w:rsidRPr="004F12AA" w:rsidRDefault="00000000">
      <w:pPr>
        <w:spacing w:after="200"/>
        <w:rPr>
          <w:rFonts w:cs="Times New Roman"/>
          <w:sz w:val="22"/>
        </w:rPr>
      </w:pPr>
      <w:r w:rsidRPr="004F12AA">
        <w:rPr>
          <w:rFonts w:cs="Times New Roman"/>
          <w:sz w:val="22"/>
        </w:rPr>
        <w:t>*Formularul de înscriere se pune la dispoziție de Primăria comunei Miceștii de Câmpie - secretarul comisiei de concurs.</w:t>
      </w:r>
    </w:p>
    <w:p w14:paraId="1866A8C5" w14:textId="77777777" w:rsidR="009556C4" w:rsidRPr="004F12AA" w:rsidRDefault="00000000">
      <w:pPr>
        <w:spacing w:after="160"/>
        <w:rPr>
          <w:rFonts w:cs="Times New Roman"/>
          <w:sz w:val="22"/>
        </w:rPr>
      </w:pPr>
      <w:r w:rsidRPr="004F12AA">
        <w:rPr>
          <w:rFonts w:cs="Times New Roman"/>
          <w:b/>
          <w:sz w:val="22"/>
        </w:rPr>
        <w:t>Perioada de înscriere la concurs :</w:t>
      </w:r>
    </w:p>
    <w:p w14:paraId="35655C04" w14:textId="77777777" w:rsidR="009556C4" w:rsidRPr="004F12AA" w:rsidRDefault="00000000">
      <w:pPr>
        <w:spacing w:after="160"/>
        <w:rPr>
          <w:rFonts w:cs="Times New Roman"/>
          <w:sz w:val="22"/>
        </w:rPr>
      </w:pPr>
      <w:r w:rsidRPr="004F12AA">
        <w:rPr>
          <w:rFonts w:cs="Times New Roman"/>
          <w:sz w:val="22"/>
        </w:rPr>
        <w:t xml:space="preserve">Dosarele de înscriere la concurs/examen se pot depune in termen de 10 de zile de la data publicării anunțului, pe posturi.gov.ro, pe site-ul oficial al instituției </w:t>
      </w:r>
      <w:r w:rsidRPr="004F12AA">
        <w:rPr>
          <w:rFonts w:cs="Times New Roman"/>
          <w:sz w:val="22"/>
          <w:u w:val="single"/>
        </w:rPr>
        <w:t>(www.micestiidecampie.ro)</w:t>
      </w:r>
      <w:r w:rsidRPr="004F12AA">
        <w:rPr>
          <w:rFonts w:cs="Times New Roman"/>
          <w:sz w:val="22"/>
        </w:rPr>
        <w:t xml:space="preserve"> la sediul Primăriei Str. Principală, Nr.18, jud. Bistrița-Năsăud, respectiv în perioada </w:t>
      </w:r>
      <w:r w:rsidRPr="004F12AA">
        <w:rPr>
          <w:rFonts w:cs="Times New Roman"/>
          <w:b/>
          <w:sz w:val="22"/>
        </w:rPr>
        <w:t>16.09.2026-23.09.2026, ora 16:00, Compartimentul secretariat, la sediul instituției, persoana de contact secretar general – POP-LEGIAN  LIDIA- VALERIA.</w:t>
      </w:r>
    </w:p>
    <w:p w14:paraId="0C87E61D" w14:textId="77777777" w:rsidR="009556C4" w:rsidRPr="004F12AA" w:rsidRDefault="00000000">
      <w:pPr>
        <w:spacing w:after="200"/>
        <w:rPr>
          <w:rFonts w:cs="Times New Roman"/>
          <w:sz w:val="22"/>
        </w:rPr>
      </w:pPr>
      <w:r w:rsidRPr="004F12AA">
        <w:rPr>
          <w:rFonts w:cs="Times New Roman"/>
          <w:sz w:val="22"/>
        </w:rPr>
        <w:t xml:space="preserve">Data afișării anunțului : </w:t>
      </w:r>
      <w:r w:rsidRPr="004F12AA">
        <w:rPr>
          <w:rFonts w:cs="Times New Roman"/>
          <w:b/>
          <w:sz w:val="22"/>
        </w:rPr>
        <w:t>16.09.2026.</w:t>
      </w:r>
    </w:p>
    <w:p w14:paraId="5493A626" w14:textId="77777777" w:rsidR="009556C4" w:rsidRPr="004F12AA" w:rsidRDefault="00000000">
      <w:pPr>
        <w:rPr>
          <w:rFonts w:cs="Times New Roman"/>
          <w:sz w:val="22"/>
        </w:rPr>
      </w:pPr>
      <w:r w:rsidRPr="004F12AA">
        <w:rPr>
          <w:rFonts w:cs="Times New Roman"/>
          <w:sz w:val="22"/>
        </w:rPr>
        <w:t>Perioadă selecție dosare concurs: în termen de maximum 2 zile lucrătoare de la data expirării termenului de depunere a dosarelor.</w:t>
      </w:r>
    </w:p>
    <w:p w14:paraId="3F59E1D0" w14:textId="77777777" w:rsidR="009556C4" w:rsidRPr="004F12AA" w:rsidRDefault="00000000">
      <w:pPr>
        <w:rPr>
          <w:rFonts w:cs="Times New Roman"/>
          <w:sz w:val="22"/>
        </w:rPr>
      </w:pPr>
      <w:r w:rsidRPr="004F12AA">
        <w:rPr>
          <w:rFonts w:cs="Times New Roman"/>
          <w:sz w:val="22"/>
        </w:rPr>
        <w:t>Perioada depunere contestație la selecție: în termen de cel mult 24 de ore de la data afișării rezultatului selecției dosarelor.</w:t>
      </w:r>
    </w:p>
    <w:p w14:paraId="7638B284" w14:textId="77777777" w:rsidR="009556C4" w:rsidRPr="004F12AA" w:rsidRDefault="00000000">
      <w:pPr>
        <w:spacing w:after="200"/>
        <w:rPr>
          <w:rFonts w:cs="Times New Roman"/>
          <w:sz w:val="22"/>
        </w:rPr>
      </w:pPr>
      <w:r w:rsidRPr="004F12AA">
        <w:rPr>
          <w:rFonts w:cs="Times New Roman"/>
          <w:sz w:val="22"/>
        </w:rPr>
        <w:t>Perioada soluționare contestații la selecție: în termen de maximum 24 de ore de la expirarea termenului de depunere a contestațiilor.</w:t>
      </w:r>
    </w:p>
    <w:p w14:paraId="78255681" w14:textId="77777777" w:rsidR="009556C4" w:rsidRPr="004F12AA" w:rsidRDefault="00000000">
      <w:pPr>
        <w:spacing w:after="120"/>
        <w:rPr>
          <w:rFonts w:cs="Times New Roman"/>
          <w:sz w:val="22"/>
        </w:rPr>
      </w:pPr>
      <w:r w:rsidRPr="004F12AA">
        <w:rPr>
          <w:rFonts w:cs="Times New Roman"/>
          <w:sz w:val="22"/>
        </w:rPr>
        <w:t>Concursul se desfășoară în trei etape succesive după cum urmează:</w:t>
      </w:r>
    </w:p>
    <w:p w14:paraId="4B748A13" w14:textId="77777777" w:rsidR="009556C4" w:rsidRPr="004F12AA" w:rsidRDefault="00000000">
      <w:pPr>
        <w:ind w:left="397"/>
        <w:rPr>
          <w:rFonts w:cs="Times New Roman"/>
          <w:sz w:val="22"/>
        </w:rPr>
      </w:pPr>
      <w:r w:rsidRPr="004F12AA">
        <w:rPr>
          <w:rFonts w:cs="Times New Roman"/>
          <w:b/>
          <w:sz w:val="22"/>
        </w:rPr>
        <w:t>a)  Selecția dosarelor de înscriere</w:t>
      </w:r>
    </w:p>
    <w:p w14:paraId="50E1D471" w14:textId="77777777" w:rsidR="009556C4" w:rsidRPr="004F12AA" w:rsidRDefault="00000000">
      <w:pPr>
        <w:ind w:left="397"/>
        <w:rPr>
          <w:rFonts w:cs="Times New Roman"/>
          <w:sz w:val="22"/>
        </w:rPr>
      </w:pPr>
      <w:r w:rsidRPr="004F12AA">
        <w:rPr>
          <w:rFonts w:cs="Times New Roman"/>
          <w:b/>
          <w:sz w:val="22"/>
        </w:rPr>
        <w:t>b)  Proba scrisă</w:t>
      </w:r>
    </w:p>
    <w:p w14:paraId="029FCF37" w14:textId="77777777" w:rsidR="009556C4" w:rsidRPr="004F12AA" w:rsidRDefault="00000000">
      <w:pPr>
        <w:ind w:left="397"/>
        <w:rPr>
          <w:rFonts w:cs="Times New Roman"/>
          <w:sz w:val="22"/>
        </w:rPr>
      </w:pPr>
      <w:r w:rsidRPr="004F12AA">
        <w:rPr>
          <w:rFonts w:cs="Times New Roman"/>
          <w:b/>
          <w:sz w:val="22"/>
        </w:rPr>
        <w:t>c)  Interviul</w:t>
      </w:r>
    </w:p>
    <w:p w14:paraId="47DD347E" w14:textId="77777777" w:rsidR="009556C4" w:rsidRPr="004F12AA" w:rsidRDefault="00000000">
      <w:pPr>
        <w:spacing w:before="160" w:after="160"/>
        <w:rPr>
          <w:rFonts w:cs="Times New Roman"/>
          <w:sz w:val="22"/>
        </w:rPr>
      </w:pPr>
      <w:r w:rsidRPr="004F12AA">
        <w:rPr>
          <w:rFonts w:cs="Times New Roman"/>
          <w:sz w:val="22"/>
        </w:rPr>
        <w:t xml:space="preserve">Detalii privind condițiile specifice și bibliografia de concurs/examen sunt disponibile accesând </w:t>
      </w:r>
      <w:r w:rsidRPr="004F12AA">
        <w:rPr>
          <w:rFonts w:cs="Times New Roman"/>
          <w:sz w:val="22"/>
          <w:u w:val="single"/>
        </w:rPr>
        <w:t>pagina oficială (www.primariamicestiidecampie.ro).</w:t>
      </w:r>
    </w:p>
    <w:p w14:paraId="0C339281" w14:textId="77777777" w:rsidR="009556C4" w:rsidRPr="004F12AA" w:rsidRDefault="00000000">
      <w:pPr>
        <w:spacing w:after="160"/>
        <w:rPr>
          <w:rFonts w:cs="Times New Roman"/>
          <w:sz w:val="22"/>
        </w:rPr>
      </w:pPr>
      <w:r w:rsidRPr="004F12AA">
        <w:rPr>
          <w:rFonts w:cs="Times New Roman"/>
          <w:sz w:val="22"/>
        </w:rPr>
        <w:t>Relații suplimentare se pot obține la sediul Primăriei Miceștii de Câmpie, Com. Miceștii de Câmpie, str. Principală, nr. , județul Bistrița-Năsăud, de luni până vineri între orele 8:00-16:00 sau la telefon: 0263-356551, secretar, POP-LEGIAN LIDIA-VALERIA.</w:t>
      </w:r>
    </w:p>
    <w:p w14:paraId="31882958" w14:textId="77777777" w:rsidR="009556C4" w:rsidRPr="004F12AA" w:rsidRDefault="00000000">
      <w:pPr>
        <w:rPr>
          <w:rFonts w:cs="Times New Roman"/>
          <w:sz w:val="22"/>
        </w:rPr>
      </w:pPr>
      <w:r w:rsidRPr="004F12AA">
        <w:rPr>
          <w:rFonts w:cs="Times New Roman"/>
          <w:b/>
          <w:sz w:val="22"/>
        </w:rPr>
        <w:t>Bibliografie/Tematică</w:t>
      </w:r>
    </w:p>
    <w:p w14:paraId="4FA6DD93" w14:textId="77777777" w:rsidR="009556C4" w:rsidRPr="004F12AA" w:rsidRDefault="00000000">
      <w:pPr>
        <w:spacing w:after="160"/>
        <w:rPr>
          <w:rFonts w:cs="Times New Roman"/>
          <w:sz w:val="22"/>
        </w:rPr>
      </w:pPr>
      <w:r w:rsidRPr="004F12AA">
        <w:rPr>
          <w:rFonts w:cs="Times New Roman"/>
          <w:b/>
          <w:sz w:val="22"/>
        </w:rPr>
        <w:t>pentru concursul de ocupare a postului de natură contractuală de îngrijitor curățenie din cadrul Primăriei comunei Miceștii de Câmpie</w:t>
      </w:r>
    </w:p>
    <w:p w14:paraId="4F8F2A9E" w14:textId="77777777" w:rsidR="009556C4" w:rsidRPr="004F12AA" w:rsidRDefault="00000000">
      <w:pPr>
        <w:spacing w:after="120"/>
        <w:rPr>
          <w:rFonts w:cs="Times New Roman"/>
          <w:sz w:val="22"/>
        </w:rPr>
      </w:pPr>
      <w:r w:rsidRPr="004F12AA">
        <w:rPr>
          <w:rFonts w:cs="Times New Roman"/>
          <w:b/>
          <w:sz w:val="22"/>
        </w:rPr>
        <w:lastRenderedPageBreak/>
        <w:t>BIBLIOGRAFIA /TEMATICA</w:t>
      </w:r>
    </w:p>
    <w:p w14:paraId="4262BD8C" w14:textId="77777777" w:rsidR="009556C4" w:rsidRPr="004F12AA" w:rsidRDefault="00000000">
      <w:pPr>
        <w:rPr>
          <w:rFonts w:cs="Times New Roman"/>
          <w:sz w:val="22"/>
        </w:rPr>
      </w:pPr>
      <w:r w:rsidRPr="004F12AA">
        <w:rPr>
          <w:rFonts w:cs="Times New Roman"/>
          <w:b/>
          <w:sz w:val="22"/>
        </w:rPr>
        <w:t>1.  Legea  nr.  53/2003  privind  Codul  muncii,  republicată  cu  modificările  și  completările ulterioare;</w:t>
      </w:r>
      <w:r w:rsidRPr="004F12AA">
        <w:rPr>
          <w:rFonts w:cs="Times New Roman"/>
          <w:b/>
          <w:sz w:val="22"/>
        </w:rPr>
        <w:br/>
        <w:t xml:space="preserve">      Tematica: Integral</w:t>
      </w:r>
    </w:p>
    <w:p w14:paraId="610E8F01" w14:textId="77777777" w:rsidR="009556C4" w:rsidRPr="004F12AA" w:rsidRDefault="00000000">
      <w:pPr>
        <w:rPr>
          <w:rFonts w:cs="Times New Roman"/>
          <w:sz w:val="22"/>
        </w:rPr>
      </w:pPr>
      <w:r w:rsidRPr="004F12AA">
        <w:rPr>
          <w:rFonts w:cs="Times New Roman"/>
          <w:b/>
          <w:sz w:val="22"/>
        </w:rPr>
        <w:t>2.  O.U.G  nr. 57/2019 privind Codul administrativ</w:t>
      </w:r>
      <w:r w:rsidRPr="004F12AA">
        <w:rPr>
          <w:rFonts w:cs="Times New Roman"/>
          <w:b/>
          <w:sz w:val="22"/>
        </w:rPr>
        <w:br/>
        <w:t xml:space="preserve">      Tematica: Partea IV, Titlul III, Cap. I, II și III</w:t>
      </w:r>
    </w:p>
    <w:p w14:paraId="06910FD4" w14:textId="77777777" w:rsidR="009556C4" w:rsidRPr="004F12AA" w:rsidRDefault="00000000">
      <w:pPr>
        <w:rPr>
          <w:rFonts w:cs="Times New Roman"/>
          <w:sz w:val="22"/>
        </w:rPr>
      </w:pPr>
      <w:r w:rsidRPr="004F12AA">
        <w:rPr>
          <w:rFonts w:cs="Times New Roman"/>
          <w:b/>
          <w:sz w:val="22"/>
        </w:rPr>
        <w:t>3.  LEGE   Nr. 319/2006 din 14 iulie 2006-Legea securității și sănătății în muncă</w:t>
      </w:r>
      <w:r w:rsidRPr="004F12AA">
        <w:rPr>
          <w:rFonts w:cs="Times New Roman"/>
          <w:b/>
          <w:sz w:val="22"/>
        </w:rPr>
        <w:br/>
        <w:t xml:space="preserve">      Tematica: : Integral</w:t>
      </w:r>
    </w:p>
    <w:p w14:paraId="0618F22A" w14:textId="77777777" w:rsidR="009556C4" w:rsidRPr="004F12AA" w:rsidRDefault="00000000">
      <w:pPr>
        <w:rPr>
          <w:rFonts w:cs="Times New Roman"/>
          <w:sz w:val="22"/>
        </w:rPr>
      </w:pPr>
      <w:r w:rsidRPr="004F12AA">
        <w:rPr>
          <w:rFonts w:cs="Times New Roman"/>
          <w:b/>
          <w:sz w:val="22"/>
        </w:rPr>
        <w:t>4.  ORDONANȚA  Nr. 137/2000 din 31 august 2000,    privind prevenirea și sancționarea tuturor formelor de discriminare, republicată cu modificările și completările ulterioare;</w:t>
      </w:r>
      <w:r w:rsidRPr="004F12AA">
        <w:rPr>
          <w:rFonts w:cs="Times New Roman"/>
          <w:b/>
          <w:sz w:val="22"/>
        </w:rPr>
        <w:br/>
        <w:t xml:space="preserve">      Tematica: : Integral.</w:t>
      </w:r>
    </w:p>
    <w:p w14:paraId="060EE6F0" w14:textId="2B7E8BB3" w:rsidR="009556C4" w:rsidRPr="004F12AA" w:rsidRDefault="009556C4">
      <w:pPr>
        <w:rPr>
          <w:rFonts w:cs="Times New Roman"/>
          <w:sz w:val="22"/>
        </w:rPr>
      </w:pPr>
    </w:p>
    <w:p w14:paraId="04BE4914" w14:textId="77777777" w:rsidR="009556C4" w:rsidRPr="004F12AA" w:rsidRDefault="00000000">
      <w:pPr>
        <w:spacing w:after="160"/>
        <w:rPr>
          <w:rFonts w:cs="Times New Roman"/>
          <w:sz w:val="22"/>
        </w:rPr>
      </w:pPr>
      <w:r w:rsidRPr="004F12AA">
        <w:rPr>
          <w:rFonts w:cs="Times New Roman"/>
          <w:b/>
          <w:sz w:val="22"/>
        </w:rPr>
        <w:t>Data concursului:</w:t>
      </w:r>
    </w:p>
    <w:p w14:paraId="1306271C" w14:textId="77777777" w:rsidR="009556C4" w:rsidRPr="004F12AA" w:rsidRDefault="00000000">
      <w:pPr>
        <w:ind w:left="397"/>
        <w:rPr>
          <w:rFonts w:cs="Times New Roman"/>
          <w:sz w:val="22"/>
        </w:rPr>
      </w:pPr>
      <w:r w:rsidRPr="004F12AA">
        <w:rPr>
          <w:rFonts w:cs="Times New Roman"/>
          <w:sz w:val="22"/>
        </w:rPr>
        <w:t xml:space="preserve">-    </w:t>
      </w:r>
      <w:r w:rsidRPr="004F12AA">
        <w:rPr>
          <w:rFonts w:cs="Times New Roman"/>
          <w:b/>
          <w:sz w:val="22"/>
        </w:rPr>
        <w:t>proba scrisă</w:t>
      </w:r>
      <w:r w:rsidRPr="004F12AA">
        <w:rPr>
          <w:rFonts w:cs="Times New Roman"/>
          <w:sz w:val="22"/>
        </w:rPr>
        <w:t xml:space="preserve">  se va desfășura pe data de </w:t>
      </w:r>
      <w:r w:rsidRPr="004F12AA">
        <w:rPr>
          <w:rFonts w:cs="Times New Roman"/>
          <w:b/>
          <w:sz w:val="22"/>
        </w:rPr>
        <w:t>01.10.2026, ora 10.00.</w:t>
      </w:r>
    </w:p>
    <w:p w14:paraId="6E172267" w14:textId="77777777" w:rsidR="009556C4" w:rsidRPr="004F12AA" w:rsidRDefault="00000000">
      <w:pPr>
        <w:spacing w:after="160"/>
        <w:ind w:left="397"/>
        <w:rPr>
          <w:rFonts w:cs="Times New Roman"/>
          <w:sz w:val="22"/>
        </w:rPr>
      </w:pPr>
      <w:r w:rsidRPr="004F12AA">
        <w:rPr>
          <w:rFonts w:cs="Times New Roman"/>
          <w:sz w:val="22"/>
        </w:rPr>
        <w:t xml:space="preserve">-    </w:t>
      </w:r>
      <w:r w:rsidRPr="004F12AA">
        <w:rPr>
          <w:rFonts w:cs="Times New Roman"/>
          <w:b/>
          <w:sz w:val="22"/>
        </w:rPr>
        <w:t>interviul</w:t>
      </w:r>
      <w:r w:rsidRPr="004F12AA">
        <w:rPr>
          <w:rFonts w:cs="Times New Roman"/>
          <w:sz w:val="22"/>
        </w:rPr>
        <w:t xml:space="preserve">  se va desfășura pe data de  </w:t>
      </w:r>
      <w:r w:rsidRPr="004F12AA">
        <w:rPr>
          <w:rFonts w:cs="Times New Roman"/>
          <w:b/>
          <w:sz w:val="22"/>
        </w:rPr>
        <w:t>05.10.2026, ora 9.00.</w:t>
      </w:r>
    </w:p>
    <w:p w14:paraId="088FC354" w14:textId="77777777" w:rsidR="009556C4" w:rsidRPr="004F12AA" w:rsidRDefault="00000000">
      <w:pPr>
        <w:spacing w:after="160"/>
        <w:rPr>
          <w:rFonts w:cs="Times New Roman"/>
          <w:sz w:val="22"/>
        </w:rPr>
      </w:pPr>
      <w:r w:rsidRPr="004F12AA">
        <w:rPr>
          <w:rFonts w:cs="Times New Roman"/>
          <w:sz w:val="22"/>
          <w:u w:val="single"/>
        </w:rPr>
        <w:t xml:space="preserve">Probele  se vor susține la sediul Primăria Comunei Miceștii de Câmpie, </w:t>
      </w:r>
      <w:r w:rsidRPr="004F12AA">
        <w:rPr>
          <w:rFonts w:cs="Times New Roman"/>
          <w:b/>
          <w:i/>
          <w:sz w:val="22"/>
          <w:u w:val="single"/>
        </w:rPr>
        <w:t>nr .18.</w:t>
      </w:r>
    </w:p>
    <w:p w14:paraId="0E453560" w14:textId="77777777" w:rsidR="009556C4" w:rsidRPr="004F12AA" w:rsidRDefault="00000000">
      <w:pPr>
        <w:spacing w:after="200"/>
        <w:rPr>
          <w:rFonts w:cs="Times New Roman"/>
          <w:sz w:val="22"/>
        </w:rPr>
      </w:pPr>
      <w:r w:rsidRPr="004F12AA">
        <w:rPr>
          <w:rFonts w:cs="Times New Roman"/>
          <w:sz w:val="22"/>
        </w:rPr>
        <w:t>Orice schimbare a locului de desfășurare a probelor de concurs va fi anunțată în cel mai scurt timp prin afișare la sediul instituției.</w:t>
      </w:r>
    </w:p>
    <w:p w14:paraId="101D5EC6" w14:textId="77777777" w:rsidR="009556C4" w:rsidRPr="004F12AA" w:rsidRDefault="00000000">
      <w:pPr>
        <w:spacing w:after="120"/>
        <w:rPr>
          <w:rFonts w:cs="Times New Roman"/>
          <w:sz w:val="22"/>
        </w:rPr>
      </w:pPr>
      <w:r w:rsidRPr="004F12AA">
        <w:rPr>
          <w:rFonts w:cs="Times New Roman"/>
          <w:b/>
          <w:sz w:val="22"/>
        </w:rPr>
        <w:t>CALENDARUL DE DESFĂȘURARE A CONCURSULUI</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742"/>
        <w:gridCol w:w="5783"/>
      </w:tblGrid>
      <w:tr w:rsidR="009556C4" w:rsidRPr="004F12AA" w14:paraId="10AF446F" w14:textId="77777777">
        <w:trPr>
          <w:cantSplit/>
          <w:jc w:val="center"/>
        </w:trPr>
        <w:tc>
          <w:tcPr>
            <w:tcW w:w="3742" w:type="dxa"/>
            <w:tcMar>
              <w:top w:w="25" w:type="dxa"/>
              <w:left w:w="40" w:type="dxa"/>
              <w:bottom w:w="25" w:type="dxa"/>
              <w:right w:w="40" w:type="dxa"/>
            </w:tcMar>
            <w:vAlign w:val="center"/>
          </w:tcPr>
          <w:p w14:paraId="51C97C90" w14:textId="77777777" w:rsidR="009556C4" w:rsidRPr="004F12AA" w:rsidRDefault="00000000">
            <w:pPr>
              <w:spacing w:line="228" w:lineRule="auto"/>
              <w:rPr>
                <w:rFonts w:cs="Times New Roman"/>
                <w:sz w:val="22"/>
              </w:rPr>
            </w:pPr>
            <w:r w:rsidRPr="004F12AA">
              <w:rPr>
                <w:rFonts w:cs="Times New Roman"/>
                <w:sz w:val="22"/>
              </w:rPr>
              <w:t>Activitatea</w:t>
            </w:r>
          </w:p>
        </w:tc>
        <w:tc>
          <w:tcPr>
            <w:tcW w:w="5783" w:type="dxa"/>
            <w:tcMar>
              <w:top w:w="25" w:type="dxa"/>
              <w:left w:w="40" w:type="dxa"/>
              <w:bottom w:w="25" w:type="dxa"/>
              <w:right w:w="40" w:type="dxa"/>
            </w:tcMar>
            <w:vAlign w:val="center"/>
          </w:tcPr>
          <w:p w14:paraId="39BC87B7" w14:textId="77777777" w:rsidR="009556C4" w:rsidRPr="004F12AA" w:rsidRDefault="00000000">
            <w:pPr>
              <w:spacing w:line="228" w:lineRule="auto"/>
              <w:rPr>
                <w:rFonts w:cs="Times New Roman"/>
                <w:sz w:val="22"/>
              </w:rPr>
            </w:pPr>
            <w:r w:rsidRPr="004F12AA">
              <w:rPr>
                <w:rFonts w:cs="Times New Roman"/>
                <w:sz w:val="22"/>
              </w:rPr>
              <w:t>Data/ora/termen</w:t>
            </w:r>
          </w:p>
        </w:tc>
      </w:tr>
      <w:tr w:rsidR="009556C4" w:rsidRPr="004F12AA" w14:paraId="4871FF53" w14:textId="77777777">
        <w:trPr>
          <w:cantSplit/>
          <w:jc w:val="center"/>
        </w:trPr>
        <w:tc>
          <w:tcPr>
            <w:tcW w:w="3742" w:type="dxa"/>
            <w:tcMar>
              <w:top w:w="25" w:type="dxa"/>
              <w:left w:w="40" w:type="dxa"/>
              <w:bottom w:w="25" w:type="dxa"/>
              <w:right w:w="40" w:type="dxa"/>
            </w:tcMar>
            <w:vAlign w:val="center"/>
          </w:tcPr>
          <w:p w14:paraId="2EE11EB5" w14:textId="77777777" w:rsidR="009556C4" w:rsidRPr="004F12AA" w:rsidRDefault="00000000">
            <w:pPr>
              <w:spacing w:line="228" w:lineRule="auto"/>
              <w:rPr>
                <w:rFonts w:cs="Times New Roman"/>
                <w:sz w:val="22"/>
              </w:rPr>
            </w:pPr>
            <w:r w:rsidRPr="004F12AA">
              <w:rPr>
                <w:rFonts w:cs="Times New Roman"/>
                <w:sz w:val="22"/>
              </w:rPr>
              <w:t>Afișarea anunțului de concurs</w:t>
            </w:r>
          </w:p>
        </w:tc>
        <w:tc>
          <w:tcPr>
            <w:tcW w:w="5783" w:type="dxa"/>
            <w:tcMar>
              <w:top w:w="25" w:type="dxa"/>
              <w:left w:w="40" w:type="dxa"/>
              <w:bottom w:w="25" w:type="dxa"/>
              <w:right w:w="40" w:type="dxa"/>
            </w:tcMar>
            <w:vAlign w:val="center"/>
          </w:tcPr>
          <w:p w14:paraId="0D63CB11" w14:textId="77777777" w:rsidR="009556C4" w:rsidRPr="004F12AA" w:rsidRDefault="00000000">
            <w:pPr>
              <w:spacing w:line="228" w:lineRule="auto"/>
              <w:rPr>
                <w:rFonts w:cs="Times New Roman"/>
                <w:sz w:val="22"/>
              </w:rPr>
            </w:pPr>
            <w:r w:rsidRPr="004F12AA">
              <w:rPr>
                <w:rFonts w:cs="Times New Roman"/>
                <w:sz w:val="22"/>
              </w:rPr>
              <w:t>16septembrie 2026</w:t>
            </w:r>
          </w:p>
        </w:tc>
      </w:tr>
      <w:tr w:rsidR="009556C4" w:rsidRPr="004F12AA" w14:paraId="24AD7EB0" w14:textId="77777777">
        <w:trPr>
          <w:cantSplit/>
          <w:jc w:val="center"/>
        </w:trPr>
        <w:tc>
          <w:tcPr>
            <w:tcW w:w="3742" w:type="dxa"/>
            <w:tcMar>
              <w:top w:w="25" w:type="dxa"/>
              <w:left w:w="40" w:type="dxa"/>
              <w:bottom w:w="25" w:type="dxa"/>
              <w:right w:w="40" w:type="dxa"/>
            </w:tcMar>
            <w:vAlign w:val="center"/>
          </w:tcPr>
          <w:p w14:paraId="585CFD2D" w14:textId="77777777" w:rsidR="009556C4" w:rsidRPr="004F12AA" w:rsidRDefault="00000000">
            <w:pPr>
              <w:spacing w:line="228" w:lineRule="auto"/>
              <w:rPr>
                <w:rFonts w:cs="Times New Roman"/>
                <w:sz w:val="22"/>
              </w:rPr>
            </w:pPr>
            <w:r w:rsidRPr="004F12AA">
              <w:rPr>
                <w:rFonts w:cs="Times New Roman"/>
                <w:sz w:val="22"/>
              </w:rPr>
              <w:t>Înscrierea la concurs – depunere dosare</w:t>
            </w:r>
          </w:p>
        </w:tc>
        <w:tc>
          <w:tcPr>
            <w:tcW w:w="5783" w:type="dxa"/>
            <w:tcMar>
              <w:top w:w="25" w:type="dxa"/>
              <w:left w:w="40" w:type="dxa"/>
              <w:bottom w:w="25" w:type="dxa"/>
              <w:right w:w="40" w:type="dxa"/>
            </w:tcMar>
            <w:vAlign w:val="center"/>
          </w:tcPr>
          <w:p w14:paraId="02698204" w14:textId="77777777" w:rsidR="009556C4" w:rsidRPr="004F12AA" w:rsidRDefault="00000000">
            <w:pPr>
              <w:spacing w:line="228" w:lineRule="auto"/>
              <w:rPr>
                <w:rFonts w:cs="Times New Roman"/>
                <w:sz w:val="22"/>
              </w:rPr>
            </w:pPr>
            <w:r w:rsidRPr="004F12AA">
              <w:rPr>
                <w:rFonts w:cs="Times New Roman"/>
                <w:sz w:val="22"/>
              </w:rPr>
              <w:t>16 septembrie 2026- 23 septembrie 2026, între orele 8:00 - 16:00</w:t>
            </w:r>
          </w:p>
        </w:tc>
      </w:tr>
      <w:tr w:rsidR="009556C4" w:rsidRPr="004F12AA" w14:paraId="15CCD03E" w14:textId="77777777">
        <w:trPr>
          <w:cantSplit/>
          <w:jc w:val="center"/>
        </w:trPr>
        <w:tc>
          <w:tcPr>
            <w:tcW w:w="3742" w:type="dxa"/>
            <w:tcMar>
              <w:top w:w="25" w:type="dxa"/>
              <w:left w:w="40" w:type="dxa"/>
              <w:bottom w:w="25" w:type="dxa"/>
              <w:right w:w="40" w:type="dxa"/>
            </w:tcMar>
            <w:vAlign w:val="center"/>
          </w:tcPr>
          <w:p w14:paraId="2EE1F85D" w14:textId="77777777" w:rsidR="009556C4" w:rsidRPr="004F12AA" w:rsidRDefault="00000000">
            <w:pPr>
              <w:spacing w:line="228" w:lineRule="auto"/>
              <w:rPr>
                <w:rFonts w:cs="Times New Roman"/>
                <w:sz w:val="22"/>
              </w:rPr>
            </w:pPr>
            <w:r w:rsidRPr="004F12AA">
              <w:rPr>
                <w:rFonts w:cs="Times New Roman"/>
                <w:sz w:val="22"/>
              </w:rPr>
              <w:t>Afișarea rezultatelor selecției dosarelor</w:t>
            </w:r>
          </w:p>
        </w:tc>
        <w:tc>
          <w:tcPr>
            <w:tcW w:w="5783" w:type="dxa"/>
            <w:tcMar>
              <w:top w:w="25" w:type="dxa"/>
              <w:left w:w="40" w:type="dxa"/>
              <w:bottom w:w="25" w:type="dxa"/>
              <w:right w:w="40" w:type="dxa"/>
            </w:tcMar>
            <w:vAlign w:val="center"/>
          </w:tcPr>
          <w:p w14:paraId="2E01CAC6" w14:textId="77777777" w:rsidR="009556C4" w:rsidRPr="004F12AA" w:rsidRDefault="00000000">
            <w:pPr>
              <w:spacing w:line="228" w:lineRule="auto"/>
              <w:rPr>
                <w:rFonts w:cs="Times New Roman"/>
                <w:sz w:val="22"/>
              </w:rPr>
            </w:pPr>
            <w:r w:rsidRPr="004F12AA">
              <w:rPr>
                <w:rFonts w:cs="Times New Roman"/>
                <w:sz w:val="22"/>
              </w:rPr>
              <w:t>Maxim 2 (două) zile de la data expirării termenului de depunere a dosarelor</w:t>
            </w:r>
          </w:p>
        </w:tc>
      </w:tr>
      <w:tr w:rsidR="009556C4" w:rsidRPr="004F12AA" w14:paraId="10044ADB" w14:textId="77777777">
        <w:trPr>
          <w:cantSplit/>
          <w:jc w:val="center"/>
        </w:trPr>
        <w:tc>
          <w:tcPr>
            <w:tcW w:w="3742" w:type="dxa"/>
            <w:tcMar>
              <w:top w:w="25" w:type="dxa"/>
              <w:left w:w="40" w:type="dxa"/>
              <w:bottom w:w="25" w:type="dxa"/>
              <w:right w:w="40" w:type="dxa"/>
            </w:tcMar>
            <w:vAlign w:val="center"/>
          </w:tcPr>
          <w:p w14:paraId="6D5DAAD8" w14:textId="77777777" w:rsidR="009556C4" w:rsidRPr="004F12AA" w:rsidRDefault="00000000">
            <w:pPr>
              <w:spacing w:line="228" w:lineRule="auto"/>
              <w:rPr>
                <w:rFonts w:cs="Times New Roman"/>
                <w:sz w:val="22"/>
              </w:rPr>
            </w:pPr>
            <w:r w:rsidRPr="004F12AA">
              <w:rPr>
                <w:rFonts w:cs="Times New Roman"/>
                <w:sz w:val="22"/>
              </w:rPr>
              <w:t>Depunere contestații selecție dosare</w:t>
            </w:r>
          </w:p>
        </w:tc>
        <w:tc>
          <w:tcPr>
            <w:tcW w:w="5783" w:type="dxa"/>
            <w:tcMar>
              <w:top w:w="25" w:type="dxa"/>
              <w:left w:w="40" w:type="dxa"/>
              <w:bottom w:w="25" w:type="dxa"/>
              <w:right w:w="40" w:type="dxa"/>
            </w:tcMar>
            <w:vAlign w:val="center"/>
          </w:tcPr>
          <w:p w14:paraId="3D7015E2" w14:textId="77777777" w:rsidR="009556C4" w:rsidRPr="004F12AA" w:rsidRDefault="00000000">
            <w:pPr>
              <w:spacing w:line="228" w:lineRule="auto"/>
              <w:rPr>
                <w:rFonts w:cs="Times New Roman"/>
                <w:sz w:val="22"/>
              </w:rPr>
            </w:pPr>
            <w:r w:rsidRPr="004F12AA">
              <w:rPr>
                <w:rFonts w:cs="Times New Roman"/>
                <w:sz w:val="22"/>
              </w:rPr>
              <w:t>O zi de la data afișării rezultatului selecției dosarelor</w:t>
            </w:r>
          </w:p>
        </w:tc>
      </w:tr>
      <w:tr w:rsidR="009556C4" w:rsidRPr="004F12AA" w14:paraId="3A575A30" w14:textId="77777777">
        <w:trPr>
          <w:cantSplit/>
          <w:jc w:val="center"/>
        </w:trPr>
        <w:tc>
          <w:tcPr>
            <w:tcW w:w="3742" w:type="dxa"/>
            <w:tcMar>
              <w:top w:w="25" w:type="dxa"/>
              <w:left w:w="40" w:type="dxa"/>
              <w:bottom w:w="25" w:type="dxa"/>
              <w:right w:w="40" w:type="dxa"/>
            </w:tcMar>
            <w:vAlign w:val="center"/>
          </w:tcPr>
          <w:p w14:paraId="0FB87F8A" w14:textId="77777777" w:rsidR="009556C4" w:rsidRPr="004F12AA" w:rsidRDefault="00000000">
            <w:pPr>
              <w:spacing w:line="228" w:lineRule="auto"/>
              <w:rPr>
                <w:rFonts w:cs="Times New Roman"/>
                <w:sz w:val="22"/>
              </w:rPr>
            </w:pPr>
            <w:r w:rsidRPr="004F12AA">
              <w:rPr>
                <w:rFonts w:cs="Times New Roman"/>
                <w:sz w:val="22"/>
              </w:rPr>
              <w:t>Soluționare contestații depunere dosare</w:t>
            </w:r>
          </w:p>
        </w:tc>
        <w:tc>
          <w:tcPr>
            <w:tcW w:w="5783" w:type="dxa"/>
            <w:tcMar>
              <w:top w:w="25" w:type="dxa"/>
              <w:left w:w="40" w:type="dxa"/>
              <w:bottom w:w="25" w:type="dxa"/>
              <w:right w:w="40" w:type="dxa"/>
            </w:tcMar>
            <w:vAlign w:val="center"/>
          </w:tcPr>
          <w:p w14:paraId="34018BA7" w14:textId="77777777" w:rsidR="009556C4" w:rsidRPr="004F12AA" w:rsidRDefault="00000000">
            <w:pPr>
              <w:spacing w:line="228" w:lineRule="auto"/>
              <w:rPr>
                <w:rFonts w:cs="Times New Roman"/>
                <w:sz w:val="22"/>
              </w:rPr>
            </w:pPr>
            <w:r w:rsidRPr="004F12AA">
              <w:rPr>
                <w:rFonts w:cs="Times New Roman"/>
                <w:sz w:val="22"/>
              </w:rPr>
              <w:t>Maxim o zi de la expirarea termenului de depunere a contestațiilor</w:t>
            </w:r>
          </w:p>
        </w:tc>
      </w:tr>
      <w:tr w:rsidR="009556C4" w:rsidRPr="004F12AA" w14:paraId="227B6ABF" w14:textId="77777777">
        <w:trPr>
          <w:cantSplit/>
          <w:jc w:val="center"/>
        </w:trPr>
        <w:tc>
          <w:tcPr>
            <w:tcW w:w="3742" w:type="dxa"/>
            <w:tcMar>
              <w:top w:w="25" w:type="dxa"/>
              <w:left w:w="40" w:type="dxa"/>
              <w:bottom w:w="25" w:type="dxa"/>
              <w:right w:w="40" w:type="dxa"/>
            </w:tcMar>
            <w:vAlign w:val="center"/>
          </w:tcPr>
          <w:p w14:paraId="442BB915" w14:textId="77777777" w:rsidR="009556C4" w:rsidRPr="004F12AA" w:rsidRDefault="00000000">
            <w:pPr>
              <w:spacing w:line="228" w:lineRule="auto"/>
              <w:rPr>
                <w:rFonts w:cs="Times New Roman"/>
                <w:sz w:val="22"/>
              </w:rPr>
            </w:pPr>
            <w:r w:rsidRPr="004F12AA">
              <w:rPr>
                <w:rFonts w:cs="Times New Roman"/>
                <w:b/>
                <w:sz w:val="22"/>
              </w:rPr>
              <w:t>Proba scrisă</w:t>
            </w:r>
          </w:p>
        </w:tc>
        <w:tc>
          <w:tcPr>
            <w:tcW w:w="5783" w:type="dxa"/>
            <w:tcMar>
              <w:top w:w="25" w:type="dxa"/>
              <w:left w:w="40" w:type="dxa"/>
              <w:bottom w:w="25" w:type="dxa"/>
              <w:right w:w="40" w:type="dxa"/>
            </w:tcMar>
            <w:vAlign w:val="center"/>
          </w:tcPr>
          <w:p w14:paraId="5C6825B5" w14:textId="77777777" w:rsidR="009556C4" w:rsidRPr="004F12AA" w:rsidRDefault="00000000">
            <w:pPr>
              <w:spacing w:line="228" w:lineRule="auto"/>
              <w:rPr>
                <w:rFonts w:cs="Times New Roman"/>
                <w:sz w:val="22"/>
              </w:rPr>
            </w:pPr>
            <w:r w:rsidRPr="004F12AA">
              <w:rPr>
                <w:rFonts w:cs="Times New Roman"/>
                <w:b/>
                <w:sz w:val="22"/>
              </w:rPr>
              <w:t>01 octombrie 2026, ora 10:00</w:t>
            </w:r>
          </w:p>
        </w:tc>
      </w:tr>
      <w:tr w:rsidR="009556C4" w:rsidRPr="004F12AA" w14:paraId="6FBDB10C" w14:textId="77777777">
        <w:trPr>
          <w:cantSplit/>
          <w:jc w:val="center"/>
        </w:trPr>
        <w:tc>
          <w:tcPr>
            <w:tcW w:w="3742" w:type="dxa"/>
            <w:tcMar>
              <w:top w:w="25" w:type="dxa"/>
              <w:left w:w="40" w:type="dxa"/>
              <w:bottom w:w="25" w:type="dxa"/>
              <w:right w:w="40" w:type="dxa"/>
            </w:tcMar>
            <w:vAlign w:val="center"/>
          </w:tcPr>
          <w:p w14:paraId="73BADAA1" w14:textId="77777777" w:rsidR="009556C4" w:rsidRPr="004F12AA" w:rsidRDefault="00000000">
            <w:pPr>
              <w:spacing w:line="228" w:lineRule="auto"/>
              <w:rPr>
                <w:rFonts w:cs="Times New Roman"/>
                <w:sz w:val="22"/>
              </w:rPr>
            </w:pPr>
            <w:r w:rsidRPr="004F12AA">
              <w:rPr>
                <w:rFonts w:cs="Times New Roman"/>
                <w:sz w:val="22"/>
              </w:rPr>
              <w:t>Afișarea rezultatelor probei scrise</w:t>
            </w:r>
          </w:p>
        </w:tc>
        <w:tc>
          <w:tcPr>
            <w:tcW w:w="5783" w:type="dxa"/>
            <w:tcMar>
              <w:top w:w="25" w:type="dxa"/>
              <w:left w:w="40" w:type="dxa"/>
              <w:bottom w:w="25" w:type="dxa"/>
              <w:right w:w="40" w:type="dxa"/>
            </w:tcMar>
            <w:vAlign w:val="center"/>
          </w:tcPr>
          <w:p w14:paraId="626249FF" w14:textId="77777777" w:rsidR="009556C4" w:rsidRPr="004F12AA" w:rsidRDefault="00000000">
            <w:pPr>
              <w:spacing w:line="228" w:lineRule="auto"/>
              <w:rPr>
                <w:rFonts w:cs="Times New Roman"/>
                <w:sz w:val="22"/>
              </w:rPr>
            </w:pPr>
            <w:r w:rsidRPr="004F12AA">
              <w:rPr>
                <w:rFonts w:cs="Times New Roman"/>
                <w:sz w:val="22"/>
              </w:rPr>
              <w:t>În ziua în care se desfășoară proba scrisă</w:t>
            </w:r>
          </w:p>
        </w:tc>
      </w:tr>
      <w:tr w:rsidR="009556C4" w:rsidRPr="004F12AA" w14:paraId="4AEF8158" w14:textId="77777777">
        <w:trPr>
          <w:cantSplit/>
          <w:jc w:val="center"/>
        </w:trPr>
        <w:tc>
          <w:tcPr>
            <w:tcW w:w="3742" w:type="dxa"/>
            <w:tcMar>
              <w:top w:w="25" w:type="dxa"/>
              <w:left w:w="40" w:type="dxa"/>
              <w:bottom w:w="25" w:type="dxa"/>
              <w:right w:w="40" w:type="dxa"/>
            </w:tcMar>
            <w:vAlign w:val="center"/>
          </w:tcPr>
          <w:p w14:paraId="5B3E0B66" w14:textId="77777777" w:rsidR="009556C4" w:rsidRPr="004F12AA" w:rsidRDefault="00000000">
            <w:pPr>
              <w:spacing w:line="228" w:lineRule="auto"/>
              <w:rPr>
                <w:rFonts w:cs="Times New Roman"/>
                <w:sz w:val="22"/>
              </w:rPr>
            </w:pPr>
            <w:r w:rsidRPr="004F12AA">
              <w:rPr>
                <w:rFonts w:cs="Times New Roman"/>
                <w:sz w:val="22"/>
              </w:rPr>
              <w:t>Depunerea contestațiilor</w:t>
            </w:r>
          </w:p>
        </w:tc>
        <w:tc>
          <w:tcPr>
            <w:tcW w:w="5783" w:type="dxa"/>
            <w:tcMar>
              <w:top w:w="25" w:type="dxa"/>
              <w:left w:w="40" w:type="dxa"/>
              <w:bottom w:w="25" w:type="dxa"/>
              <w:right w:w="40" w:type="dxa"/>
            </w:tcMar>
            <w:vAlign w:val="center"/>
          </w:tcPr>
          <w:p w14:paraId="76483393" w14:textId="77777777" w:rsidR="009556C4" w:rsidRPr="004F12AA" w:rsidRDefault="00000000">
            <w:pPr>
              <w:spacing w:line="228" w:lineRule="auto"/>
              <w:rPr>
                <w:rFonts w:cs="Times New Roman"/>
                <w:sz w:val="22"/>
              </w:rPr>
            </w:pPr>
            <w:r w:rsidRPr="004F12AA">
              <w:rPr>
                <w:rFonts w:cs="Times New Roman"/>
                <w:sz w:val="22"/>
              </w:rPr>
              <w:t>O zi lucrătoare de la data afișării rezultatului probei scrise – 02 octombrie 2026</w:t>
            </w:r>
          </w:p>
        </w:tc>
      </w:tr>
      <w:tr w:rsidR="009556C4" w:rsidRPr="004F12AA" w14:paraId="56CE7C85" w14:textId="77777777">
        <w:trPr>
          <w:cantSplit/>
          <w:jc w:val="center"/>
        </w:trPr>
        <w:tc>
          <w:tcPr>
            <w:tcW w:w="3742" w:type="dxa"/>
            <w:tcMar>
              <w:top w:w="25" w:type="dxa"/>
              <w:left w:w="40" w:type="dxa"/>
              <w:bottom w:w="25" w:type="dxa"/>
              <w:right w:w="40" w:type="dxa"/>
            </w:tcMar>
            <w:vAlign w:val="center"/>
          </w:tcPr>
          <w:p w14:paraId="6141D905" w14:textId="77777777" w:rsidR="009556C4" w:rsidRPr="004F12AA" w:rsidRDefault="00000000">
            <w:pPr>
              <w:spacing w:line="228" w:lineRule="auto"/>
              <w:rPr>
                <w:rFonts w:cs="Times New Roman"/>
                <w:sz w:val="22"/>
              </w:rPr>
            </w:pPr>
            <w:r w:rsidRPr="004F12AA">
              <w:rPr>
                <w:rFonts w:cs="Times New Roman"/>
                <w:sz w:val="22"/>
              </w:rPr>
              <w:t>Soluționarea contestațiilor proba scrisă</w:t>
            </w:r>
          </w:p>
        </w:tc>
        <w:tc>
          <w:tcPr>
            <w:tcW w:w="5783" w:type="dxa"/>
            <w:tcMar>
              <w:top w:w="25" w:type="dxa"/>
              <w:left w:w="40" w:type="dxa"/>
              <w:bottom w:w="25" w:type="dxa"/>
              <w:right w:w="40" w:type="dxa"/>
            </w:tcMar>
            <w:vAlign w:val="center"/>
          </w:tcPr>
          <w:p w14:paraId="362F7CAB" w14:textId="77777777" w:rsidR="009556C4" w:rsidRPr="004F12AA" w:rsidRDefault="00000000">
            <w:pPr>
              <w:spacing w:line="228" w:lineRule="auto"/>
              <w:rPr>
                <w:rFonts w:cs="Times New Roman"/>
                <w:sz w:val="22"/>
              </w:rPr>
            </w:pPr>
            <w:r w:rsidRPr="004F12AA">
              <w:rPr>
                <w:rFonts w:cs="Times New Roman"/>
                <w:sz w:val="22"/>
              </w:rPr>
              <w:t>02 octombrie 2026 până la ora 10.00</w:t>
            </w:r>
          </w:p>
        </w:tc>
      </w:tr>
      <w:tr w:rsidR="009556C4" w:rsidRPr="004F12AA" w14:paraId="33108FDB" w14:textId="77777777">
        <w:trPr>
          <w:cantSplit/>
          <w:jc w:val="center"/>
        </w:trPr>
        <w:tc>
          <w:tcPr>
            <w:tcW w:w="3742" w:type="dxa"/>
            <w:tcMar>
              <w:top w:w="25" w:type="dxa"/>
              <w:left w:w="40" w:type="dxa"/>
              <w:bottom w:w="25" w:type="dxa"/>
              <w:right w:w="40" w:type="dxa"/>
            </w:tcMar>
            <w:vAlign w:val="center"/>
          </w:tcPr>
          <w:p w14:paraId="4A8BD055" w14:textId="77777777" w:rsidR="009556C4" w:rsidRPr="004F12AA" w:rsidRDefault="00000000">
            <w:pPr>
              <w:spacing w:line="228" w:lineRule="auto"/>
              <w:rPr>
                <w:rFonts w:cs="Times New Roman"/>
                <w:sz w:val="22"/>
              </w:rPr>
            </w:pPr>
            <w:r w:rsidRPr="004F12AA">
              <w:rPr>
                <w:rFonts w:cs="Times New Roman"/>
                <w:b/>
                <w:sz w:val="22"/>
              </w:rPr>
              <w:t>Interviul / probă practică</w:t>
            </w:r>
          </w:p>
        </w:tc>
        <w:tc>
          <w:tcPr>
            <w:tcW w:w="5783" w:type="dxa"/>
            <w:tcMar>
              <w:top w:w="25" w:type="dxa"/>
              <w:left w:w="40" w:type="dxa"/>
              <w:bottom w:w="25" w:type="dxa"/>
              <w:right w:w="40" w:type="dxa"/>
            </w:tcMar>
            <w:vAlign w:val="center"/>
          </w:tcPr>
          <w:p w14:paraId="70C43ACC" w14:textId="77777777" w:rsidR="009556C4" w:rsidRPr="004F12AA" w:rsidRDefault="00000000">
            <w:pPr>
              <w:spacing w:line="228" w:lineRule="auto"/>
              <w:rPr>
                <w:rFonts w:cs="Times New Roman"/>
                <w:sz w:val="22"/>
              </w:rPr>
            </w:pPr>
            <w:r w:rsidRPr="004F12AA">
              <w:rPr>
                <w:rFonts w:cs="Times New Roman"/>
                <w:b/>
                <w:sz w:val="22"/>
              </w:rPr>
              <w:t>05 octombrie 2026, ora 9.00</w:t>
            </w:r>
          </w:p>
        </w:tc>
      </w:tr>
      <w:tr w:rsidR="009556C4" w:rsidRPr="004F12AA" w14:paraId="5BFA3D96" w14:textId="77777777">
        <w:trPr>
          <w:cantSplit/>
          <w:jc w:val="center"/>
        </w:trPr>
        <w:tc>
          <w:tcPr>
            <w:tcW w:w="3742" w:type="dxa"/>
            <w:tcMar>
              <w:top w:w="25" w:type="dxa"/>
              <w:left w:w="40" w:type="dxa"/>
              <w:bottom w:w="25" w:type="dxa"/>
              <w:right w:w="40" w:type="dxa"/>
            </w:tcMar>
            <w:vAlign w:val="center"/>
          </w:tcPr>
          <w:p w14:paraId="1D6BA631" w14:textId="77777777" w:rsidR="009556C4" w:rsidRPr="004F12AA" w:rsidRDefault="00000000">
            <w:pPr>
              <w:spacing w:line="228" w:lineRule="auto"/>
              <w:rPr>
                <w:rFonts w:cs="Times New Roman"/>
                <w:sz w:val="22"/>
              </w:rPr>
            </w:pPr>
            <w:r w:rsidRPr="004F12AA">
              <w:rPr>
                <w:rFonts w:cs="Times New Roman"/>
                <w:sz w:val="22"/>
              </w:rPr>
              <w:t>Afișarea rezultatelor interviului /probă practică</w:t>
            </w:r>
          </w:p>
        </w:tc>
        <w:tc>
          <w:tcPr>
            <w:tcW w:w="5783" w:type="dxa"/>
            <w:tcMar>
              <w:top w:w="25" w:type="dxa"/>
              <w:left w:w="40" w:type="dxa"/>
              <w:bottom w:w="25" w:type="dxa"/>
              <w:right w:w="40" w:type="dxa"/>
            </w:tcMar>
            <w:vAlign w:val="center"/>
          </w:tcPr>
          <w:p w14:paraId="45D37347" w14:textId="77777777" w:rsidR="009556C4" w:rsidRPr="004F12AA" w:rsidRDefault="00000000">
            <w:pPr>
              <w:spacing w:line="228" w:lineRule="auto"/>
              <w:rPr>
                <w:rFonts w:cs="Times New Roman"/>
                <w:sz w:val="22"/>
              </w:rPr>
            </w:pPr>
            <w:r w:rsidRPr="004F12AA">
              <w:rPr>
                <w:rFonts w:cs="Times New Roman"/>
                <w:sz w:val="22"/>
              </w:rPr>
              <w:t>Maxim o zi lucrătoare de la data finalizării interviului</w:t>
            </w:r>
          </w:p>
        </w:tc>
      </w:tr>
      <w:tr w:rsidR="009556C4" w:rsidRPr="004F12AA" w14:paraId="1B2FAFB5" w14:textId="77777777">
        <w:trPr>
          <w:cantSplit/>
          <w:jc w:val="center"/>
        </w:trPr>
        <w:tc>
          <w:tcPr>
            <w:tcW w:w="3742" w:type="dxa"/>
            <w:tcMar>
              <w:top w:w="25" w:type="dxa"/>
              <w:left w:w="40" w:type="dxa"/>
              <w:bottom w:w="25" w:type="dxa"/>
              <w:right w:w="40" w:type="dxa"/>
            </w:tcMar>
            <w:vAlign w:val="center"/>
          </w:tcPr>
          <w:p w14:paraId="2A1998AF" w14:textId="77777777" w:rsidR="009556C4" w:rsidRPr="004F12AA" w:rsidRDefault="00000000">
            <w:pPr>
              <w:spacing w:line="228" w:lineRule="auto"/>
              <w:rPr>
                <w:rFonts w:cs="Times New Roman"/>
                <w:sz w:val="22"/>
              </w:rPr>
            </w:pPr>
            <w:r w:rsidRPr="004F12AA">
              <w:rPr>
                <w:rFonts w:cs="Times New Roman"/>
                <w:sz w:val="22"/>
              </w:rPr>
              <w:t>Depunerea contestațiilor</w:t>
            </w:r>
          </w:p>
        </w:tc>
        <w:tc>
          <w:tcPr>
            <w:tcW w:w="5783" w:type="dxa"/>
            <w:tcMar>
              <w:top w:w="25" w:type="dxa"/>
              <w:left w:w="40" w:type="dxa"/>
              <w:bottom w:w="25" w:type="dxa"/>
              <w:right w:w="40" w:type="dxa"/>
            </w:tcMar>
            <w:vAlign w:val="center"/>
          </w:tcPr>
          <w:p w14:paraId="33032859" w14:textId="77777777" w:rsidR="009556C4" w:rsidRPr="004F12AA" w:rsidRDefault="00000000">
            <w:pPr>
              <w:spacing w:line="228" w:lineRule="auto"/>
              <w:rPr>
                <w:rFonts w:cs="Times New Roman"/>
                <w:sz w:val="22"/>
              </w:rPr>
            </w:pPr>
            <w:r w:rsidRPr="004F12AA">
              <w:rPr>
                <w:rFonts w:cs="Times New Roman"/>
                <w:sz w:val="22"/>
              </w:rPr>
              <w:t>O zi lucrătoare de la data afișării rezultatului interviului</w:t>
            </w:r>
          </w:p>
        </w:tc>
      </w:tr>
      <w:tr w:rsidR="009556C4" w:rsidRPr="004F12AA" w14:paraId="0D92CD8D" w14:textId="77777777">
        <w:trPr>
          <w:cantSplit/>
          <w:jc w:val="center"/>
        </w:trPr>
        <w:tc>
          <w:tcPr>
            <w:tcW w:w="3742" w:type="dxa"/>
            <w:tcMar>
              <w:top w:w="25" w:type="dxa"/>
              <w:left w:w="40" w:type="dxa"/>
              <w:bottom w:w="25" w:type="dxa"/>
              <w:right w:w="40" w:type="dxa"/>
            </w:tcMar>
            <w:vAlign w:val="center"/>
          </w:tcPr>
          <w:p w14:paraId="0F747046" w14:textId="77777777" w:rsidR="009556C4" w:rsidRPr="004F12AA" w:rsidRDefault="00000000">
            <w:pPr>
              <w:spacing w:line="228" w:lineRule="auto"/>
              <w:rPr>
                <w:rFonts w:cs="Times New Roman"/>
                <w:sz w:val="22"/>
              </w:rPr>
            </w:pPr>
            <w:r w:rsidRPr="004F12AA">
              <w:rPr>
                <w:rFonts w:cs="Times New Roman"/>
                <w:sz w:val="22"/>
              </w:rPr>
              <w:t>Soluționarea contestațiilor și afișare</w:t>
            </w:r>
          </w:p>
        </w:tc>
        <w:tc>
          <w:tcPr>
            <w:tcW w:w="5783" w:type="dxa"/>
            <w:tcMar>
              <w:top w:w="25" w:type="dxa"/>
              <w:left w:w="40" w:type="dxa"/>
              <w:bottom w:w="25" w:type="dxa"/>
              <w:right w:w="40" w:type="dxa"/>
            </w:tcMar>
            <w:vAlign w:val="center"/>
          </w:tcPr>
          <w:p w14:paraId="0103E5C8" w14:textId="77777777" w:rsidR="009556C4" w:rsidRPr="004F12AA" w:rsidRDefault="00000000">
            <w:pPr>
              <w:spacing w:line="228" w:lineRule="auto"/>
              <w:rPr>
                <w:rFonts w:cs="Times New Roman"/>
                <w:sz w:val="22"/>
              </w:rPr>
            </w:pPr>
            <w:r w:rsidRPr="004F12AA">
              <w:rPr>
                <w:rFonts w:cs="Times New Roman"/>
                <w:sz w:val="22"/>
              </w:rPr>
              <w:t>Maxim o zi lucrătoare de la expirarea termenului de depunere a contestațiilor</w:t>
            </w:r>
          </w:p>
        </w:tc>
      </w:tr>
      <w:tr w:rsidR="009556C4" w:rsidRPr="004F12AA" w14:paraId="058C2F47" w14:textId="77777777">
        <w:trPr>
          <w:cantSplit/>
          <w:jc w:val="center"/>
        </w:trPr>
        <w:tc>
          <w:tcPr>
            <w:tcW w:w="3742" w:type="dxa"/>
            <w:tcMar>
              <w:top w:w="25" w:type="dxa"/>
              <w:left w:w="40" w:type="dxa"/>
              <w:bottom w:w="25" w:type="dxa"/>
              <w:right w:w="40" w:type="dxa"/>
            </w:tcMar>
            <w:vAlign w:val="center"/>
          </w:tcPr>
          <w:p w14:paraId="53E44DEC" w14:textId="77777777" w:rsidR="009556C4" w:rsidRPr="004F12AA" w:rsidRDefault="00000000">
            <w:pPr>
              <w:spacing w:line="228" w:lineRule="auto"/>
              <w:rPr>
                <w:rFonts w:cs="Times New Roman"/>
                <w:sz w:val="22"/>
              </w:rPr>
            </w:pPr>
            <w:r w:rsidRPr="004F12AA">
              <w:rPr>
                <w:rFonts w:cs="Times New Roman"/>
                <w:sz w:val="22"/>
              </w:rPr>
              <w:t>Afișare rezultatelor finale ale concursului</w:t>
            </w:r>
          </w:p>
        </w:tc>
        <w:tc>
          <w:tcPr>
            <w:tcW w:w="5783" w:type="dxa"/>
            <w:tcMar>
              <w:top w:w="25" w:type="dxa"/>
              <w:left w:w="40" w:type="dxa"/>
              <w:bottom w:w="25" w:type="dxa"/>
              <w:right w:w="40" w:type="dxa"/>
            </w:tcMar>
            <w:vAlign w:val="center"/>
          </w:tcPr>
          <w:p w14:paraId="788E48CF" w14:textId="77777777" w:rsidR="009556C4" w:rsidRPr="004F12AA" w:rsidRDefault="00000000">
            <w:pPr>
              <w:spacing w:line="228" w:lineRule="auto"/>
              <w:rPr>
                <w:rFonts w:cs="Times New Roman"/>
                <w:sz w:val="22"/>
              </w:rPr>
            </w:pPr>
            <w:r w:rsidRPr="004F12AA">
              <w:rPr>
                <w:rFonts w:cs="Times New Roman"/>
                <w:sz w:val="22"/>
              </w:rPr>
              <w:t>Maxim o zi lucrătoare de la data afișării rezultatelor contestațiilor pentru ultima probă</w:t>
            </w:r>
          </w:p>
        </w:tc>
      </w:tr>
    </w:tbl>
    <w:p w14:paraId="6DFE76DB" w14:textId="77777777" w:rsidR="009556C4" w:rsidRPr="004F12AA" w:rsidRDefault="00000000">
      <w:pPr>
        <w:spacing w:before="160" w:after="200"/>
        <w:rPr>
          <w:rFonts w:cs="Times New Roman"/>
          <w:sz w:val="22"/>
        </w:rPr>
      </w:pPr>
      <w:r w:rsidRPr="004F12AA">
        <w:rPr>
          <w:rFonts w:cs="Times New Roman"/>
          <w:sz w:val="22"/>
        </w:rPr>
        <w:t>Pentru promovarea probei scrise, a probei practice și a interviului, candidatul trebuie să obțină minimum 50 de puncte. Pentru a participa la proba următoare a concursului este condiționată de promovarea probei anterioare. De asemenea, selecția dosarelor de concurs este eliminatorie dacă din documentele prezentate nu rezultă îndeplinirea condițiilor generale, dar și a condițiilor specifice postului de către candidat.</w:t>
      </w:r>
    </w:p>
    <w:p w14:paraId="653030F5" w14:textId="77777777" w:rsidR="00FD4297" w:rsidRPr="004F12AA" w:rsidRDefault="00FD4297">
      <w:pPr>
        <w:rPr>
          <w:rFonts w:cs="Times New Roman"/>
          <w:sz w:val="22"/>
        </w:rPr>
      </w:pPr>
    </w:p>
    <w:sectPr w:rsidR="00FD4297" w:rsidRPr="004F12AA" w:rsidSect="00034616">
      <w:pgSz w:w="11906" w:h="16838"/>
      <w:pgMar w:top="709" w:right="879" w:bottom="652" w:left="8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2187231">
    <w:abstractNumId w:val="8"/>
  </w:num>
  <w:num w:numId="2" w16cid:durableId="473715695">
    <w:abstractNumId w:val="6"/>
  </w:num>
  <w:num w:numId="3" w16cid:durableId="2099710448">
    <w:abstractNumId w:val="5"/>
  </w:num>
  <w:num w:numId="4" w16cid:durableId="286007815">
    <w:abstractNumId w:val="4"/>
  </w:num>
  <w:num w:numId="5" w16cid:durableId="1914394669">
    <w:abstractNumId w:val="7"/>
  </w:num>
  <w:num w:numId="6" w16cid:durableId="110052911">
    <w:abstractNumId w:val="3"/>
  </w:num>
  <w:num w:numId="7" w16cid:durableId="1944997471">
    <w:abstractNumId w:val="2"/>
  </w:num>
  <w:num w:numId="8" w16cid:durableId="29382213">
    <w:abstractNumId w:val="1"/>
  </w:num>
  <w:num w:numId="9" w16cid:durableId="546600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F12AA"/>
    <w:rsid w:val="009556C4"/>
    <w:rsid w:val="00AA1D8D"/>
    <w:rsid w:val="00B47730"/>
    <w:rsid w:val="00C7226D"/>
    <w:rsid w:val="00CB0664"/>
    <w:rsid w:val="00FC693F"/>
    <w:rsid w:val="00FD42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8813F7"/>
  <w14:defaultImageDpi w14:val="300"/>
  <w15:docId w15:val="{548770C3-8FDC-46AB-8466-694B09B5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1662</Words>
  <Characters>9477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de concurs - Primăria Comunei Miceștii de Câmpie</dc:title>
  <dc:subject>Variantă editabilă Word realizată după PDF</dc:subject>
  <dc:creator>python-docx</dc:creator>
  <cp:keywords/>
  <dc:description>generated by python-docx</dc:description>
  <cp:lastModifiedBy>Ada</cp:lastModifiedBy>
  <cp:revision>2</cp:revision>
  <dcterms:created xsi:type="dcterms:W3CDTF">2013-12-23T23:15:00Z</dcterms:created>
  <dcterms:modified xsi:type="dcterms:W3CDTF">2026-09-15T10:00:00Z</dcterms:modified>
  <cp:category/>
</cp:coreProperties>
</file>