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F70" w:rsidRDefault="00521114">
      <w:pPr>
        <w:pStyle w:val="Title"/>
        <w:spacing w:after="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Nr. 14241/ 14-09-2026</w:t>
      </w:r>
    </w:p>
    <w:p w:rsidR="007A5F70" w:rsidRDefault="00521114">
      <w:pPr>
        <w:pStyle w:val="Title"/>
        <w:jc w:val="center"/>
        <w:rPr>
          <w:b/>
          <w:bCs/>
        </w:rPr>
      </w:pPr>
      <w:proofErr w:type="spellStart"/>
      <w:r>
        <w:rPr>
          <w:b/>
          <w:bCs/>
        </w:rPr>
        <w:t>Anunț</w:t>
      </w:r>
      <w:proofErr w:type="spellEnd"/>
      <w:r>
        <w:rPr>
          <w:b/>
          <w:bCs/>
        </w:rPr>
        <w:t xml:space="preserve"> de concurs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postul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șofer</w:t>
      </w:r>
      <w:proofErr w:type="spellEnd"/>
    </w:p>
    <w:p w:rsidR="007A5F70" w:rsidRDefault="00521114">
      <w:proofErr w:type="spellStart"/>
      <w:proofErr w:type="gramStart"/>
      <w:r>
        <w:t>Anexa</w:t>
      </w:r>
      <w:proofErr w:type="spellEnd"/>
      <w:r>
        <w:t xml:space="preserve"> nr.</w:t>
      </w:r>
      <w:proofErr w:type="gramEnd"/>
      <w:r>
        <w:t xml:space="preserve"> </w:t>
      </w:r>
      <w:proofErr w:type="gramStart"/>
      <w:r>
        <w:t xml:space="preserve">1 la </w:t>
      </w:r>
      <w:proofErr w:type="spellStart"/>
      <w:r>
        <w:t>Dispoziția</w:t>
      </w:r>
      <w:proofErr w:type="spellEnd"/>
      <w:r>
        <w:t xml:space="preserve"> nr.</w:t>
      </w:r>
      <w:proofErr w:type="gramEnd"/>
      <w:r>
        <w:t xml:space="preserve"> 105/10.09.2026</w:t>
      </w:r>
    </w:p>
    <w:p w:rsidR="007A5F70" w:rsidRDefault="00521114" w:rsidP="00841507">
      <w:pPr>
        <w:jc w:val="both"/>
      </w:pPr>
      <w:proofErr w:type="spellStart"/>
      <w:r>
        <w:t>Comuna</w:t>
      </w:r>
      <w:proofErr w:type="spellEnd"/>
      <w:r>
        <w:t xml:space="preserve"> </w:t>
      </w:r>
      <w:proofErr w:type="spellStart"/>
      <w:r>
        <w:t>Frecăței</w:t>
      </w:r>
      <w:proofErr w:type="spellEnd"/>
      <w:r>
        <w:t xml:space="preserve">, </w:t>
      </w:r>
      <w:proofErr w:type="spellStart"/>
      <w:r>
        <w:t>județul</w:t>
      </w:r>
      <w:proofErr w:type="spellEnd"/>
      <w:r>
        <w:t xml:space="preserve"> </w:t>
      </w:r>
      <w:proofErr w:type="spellStart"/>
      <w:r>
        <w:t>Tulcea</w:t>
      </w:r>
      <w:proofErr w:type="spellEnd"/>
      <w:r>
        <w:t xml:space="preserve">, </w:t>
      </w:r>
      <w:proofErr w:type="spellStart"/>
      <w:r>
        <w:t>organizează</w:t>
      </w:r>
      <w:proofErr w:type="spellEnd"/>
      <w:r>
        <w:t xml:space="preserve"> </w:t>
      </w:r>
      <w:proofErr w:type="gramStart"/>
      <w:r>
        <w:t>concurs</w:t>
      </w:r>
      <w:proofErr w:type="gram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post contractual vacant de </w:t>
      </w:r>
      <w:proofErr w:type="spellStart"/>
      <w:r>
        <w:t>execuție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H.G. nr. </w:t>
      </w:r>
      <w:proofErr w:type="gramStart"/>
      <w:r>
        <w:t xml:space="preserve">1.336/2022 </w:t>
      </w:r>
      <w:proofErr w:type="spellStart"/>
      <w:r>
        <w:t>și</w:t>
      </w:r>
      <w:proofErr w:type="spellEnd"/>
      <w:r>
        <w:t xml:space="preserve"> art.</w:t>
      </w:r>
      <w:proofErr w:type="gramEnd"/>
      <w:r>
        <w:t xml:space="preserve"> XXII din </w:t>
      </w:r>
      <w:proofErr w:type="spellStart"/>
      <w:r>
        <w:t>Legea</w:t>
      </w:r>
      <w:proofErr w:type="spellEnd"/>
      <w:r>
        <w:t xml:space="preserve"> nr. </w:t>
      </w:r>
      <w:proofErr w:type="gramStart"/>
      <w:r>
        <w:t xml:space="preserve">141/2025,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  <w:proofErr w:type="gramEnd"/>
    </w:p>
    <w:tbl>
      <w:tblPr>
        <w:tblStyle w:val="a"/>
        <w:tblW w:w="951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757"/>
        <w:gridCol w:w="4758"/>
      </w:tblGrid>
      <w:tr w:rsidR="007A5F70">
        <w:trPr>
          <w:tblHeader/>
        </w:trPr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7A5F70" w:rsidRDefault="00521114">
            <w:pPr>
              <w:spacing w:before="80" w:after="80"/>
            </w:pPr>
            <w:proofErr w:type="spellStart"/>
            <w:r>
              <w:t>Caracteristică</w:t>
            </w:r>
            <w:proofErr w:type="spellEnd"/>
          </w:p>
        </w:tc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7A5F70" w:rsidRDefault="00521114">
            <w:pPr>
              <w:spacing w:before="80" w:after="80"/>
            </w:pPr>
            <w:proofErr w:type="spellStart"/>
            <w:r>
              <w:t>Condiții</w:t>
            </w:r>
            <w:proofErr w:type="spellEnd"/>
          </w:p>
        </w:tc>
      </w:tr>
      <w:tr w:rsidR="007A5F70"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r>
              <w:t xml:space="preserve">Post / </w:t>
            </w:r>
            <w:proofErr w:type="spellStart"/>
            <w:r>
              <w:t>com</w:t>
            </w:r>
            <w:r>
              <w:t>partiment</w:t>
            </w:r>
            <w:proofErr w:type="spellEnd"/>
          </w:p>
        </w:tc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Șofer</w:t>
            </w:r>
            <w:proofErr w:type="spellEnd"/>
            <w:r>
              <w:t xml:space="preserve"> / </w:t>
            </w:r>
            <w:proofErr w:type="spellStart"/>
            <w:r>
              <w:t>Compartimentul</w:t>
            </w:r>
            <w:proofErr w:type="spellEnd"/>
            <w:r>
              <w:t xml:space="preserve"> </w:t>
            </w:r>
            <w:proofErr w:type="spellStart"/>
            <w:r>
              <w:t>Cultură</w:t>
            </w:r>
            <w:bookmarkStart w:id="0" w:name="_GoBack"/>
            <w:bookmarkEnd w:id="0"/>
            <w:proofErr w:type="spellEnd"/>
          </w:p>
        </w:tc>
      </w:tr>
      <w:tr w:rsidR="007A5F70"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Număr</w:t>
            </w:r>
            <w:proofErr w:type="spellEnd"/>
            <w:r>
              <w:t xml:space="preserve"> </w:t>
            </w:r>
            <w:proofErr w:type="spellStart"/>
            <w:r>
              <w:t>posturi</w:t>
            </w:r>
            <w:proofErr w:type="spellEnd"/>
          </w:p>
        </w:tc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r>
              <w:t>1 post vacant</w:t>
            </w:r>
          </w:p>
        </w:tc>
      </w:tr>
      <w:tr w:rsidR="007A5F70"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Treaptă</w:t>
            </w:r>
            <w:proofErr w:type="spellEnd"/>
            <w:r>
              <w:t xml:space="preserve"> / COR</w:t>
            </w:r>
          </w:p>
        </w:tc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r>
              <w:t xml:space="preserve">832201 - </w:t>
            </w:r>
            <w:proofErr w:type="spellStart"/>
            <w:r>
              <w:t>Șofer</w:t>
            </w:r>
            <w:proofErr w:type="spellEnd"/>
            <w:r>
              <w:t xml:space="preserve"> de </w:t>
            </w:r>
            <w:proofErr w:type="spellStart"/>
            <w:r>
              <w:t>autoturisme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camionete</w:t>
            </w:r>
            <w:proofErr w:type="spellEnd"/>
          </w:p>
        </w:tc>
      </w:tr>
      <w:tr w:rsidR="007A5F70"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Durata</w:t>
            </w:r>
            <w:proofErr w:type="spellEnd"/>
            <w:r>
              <w:t xml:space="preserve"> CIM</w:t>
            </w:r>
          </w:p>
        </w:tc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nedeterminată</w:t>
            </w:r>
            <w:proofErr w:type="spellEnd"/>
          </w:p>
        </w:tc>
      </w:tr>
      <w:tr w:rsidR="007A5F70"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Normă</w:t>
            </w:r>
            <w:proofErr w:type="spellEnd"/>
          </w:p>
        </w:tc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r>
              <w:t>8 ore/</w:t>
            </w:r>
            <w:proofErr w:type="spellStart"/>
            <w:r>
              <w:t>zi</w:t>
            </w:r>
            <w:proofErr w:type="spellEnd"/>
            <w:r>
              <w:t>, 40 ore/</w:t>
            </w:r>
            <w:proofErr w:type="spellStart"/>
            <w:r>
              <w:t>săptămână</w:t>
            </w:r>
            <w:proofErr w:type="spellEnd"/>
          </w:p>
        </w:tc>
      </w:tr>
      <w:tr w:rsidR="007A5F70"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Studii</w:t>
            </w:r>
            <w:proofErr w:type="spellEnd"/>
          </w:p>
        </w:tc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Generale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medii</w:t>
            </w:r>
            <w:proofErr w:type="spellEnd"/>
            <w:r>
              <w:t xml:space="preserve"> </w:t>
            </w:r>
            <w:proofErr w:type="spellStart"/>
            <w:r>
              <w:t>absolvite</w:t>
            </w:r>
            <w:proofErr w:type="spellEnd"/>
            <w:r>
              <w:t xml:space="preserve">, </w:t>
            </w:r>
            <w:proofErr w:type="spellStart"/>
            <w:r>
              <w:t>dovedite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acte</w:t>
            </w:r>
            <w:proofErr w:type="spellEnd"/>
            <w:r>
              <w:t xml:space="preserve"> de </w:t>
            </w:r>
            <w:proofErr w:type="spellStart"/>
            <w:r>
              <w:t>studii</w:t>
            </w:r>
            <w:proofErr w:type="spellEnd"/>
            <w:r>
              <w:t xml:space="preserve">, conform </w:t>
            </w:r>
            <w:proofErr w:type="spellStart"/>
            <w:r>
              <w:t>statului</w:t>
            </w:r>
            <w:proofErr w:type="spellEnd"/>
            <w:r>
              <w:t xml:space="preserve"> de </w:t>
            </w:r>
            <w:proofErr w:type="spellStart"/>
            <w:r>
              <w:t>funcții</w:t>
            </w:r>
            <w:proofErr w:type="spellEnd"/>
          </w:p>
        </w:tc>
      </w:tr>
      <w:tr w:rsidR="007A5F70"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Permis</w:t>
            </w:r>
            <w:proofErr w:type="spellEnd"/>
          </w:p>
        </w:tc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Categoria</w:t>
            </w:r>
            <w:proofErr w:type="spellEnd"/>
            <w:r>
              <w:t xml:space="preserve"> B, </w:t>
            </w:r>
            <w:proofErr w:type="spellStart"/>
            <w:r>
              <w:t>valabil</w:t>
            </w:r>
            <w:proofErr w:type="spellEnd"/>
            <w:r>
              <w:t xml:space="preserve">, cu </w:t>
            </w:r>
            <w:proofErr w:type="spellStart"/>
            <w:r>
              <w:t>drept</w:t>
            </w:r>
            <w:proofErr w:type="spellEnd"/>
            <w:r>
              <w:t xml:space="preserve"> de </w:t>
            </w:r>
            <w:proofErr w:type="spellStart"/>
            <w:r>
              <w:t>conducere</w:t>
            </w:r>
            <w:proofErr w:type="spellEnd"/>
            <w:r>
              <w:t xml:space="preserve"> </w:t>
            </w:r>
            <w:proofErr w:type="spellStart"/>
            <w:r>
              <w:t>neafectat</w:t>
            </w:r>
            <w:proofErr w:type="spellEnd"/>
            <w:r>
              <w:t xml:space="preserve"> de </w:t>
            </w:r>
            <w:proofErr w:type="spellStart"/>
            <w:r>
              <w:t>suspendare</w:t>
            </w:r>
            <w:proofErr w:type="spellEnd"/>
            <w:r>
              <w:t>/</w:t>
            </w:r>
            <w:proofErr w:type="spellStart"/>
            <w:r>
              <w:t>anulare</w:t>
            </w:r>
            <w:proofErr w:type="spellEnd"/>
          </w:p>
        </w:tc>
      </w:tr>
      <w:tr w:rsidR="007A5F70"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Vechime</w:t>
            </w:r>
            <w:proofErr w:type="spellEnd"/>
            <w:r>
              <w:t xml:space="preserve"> </w:t>
            </w:r>
            <w:proofErr w:type="spellStart"/>
            <w:r>
              <w:t>minimă</w:t>
            </w:r>
            <w:proofErr w:type="spellEnd"/>
          </w:p>
        </w:tc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r>
              <w:t xml:space="preserve">Nu e </w:t>
            </w:r>
            <w:proofErr w:type="spellStart"/>
            <w:r>
              <w:t>necesar</w:t>
            </w:r>
            <w:proofErr w:type="spellEnd"/>
          </w:p>
        </w:tc>
      </w:tr>
    </w:tbl>
    <w:p w:rsidR="007A5F70" w:rsidRDefault="00521114" w:rsidP="00841507">
      <w:pPr>
        <w:pStyle w:val="Heading1"/>
        <w:spacing w:before="0"/>
      </w:pPr>
      <w:proofErr w:type="spellStart"/>
      <w:r>
        <w:t>Condiții</w:t>
      </w:r>
      <w:proofErr w:type="spellEnd"/>
      <w:r>
        <w:t xml:space="preserve"> </w:t>
      </w:r>
      <w:proofErr w:type="spellStart"/>
      <w:r>
        <w:t>generale</w:t>
      </w:r>
      <w:proofErr w:type="spellEnd"/>
    </w:p>
    <w:p w:rsidR="007A5F70" w:rsidRDefault="00521114">
      <w:pPr>
        <w:ind w:firstLine="567"/>
        <w:jc w:val="both"/>
      </w:pPr>
      <w:proofErr w:type="spellStart"/>
      <w:proofErr w:type="gramStart"/>
      <w:r>
        <w:t>Condițiile</w:t>
      </w:r>
      <w:proofErr w:type="spellEnd"/>
      <w:r>
        <w:t xml:space="preserve"> </w:t>
      </w:r>
      <w:proofErr w:type="spellStart"/>
      <w:r>
        <w:t>generale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art.</w:t>
      </w:r>
      <w:proofErr w:type="gramEnd"/>
      <w:r>
        <w:t xml:space="preserve"> 1</w:t>
      </w:r>
      <w:r>
        <w:t xml:space="preserve">5 din </w:t>
      </w:r>
      <w:proofErr w:type="spellStart"/>
      <w:r>
        <w:t>regulament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art. </w:t>
      </w:r>
      <w:proofErr w:type="gramStart"/>
      <w:r>
        <w:t xml:space="preserve">542 </w:t>
      </w:r>
      <w:proofErr w:type="spellStart"/>
      <w:r>
        <w:t>alin</w:t>
      </w:r>
      <w:proofErr w:type="spellEnd"/>
      <w:r>
        <w:t>.</w:t>
      </w:r>
      <w:proofErr w:type="gramEnd"/>
      <w:r>
        <w:t xml:space="preserve"> (1)–(2) din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</w:t>
      </w:r>
      <w:proofErr w:type="spellStart"/>
      <w:r>
        <w:t>sunt</w:t>
      </w:r>
      <w:proofErr w:type="spellEnd"/>
      <w:r>
        <w:t xml:space="preserve"> cumulative: </w:t>
      </w:r>
      <w:proofErr w:type="spellStart"/>
      <w:r>
        <w:t>cetățenie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</w:t>
      </w:r>
      <w:proofErr w:type="spellStart"/>
      <w:r>
        <w:t>membru</w:t>
      </w:r>
      <w:proofErr w:type="spellEnd"/>
      <w:r>
        <w:t xml:space="preserve"> UE, a </w:t>
      </w:r>
      <w:proofErr w:type="spellStart"/>
      <w:r>
        <w:t>unui</w:t>
      </w:r>
      <w:proofErr w:type="spellEnd"/>
      <w:r>
        <w:t xml:space="preserve"> stat parte la SEE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Confederației</w:t>
      </w:r>
      <w:proofErr w:type="spellEnd"/>
      <w:r>
        <w:t xml:space="preserve"> </w:t>
      </w:r>
      <w:proofErr w:type="spellStart"/>
      <w:r>
        <w:t>Elvețiene</w:t>
      </w:r>
      <w:proofErr w:type="spellEnd"/>
      <w:r>
        <w:t xml:space="preserve">; </w:t>
      </w:r>
      <w:proofErr w:type="spellStart"/>
      <w:r>
        <w:t>cunoașterea</w:t>
      </w:r>
      <w:proofErr w:type="spellEnd"/>
      <w:r>
        <w:t xml:space="preserve"> </w:t>
      </w:r>
      <w:proofErr w:type="spellStart"/>
      <w:r>
        <w:t>limbii</w:t>
      </w:r>
      <w:proofErr w:type="spellEnd"/>
      <w:r>
        <w:t xml:space="preserve"> </w:t>
      </w:r>
      <w:proofErr w:type="spellStart"/>
      <w:r>
        <w:t>române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vorbit</w:t>
      </w:r>
      <w:proofErr w:type="spellEnd"/>
      <w:r>
        <w:t xml:space="preserve">;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</w:t>
      </w:r>
      <w:r>
        <w:t>odului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;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;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cerințelor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. </w:t>
      </w:r>
      <w:proofErr w:type="spellStart"/>
      <w:r>
        <w:t>Candidatul</w:t>
      </w:r>
      <w:proofErr w:type="spellEnd"/>
      <w:r>
        <w:t xml:space="preserve"> nu </w:t>
      </w:r>
      <w:proofErr w:type="spellStart"/>
      <w:r>
        <w:t>trebuie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fi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contra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, </w:t>
      </w:r>
      <w:proofErr w:type="spellStart"/>
      <w:r>
        <w:t>autorității</w:t>
      </w:r>
      <w:proofErr w:type="spellEnd"/>
      <w:r>
        <w:t xml:space="preserve">, </w:t>
      </w:r>
      <w:proofErr w:type="spellStart"/>
      <w:r>
        <w:t>umanității</w:t>
      </w:r>
      <w:proofErr w:type="spellEnd"/>
      <w:r>
        <w:t>,</w:t>
      </w:r>
      <w:r>
        <w:t xml:space="preserve"> de </w:t>
      </w:r>
      <w:proofErr w:type="spellStart"/>
      <w:r>
        <w:t>corupție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justiției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intenționate</w:t>
      </w:r>
      <w:proofErr w:type="spellEnd"/>
      <w:r>
        <w:t xml:space="preserve"> </w:t>
      </w:r>
      <w:proofErr w:type="spellStart"/>
      <w:r>
        <w:t>incompatibile</w:t>
      </w:r>
      <w:proofErr w:type="spellEnd"/>
      <w:r>
        <w:t xml:space="preserve"> cu </w:t>
      </w:r>
      <w:proofErr w:type="spellStart"/>
      <w:r>
        <w:t>funcția</w:t>
      </w:r>
      <w:proofErr w:type="spellEnd"/>
      <w:r>
        <w:t xml:space="preserve">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reabilitării</w:t>
      </w:r>
      <w:proofErr w:type="spellEnd"/>
      <w:r>
        <w:t xml:space="preserve">. Nu </w:t>
      </w:r>
      <w:proofErr w:type="spellStart"/>
      <w:r>
        <w:t>trebuie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execute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de </w:t>
      </w:r>
      <w:proofErr w:type="spellStart"/>
      <w:r>
        <w:t>interzicere</w:t>
      </w:r>
      <w:proofErr w:type="spellEnd"/>
      <w:r>
        <w:t xml:space="preserve"> a </w:t>
      </w:r>
      <w:proofErr w:type="spellStart"/>
      <w:r>
        <w:t>funcției</w:t>
      </w:r>
      <w:proofErr w:type="spellEnd"/>
      <w:r>
        <w:t xml:space="preserve">, </w:t>
      </w:r>
      <w:proofErr w:type="spellStart"/>
      <w:r>
        <w:t>profesiei</w:t>
      </w:r>
      <w:proofErr w:type="spellEnd"/>
      <w:r>
        <w:t xml:space="preserve">, </w:t>
      </w:r>
      <w:proofErr w:type="spellStart"/>
      <w:r>
        <w:t>meseriei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activității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la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infracțiunii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supus</w:t>
      </w:r>
      <w:proofErr w:type="spellEnd"/>
      <w:r>
        <w:t xml:space="preserve"> </w:t>
      </w:r>
      <w:proofErr w:type="spellStart"/>
      <w:r>
        <w:t>măsurii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a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>/</w:t>
      </w:r>
      <w:proofErr w:type="spellStart"/>
      <w:r>
        <w:t>profesiei</w:t>
      </w:r>
      <w:proofErr w:type="spellEnd"/>
      <w:r>
        <w:t xml:space="preserve">. </w:t>
      </w:r>
      <w:proofErr w:type="spellStart"/>
      <w:proofErr w:type="gram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de la art.</w:t>
      </w:r>
      <w:proofErr w:type="gramEnd"/>
      <w:r>
        <w:t xml:space="preserve"> </w:t>
      </w:r>
      <w:proofErr w:type="gramStart"/>
      <w:r>
        <w:t xml:space="preserve">35 </w:t>
      </w:r>
      <w:proofErr w:type="spellStart"/>
      <w:r>
        <w:t>alin</w:t>
      </w:r>
      <w:proofErr w:type="spellEnd"/>
      <w:r>
        <w:t>.</w:t>
      </w:r>
      <w:proofErr w:type="gramEnd"/>
      <w:r>
        <w:t xml:space="preserve"> (1) </w:t>
      </w:r>
      <w:proofErr w:type="gramStart"/>
      <w:r>
        <w:t>lit</w:t>
      </w:r>
      <w:proofErr w:type="gramEnd"/>
      <w:r>
        <w:t xml:space="preserve">. </w:t>
      </w:r>
      <w:proofErr w:type="gramStart"/>
      <w:r>
        <w:t>h</w:t>
      </w:r>
      <w:proofErr w:type="gramEnd"/>
      <w:r>
        <w:t xml:space="preserve">), se </w:t>
      </w:r>
      <w:proofErr w:type="spellStart"/>
      <w:r>
        <w:t>aplică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condiția</w:t>
      </w:r>
      <w:proofErr w:type="spellEnd"/>
      <w:r>
        <w:t xml:space="preserve"> de a </w:t>
      </w:r>
      <w:proofErr w:type="spellStart"/>
      <w:r>
        <w:t>nu</w:t>
      </w:r>
      <w:proofErr w:type="spellEnd"/>
      <w:r>
        <w:t xml:space="preserve"> fi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infracțiunile</w:t>
      </w:r>
      <w:proofErr w:type="spellEnd"/>
      <w:r>
        <w:t xml:space="preserve"> de la art. </w:t>
      </w:r>
      <w:proofErr w:type="gramStart"/>
      <w:r>
        <w:t xml:space="preserve">1 </w:t>
      </w:r>
      <w:proofErr w:type="spellStart"/>
      <w:r>
        <w:t>ali</w:t>
      </w:r>
      <w:r>
        <w:t>n</w:t>
      </w:r>
      <w:proofErr w:type="spellEnd"/>
      <w:r>
        <w:t>.</w:t>
      </w:r>
      <w:proofErr w:type="gramEnd"/>
      <w:r>
        <w:t xml:space="preserve"> (2) </w:t>
      </w:r>
      <w:proofErr w:type="gramStart"/>
      <w:r>
        <w:t>din</w:t>
      </w:r>
      <w:proofErr w:type="gramEnd"/>
      <w:r>
        <w:t xml:space="preserve"> </w:t>
      </w:r>
      <w:proofErr w:type="spellStart"/>
      <w:r>
        <w:t>Legea</w:t>
      </w:r>
      <w:proofErr w:type="spellEnd"/>
      <w:r>
        <w:t xml:space="preserve"> nr. </w:t>
      </w:r>
      <w:proofErr w:type="gramStart"/>
      <w:r>
        <w:t>118/2019.</w:t>
      </w:r>
      <w:proofErr w:type="gramEnd"/>
    </w:p>
    <w:p w:rsidR="007A5F70" w:rsidRDefault="00521114">
      <w:pPr>
        <w:ind w:firstLine="567"/>
        <w:jc w:val="both"/>
      </w:pPr>
      <w:proofErr w:type="spellStart"/>
      <w:proofErr w:type="gramStart"/>
      <w:r>
        <w:t>Pentru</w:t>
      </w:r>
      <w:proofErr w:type="spellEnd"/>
      <w:r>
        <w:t xml:space="preserve"> </w:t>
      </w:r>
      <w:proofErr w:type="spellStart"/>
      <w:r>
        <w:t>conducerea</w:t>
      </w:r>
      <w:proofErr w:type="spellEnd"/>
      <w:r>
        <w:t xml:space="preserve"> </w:t>
      </w:r>
      <w:proofErr w:type="spellStart"/>
      <w:r>
        <w:t>autovehiculelor</w:t>
      </w:r>
      <w:proofErr w:type="spellEnd"/>
      <w:r>
        <w:t xml:space="preserve"> din </w:t>
      </w:r>
      <w:proofErr w:type="spellStart"/>
      <w:r>
        <w:t>categoria</w:t>
      </w:r>
      <w:proofErr w:type="spellEnd"/>
      <w:r>
        <w:t xml:space="preserve"> B se </w:t>
      </w:r>
      <w:proofErr w:type="spellStart"/>
      <w:r>
        <w:t>respectă</w:t>
      </w:r>
      <w:proofErr w:type="spellEnd"/>
      <w:r>
        <w:t xml:space="preserve"> </w:t>
      </w:r>
      <w:proofErr w:type="spellStart"/>
      <w:r>
        <w:t>vârsta</w:t>
      </w:r>
      <w:proofErr w:type="spellEnd"/>
      <w:r>
        <w:t xml:space="preserve"> </w:t>
      </w:r>
      <w:proofErr w:type="spellStart"/>
      <w:r>
        <w:t>minimă</w:t>
      </w:r>
      <w:proofErr w:type="spellEnd"/>
      <w:r>
        <w:t xml:space="preserve"> </w:t>
      </w:r>
      <w:proofErr w:type="spellStart"/>
      <w:r>
        <w:t>legală</w:t>
      </w:r>
      <w:proofErr w:type="spellEnd"/>
      <w:r>
        <w:t>.</w:t>
      </w:r>
      <w:proofErr w:type="gram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legal </w:t>
      </w:r>
      <w:proofErr w:type="spellStart"/>
      <w:r>
        <w:t>justificate</w:t>
      </w:r>
      <w:proofErr w:type="spellEnd"/>
      <w:r>
        <w:t xml:space="preserve">: nu se </w:t>
      </w:r>
      <w:proofErr w:type="spellStart"/>
      <w:r>
        <w:t>solicită</w:t>
      </w:r>
      <w:proofErr w:type="spellEnd"/>
      <w:r>
        <w:t xml:space="preserve">. </w:t>
      </w:r>
      <w:proofErr w:type="spellStart"/>
      <w:r>
        <w:t>Aplicabilitatea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: nu se </w:t>
      </w:r>
      <w:proofErr w:type="spellStart"/>
      <w:r>
        <w:t>solicită</w:t>
      </w:r>
      <w:proofErr w:type="spellEnd"/>
      <w:r>
        <w:t>.</w:t>
      </w:r>
    </w:p>
    <w:p w:rsidR="007A5F70" w:rsidRDefault="00521114" w:rsidP="00841507">
      <w:pPr>
        <w:pStyle w:val="Heading1"/>
        <w:spacing w:before="0"/>
        <w:ind w:firstLine="567"/>
        <w:jc w:val="both"/>
      </w:pPr>
      <w:proofErr w:type="spellStart"/>
      <w:r>
        <w:t>Con</w:t>
      </w:r>
      <w:r>
        <w:t>ț</w:t>
      </w:r>
      <w:r>
        <w:t>inutul</w:t>
      </w:r>
      <w:proofErr w:type="spellEnd"/>
      <w:r>
        <w:t xml:space="preserve"> </w:t>
      </w:r>
      <w:proofErr w:type="spellStart"/>
      <w:r>
        <w:t>dosarului</w:t>
      </w:r>
      <w:proofErr w:type="spellEnd"/>
    </w:p>
    <w:p w:rsidR="007A5F70" w:rsidRDefault="00521114">
      <w:pPr>
        <w:ind w:firstLine="567"/>
        <w:jc w:val="both"/>
      </w:pPr>
      <w:r>
        <w:t xml:space="preserve">• </w:t>
      </w:r>
      <w:proofErr w:type="spellStart"/>
      <w:r>
        <w:t>Formularul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conform </w:t>
      </w:r>
      <w:proofErr w:type="spellStart"/>
      <w:r>
        <w:t>anexei</w:t>
      </w:r>
      <w:proofErr w:type="spellEnd"/>
      <w:r>
        <w:t xml:space="preserve"> nr. </w:t>
      </w:r>
      <w:proofErr w:type="gramStart"/>
      <w:r>
        <w:t xml:space="preserve">2 la </w:t>
      </w:r>
      <w:proofErr w:type="spellStart"/>
      <w:r>
        <w:t>regulament</w:t>
      </w:r>
      <w:proofErr w:type="spellEnd"/>
      <w:r>
        <w:t>.</w:t>
      </w:r>
      <w:proofErr w:type="gramEnd"/>
    </w:p>
    <w:p w:rsidR="007A5F70" w:rsidRDefault="00521114">
      <w:pPr>
        <w:ind w:firstLine="567"/>
        <w:jc w:val="both"/>
      </w:pPr>
      <w:r>
        <w:t xml:space="preserve">•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altui</w:t>
      </w:r>
      <w:proofErr w:type="spellEnd"/>
      <w:r>
        <w:t xml:space="preserve"> document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valabil</w:t>
      </w:r>
      <w:proofErr w:type="spellEnd"/>
      <w:r>
        <w:t>.</w:t>
      </w:r>
    </w:p>
    <w:p w:rsidR="007A5F70" w:rsidRDefault="00521114">
      <w:pPr>
        <w:ind w:firstLine="567"/>
        <w:jc w:val="both"/>
      </w:pPr>
      <w:r>
        <w:t xml:space="preserve">•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>/</w:t>
      </w:r>
      <w:proofErr w:type="spellStart"/>
      <w:r>
        <w:t>documentului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</w:t>
      </w:r>
      <w:proofErr w:type="spellStart"/>
      <w:r>
        <w:t>numelui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cazul</w:t>
      </w:r>
      <w:proofErr w:type="spellEnd"/>
      <w:r>
        <w:t>.</w:t>
      </w:r>
    </w:p>
    <w:p w:rsidR="007A5F70" w:rsidRDefault="00521114">
      <w:pPr>
        <w:ind w:firstLine="567"/>
        <w:jc w:val="both"/>
      </w:pPr>
      <w:r>
        <w:t xml:space="preserve">• </w:t>
      </w:r>
      <w:proofErr w:type="spellStart"/>
      <w:r>
        <w:t>Copii</w:t>
      </w:r>
      <w:proofErr w:type="spellEnd"/>
      <w:r>
        <w:t xml:space="preserve"> ale </w:t>
      </w:r>
      <w:proofErr w:type="spellStart"/>
      <w:r>
        <w:t>actelor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;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permisului</w:t>
      </w:r>
      <w:proofErr w:type="spellEnd"/>
      <w:r>
        <w:t xml:space="preserve"> </w:t>
      </w:r>
      <w:proofErr w:type="spellStart"/>
      <w:r>
        <w:t>categoria</w:t>
      </w:r>
      <w:proofErr w:type="spellEnd"/>
      <w:r>
        <w:t xml:space="preserve"> B.</w:t>
      </w:r>
    </w:p>
    <w:p w:rsidR="007A5F70" w:rsidRDefault="00521114">
      <w:pPr>
        <w:ind w:firstLine="567"/>
        <w:jc w:val="both"/>
      </w:pPr>
      <w:r>
        <w:lastRenderedPageBreak/>
        <w:t xml:space="preserve">•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adeverință</w:t>
      </w:r>
      <w:proofErr w:type="spellEnd"/>
      <w:r>
        <w:t xml:space="preserve"> de la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</w:t>
      </w:r>
      <w:r>
        <w:t>tudiilor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art. </w:t>
      </w:r>
      <w:proofErr w:type="gramStart"/>
      <w:r>
        <w:t xml:space="preserve">35;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condiției</w:t>
      </w:r>
      <w:proofErr w:type="spellEnd"/>
      <w:r>
        <w:t xml:space="preserve"> de </w:t>
      </w:r>
      <w:proofErr w:type="spellStart"/>
      <w:r>
        <w:t>vechime</w:t>
      </w:r>
      <w:proofErr w:type="spellEnd"/>
      <w:r>
        <w:t xml:space="preserve"> se </w:t>
      </w:r>
      <w:proofErr w:type="spellStart"/>
      <w:r>
        <w:t>raportează</w:t>
      </w:r>
      <w:proofErr w:type="spellEnd"/>
      <w:r>
        <w:t xml:space="preserve"> la </w:t>
      </w:r>
      <w:proofErr w:type="spellStart"/>
      <w:r>
        <w:t>cerința</w:t>
      </w:r>
      <w:proofErr w:type="spellEnd"/>
      <w:r>
        <w:t xml:space="preserve"> </w:t>
      </w:r>
      <w:proofErr w:type="spellStart"/>
      <w:r>
        <w:t>aprobată</w:t>
      </w:r>
      <w:proofErr w:type="spellEnd"/>
      <w:r>
        <w:t xml:space="preserve"> a </w:t>
      </w:r>
      <w:proofErr w:type="spellStart"/>
      <w:r>
        <w:t>postului</w:t>
      </w:r>
      <w:proofErr w:type="spellEnd"/>
      <w:r>
        <w:t>.</w:t>
      </w:r>
      <w:proofErr w:type="gramEnd"/>
    </w:p>
    <w:p w:rsidR="007A5F70" w:rsidRDefault="00521114">
      <w:pPr>
        <w:ind w:firstLine="567"/>
        <w:jc w:val="both"/>
      </w:pPr>
      <w:r>
        <w:t xml:space="preserve">•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extrasul</w:t>
      </w:r>
      <w:proofErr w:type="spellEnd"/>
      <w:r>
        <w:t xml:space="preserve"> de </w:t>
      </w:r>
      <w:proofErr w:type="spellStart"/>
      <w:r>
        <w:t>pe</w:t>
      </w:r>
      <w:proofErr w:type="spellEnd"/>
      <w:r>
        <w:t xml:space="preserve">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, cu </w:t>
      </w:r>
      <w:proofErr w:type="spellStart"/>
      <w:r>
        <w:t>posibilitățile</w:t>
      </w:r>
      <w:proofErr w:type="spellEnd"/>
      <w:r>
        <w:t xml:space="preserve"> de </w:t>
      </w:r>
      <w:proofErr w:type="spellStart"/>
      <w:r>
        <w:t>înlocuire</w:t>
      </w:r>
      <w:proofErr w:type="spellEnd"/>
      <w:r>
        <w:t>/</w:t>
      </w:r>
      <w:proofErr w:type="spellStart"/>
      <w:r>
        <w:t>obținere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35.</w:t>
      </w:r>
    </w:p>
    <w:p w:rsidR="007A5F70" w:rsidRDefault="00521114">
      <w:pPr>
        <w:ind w:firstLine="567"/>
        <w:jc w:val="both"/>
      </w:pPr>
      <w:r>
        <w:t xml:space="preserve">• </w:t>
      </w:r>
      <w:proofErr w:type="spellStart"/>
      <w:r>
        <w:t>Adeverința</w:t>
      </w:r>
      <w:proofErr w:type="spellEnd"/>
      <w:r>
        <w:t xml:space="preserve"> </w:t>
      </w:r>
      <w:proofErr w:type="spellStart"/>
      <w:r>
        <w:t>me</w:t>
      </w:r>
      <w:r>
        <w:t>dicală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emisă</w:t>
      </w:r>
      <w:proofErr w:type="spellEnd"/>
      <w:r>
        <w:t xml:space="preserve"> cu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art. 35.</w:t>
      </w:r>
    </w:p>
    <w:p w:rsidR="007A5F70" w:rsidRDefault="00521114">
      <w:pPr>
        <w:ind w:firstLine="567"/>
        <w:jc w:val="both"/>
      </w:pPr>
      <w:r>
        <w:t xml:space="preserve">•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,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ap</w:t>
      </w:r>
      <w:r>
        <w:t>licabilitate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, </w:t>
      </w:r>
      <w:proofErr w:type="spellStart"/>
      <w:r>
        <w:t>ori</w:t>
      </w:r>
      <w:proofErr w:type="spellEnd"/>
      <w:r>
        <w:t xml:space="preserve"> </w:t>
      </w:r>
      <w:proofErr w:type="spellStart"/>
      <w:r>
        <w:t>acord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obținerea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de </w:t>
      </w:r>
      <w:proofErr w:type="spellStart"/>
      <w:r>
        <w:t>instituție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:rsidR="007A5F70" w:rsidRDefault="00521114">
      <w:pPr>
        <w:ind w:firstLine="567"/>
        <w:jc w:val="both"/>
      </w:pPr>
      <w:r>
        <w:t xml:space="preserve">• Curriculum vitae, model </w:t>
      </w:r>
      <w:proofErr w:type="spellStart"/>
      <w:r>
        <w:t>comun</w:t>
      </w:r>
      <w:proofErr w:type="spellEnd"/>
      <w:r>
        <w:t xml:space="preserve"> </w:t>
      </w:r>
      <w:proofErr w:type="spellStart"/>
      <w:proofErr w:type="gramStart"/>
      <w:r>
        <w:t>european</w:t>
      </w:r>
      <w:proofErr w:type="spellEnd"/>
      <w:proofErr w:type="gramEnd"/>
      <w:r>
        <w:t>.</w:t>
      </w:r>
    </w:p>
    <w:p w:rsidR="007A5F70" w:rsidRDefault="00521114">
      <w:pPr>
        <w:ind w:firstLine="567"/>
        <w:jc w:val="both"/>
      </w:pPr>
      <w:proofErr w:type="spellStart"/>
      <w:r>
        <w:t>Copiile</w:t>
      </w:r>
      <w:proofErr w:type="spellEnd"/>
      <w:r>
        <w:t xml:space="preserve"> se </w:t>
      </w:r>
      <w:proofErr w:type="spellStart"/>
      <w:r>
        <w:t>certifică</w:t>
      </w:r>
      <w:proofErr w:type="spellEnd"/>
      <w:r>
        <w:t xml:space="preserve"> de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cu </w:t>
      </w:r>
      <w:proofErr w:type="spellStart"/>
      <w:r>
        <w:t>mențiunea</w:t>
      </w:r>
      <w:proofErr w:type="spellEnd"/>
      <w:r>
        <w:t xml:space="preserve"> „conform cu </w:t>
      </w:r>
      <w:proofErr w:type="spellStart"/>
      <w:r>
        <w:t>originalul</w:t>
      </w:r>
      <w:proofErr w:type="spellEnd"/>
      <w:r>
        <w:t xml:space="preserve">”, </w:t>
      </w:r>
      <w:proofErr w:type="spellStart"/>
      <w:r>
        <w:t>pe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originalelor</w:t>
      </w:r>
      <w:proofErr w:type="spellEnd"/>
      <w:r>
        <w:t xml:space="preserve">. </w:t>
      </w:r>
      <w:proofErr w:type="spellStart"/>
      <w:proofErr w:type="gramStart"/>
      <w:r>
        <w:t>Cazierul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</w:t>
      </w:r>
      <w:r>
        <w:t xml:space="preserve">i </w:t>
      </w:r>
      <w:proofErr w:type="spellStart"/>
      <w:r>
        <w:t>înlocuit</w:t>
      </w:r>
      <w:proofErr w:type="spellEnd"/>
      <w:r>
        <w:t xml:space="preserve"> cu </w:t>
      </w:r>
      <w:proofErr w:type="spellStart"/>
      <w:r>
        <w:t>declarație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antecedentele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;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admis</w:t>
      </w:r>
      <w:proofErr w:type="spellEnd"/>
      <w:r>
        <w:t xml:space="preserve"> la </w:t>
      </w:r>
      <w:proofErr w:type="spellStart"/>
      <w:r>
        <w:t>selecție</w:t>
      </w:r>
      <w:proofErr w:type="spellEnd"/>
      <w:r>
        <w:t xml:space="preserve">, care nu a </w:t>
      </w:r>
      <w:proofErr w:type="spellStart"/>
      <w:r>
        <w:t>cerut</w:t>
      </w:r>
      <w:proofErr w:type="spellEnd"/>
      <w:r>
        <w:t xml:space="preserve"> </w:t>
      </w:r>
      <w:proofErr w:type="spellStart"/>
      <w:r>
        <w:t>obținerea</w:t>
      </w:r>
      <w:proofErr w:type="spellEnd"/>
      <w:r>
        <w:t xml:space="preserve"> </w:t>
      </w:r>
      <w:proofErr w:type="spellStart"/>
      <w:r>
        <w:t>extrasului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instituție</w:t>
      </w:r>
      <w:proofErr w:type="spellEnd"/>
      <w:r>
        <w:t xml:space="preserve">,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originalul</w:t>
      </w:r>
      <w:proofErr w:type="spellEnd"/>
      <w:r>
        <w:t xml:space="preserve"> anterior </w:t>
      </w:r>
      <w:proofErr w:type="spellStart"/>
      <w:r>
        <w:t>datei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Pentru</w:t>
      </w:r>
      <w:proofErr w:type="spellEnd"/>
      <w:r>
        <w:t xml:space="preserve"> </w:t>
      </w:r>
      <w:proofErr w:type="spellStart"/>
      <w:r>
        <w:t>dosarele</w:t>
      </w:r>
      <w:proofErr w:type="spellEnd"/>
      <w:r>
        <w:t xml:space="preserve"> </w:t>
      </w:r>
      <w:proofErr w:type="spellStart"/>
      <w:r>
        <w:t>transmise</w:t>
      </w:r>
      <w:proofErr w:type="spellEnd"/>
      <w:r>
        <w:t xml:space="preserve"> la </w:t>
      </w:r>
      <w:proofErr w:type="spellStart"/>
      <w:r>
        <w:t>distanță</w:t>
      </w:r>
      <w:proofErr w:type="spellEnd"/>
      <w:r>
        <w:t xml:space="preserve">, </w:t>
      </w:r>
      <w:proofErr w:type="spellStart"/>
      <w:r>
        <w:t>originalele</w:t>
      </w:r>
      <w:proofErr w:type="spellEnd"/>
      <w:r>
        <w:t xml:space="preserve"> </w:t>
      </w:r>
      <w:proofErr w:type="spellStart"/>
      <w:r>
        <w:t>actelor</w:t>
      </w:r>
      <w:proofErr w:type="spellEnd"/>
      <w:r>
        <w:t xml:space="preserve"> de la </w:t>
      </w:r>
      <w:r>
        <w:t>art.</w:t>
      </w:r>
      <w:proofErr w:type="gramEnd"/>
      <w:r>
        <w:t xml:space="preserve"> </w:t>
      </w:r>
      <w:proofErr w:type="gramStart"/>
      <w:r>
        <w:t xml:space="preserve">35 </w:t>
      </w:r>
      <w:proofErr w:type="spellStart"/>
      <w:r>
        <w:t>alin</w:t>
      </w:r>
      <w:proofErr w:type="spellEnd"/>
      <w:r>
        <w:t>.</w:t>
      </w:r>
      <w:proofErr w:type="gramEnd"/>
      <w:r>
        <w:t xml:space="preserve"> (1) </w:t>
      </w:r>
      <w:proofErr w:type="gramStart"/>
      <w:r>
        <w:t>lit</w:t>
      </w:r>
      <w:proofErr w:type="gramEnd"/>
      <w:r>
        <w:t xml:space="preserve">. b)–e) se </w:t>
      </w:r>
      <w:proofErr w:type="spellStart"/>
      <w:r>
        <w:t>prezintă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 la data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ora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, sub </w:t>
      </w:r>
      <w:proofErr w:type="spellStart"/>
      <w:r>
        <w:t>sancțiunea</w:t>
      </w:r>
      <w:proofErr w:type="spellEnd"/>
      <w:r>
        <w:t xml:space="preserve"> </w:t>
      </w:r>
      <w:proofErr w:type="spellStart"/>
      <w:r>
        <w:t>neemiterii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de </w:t>
      </w:r>
      <w:proofErr w:type="spellStart"/>
      <w:r>
        <w:t>angajare</w:t>
      </w:r>
      <w:proofErr w:type="spellEnd"/>
      <w:r>
        <w:t xml:space="preserve">. </w:t>
      </w:r>
      <w:proofErr w:type="spellStart"/>
      <w:r>
        <w:t>Transmiterea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 se face </w:t>
      </w:r>
      <w:proofErr w:type="spellStart"/>
      <w:r>
        <w:t>în</w:t>
      </w:r>
      <w:proofErr w:type="spellEnd"/>
      <w:r>
        <w:t xml:space="preserve"> format PDF, cu </w:t>
      </w:r>
      <w:proofErr w:type="spellStart"/>
      <w:r>
        <w:t>volum</w:t>
      </w:r>
      <w:proofErr w:type="spellEnd"/>
      <w:r>
        <w:t xml:space="preserve"> maxim de 1 MB,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formă</w:t>
      </w:r>
      <w:proofErr w:type="spellEnd"/>
      <w:r>
        <w:t xml:space="preserve"> </w:t>
      </w:r>
      <w:proofErr w:type="spellStart"/>
      <w:r>
        <w:t>lizibilă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art. </w:t>
      </w:r>
      <w:proofErr w:type="gramStart"/>
      <w:r>
        <w:t xml:space="preserve">35 </w:t>
      </w:r>
      <w:proofErr w:type="spellStart"/>
      <w:r>
        <w:t>alin</w:t>
      </w:r>
      <w:proofErr w:type="spellEnd"/>
      <w:r>
        <w:t>.</w:t>
      </w:r>
      <w:proofErr w:type="gramEnd"/>
      <w:r>
        <w:t xml:space="preserve"> (9). </w:t>
      </w:r>
      <w:proofErr w:type="spellStart"/>
      <w:r>
        <w:t>Nerespectarea</w:t>
      </w:r>
      <w:proofErr w:type="spellEnd"/>
      <w:r>
        <w:t xml:space="preserve"> </w:t>
      </w:r>
      <w:proofErr w:type="spellStart"/>
      <w:r>
        <w:t>alin</w:t>
      </w:r>
      <w:proofErr w:type="spellEnd"/>
      <w:r>
        <w:t xml:space="preserve">. (7) </w:t>
      </w:r>
      <w:proofErr w:type="spellStart"/>
      <w:r>
        <w:t>și</w:t>
      </w:r>
      <w:proofErr w:type="spellEnd"/>
      <w:r>
        <w:t xml:space="preserve"> (9) conduce la </w:t>
      </w:r>
      <w:proofErr w:type="spellStart"/>
      <w:r>
        <w:t>respingerea</w:t>
      </w:r>
      <w:proofErr w:type="spellEnd"/>
      <w:r>
        <w:t xml:space="preserve"> </w:t>
      </w:r>
      <w:proofErr w:type="spellStart"/>
      <w:r>
        <w:t>candidatului</w:t>
      </w:r>
      <w:proofErr w:type="spellEnd"/>
      <w:r>
        <w:t>.</w:t>
      </w:r>
    </w:p>
    <w:p w:rsidR="007A5F70" w:rsidRDefault="00521114">
      <w:pPr>
        <w:pStyle w:val="Heading1"/>
        <w:ind w:firstLine="567"/>
        <w:jc w:val="both"/>
      </w:pPr>
      <w:proofErr w:type="spellStart"/>
      <w:r>
        <w:t>Depunerea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desfășurarea</w:t>
      </w:r>
      <w:proofErr w:type="spellEnd"/>
      <w:r>
        <w:t xml:space="preserve"> </w:t>
      </w:r>
      <w:proofErr w:type="spellStart"/>
      <w:r>
        <w:t>probelor</w:t>
      </w:r>
      <w:proofErr w:type="spellEnd"/>
    </w:p>
    <w:p w:rsidR="007A5F70" w:rsidRDefault="00521114">
      <w:pPr>
        <w:ind w:firstLine="567"/>
        <w:jc w:val="both"/>
      </w:pPr>
      <w:proofErr w:type="spellStart"/>
      <w:r>
        <w:t>Dosarele</w:t>
      </w:r>
      <w:proofErr w:type="spellEnd"/>
      <w:r>
        <w:t xml:space="preserve"> se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</w:t>
      </w:r>
      <w:r w:rsidR="00841507">
        <w:t>30</w:t>
      </w:r>
      <w:r>
        <w:t xml:space="preserve">.09.2026, </w:t>
      </w:r>
      <w:proofErr w:type="spellStart"/>
      <w:r>
        <w:t>ora</w:t>
      </w:r>
      <w:proofErr w:type="spellEnd"/>
      <w:r>
        <w:t xml:space="preserve"> 14:00,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Primăriei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</w:t>
      </w:r>
      <w:proofErr w:type="spellStart"/>
      <w:r>
        <w:t>Frecăței</w:t>
      </w:r>
      <w:proofErr w:type="spellEnd"/>
      <w:r>
        <w:t xml:space="preserve">, str. </w:t>
      </w:r>
      <w:proofErr w:type="spellStart"/>
      <w:r>
        <w:t>Principală</w:t>
      </w:r>
      <w:proofErr w:type="spellEnd"/>
      <w:r>
        <w:t xml:space="preserve"> nr. </w:t>
      </w:r>
      <w:proofErr w:type="gramStart"/>
      <w:r>
        <w:t xml:space="preserve">63, </w:t>
      </w:r>
      <w:proofErr w:type="spellStart"/>
      <w:r>
        <w:t>județul</w:t>
      </w:r>
      <w:proofErr w:type="spellEnd"/>
      <w:r>
        <w:t xml:space="preserve"> </w:t>
      </w:r>
      <w:proofErr w:type="spellStart"/>
      <w:r>
        <w:t>Tulcea</w:t>
      </w:r>
      <w:proofErr w:type="spellEnd"/>
      <w:r>
        <w:t xml:space="preserve">, </w:t>
      </w:r>
      <w:proofErr w:type="spellStart"/>
      <w:r>
        <w:t>compa</w:t>
      </w:r>
      <w:r>
        <w:t>rtimentul</w:t>
      </w:r>
      <w:proofErr w:type="spellEnd"/>
      <w:r>
        <w:t xml:space="preserve"> </w:t>
      </w:r>
      <w:proofErr w:type="spellStart"/>
      <w:r>
        <w:t>Registratura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08:00–16:00.</w:t>
      </w:r>
      <w:proofErr w:type="gramEnd"/>
      <w:r>
        <w:t xml:space="preserve"> </w:t>
      </w:r>
      <w:proofErr w:type="spellStart"/>
      <w:proofErr w:type="gramStart"/>
      <w:r>
        <w:t>Transmiterea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poștă</w:t>
      </w:r>
      <w:proofErr w:type="spellEnd"/>
      <w:r>
        <w:t>/</w:t>
      </w:r>
      <w:proofErr w:type="spellStart"/>
      <w:r>
        <w:t>curier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la office@primariafrecatei.ro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art.</w:t>
      </w:r>
      <w:proofErr w:type="gramEnd"/>
      <w:r>
        <w:t xml:space="preserve"> 35 din </w:t>
      </w:r>
      <w:proofErr w:type="spellStart"/>
      <w:r>
        <w:t>regulament</w:t>
      </w:r>
      <w:proofErr w:type="spellEnd"/>
      <w:r>
        <w:t xml:space="preserve">,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termenului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cerințelor</w:t>
      </w:r>
      <w:proofErr w:type="spellEnd"/>
      <w:r>
        <w:t xml:space="preserve"> de </w:t>
      </w:r>
      <w:proofErr w:type="spellStart"/>
      <w:r>
        <w:t>documentare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certificare</w:t>
      </w:r>
      <w:proofErr w:type="spellEnd"/>
      <w:r>
        <w:t>.</w:t>
      </w:r>
    </w:p>
    <w:p w:rsidR="007A5F70" w:rsidRDefault="00521114">
      <w:pPr>
        <w:ind w:firstLine="567"/>
        <w:jc w:val="both"/>
      </w:pPr>
      <w:proofErr w:type="spellStart"/>
      <w:r>
        <w:t>Concursul</w:t>
      </w:r>
      <w:proofErr w:type="spellEnd"/>
      <w:r>
        <w:t xml:space="preserve"> </w:t>
      </w:r>
      <w:proofErr w:type="spellStart"/>
      <w:r>
        <w:t>cuprin</w:t>
      </w:r>
      <w:r>
        <w:t>de</w:t>
      </w:r>
      <w:proofErr w:type="spellEnd"/>
      <w:r>
        <w:t xml:space="preserve">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,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tip </w:t>
      </w:r>
      <w:proofErr w:type="spellStart"/>
      <w:r>
        <w:t>grilă</w:t>
      </w:r>
      <w:proofErr w:type="spellEnd"/>
      <w:r>
        <w:t xml:space="preserve"> din 0</w:t>
      </w:r>
      <w:r w:rsidR="00841507">
        <w:t>7</w:t>
      </w:r>
      <w:r>
        <w:t xml:space="preserve">.10.2026, </w:t>
      </w:r>
      <w:proofErr w:type="spellStart"/>
      <w:r>
        <w:t>ora</w:t>
      </w:r>
      <w:proofErr w:type="spellEnd"/>
      <w:r>
        <w:t xml:space="preserve"> 10:00,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interviul</w:t>
      </w:r>
      <w:proofErr w:type="spellEnd"/>
      <w:r>
        <w:t xml:space="preserve"> din </w:t>
      </w:r>
      <w:r w:rsidR="00841507">
        <w:t>12</w:t>
      </w:r>
      <w:r>
        <w:t xml:space="preserve">.10.2026, </w:t>
      </w:r>
      <w:proofErr w:type="spellStart"/>
      <w:r>
        <w:t>ora</w:t>
      </w:r>
      <w:proofErr w:type="spellEnd"/>
      <w:r>
        <w:t xml:space="preserve"> 10:00. </w:t>
      </w:r>
      <w:proofErr w:type="spellStart"/>
      <w:r>
        <w:t>Locul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: </w:t>
      </w:r>
      <w:proofErr w:type="spellStart"/>
      <w:r>
        <w:t>sed</w:t>
      </w:r>
      <w:r w:rsidR="00841507">
        <w:t>iul</w:t>
      </w:r>
      <w:proofErr w:type="spellEnd"/>
      <w:r w:rsidR="00841507">
        <w:t xml:space="preserve"> </w:t>
      </w:r>
      <w:proofErr w:type="spellStart"/>
      <w:r w:rsidR="00841507">
        <w:t>Primăriei</w:t>
      </w:r>
      <w:proofErr w:type="spellEnd"/>
      <w:r w:rsidR="00841507">
        <w:t xml:space="preserve"> </w:t>
      </w:r>
      <w:proofErr w:type="spellStart"/>
      <w:r w:rsidR="00841507">
        <w:t>Comunei</w:t>
      </w:r>
      <w:proofErr w:type="spellEnd"/>
      <w:r w:rsidR="00841507">
        <w:t xml:space="preserve"> </w:t>
      </w:r>
      <w:proofErr w:type="spellStart"/>
      <w:r w:rsidR="00841507">
        <w:t>Frecăței</w:t>
      </w:r>
      <w:proofErr w:type="spellEnd"/>
      <w:r w:rsidR="00841507">
        <w:t xml:space="preserve">. </w:t>
      </w:r>
      <w:proofErr w:type="spellStart"/>
      <w:r>
        <w:t>Accesul</w:t>
      </w:r>
      <w:proofErr w:type="spellEnd"/>
      <w:r>
        <w:t xml:space="preserve"> se face </w:t>
      </w:r>
      <w:proofErr w:type="spellStart"/>
      <w:r>
        <w:t>pe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valabil</w:t>
      </w:r>
      <w:proofErr w:type="spellEnd"/>
      <w:r>
        <w:t xml:space="preserve">. </w:t>
      </w:r>
      <w:proofErr w:type="gramStart"/>
      <w:r>
        <w:t xml:space="preserve">Pot </w:t>
      </w:r>
      <w:proofErr w:type="spellStart"/>
      <w:r>
        <w:t>participa</w:t>
      </w:r>
      <w:proofErr w:type="spellEnd"/>
      <w:r>
        <w:t xml:space="preserve"> la</w:t>
      </w:r>
      <w:r>
        <w:t xml:space="preserve"> </w:t>
      </w:r>
      <w:proofErr w:type="spellStart"/>
      <w:r>
        <w:t>etapa</w:t>
      </w:r>
      <w:proofErr w:type="spellEnd"/>
      <w:r>
        <w:t xml:space="preserve"> </w:t>
      </w:r>
      <w:proofErr w:type="spellStart"/>
      <w:r>
        <w:t>următoare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la </w:t>
      </w:r>
      <w:proofErr w:type="spellStart"/>
      <w:r>
        <w:t>etapa</w:t>
      </w:r>
      <w:proofErr w:type="spellEnd"/>
      <w:r>
        <w:t xml:space="preserve"> </w:t>
      </w:r>
      <w:proofErr w:type="spellStart"/>
      <w:r>
        <w:t>precedentă</w:t>
      </w:r>
      <w:proofErr w:type="spellEnd"/>
      <w:r>
        <w:t>.</w:t>
      </w:r>
      <w:proofErr w:type="gramEnd"/>
    </w:p>
    <w:p w:rsidR="007A5F70" w:rsidRDefault="00521114">
      <w:pPr>
        <w:ind w:firstLine="567"/>
        <w:jc w:val="both"/>
      </w:pPr>
      <w:proofErr w:type="spellStart"/>
      <w:proofErr w:type="gram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se </w:t>
      </w:r>
      <w:proofErr w:type="spellStart"/>
      <w:r>
        <w:t>notează</w:t>
      </w:r>
      <w:proofErr w:type="spellEnd"/>
      <w:r>
        <w:t xml:space="preserve"> cu maximum 100 </w:t>
      </w:r>
      <w:proofErr w:type="spellStart"/>
      <w:r>
        <w:t>puncte</w:t>
      </w:r>
      <w:proofErr w:type="spellEnd"/>
      <w:r>
        <w:t xml:space="preserve">;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promovarea</w:t>
      </w:r>
      <w:proofErr w:type="spellEnd"/>
      <w:r>
        <w:t xml:space="preserve"> </w:t>
      </w:r>
      <w:proofErr w:type="spellStart"/>
      <w:r>
        <w:t>fiecărei</w:t>
      </w:r>
      <w:proofErr w:type="spellEnd"/>
      <w:r>
        <w:t xml:space="preserve"> probe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minimum 50 </w:t>
      </w:r>
      <w:proofErr w:type="spellStart"/>
      <w:r>
        <w:t>puncte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Punctajul</w:t>
      </w:r>
      <w:proofErr w:type="spellEnd"/>
      <w:r>
        <w:t xml:space="preserve"> final </w:t>
      </w:r>
      <w:proofErr w:type="spellStart"/>
      <w:r>
        <w:t>reprezintă</w:t>
      </w:r>
      <w:proofErr w:type="spellEnd"/>
      <w:r>
        <w:t xml:space="preserve"> media </w:t>
      </w:r>
      <w:proofErr w:type="spellStart"/>
      <w:r>
        <w:t>aritmetică</w:t>
      </w:r>
      <w:proofErr w:type="spellEnd"/>
      <w:r>
        <w:t xml:space="preserve"> a </w:t>
      </w:r>
      <w:proofErr w:type="spellStart"/>
      <w:r>
        <w:t>punctajelor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inter</w:t>
      </w:r>
      <w:r>
        <w:t>viului</w:t>
      </w:r>
      <w:proofErr w:type="spellEnd"/>
      <w:r>
        <w:t>.</w:t>
      </w:r>
      <w:proofErr w:type="gramEnd"/>
      <w:r>
        <w:t xml:space="preserve"> </w:t>
      </w:r>
      <w:proofErr w:type="spellStart"/>
      <w:r>
        <w:t>Departajarea</w:t>
      </w:r>
      <w:proofErr w:type="spellEnd"/>
      <w:r>
        <w:t xml:space="preserve"> se face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regulamentului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punctajul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la </w:t>
      </w:r>
      <w:proofErr w:type="spellStart"/>
      <w:r>
        <w:t>egalitate</w:t>
      </w:r>
      <w:proofErr w:type="spellEnd"/>
      <w:r>
        <w:t xml:space="preserve"> se </w:t>
      </w:r>
      <w:proofErr w:type="spellStart"/>
      <w:r>
        <w:t>organizează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nou</w:t>
      </w:r>
      <w:proofErr w:type="spellEnd"/>
      <w:r>
        <w:t xml:space="preserve"> </w:t>
      </w:r>
      <w:proofErr w:type="spellStart"/>
      <w:r>
        <w:t>interviu</w:t>
      </w:r>
      <w:proofErr w:type="spellEnd"/>
      <w:r>
        <w:t>.</w:t>
      </w:r>
    </w:p>
    <w:p w:rsidR="007A5F70" w:rsidRDefault="00521114">
      <w:pPr>
        <w:ind w:firstLine="567"/>
        <w:jc w:val="both"/>
      </w:pPr>
      <w:proofErr w:type="spellStart"/>
      <w:r>
        <w:t>Rezultatele</w:t>
      </w:r>
      <w:proofErr w:type="spellEnd"/>
      <w:r>
        <w:t xml:space="preserve"> se </w:t>
      </w:r>
      <w:proofErr w:type="spellStart"/>
      <w:r>
        <w:t>comunică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 </w:t>
      </w:r>
      <w:proofErr w:type="spellStart"/>
      <w:r>
        <w:t>atribuit</w:t>
      </w:r>
      <w:proofErr w:type="spellEnd"/>
      <w:r>
        <w:t xml:space="preserve"> </w:t>
      </w:r>
      <w:proofErr w:type="spellStart"/>
      <w:r>
        <w:t>candidatului</w:t>
      </w:r>
      <w:proofErr w:type="spellEnd"/>
      <w:r>
        <w:t xml:space="preserve">, la </w:t>
      </w:r>
      <w:proofErr w:type="spellStart"/>
      <w:r>
        <w:t>sediu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pagina</w:t>
      </w:r>
      <w:proofErr w:type="spellEnd"/>
      <w:r>
        <w:t xml:space="preserve"> de internet </w:t>
      </w:r>
      <w:proofErr w:type="gramStart"/>
      <w:r>
        <w:t>a</w:t>
      </w:r>
      <w:proofErr w:type="gramEnd"/>
      <w:r>
        <w:t xml:space="preserve"> </w:t>
      </w:r>
      <w:proofErr w:type="spellStart"/>
      <w:r>
        <w:t>instituției</w:t>
      </w:r>
      <w:proofErr w:type="spellEnd"/>
      <w:r>
        <w:t xml:space="preserve">. </w:t>
      </w:r>
      <w:proofErr w:type="spellStart"/>
      <w:r>
        <w:t>Contestațiile</w:t>
      </w:r>
      <w:proofErr w:type="spellEnd"/>
      <w:r>
        <w:t xml:space="preserve"> se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o </w:t>
      </w:r>
      <w:proofErr w:type="spellStart"/>
      <w:r>
        <w:t>zi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</w:t>
      </w:r>
      <w:proofErr w:type="spellStart"/>
      <w:r>
        <w:t>afișarea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, conform </w:t>
      </w:r>
      <w:proofErr w:type="spellStart"/>
      <w:r>
        <w:t>calendarului</w:t>
      </w:r>
      <w:proofErr w:type="spellEnd"/>
      <w:r>
        <w:t xml:space="preserve"> </w:t>
      </w:r>
      <w:proofErr w:type="spellStart"/>
      <w:r>
        <w:t>anexat</w:t>
      </w:r>
      <w:proofErr w:type="spellEnd"/>
      <w:r>
        <w:t xml:space="preserve">. </w:t>
      </w:r>
      <w:proofErr w:type="spellStart"/>
      <w:proofErr w:type="gramStart"/>
      <w:r>
        <w:t>Calendarul</w:t>
      </w:r>
      <w:proofErr w:type="spellEnd"/>
      <w:r>
        <w:t xml:space="preserve"> </w:t>
      </w:r>
      <w:proofErr w:type="spellStart"/>
      <w:r>
        <w:t>detaliat</w:t>
      </w:r>
      <w:proofErr w:type="spellEnd"/>
      <w:r>
        <w:t xml:space="preserve">, </w:t>
      </w:r>
      <w:proofErr w:type="spellStart"/>
      <w:r>
        <w:t>bi</w:t>
      </w:r>
      <w:r>
        <w:t>bliografia</w:t>
      </w:r>
      <w:proofErr w:type="spellEnd"/>
      <w:r>
        <w:t xml:space="preserve">, </w:t>
      </w:r>
      <w:proofErr w:type="spellStart"/>
      <w:r>
        <w:t>tematica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fișa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se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anunț</w:t>
      </w:r>
      <w:proofErr w:type="spellEnd"/>
      <w:r>
        <w:t>.</w:t>
      </w:r>
      <w:proofErr w:type="gramEnd"/>
    </w:p>
    <w:p w:rsidR="007A5F70" w:rsidRDefault="00521114">
      <w:pPr>
        <w:ind w:firstLine="567"/>
        <w:jc w:val="both"/>
      </w:pPr>
      <w:proofErr w:type="spellStart"/>
      <w:r>
        <w:t>Persoana</w:t>
      </w:r>
      <w:proofErr w:type="spellEnd"/>
      <w:r>
        <w:t xml:space="preserve"> de contact: </w:t>
      </w:r>
      <w:proofErr w:type="spellStart"/>
      <w:r>
        <w:t>Bumbac</w:t>
      </w:r>
      <w:proofErr w:type="spellEnd"/>
      <w:r>
        <w:t xml:space="preserve"> Laura, </w:t>
      </w:r>
      <w:proofErr w:type="spellStart"/>
      <w:r>
        <w:t>secretar</w:t>
      </w:r>
      <w:proofErr w:type="spellEnd"/>
      <w:r>
        <w:t xml:space="preserve"> al </w:t>
      </w:r>
      <w:proofErr w:type="spellStart"/>
      <w:r>
        <w:t>comisiei</w:t>
      </w:r>
      <w:proofErr w:type="spellEnd"/>
      <w:r>
        <w:t xml:space="preserve"> de concurs. </w:t>
      </w:r>
      <w:proofErr w:type="spellStart"/>
      <w:r>
        <w:t>Telefon</w:t>
      </w:r>
      <w:proofErr w:type="spellEnd"/>
      <w:r>
        <w:t xml:space="preserve">: 0240 548291. </w:t>
      </w:r>
      <w:proofErr w:type="spellStart"/>
      <w:r>
        <w:t>Pagina</w:t>
      </w:r>
      <w:proofErr w:type="spellEnd"/>
      <w:r>
        <w:t xml:space="preserve"> de internet: www.primariafrecatei.com. </w:t>
      </w:r>
      <w:proofErr w:type="spellStart"/>
      <w:r>
        <w:t>Informațiile</w:t>
      </w:r>
      <w:proofErr w:type="spellEnd"/>
      <w:r>
        <w:t xml:space="preserve"> se </w:t>
      </w:r>
      <w:proofErr w:type="spellStart"/>
      <w:r>
        <w:t>oferă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zilele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,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orele</w:t>
      </w:r>
      <w:proofErr w:type="spellEnd"/>
      <w:r>
        <w:t xml:space="preserve"> 08:00–16:00</w:t>
      </w:r>
    </w:p>
    <w:p w:rsidR="007A5F70" w:rsidRDefault="007A5F70">
      <w:pPr>
        <w:ind w:firstLine="567"/>
        <w:jc w:val="both"/>
      </w:pPr>
    </w:p>
    <w:p w:rsidR="007A5F70" w:rsidRDefault="00521114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PRIMAR</w:t>
      </w:r>
      <w:proofErr w:type="gramStart"/>
      <w:r>
        <w:rPr>
          <w:b/>
          <w:bCs/>
          <w:sz w:val="24"/>
          <w:szCs w:val="24"/>
        </w:rPr>
        <w:t>,</w:t>
      </w:r>
      <w:proofErr w:type="gramEnd"/>
      <w:r>
        <w:rPr>
          <w:b/>
          <w:bCs/>
          <w:sz w:val="24"/>
          <w:szCs w:val="24"/>
        </w:rPr>
        <w:br/>
        <w:t xml:space="preserve">Ec. Marian </w:t>
      </w:r>
      <w:proofErr w:type="spellStart"/>
      <w:r>
        <w:rPr>
          <w:b/>
          <w:bCs/>
          <w:sz w:val="24"/>
          <w:szCs w:val="24"/>
        </w:rPr>
        <w:t>Naiman</w:t>
      </w:r>
      <w:proofErr w:type="spellEnd"/>
    </w:p>
    <w:p w:rsidR="00841507" w:rsidRDefault="00841507">
      <w:pPr>
        <w:ind w:firstLine="567"/>
        <w:jc w:val="center"/>
        <w:rPr>
          <w:b/>
          <w:bCs/>
          <w:sz w:val="24"/>
          <w:szCs w:val="24"/>
        </w:rPr>
      </w:pPr>
    </w:p>
    <w:p w:rsidR="00841507" w:rsidRDefault="00841507">
      <w:pPr>
        <w:ind w:firstLine="567"/>
        <w:jc w:val="center"/>
        <w:rPr>
          <w:b/>
          <w:bCs/>
          <w:sz w:val="24"/>
          <w:szCs w:val="24"/>
        </w:rPr>
      </w:pPr>
    </w:p>
    <w:p w:rsidR="007A5F70" w:rsidRDefault="00521114">
      <w:pPr>
        <w:jc w:val="right"/>
      </w:pPr>
      <w:proofErr w:type="spellStart"/>
      <w:proofErr w:type="gramStart"/>
      <w:r>
        <w:rPr>
          <w:b/>
          <w:bCs/>
        </w:rPr>
        <w:lastRenderedPageBreak/>
        <w:t>Anexa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2 la </w:t>
      </w:r>
      <w:proofErr w:type="spellStart"/>
      <w:r>
        <w:rPr>
          <w:b/>
          <w:bCs/>
        </w:rPr>
        <w:t>Dispoziția</w:t>
      </w:r>
      <w:proofErr w:type="spellEnd"/>
      <w:r>
        <w:rPr>
          <w:b/>
          <w:bCs/>
        </w:rPr>
        <w:t xml:space="preserve"> nr.</w:t>
      </w:r>
      <w:proofErr w:type="gramEnd"/>
      <w:r>
        <w:rPr>
          <w:b/>
          <w:bCs/>
        </w:rPr>
        <w:t xml:space="preserve"> 105/10.09.2026</w:t>
      </w:r>
      <w:r>
        <w:br/>
        <w:t xml:space="preserve">Post: </w:t>
      </w:r>
      <w:proofErr w:type="spellStart"/>
      <w:r>
        <w:t>șofer</w:t>
      </w:r>
      <w:proofErr w:type="spellEnd"/>
      <w:r>
        <w:t xml:space="preserve">, </w:t>
      </w:r>
      <w:proofErr w:type="spellStart"/>
      <w:r>
        <w:t>categoria</w:t>
      </w:r>
      <w:proofErr w:type="spellEnd"/>
      <w:r>
        <w:t xml:space="preserve"> B, </w:t>
      </w:r>
      <w:proofErr w:type="spellStart"/>
      <w:r>
        <w:t>Compartimentul</w:t>
      </w:r>
      <w:proofErr w:type="spellEnd"/>
      <w:r>
        <w:t xml:space="preserve"> </w:t>
      </w:r>
      <w:proofErr w:type="spellStart"/>
      <w:r>
        <w:t>Cultură</w:t>
      </w:r>
      <w:proofErr w:type="spellEnd"/>
    </w:p>
    <w:tbl>
      <w:tblPr>
        <w:tblStyle w:val="a0"/>
        <w:tblW w:w="951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758"/>
        <w:gridCol w:w="4757"/>
      </w:tblGrid>
      <w:tr w:rsidR="007A5F70">
        <w:trPr>
          <w:tblHeader/>
        </w:trPr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7A5F70" w:rsidRDefault="00521114">
            <w:pPr>
              <w:spacing w:before="80" w:after="80"/>
            </w:pPr>
            <w:proofErr w:type="spellStart"/>
            <w:r>
              <w:t>Etapa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7A5F70" w:rsidRDefault="00521114">
            <w:pPr>
              <w:spacing w:before="80" w:after="80"/>
            </w:pPr>
            <w:r>
              <w:t xml:space="preserve">Data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ora</w:t>
            </w:r>
            <w:proofErr w:type="spellEnd"/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Publicarea</w:t>
            </w:r>
            <w:proofErr w:type="spellEnd"/>
            <w:r>
              <w:t xml:space="preserve"> </w:t>
            </w:r>
            <w:proofErr w:type="spellStart"/>
            <w:r>
              <w:t>anunțului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transmiterea</w:t>
            </w:r>
            <w:proofErr w:type="spellEnd"/>
            <w:r>
              <w:t xml:space="preserve"> </w:t>
            </w:r>
            <w:proofErr w:type="spellStart"/>
            <w:r>
              <w:t>către</w:t>
            </w:r>
            <w:proofErr w:type="spellEnd"/>
            <w:r>
              <w:t xml:space="preserve"> posturi.gov.ro</w:t>
            </w:r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 w:rsidP="00841507">
            <w:pPr>
              <w:spacing w:before="80" w:after="80"/>
            </w:pPr>
            <w:r>
              <w:t>1</w:t>
            </w:r>
            <w:r w:rsidR="00841507">
              <w:t>6</w:t>
            </w:r>
            <w:r>
              <w:t>.09.2026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Depunerea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 w:rsidP="00841507">
            <w:pPr>
              <w:spacing w:before="80" w:after="80"/>
            </w:pPr>
            <w:r>
              <w:t>1</w:t>
            </w:r>
            <w:r w:rsidR="00841507">
              <w:t>7–30</w:t>
            </w:r>
            <w:r>
              <w:t xml:space="preserve">.09.2026, </w:t>
            </w:r>
            <w:proofErr w:type="spellStart"/>
            <w:r>
              <w:t>ora</w:t>
            </w:r>
            <w:proofErr w:type="spellEnd"/>
            <w:r>
              <w:t xml:space="preserve"> 14:00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 w:rsidP="00841507">
            <w:pPr>
              <w:spacing w:before="80" w:after="80"/>
            </w:pPr>
            <w:r>
              <w:t>30.09.2026</w:t>
            </w:r>
            <w:r w:rsidR="00841507">
              <w:t xml:space="preserve"> – 01.10.2026 </w:t>
            </w:r>
            <w:proofErr w:type="spellStart"/>
            <w:r w:rsidR="00841507">
              <w:t>ora</w:t>
            </w:r>
            <w:proofErr w:type="spellEnd"/>
            <w:r w:rsidR="00841507">
              <w:t xml:space="preserve"> 1</w:t>
            </w:r>
            <w:r w:rsidR="00841507">
              <w:t>2</w:t>
            </w:r>
            <w:r w:rsidR="00841507">
              <w:t>:00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rezultatului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841507">
            <w:pPr>
              <w:spacing w:before="80" w:after="80"/>
            </w:pPr>
            <w:r w:rsidRPr="00841507">
              <w:t>01.10.2026</w:t>
            </w:r>
            <w:r w:rsidR="00521114">
              <w:t xml:space="preserve">, </w:t>
            </w:r>
            <w:proofErr w:type="spellStart"/>
            <w:r w:rsidR="00521114">
              <w:t>ora</w:t>
            </w:r>
            <w:proofErr w:type="spellEnd"/>
            <w:r w:rsidR="00521114">
              <w:t xml:space="preserve"> 14:00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Depunerea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  <w:r>
              <w:t xml:space="preserve"> la </w:t>
            </w:r>
            <w:proofErr w:type="spellStart"/>
            <w:r>
              <w:t>selecție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 w:rsidP="00841507">
            <w:pPr>
              <w:spacing w:before="80" w:after="80"/>
            </w:pPr>
            <w:r>
              <w:t>0</w:t>
            </w:r>
            <w:r w:rsidR="00841507">
              <w:t>2</w:t>
            </w:r>
            <w:r>
              <w:t xml:space="preserve">.10.2026, </w:t>
            </w:r>
            <w:proofErr w:type="spellStart"/>
            <w:r>
              <w:t>până</w:t>
            </w:r>
            <w:proofErr w:type="spellEnd"/>
            <w:r>
              <w:t xml:space="preserve"> la </w:t>
            </w:r>
            <w:proofErr w:type="spellStart"/>
            <w:r>
              <w:t>ora</w:t>
            </w:r>
            <w:proofErr w:type="spellEnd"/>
            <w:r>
              <w:t xml:space="preserve"> 14:00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Soluționarea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  <w:r>
              <w:t xml:space="preserve"> la </w:t>
            </w:r>
            <w:proofErr w:type="spellStart"/>
            <w:r>
              <w:t>selecție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 w:rsidP="00841507">
            <w:pPr>
              <w:spacing w:before="80" w:after="80"/>
            </w:pPr>
            <w:r>
              <w:t>0</w:t>
            </w:r>
            <w:r w:rsidR="00841507">
              <w:t>3</w:t>
            </w:r>
            <w:r>
              <w:t xml:space="preserve">.10.2026, </w:t>
            </w:r>
            <w:proofErr w:type="spellStart"/>
            <w:r>
              <w:t>ora</w:t>
            </w:r>
            <w:proofErr w:type="spellEnd"/>
            <w:r>
              <w:t xml:space="preserve"> 14:00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  <w:r>
              <w:t xml:space="preserve"> tip </w:t>
            </w:r>
            <w:proofErr w:type="spellStart"/>
            <w:r>
              <w:t>grilă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 w:rsidP="00841507">
            <w:pPr>
              <w:spacing w:before="80" w:after="80"/>
            </w:pPr>
            <w:r>
              <w:t>0</w:t>
            </w:r>
            <w:r w:rsidR="00841507">
              <w:t>7</w:t>
            </w:r>
            <w:r>
              <w:t xml:space="preserve">.10.2026, </w:t>
            </w:r>
            <w:proofErr w:type="spellStart"/>
            <w:r>
              <w:t>ora</w:t>
            </w:r>
            <w:proofErr w:type="spellEnd"/>
            <w:r>
              <w:t xml:space="preserve"> 10:00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rezultatului</w:t>
            </w:r>
            <w:proofErr w:type="spellEnd"/>
            <w:r>
              <w:t xml:space="preserve"> </w:t>
            </w:r>
            <w:proofErr w:type="spellStart"/>
            <w:r>
              <w:t>probei</w:t>
            </w:r>
            <w:proofErr w:type="spellEnd"/>
            <w:r>
              <w:t xml:space="preserve"> </w:t>
            </w:r>
            <w:proofErr w:type="spellStart"/>
            <w:r>
              <w:t>scrise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 w:rsidP="00841507">
            <w:pPr>
              <w:spacing w:before="80" w:after="80"/>
            </w:pPr>
            <w:r>
              <w:t>0</w:t>
            </w:r>
            <w:r w:rsidR="00841507">
              <w:t>7</w:t>
            </w:r>
            <w:r>
              <w:t xml:space="preserve">.10.2026, </w:t>
            </w:r>
            <w:proofErr w:type="spellStart"/>
            <w:r>
              <w:t>ora</w:t>
            </w:r>
            <w:proofErr w:type="spellEnd"/>
            <w:r>
              <w:t xml:space="preserve"> 14:00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Depunerea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 w:rsidP="00841507">
            <w:pPr>
              <w:spacing w:before="80" w:after="80"/>
            </w:pPr>
            <w:r>
              <w:t>0</w:t>
            </w:r>
            <w:r w:rsidR="00841507">
              <w:t>8</w:t>
            </w:r>
            <w:r>
              <w:t xml:space="preserve">.10.2026, </w:t>
            </w:r>
            <w:proofErr w:type="spellStart"/>
            <w:r>
              <w:t>până</w:t>
            </w:r>
            <w:proofErr w:type="spellEnd"/>
            <w:r>
              <w:t xml:space="preserve"> la </w:t>
            </w:r>
            <w:proofErr w:type="spellStart"/>
            <w:r>
              <w:t>ora</w:t>
            </w:r>
            <w:proofErr w:type="spellEnd"/>
            <w:r>
              <w:t xml:space="preserve"> 14:00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Soluționarea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 w:rsidP="00841507">
            <w:pPr>
              <w:spacing w:before="80" w:after="80"/>
            </w:pPr>
            <w:r>
              <w:t>0</w:t>
            </w:r>
            <w:r w:rsidR="00841507">
              <w:t>9</w:t>
            </w:r>
            <w:r>
              <w:t xml:space="preserve">.10.2026, </w:t>
            </w:r>
            <w:proofErr w:type="spellStart"/>
            <w:r>
              <w:t>ora</w:t>
            </w:r>
            <w:proofErr w:type="spellEnd"/>
            <w:r>
              <w:t xml:space="preserve"> 14:00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Interviul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841507" w:rsidP="00841507">
            <w:pPr>
              <w:spacing w:before="80" w:after="80"/>
            </w:pPr>
            <w:r>
              <w:t>12</w:t>
            </w:r>
            <w:r w:rsidR="00521114">
              <w:t xml:space="preserve">.10.2026, </w:t>
            </w:r>
            <w:proofErr w:type="spellStart"/>
            <w:r w:rsidR="00521114">
              <w:t>ora</w:t>
            </w:r>
            <w:proofErr w:type="spellEnd"/>
            <w:r w:rsidR="00521114">
              <w:t xml:space="preserve"> 10:00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rezultatului</w:t>
            </w:r>
            <w:proofErr w:type="spellEnd"/>
            <w:r>
              <w:t xml:space="preserve"> </w:t>
            </w:r>
            <w:proofErr w:type="spellStart"/>
            <w:r>
              <w:t>interviului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841507">
            <w:pPr>
              <w:spacing w:before="80" w:after="80"/>
            </w:pPr>
            <w:r>
              <w:t>12</w:t>
            </w:r>
            <w:r w:rsidR="00521114">
              <w:t xml:space="preserve">.10.2026, </w:t>
            </w:r>
            <w:proofErr w:type="spellStart"/>
            <w:r w:rsidR="00521114">
              <w:t>ora</w:t>
            </w:r>
            <w:proofErr w:type="spellEnd"/>
            <w:r w:rsidR="00521114">
              <w:t xml:space="preserve"> 14:00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Depunerea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  <w:r>
              <w:t xml:space="preserve"> la </w:t>
            </w:r>
            <w:proofErr w:type="spellStart"/>
            <w:r>
              <w:t>interviu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 w:rsidP="00841507">
            <w:pPr>
              <w:spacing w:before="80" w:after="80"/>
            </w:pPr>
            <w:r>
              <w:t>1</w:t>
            </w:r>
            <w:r w:rsidR="00841507">
              <w:t>3</w:t>
            </w:r>
            <w:r>
              <w:t xml:space="preserve">.10.2026, </w:t>
            </w:r>
            <w:proofErr w:type="spellStart"/>
            <w:r>
              <w:t>până</w:t>
            </w:r>
            <w:proofErr w:type="spellEnd"/>
            <w:r>
              <w:t xml:space="preserve"> la </w:t>
            </w:r>
            <w:proofErr w:type="spellStart"/>
            <w:r>
              <w:t>ora</w:t>
            </w:r>
            <w:proofErr w:type="spellEnd"/>
            <w:r>
              <w:t xml:space="preserve"> 14:00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Soluționarea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  <w:r>
              <w:t xml:space="preserve"> la </w:t>
            </w:r>
            <w:proofErr w:type="spellStart"/>
            <w:r>
              <w:t>interviu</w:t>
            </w:r>
            <w:proofErr w:type="spellEnd"/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 w:rsidP="00841507">
            <w:pPr>
              <w:spacing w:before="80" w:after="80"/>
            </w:pPr>
            <w:r>
              <w:t>1</w:t>
            </w:r>
            <w:r w:rsidR="00841507">
              <w:t>4</w:t>
            </w:r>
            <w:r>
              <w:t xml:space="preserve">.10.2026, </w:t>
            </w:r>
            <w:proofErr w:type="spellStart"/>
            <w:r>
              <w:t>ora</w:t>
            </w:r>
            <w:proofErr w:type="spellEnd"/>
            <w:r>
              <w:t xml:space="preserve"> 14:00</w:t>
            </w:r>
          </w:p>
        </w:tc>
      </w:tr>
      <w:tr w:rsidR="007A5F70">
        <w:tc>
          <w:tcPr>
            <w:tcW w:w="47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>
            <w:pPr>
              <w:spacing w:before="80" w:after="80"/>
            </w:pPr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rezultatului</w:t>
            </w:r>
            <w:proofErr w:type="spellEnd"/>
            <w:r>
              <w:t xml:space="preserve"> final</w:t>
            </w:r>
          </w:p>
        </w:tc>
        <w:tc>
          <w:tcPr>
            <w:tcW w:w="4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7A5F70" w:rsidRDefault="00521114" w:rsidP="00841507">
            <w:pPr>
              <w:spacing w:before="80" w:after="80"/>
            </w:pPr>
            <w:r>
              <w:t>1</w:t>
            </w:r>
            <w:r w:rsidR="00841507">
              <w:t>5</w:t>
            </w:r>
            <w:r>
              <w:t xml:space="preserve">.10.2026, </w:t>
            </w:r>
            <w:proofErr w:type="spellStart"/>
            <w:r>
              <w:t>ora</w:t>
            </w:r>
            <w:proofErr w:type="spellEnd"/>
            <w:r>
              <w:t xml:space="preserve"> 14:00</w:t>
            </w:r>
          </w:p>
        </w:tc>
      </w:tr>
    </w:tbl>
    <w:p w:rsidR="007A5F70" w:rsidRDefault="00521114">
      <w:pPr>
        <w:ind w:firstLine="567"/>
        <w:jc w:val="both"/>
      </w:pPr>
      <w:proofErr w:type="gramStart"/>
      <w:r>
        <w:t xml:space="preserve">Calendar </w:t>
      </w:r>
      <w:proofErr w:type="spellStart"/>
      <w:r>
        <w:t>calculat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publicare</w:t>
      </w:r>
      <w:proofErr w:type="spellEnd"/>
      <w:r>
        <w:t xml:space="preserve"> la 1</w:t>
      </w:r>
      <w:r w:rsidR="00841507">
        <w:t>6</w:t>
      </w:r>
      <w:r>
        <w:t>.09.2026.</w:t>
      </w:r>
      <w:proofErr w:type="gram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publicare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15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complete; </w:t>
      </w:r>
      <w:proofErr w:type="spellStart"/>
      <w:r>
        <w:t>termenul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de 10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publicare</w:t>
      </w:r>
      <w:proofErr w:type="spellEnd"/>
      <w:r>
        <w:t xml:space="preserve">. </w:t>
      </w:r>
      <w:proofErr w:type="spellStart"/>
      <w:r>
        <w:t>Interviul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programat</w:t>
      </w:r>
      <w:proofErr w:type="spellEnd"/>
      <w:r>
        <w:t xml:space="preserve"> </w:t>
      </w:r>
      <w:r>
        <w:t xml:space="preserve">la a </w:t>
      </w:r>
      <w:proofErr w:type="spellStart"/>
      <w:r>
        <w:t>treia</w:t>
      </w:r>
      <w:proofErr w:type="spellEnd"/>
      <w:r>
        <w:t xml:space="preserve"> </w:t>
      </w:r>
      <w:proofErr w:type="spellStart"/>
      <w:r>
        <w:t>zi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. </w:t>
      </w:r>
      <w:proofErr w:type="gramStart"/>
      <w:r>
        <w:t xml:space="preserve">Nu se </w:t>
      </w:r>
      <w:proofErr w:type="spellStart"/>
      <w:r>
        <w:t>includ</w:t>
      </w:r>
      <w:proofErr w:type="spellEnd"/>
      <w:r>
        <w:t xml:space="preserve"> </w:t>
      </w:r>
      <w:proofErr w:type="spellStart"/>
      <w:r>
        <w:t>sâmbetele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duminicile</w:t>
      </w:r>
      <w:proofErr w:type="spellEnd"/>
      <w:r>
        <w:t>.</w:t>
      </w:r>
      <w:proofErr w:type="gramEnd"/>
    </w:p>
    <w:p w:rsidR="007A5F70" w:rsidRDefault="00521114">
      <w:pPr>
        <w:ind w:firstLine="567"/>
        <w:jc w:val="both"/>
      </w:pPr>
      <w:proofErr w:type="spellStart"/>
      <w:proofErr w:type="gramStart"/>
      <w:r>
        <w:t>Orele</w:t>
      </w:r>
      <w:proofErr w:type="spellEnd"/>
      <w:r>
        <w:t xml:space="preserve"> de </w:t>
      </w:r>
      <w:proofErr w:type="spellStart"/>
      <w:r>
        <w:t>afișare</w:t>
      </w:r>
      <w:proofErr w:type="spellEnd"/>
      <w:r>
        <w:t xml:space="preserve"> se </w:t>
      </w:r>
      <w:proofErr w:type="spellStart"/>
      <w:r>
        <w:t>respectă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anunțurile</w:t>
      </w:r>
      <w:proofErr w:type="spellEnd"/>
      <w:r>
        <w:t>.</w:t>
      </w:r>
      <w:proofErr w:type="gram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apare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motiv</w:t>
      </w:r>
      <w:proofErr w:type="spellEnd"/>
      <w:r>
        <w:t xml:space="preserve"> legal de </w:t>
      </w:r>
      <w:proofErr w:type="spellStart"/>
      <w:r>
        <w:t>modificare</w:t>
      </w:r>
      <w:proofErr w:type="spellEnd"/>
      <w:r>
        <w:t xml:space="preserve"> a </w:t>
      </w:r>
      <w:proofErr w:type="spellStart"/>
      <w:r>
        <w:t>desfășurării</w:t>
      </w:r>
      <w:proofErr w:type="spellEnd"/>
      <w:r>
        <w:t xml:space="preserve">,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aplică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de </w:t>
      </w:r>
      <w:proofErr w:type="spellStart"/>
      <w:r>
        <w:t>publicitate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termenele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</w:t>
      </w:r>
      <w:r>
        <w:t xml:space="preserve"> </w:t>
      </w:r>
      <w:proofErr w:type="spellStart"/>
      <w:r>
        <w:t>regulament</w:t>
      </w:r>
      <w:proofErr w:type="spellEnd"/>
      <w:r>
        <w:t xml:space="preserve">. </w:t>
      </w:r>
      <w:proofErr w:type="gramStart"/>
      <w:r>
        <w:t xml:space="preserve">Se </w:t>
      </w:r>
      <w:proofErr w:type="spellStart"/>
      <w:r>
        <w:t>păstrează</w:t>
      </w:r>
      <w:proofErr w:type="spellEnd"/>
      <w:r>
        <w:t xml:space="preserve">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datei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orei</w:t>
      </w:r>
      <w:proofErr w:type="spellEnd"/>
      <w:r>
        <w:t xml:space="preserve"> </w:t>
      </w:r>
      <w:proofErr w:type="spellStart"/>
      <w:r>
        <w:t>efective</w:t>
      </w:r>
      <w:proofErr w:type="spellEnd"/>
      <w:r>
        <w:t xml:space="preserve"> a </w:t>
      </w:r>
      <w:proofErr w:type="spellStart"/>
      <w:r>
        <w:t>fiecărei</w:t>
      </w:r>
      <w:proofErr w:type="spellEnd"/>
      <w:r>
        <w:t xml:space="preserve"> </w:t>
      </w:r>
      <w:proofErr w:type="spellStart"/>
      <w:r>
        <w:t>afișări</w:t>
      </w:r>
      <w:proofErr w:type="spellEnd"/>
      <w:r>
        <w:t>.</w:t>
      </w:r>
      <w:proofErr w:type="gramEnd"/>
    </w:p>
    <w:p w:rsidR="007A5F70" w:rsidRDefault="007A5F70">
      <w:pPr>
        <w:ind w:firstLine="567"/>
        <w:rPr>
          <w:b/>
          <w:bCs/>
          <w:sz w:val="24"/>
          <w:szCs w:val="24"/>
        </w:rPr>
      </w:pPr>
    </w:p>
    <w:p w:rsidR="007A5F70" w:rsidRDefault="007A5F70">
      <w:pPr>
        <w:ind w:firstLine="567"/>
        <w:rPr>
          <w:b/>
          <w:bCs/>
          <w:sz w:val="24"/>
          <w:szCs w:val="24"/>
        </w:rPr>
      </w:pPr>
    </w:p>
    <w:p w:rsidR="007A5F70" w:rsidRDefault="007A5F70">
      <w:pPr>
        <w:ind w:firstLine="567"/>
        <w:rPr>
          <w:b/>
          <w:bCs/>
          <w:sz w:val="24"/>
          <w:szCs w:val="24"/>
        </w:rPr>
      </w:pPr>
    </w:p>
    <w:p w:rsidR="007A5F70" w:rsidRDefault="007A5F70">
      <w:pPr>
        <w:ind w:firstLine="567"/>
        <w:rPr>
          <w:b/>
          <w:bCs/>
          <w:sz w:val="24"/>
          <w:szCs w:val="24"/>
        </w:rPr>
      </w:pPr>
    </w:p>
    <w:p w:rsidR="007A5F70" w:rsidRDefault="007A5F70">
      <w:pPr>
        <w:ind w:firstLine="567"/>
        <w:rPr>
          <w:b/>
          <w:bCs/>
          <w:sz w:val="24"/>
          <w:szCs w:val="24"/>
        </w:rPr>
      </w:pPr>
    </w:p>
    <w:p w:rsidR="004D6728" w:rsidRDefault="004D6728">
      <w:pPr>
        <w:ind w:firstLine="567"/>
        <w:rPr>
          <w:b/>
          <w:bCs/>
          <w:sz w:val="24"/>
          <w:szCs w:val="24"/>
        </w:rPr>
      </w:pPr>
    </w:p>
    <w:p w:rsidR="007A5F70" w:rsidRDefault="007A5F70">
      <w:pPr>
        <w:ind w:firstLine="567"/>
        <w:rPr>
          <w:b/>
          <w:bCs/>
          <w:sz w:val="24"/>
          <w:szCs w:val="24"/>
        </w:rPr>
      </w:pPr>
    </w:p>
    <w:p w:rsidR="007A5F70" w:rsidRDefault="007A5F70">
      <w:pPr>
        <w:ind w:firstLine="567"/>
        <w:rPr>
          <w:b/>
          <w:bCs/>
          <w:sz w:val="24"/>
          <w:szCs w:val="24"/>
        </w:rPr>
      </w:pPr>
    </w:p>
    <w:p w:rsidR="007A5F70" w:rsidRDefault="00521114">
      <w:pPr>
        <w:pStyle w:val="Title"/>
        <w:jc w:val="center"/>
        <w:rPr>
          <w:b/>
          <w:bCs/>
        </w:rPr>
      </w:pPr>
      <w:proofErr w:type="spellStart"/>
      <w:r>
        <w:rPr>
          <w:b/>
          <w:bCs/>
        </w:rPr>
        <w:lastRenderedPageBreak/>
        <w:t>Bibliografia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tematica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concurs</w:t>
      </w:r>
    </w:p>
    <w:p w:rsidR="007A5F70" w:rsidRDefault="00521114">
      <w:pPr>
        <w:jc w:val="right"/>
      </w:pPr>
      <w:proofErr w:type="spellStart"/>
      <w:proofErr w:type="gramStart"/>
      <w:r>
        <w:t>Anexa</w:t>
      </w:r>
      <w:proofErr w:type="spellEnd"/>
      <w:r>
        <w:t xml:space="preserve"> nr.</w:t>
      </w:r>
      <w:proofErr w:type="gramEnd"/>
      <w:r>
        <w:t xml:space="preserve"> </w:t>
      </w:r>
      <w:proofErr w:type="gramStart"/>
      <w:r>
        <w:t xml:space="preserve">3 la </w:t>
      </w:r>
      <w:proofErr w:type="spellStart"/>
      <w:r>
        <w:t>Dispoziția</w:t>
      </w:r>
      <w:proofErr w:type="spellEnd"/>
      <w:r>
        <w:t xml:space="preserve"> nr.</w:t>
      </w:r>
      <w:proofErr w:type="gramEnd"/>
      <w:r>
        <w:t xml:space="preserve"> 105/10.09.2026</w:t>
      </w:r>
      <w:r>
        <w:br/>
        <w:t xml:space="preserve">Post: </w:t>
      </w:r>
      <w:proofErr w:type="spellStart"/>
      <w:r>
        <w:t>șofer</w:t>
      </w:r>
      <w:proofErr w:type="spellEnd"/>
      <w:r>
        <w:t xml:space="preserve">, </w:t>
      </w:r>
      <w:proofErr w:type="spellStart"/>
      <w:r>
        <w:t>categoria</w:t>
      </w:r>
      <w:proofErr w:type="spellEnd"/>
      <w:r>
        <w:t xml:space="preserve"> B, </w:t>
      </w:r>
      <w:proofErr w:type="spellStart"/>
      <w:r>
        <w:t>Compartimentul</w:t>
      </w:r>
      <w:proofErr w:type="spellEnd"/>
      <w:r>
        <w:t xml:space="preserve"> </w:t>
      </w:r>
      <w:proofErr w:type="spellStart"/>
      <w:r>
        <w:t>Cultură</w:t>
      </w:r>
      <w:proofErr w:type="spellEnd"/>
    </w:p>
    <w:p w:rsidR="007A5F70" w:rsidRDefault="00521114">
      <w:pPr>
        <w:pStyle w:val="Heading1"/>
      </w:pPr>
      <w:r>
        <w:t>OUG nr 195 din 2002</w:t>
      </w:r>
    </w:p>
    <w:p w:rsidR="007A5F70" w:rsidRDefault="00521114">
      <w:proofErr w:type="spellStart"/>
      <w:proofErr w:type="gramStart"/>
      <w:r>
        <w:t>Ordonanța</w:t>
      </w:r>
      <w:proofErr w:type="spellEnd"/>
      <w:r>
        <w:t xml:space="preserve"> de </w:t>
      </w:r>
      <w:proofErr w:type="spellStart"/>
      <w:r>
        <w:t>urgenț</w:t>
      </w:r>
      <w:r>
        <w:t>ă</w:t>
      </w:r>
      <w:proofErr w:type="spellEnd"/>
      <w:r>
        <w:t xml:space="preserve"> nr.</w:t>
      </w:r>
      <w:proofErr w:type="gramEnd"/>
      <w:r>
        <w:t xml:space="preserve"> </w:t>
      </w:r>
      <w:proofErr w:type="gramStart"/>
      <w:r>
        <w:t xml:space="preserve">195/2002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circulația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drumurile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  <w:proofErr w:type="gramEnd"/>
      <w:r>
        <w:t xml:space="preserve"> </w:t>
      </w:r>
      <w:proofErr w:type="spellStart"/>
      <w:r>
        <w:t>Tematică</w:t>
      </w:r>
      <w:proofErr w:type="spellEnd"/>
      <w:r>
        <w:t xml:space="preserve">: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vehicul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conducător</w:t>
      </w:r>
      <w:proofErr w:type="spellEnd"/>
      <w:r>
        <w:t xml:space="preserve">; </w:t>
      </w:r>
      <w:proofErr w:type="spellStart"/>
      <w:r>
        <w:t>semnalizarea</w:t>
      </w:r>
      <w:proofErr w:type="spellEnd"/>
      <w:r>
        <w:t xml:space="preserve">; </w:t>
      </w:r>
      <w:proofErr w:type="spellStart"/>
      <w:r>
        <w:t>regulile</w:t>
      </w:r>
      <w:proofErr w:type="spellEnd"/>
      <w:r>
        <w:t xml:space="preserve"> de </w:t>
      </w:r>
      <w:proofErr w:type="spellStart"/>
      <w:r>
        <w:t>circulație</w:t>
      </w:r>
      <w:proofErr w:type="spellEnd"/>
      <w:r>
        <w:t xml:space="preserve">; </w:t>
      </w:r>
      <w:proofErr w:type="spellStart"/>
      <w:r>
        <w:t>prioritate</w:t>
      </w:r>
      <w:proofErr w:type="spellEnd"/>
      <w:r>
        <w:t xml:space="preserve">, </w:t>
      </w:r>
      <w:proofErr w:type="spellStart"/>
      <w:r>
        <w:t>viteză</w:t>
      </w:r>
      <w:proofErr w:type="spellEnd"/>
      <w:r>
        <w:t xml:space="preserve">, </w:t>
      </w:r>
      <w:proofErr w:type="spellStart"/>
      <w:r>
        <w:t>depășire</w:t>
      </w:r>
      <w:proofErr w:type="spellEnd"/>
      <w:r>
        <w:t xml:space="preserve">, </w:t>
      </w:r>
      <w:proofErr w:type="spellStart"/>
      <w:r>
        <w:t>oprire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stațion</w:t>
      </w:r>
      <w:r>
        <w:t>are</w:t>
      </w:r>
      <w:proofErr w:type="spellEnd"/>
      <w:r>
        <w:t xml:space="preserve">; </w:t>
      </w:r>
      <w:proofErr w:type="spellStart"/>
      <w:r>
        <w:t>centuri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siguranța</w:t>
      </w:r>
      <w:proofErr w:type="spellEnd"/>
      <w:r>
        <w:t xml:space="preserve"> </w:t>
      </w:r>
      <w:proofErr w:type="spellStart"/>
      <w:r>
        <w:t>pasagerilor</w:t>
      </w:r>
      <w:proofErr w:type="spellEnd"/>
      <w:r>
        <w:t xml:space="preserve">; </w:t>
      </w:r>
      <w:proofErr w:type="spellStart"/>
      <w:r>
        <w:t>obligații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de accident. </w:t>
      </w:r>
      <w:proofErr w:type="gramStart"/>
      <w:r>
        <w:t xml:space="preserve">Se </w:t>
      </w:r>
      <w:proofErr w:type="spellStart"/>
      <w:r>
        <w:t>studiază</w:t>
      </w:r>
      <w:proofErr w:type="spellEnd"/>
      <w:r>
        <w:t xml:space="preserve"> </w:t>
      </w:r>
      <w:proofErr w:type="spellStart"/>
      <w:r>
        <w:t>dispozițiile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conducătorului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autovehicul</w:t>
      </w:r>
      <w:proofErr w:type="spellEnd"/>
      <w:r>
        <w:t xml:space="preserve"> </w:t>
      </w:r>
      <w:proofErr w:type="spellStart"/>
      <w:r>
        <w:t>categoria</w:t>
      </w:r>
      <w:proofErr w:type="spellEnd"/>
      <w:r>
        <w:t xml:space="preserve"> B.</w:t>
      </w:r>
      <w:proofErr w:type="gramEnd"/>
    </w:p>
    <w:p w:rsidR="007A5F70" w:rsidRDefault="00521114">
      <w:pPr>
        <w:pStyle w:val="Heading1"/>
      </w:pPr>
      <w:r>
        <w:t>HG nr 1391 din 2006</w:t>
      </w:r>
    </w:p>
    <w:p w:rsidR="007A5F70" w:rsidRDefault="00521114">
      <w:proofErr w:type="spellStart"/>
      <w:r>
        <w:t>Regulamentul</w:t>
      </w:r>
      <w:proofErr w:type="spellEnd"/>
      <w:r>
        <w:t xml:space="preserve"> de </w:t>
      </w:r>
      <w:proofErr w:type="spellStart"/>
      <w:r>
        <w:t>aplicare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O.U.G. nr. </w:t>
      </w:r>
      <w:proofErr w:type="gramStart"/>
      <w:r>
        <w:t xml:space="preserve">195/2002, </w:t>
      </w:r>
      <w:proofErr w:type="spellStart"/>
      <w:r>
        <w:t>aprobat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H.G. nr.</w:t>
      </w:r>
      <w:proofErr w:type="gramEnd"/>
      <w:r>
        <w:t xml:space="preserve"> </w:t>
      </w:r>
      <w:proofErr w:type="gramStart"/>
      <w:r>
        <w:t xml:space="preserve">1.391/2006,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  <w:proofErr w:type="gramEnd"/>
      <w:r>
        <w:t xml:space="preserve"> </w:t>
      </w:r>
      <w:proofErr w:type="spellStart"/>
      <w:r>
        <w:t>Tematică</w:t>
      </w:r>
      <w:proofErr w:type="spellEnd"/>
      <w:r>
        <w:t xml:space="preserve">: </w:t>
      </w:r>
      <w:proofErr w:type="spellStart"/>
      <w:r>
        <w:t>semnale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indicatoare</w:t>
      </w:r>
      <w:proofErr w:type="spellEnd"/>
      <w:r>
        <w:t xml:space="preserve">; </w:t>
      </w:r>
      <w:proofErr w:type="spellStart"/>
      <w:r>
        <w:t>manevre</w:t>
      </w:r>
      <w:proofErr w:type="spellEnd"/>
      <w:r>
        <w:t xml:space="preserve">; </w:t>
      </w:r>
      <w:proofErr w:type="spellStart"/>
      <w:r>
        <w:t>circulația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intersecții</w:t>
      </w:r>
      <w:proofErr w:type="spellEnd"/>
      <w:r>
        <w:t xml:space="preserve">; </w:t>
      </w:r>
      <w:proofErr w:type="spellStart"/>
      <w:r>
        <w:t>treceri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pietoni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cale</w:t>
      </w:r>
      <w:proofErr w:type="spellEnd"/>
      <w:r>
        <w:t xml:space="preserve"> </w:t>
      </w:r>
      <w:proofErr w:type="spellStart"/>
      <w:r>
        <w:t>ferată</w:t>
      </w:r>
      <w:proofErr w:type="spellEnd"/>
      <w:r>
        <w:t xml:space="preserve">; </w:t>
      </w:r>
      <w:proofErr w:type="spellStart"/>
      <w:r>
        <w:t>folosirea</w:t>
      </w:r>
      <w:proofErr w:type="spellEnd"/>
      <w:r>
        <w:t xml:space="preserve"> </w:t>
      </w:r>
      <w:proofErr w:type="spellStart"/>
      <w:r>
        <w:t>luminilor</w:t>
      </w:r>
      <w:proofErr w:type="spellEnd"/>
      <w:r>
        <w:t xml:space="preserve">; </w:t>
      </w:r>
      <w:proofErr w:type="spellStart"/>
      <w:r>
        <w:t>obligațiile</w:t>
      </w:r>
      <w:proofErr w:type="spellEnd"/>
      <w:r>
        <w:t xml:space="preserve"> </w:t>
      </w:r>
      <w:proofErr w:type="spellStart"/>
      <w:r>
        <w:t>conducătorului</w:t>
      </w:r>
      <w:proofErr w:type="spellEnd"/>
      <w:r>
        <w:t xml:space="preserve">; </w:t>
      </w:r>
      <w:proofErr w:type="spellStart"/>
      <w:r>
        <w:t>transportul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bunurilor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autovehicule</w:t>
      </w:r>
      <w:proofErr w:type="spellEnd"/>
      <w:r>
        <w:t xml:space="preserve"> </w:t>
      </w:r>
      <w:proofErr w:type="spellStart"/>
      <w:r>
        <w:t>categoria</w:t>
      </w:r>
      <w:proofErr w:type="spellEnd"/>
      <w:r>
        <w:t xml:space="preserve"> B.</w:t>
      </w:r>
    </w:p>
    <w:p w:rsidR="007A5F70" w:rsidRDefault="00521114">
      <w:pPr>
        <w:pStyle w:val="Heading1"/>
      </w:pPr>
      <w:proofErr w:type="spellStart"/>
      <w:r>
        <w:t>Legea</w:t>
      </w:r>
      <w:proofErr w:type="spellEnd"/>
      <w:r>
        <w:t xml:space="preserve"> nr 319 din 2006</w:t>
      </w:r>
    </w:p>
    <w:p w:rsidR="007A5F70" w:rsidRDefault="00521114">
      <w:proofErr w:type="spellStart"/>
      <w:proofErr w:type="gramStart"/>
      <w:r>
        <w:t>Legea</w:t>
      </w:r>
      <w:proofErr w:type="spellEnd"/>
      <w:r>
        <w:t xml:space="preserve">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nr.</w:t>
      </w:r>
      <w:proofErr w:type="gramEnd"/>
      <w:r>
        <w:t xml:space="preserve"> </w:t>
      </w:r>
      <w:proofErr w:type="gramStart"/>
      <w:r>
        <w:t xml:space="preserve">319/2006,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capitolul</w:t>
      </w:r>
      <w:proofErr w:type="spellEnd"/>
      <w:r>
        <w:t xml:space="preserve"> IV, art.</w:t>
      </w:r>
      <w:proofErr w:type="gramEnd"/>
      <w:r>
        <w:t xml:space="preserve"> </w:t>
      </w:r>
      <w:proofErr w:type="gramStart"/>
      <w:r>
        <w:t>22–23.</w:t>
      </w:r>
      <w:proofErr w:type="gramEnd"/>
      <w:r>
        <w:t xml:space="preserve"> </w:t>
      </w:r>
      <w:proofErr w:type="spellStart"/>
      <w:r>
        <w:t>Tematică</w:t>
      </w:r>
      <w:proofErr w:type="spellEnd"/>
      <w:r>
        <w:t xml:space="preserve">: </w:t>
      </w:r>
      <w:proofErr w:type="spellStart"/>
      <w:r>
        <w:t>obliga</w:t>
      </w:r>
      <w:r>
        <w:t>țiile</w:t>
      </w:r>
      <w:proofErr w:type="spellEnd"/>
      <w:r>
        <w:t xml:space="preserve"> </w:t>
      </w:r>
      <w:proofErr w:type="spellStart"/>
      <w:r>
        <w:t>lucrătorilor</w:t>
      </w:r>
      <w:proofErr w:type="spellEnd"/>
      <w:r>
        <w:t xml:space="preserve">; </w:t>
      </w:r>
      <w:proofErr w:type="spellStart"/>
      <w:r>
        <w:t>folosirea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siguranță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echipamentelor</w:t>
      </w:r>
      <w:proofErr w:type="spellEnd"/>
      <w:r>
        <w:t xml:space="preserve">; </w:t>
      </w:r>
      <w:proofErr w:type="spellStart"/>
      <w:r>
        <w:t>raportarea</w:t>
      </w:r>
      <w:proofErr w:type="spellEnd"/>
      <w:r>
        <w:t xml:space="preserve"> </w:t>
      </w:r>
      <w:proofErr w:type="spellStart"/>
      <w:r>
        <w:t>pericolelor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incidentelor</w:t>
      </w:r>
      <w:proofErr w:type="spellEnd"/>
      <w:r>
        <w:t>.</w:t>
      </w:r>
    </w:p>
    <w:p w:rsidR="007A5F70" w:rsidRDefault="00521114">
      <w:pPr>
        <w:pStyle w:val="Heading1"/>
      </w:pPr>
      <w:proofErr w:type="spellStart"/>
      <w:r>
        <w:t>Legea</w:t>
      </w:r>
      <w:proofErr w:type="spellEnd"/>
      <w:r>
        <w:t xml:space="preserve"> nr 307 din 2006</w:t>
      </w:r>
    </w:p>
    <w:p w:rsidR="007A5F70" w:rsidRDefault="00521114">
      <w:proofErr w:type="spellStart"/>
      <w:proofErr w:type="gramStart"/>
      <w:r>
        <w:t>Legea</w:t>
      </w:r>
      <w:proofErr w:type="spellEnd"/>
      <w:r>
        <w:t xml:space="preserve"> nr.</w:t>
      </w:r>
      <w:proofErr w:type="gramEnd"/>
      <w:r>
        <w:t xml:space="preserve"> </w:t>
      </w:r>
      <w:proofErr w:type="gramStart"/>
      <w:r>
        <w:t xml:space="preserve">307/2006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apărarea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incendiilor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, art.</w:t>
      </w:r>
      <w:proofErr w:type="gramEnd"/>
      <w:r>
        <w:t xml:space="preserve"> 22. </w:t>
      </w:r>
      <w:proofErr w:type="spellStart"/>
      <w:r>
        <w:t>Tematică</w:t>
      </w:r>
      <w:proofErr w:type="spellEnd"/>
      <w:r>
        <w:t xml:space="preserve">: </w:t>
      </w:r>
      <w:proofErr w:type="spellStart"/>
      <w:r>
        <w:t>obligațiile</w:t>
      </w:r>
      <w:proofErr w:type="spellEnd"/>
      <w:r>
        <w:t xml:space="preserve"> </w:t>
      </w:r>
      <w:proofErr w:type="spellStart"/>
      <w:r>
        <w:t>salariaților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prevenirea</w:t>
      </w:r>
      <w:proofErr w:type="spellEnd"/>
      <w:r>
        <w:t xml:space="preserve"> </w:t>
      </w:r>
      <w:proofErr w:type="spellStart"/>
      <w:r>
        <w:t>incendiilor</w:t>
      </w:r>
      <w:proofErr w:type="spellEnd"/>
      <w:r>
        <w:t xml:space="preserve">, </w:t>
      </w:r>
      <w:proofErr w:type="spellStart"/>
      <w:r>
        <w:t>anunțarea</w:t>
      </w:r>
      <w:proofErr w:type="spellEnd"/>
      <w:r>
        <w:t xml:space="preserve"> </w:t>
      </w:r>
      <w:proofErr w:type="spellStart"/>
      <w:r>
        <w:t>pericolelor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acțiunea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instrucțiunilor</w:t>
      </w:r>
      <w:proofErr w:type="spellEnd"/>
      <w:r>
        <w:t>.</w:t>
      </w:r>
    </w:p>
    <w:p w:rsidR="007A5F70" w:rsidRDefault="00521114">
      <w:pPr>
        <w:pStyle w:val="Heading1"/>
      </w:pPr>
      <w:bookmarkStart w:id="1" w:name="_heading=h.vr3jjkyvi5us" w:colFirst="0" w:colLast="0"/>
      <w:bookmarkEnd w:id="1"/>
      <w:proofErr w:type="spellStart"/>
      <w:r>
        <w:t>Fișa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publicată</w:t>
      </w:r>
      <w:proofErr w:type="spellEnd"/>
    </w:p>
    <w:p w:rsidR="007A5F70" w:rsidRDefault="00521114">
      <w:proofErr w:type="spellStart"/>
      <w:r>
        <w:t>Fișa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de </w:t>
      </w:r>
      <w:proofErr w:type="spellStart"/>
      <w:r>
        <w:t>șofer</w:t>
      </w:r>
      <w:proofErr w:type="spellEnd"/>
      <w:r>
        <w:t xml:space="preserve"> din </w:t>
      </w:r>
      <w:proofErr w:type="spellStart"/>
      <w:r>
        <w:t>Compartimentul</w:t>
      </w:r>
      <w:proofErr w:type="spellEnd"/>
      <w:r>
        <w:t xml:space="preserve"> </w:t>
      </w:r>
      <w:proofErr w:type="spellStart"/>
      <w:r>
        <w:t>Cultură</w:t>
      </w:r>
      <w:proofErr w:type="spellEnd"/>
      <w:r>
        <w:t xml:space="preserve">, </w:t>
      </w:r>
      <w:proofErr w:type="spellStart"/>
      <w:r>
        <w:t>anexă</w:t>
      </w:r>
      <w:proofErr w:type="spellEnd"/>
      <w:r>
        <w:t xml:space="preserve"> la </w:t>
      </w:r>
      <w:proofErr w:type="spellStart"/>
      <w:r>
        <w:t>anunț</w:t>
      </w:r>
      <w:proofErr w:type="spellEnd"/>
      <w:r>
        <w:t xml:space="preserve">. </w:t>
      </w:r>
    </w:p>
    <w:p w:rsidR="007A5F70" w:rsidRDefault="00521114">
      <w:proofErr w:type="spellStart"/>
      <w:r>
        <w:t>Tematică</w:t>
      </w:r>
      <w:proofErr w:type="spellEnd"/>
      <w:r>
        <w:t xml:space="preserve">: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vehiculului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c</w:t>
      </w:r>
      <w:r>
        <w:t>ursă</w:t>
      </w:r>
      <w:proofErr w:type="spellEnd"/>
      <w:r>
        <w:t xml:space="preserve">; </w:t>
      </w:r>
      <w:proofErr w:type="spellStart"/>
      <w:r>
        <w:t>limitele</w:t>
      </w:r>
      <w:proofErr w:type="spellEnd"/>
      <w:r>
        <w:t xml:space="preserve"> </w:t>
      </w:r>
      <w:proofErr w:type="spellStart"/>
      <w:r>
        <w:t>utilizării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; </w:t>
      </w:r>
      <w:proofErr w:type="spellStart"/>
      <w:r>
        <w:t>documentele</w:t>
      </w:r>
      <w:proofErr w:type="spellEnd"/>
      <w:r>
        <w:t xml:space="preserve"> de </w:t>
      </w:r>
      <w:proofErr w:type="spellStart"/>
      <w:r>
        <w:t>parcurs</w:t>
      </w:r>
      <w:proofErr w:type="spellEnd"/>
      <w:r>
        <w:t xml:space="preserve">, </w:t>
      </w:r>
      <w:proofErr w:type="spellStart"/>
      <w:r>
        <w:t>alimentarea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predarea</w:t>
      </w:r>
      <w:proofErr w:type="spellEnd"/>
      <w:r>
        <w:t xml:space="preserve">; </w:t>
      </w:r>
      <w:proofErr w:type="spellStart"/>
      <w:r>
        <w:t>raportarea</w:t>
      </w:r>
      <w:proofErr w:type="spellEnd"/>
      <w:r>
        <w:t xml:space="preserve"> </w:t>
      </w:r>
      <w:proofErr w:type="spellStart"/>
      <w:r>
        <w:t>defecțiunilor</w:t>
      </w:r>
      <w:proofErr w:type="spellEnd"/>
      <w:r>
        <w:t xml:space="preserve">; </w:t>
      </w:r>
      <w:proofErr w:type="spellStart"/>
      <w:r>
        <w:t>conduita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transportate</w:t>
      </w:r>
      <w:proofErr w:type="spellEnd"/>
      <w:r>
        <w:t xml:space="preserve">; </w:t>
      </w:r>
      <w:proofErr w:type="spellStart"/>
      <w:r>
        <w:t>protejarea</w:t>
      </w:r>
      <w:proofErr w:type="spellEnd"/>
      <w:r>
        <w:t xml:space="preserve"> </w:t>
      </w:r>
      <w:proofErr w:type="spellStart"/>
      <w:r>
        <w:t>informațiilor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bunurilor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>.</w:t>
      </w:r>
    </w:p>
    <w:p w:rsidR="007A5F70" w:rsidRDefault="00521114">
      <w:proofErr w:type="gramStart"/>
      <w:r>
        <w:t xml:space="preserve">Se </w:t>
      </w:r>
      <w:proofErr w:type="spellStart"/>
      <w:r>
        <w:t>utilizează</w:t>
      </w:r>
      <w:proofErr w:type="spellEnd"/>
      <w:r>
        <w:t xml:space="preserve"> </w:t>
      </w:r>
      <w:proofErr w:type="spellStart"/>
      <w:r>
        <w:t>actele</w:t>
      </w:r>
      <w:proofErr w:type="spellEnd"/>
      <w:r>
        <w:t xml:space="preserve"> normative </w:t>
      </w:r>
      <w:proofErr w:type="spellStart"/>
      <w:r>
        <w:t>în</w:t>
      </w:r>
      <w:proofErr w:type="spellEnd"/>
      <w:r>
        <w:t xml:space="preserve"> forma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</w:t>
      </w:r>
      <w:proofErr w:type="spellStart"/>
      <w:r>
        <w:t>a</w:t>
      </w:r>
      <w:r>
        <w:t>plicabilă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Întrebările</w:t>
      </w:r>
      <w:proofErr w:type="spellEnd"/>
      <w:r>
        <w:t xml:space="preserve"> se </w:t>
      </w:r>
      <w:proofErr w:type="spellStart"/>
      <w:r>
        <w:t>limitează</w:t>
      </w:r>
      <w:proofErr w:type="spellEnd"/>
      <w:r>
        <w:t xml:space="preserve"> la </w:t>
      </w:r>
      <w:proofErr w:type="spellStart"/>
      <w:r>
        <w:t>tematica</w:t>
      </w:r>
      <w:proofErr w:type="spellEnd"/>
      <w:r>
        <w:t xml:space="preserve"> </w:t>
      </w:r>
      <w:proofErr w:type="spellStart"/>
      <w:r>
        <w:t>publicată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atribuțiile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.</w:t>
      </w:r>
      <w:proofErr w:type="gramEnd"/>
      <w:r>
        <w:t xml:space="preserve"> </w:t>
      </w:r>
    </w:p>
    <w:p w:rsidR="007A5F70" w:rsidRDefault="00521114">
      <w:pPr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</w:p>
    <w:sectPr w:rsidR="007A5F70">
      <w:headerReference w:type="default" r:id="rId9"/>
      <w:footerReference w:type="default" r:id="rId10"/>
      <w:pgSz w:w="11906" w:h="16838"/>
      <w:pgMar w:top="1701" w:right="1134" w:bottom="1020" w:left="1247" w:header="34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114" w:rsidRDefault="00521114">
      <w:pPr>
        <w:spacing w:after="0" w:line="240" w:lineRule="auto"/>
      </w:pPr>
      <w:r>
        <w:separator/>
      </w:r>
    </w:p>
  </w:endnote>
  <w:endnote w:type="continuationSeparator" w:id="0">
    <w:p w:rsidR="00521114" w:rsidRDefault="00521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B64BC8B-A7C6-4EEF-9D21-EF5BDF1F3AB6}"/>
    <w:embedBold r:id="rId2" w:fontKey="{7831ED4C-D738-4DD7-B68C-065C8BF38E34}"/>
    <w:embedItalic r:id="rId3" w:fontKey="{72D6372A-FC05-4589-B4F7-0E2018F86559}"/>
    <w:embedBoldItalic r:id="rId4" w:fontKey="{8679C348-998F-46DC-8DCC-F7094B4BB548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C32DA7D4-1DF8-4CFF-9154-DFA7BB9716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0B0478E-3A6B-4B57-8598-1A28A0061D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F70" w:rsidRDefault="005211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D6728">
      <w:rPr>
        <w:color w:val="000000"/>
      </w:rPr>
      <w:fldChar w:fldCharType="separate"/>
    </w:r>
    <w:r w:rsidR="00841507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114" w:rsidRDefault="00521114">
      <w:pPr>
        <w:spacing w:after="0" w:line="240" w:lineRule="auto"/>
      </w:pPr>
      <w:r>
        <w:separator/>
      </w:r>
    </w:p>
  </w:footnote>
  <w:footnote w:type="continuationSeparator" w:id="0">
    <w:p w:rsidR="00521114" w:rsidRDefault="00521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F70" w:rsidRDefault="007A5F7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b/>
        <w:bCs/>
        <w:sz w:val="24"/>
        <w:szCs w:val="24"/>
      </w:rPr>
    </w:pPr>
  </w:p>
  <w:tbl>
    <w:tblPr>
      <w:tblStyle w:val="a1"/>
      <w:tblW w:w="712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010"/>
      <w:gridCol w:w="5108"/>
      <w:gridCol w:w="1010"/>
    </w:tblGrid>
    <w:tr w:rsidR="007A5F70">
      <w:trPr>
        <w:jc w:val="center"/>
      </w:trPr>
      <w:tc>
        <w:tcPr>
          <w:tcW w:w="1010" w:type="dxa"/>
          <w:tcMar>
            <w:top w:w="0" w:type="dxa"/>
            <w:left w:w="40" w:type="dxa"/>
            <w:bottom w:w="0" w:type="dxa"/>
            <w:right w:w="40" w:type="dxa"/>
          </w:tcMar>
          <w:vAlign w:val="center"/>
        </w:tcPr>
        <w:p w:rsidR="007A5F70" w:rsidRDefault="00521114">
          <w:pP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590550" cy="866775"/>
                <wp:effectExtent l="0" t="0" r="0" b="0"/>
                <wp:docPr id="7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550" cy="8667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8" w:type="dxa"/>
          <w:tcMar>
            <w:top w:w="0" w:type="dxa"/>
            <w:left w:w="40" w:type="dxa"/>
            <w:bottom w:w="0" w:type="dxa"/>
            <w:right w:w="40" w:type="dxa"/>
          </w:tcMar>
          <w:vAlign w:val="center"/>
        </w:tcPr>
        <w:p w:rsidR="007A5F70" w:rsidRDefault="00521114">
          <w:pP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sz w:val="20"/>
              <w:szCs w:val="20"/>
            </w:rPr>
            <w:t>ROMÂNIA</w:t>
          </w:r>
          <w:r>
            <w:rPr>
              <w:sz w:val="24"/>
              <w:szCs w:val="24"/>
            </w:rPr>
            <w:br/>
          </w:r>
          <w:r>
            <w:rPr>
              <w:sz w:val="20"/>
              <w:szCs w:val="20"/>
            </w:rPr>
            <w:t>JUDEȚUL TULCEA</w:t>
          </w:r>
          <w:r>
            <w:rPr>
              <w:sz w:val="24"/>
              <w:szCs w:val="24"/>
            </w:rPr>
            <w:br/>
          </w:r>
          <w:r>
            <w:rPr>
              <w:b/>
              <w:bCs/>
              <w:sz w:val="20"/>
              <w:szCs w:val="20"/>
            </w:rPr>
            <w:t>PRIMĂRIA COMUNEI FRECĂȚEI</w:t>
          </w:r>
          <w:r>
            <w:rPr>
              <w:sz w:val="24"/>
              <w:szCs w:val="24"/>
            </w:rPr>
            <w:br/>
          </w:r>
          <w:r>
            <w:rPr>
              <w:sz w:val="20"/>
              <w:szCs w:val="20"/>
            </w:rPr>
            <w:t>TEL</w:t>
          </w:r>
          <w:proofErr w:type="gramStart"/>
          <w:r>
            <w:rPr>
              <w:sz w:val="20"/>
              <w:szCs w:val="20"/>
            </w:rPr>
            <w:t>./</w:t>
          </w:r>
          <w:proofErr w:type="gramEnd"/>
          <w:r>
            <w:rPr>
              <w:sz w:val="20"/>
              <w:szCs w:val="20"/>
            </w:rPr>
            <w:t>FAX: 0240548291, E-MAIL: office@primariafrecatei.ro</w:t>
          </w:r>
          <w:r>
            <w:rPr>
              <w:sz w:val="24"/>
              <w:szCs w:val="24"/>
            </w:rPr>
            <w:br/>
          </w:r>
          <w:r>
            <w:rPr>
              <w:sz w:val="20"/>
              <w:szCs w:val="20"/>
            </w:rPr>
            <w:t xml:space="preserve">Cod fiscal: 4508657, str. </w:t>
          </w:r>
          <w:proofErr w:type="spellStart"/>
          <w:r>
            <w:rPr>
              <w:sz w:val="20"/>
              <w:szCs w:val="20"/>
            </w:rPr>
            <w:t>Principală</w:t>
          </w:r>
          <w:proofErr w:type="spellEnd"/>
          <w:r>
            <w:rPr>
              <w:sz w:val="20"/>
              <w:szCs w:val="20"/>
            </w:rPr>
            <w:t>, nr. 63</w:t>
          </w:r>
        </w:p>
      </w:tc>
      <w:tc>
        <w:tcPr>
          <w:tcW w:w="1010" w:type="dxa"/>
          <w:tcMar>
            <w:top w:w="0" w:type="dxa"/>
            <w:left w:w="40" w:type="dxa"/>
            <w:bottom w:w="0" w:type="dxa"/>
            <w:right w:w="40" w:type="dxa"/>
          </w:tcMar>
          <w:vAlign w:val="center"/>
        </w:tcPr>
        <w:p w:rsidR="007A5F70" w:rsidRDefault="00521114">
          <w:pP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590550" cy="904875"/>
                <wp:effectExtent l="0" t="0" r="0" b="0"/>
                <wp:docPr id="8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550" cy="90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7A5F70" w:rsidRDefault="007A5F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5101"/>
    <w:multiLevelType w:val="multilevel"/>
    <w:tmpl w:val="93CEB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A5F70"/>
    <w:rsid w:val="00476041"/>
    <w:rsid w:val="004D6728"/>
    <w:rsid w:val="00521114"/>
    <w:rsid w:val="007A5F70"/>
    <w:rsid w:val="0084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2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libri" w:eastAsia="Calibri" w:hAnsi="Calibri" w:cs="Calibri"/>
      <w:b/>
      <w:bCs/>
      <w:sz w:val="26"/>
      <w:szCs w:val="26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rFonts w:ascii="Calibri" w:eastAsia="Calibri" w:hAnsi="Calibri" w:cs="Calibri"/>
      <w:b/>
      <w:bCs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line="240" w:lineRule="auto"/>
    </w:pPr>
    <w:rPr>
      <w:rFonts w:ascii="Calibri" w:eastAsia="Calibri" w:hAnsi="Calibri" w:cs="Calibri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Caracter">
    <w:name w:val="Titlu Caracter"/>
    <w:basedOn w:val="DefaultParagraphFont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uCaracter">
    <w:name w:val="Subtitlu Caracter"/>
    <w:basedOn w:val="DefaultParagraphFon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DefaultParagraphFont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DefaultParagraphFont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DefaultParagraphFont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next w:val="Normal"/>
    <w:uiPriority w:val="39"/>
    <w:semiHidden/>
    <w:unhideWhenUsed/>
    <w:qFormat/>
    <w:rsid w:val="00FC693F"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6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7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2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libri" w:eastAsia="Calibri" w:hAnsi="Calibri" w:cs="Calibri"/>
      <w:b/>
      <w:bCs/>
      <w:sz w:val="26"/>
      <w:szCs w:val="26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rFonts w:ascii="Calibri" w:eastAsia="Calibri" w:hAnsi="Calibri" w:cs="Calibri"/>
      <w:b/>
      <w:bCs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line="240" w:lineRule="auto"/>
    </w:pPr>
    <w:rPr>
      <w:rFonts w:ascii="Calibri" w:eastAsia="Calibri" w:hAnsi="Calibri" w:cs="Calibri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Caracter">
    <w:name w:val="Titlu Caracter"/>
    <w:basedOn w:val="DefaultParagraphFont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uCaracter">
    <w:name w:val="Subtitlu Caracter"/>
    <w:basedOn w:val="DefaultParagraphFon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DefaultParagraphFont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DefaultParagraphFont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DefaultParagraphFont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next w:val="Normal"/>
    <w:uiPriority w:val="39"/>
    <w:semiHidden/>
    <w:unhideWhenUsed/>
    <w:qFormat/>
    <w:rsid w:val="00FC693F"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6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7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KuZAVo248w5QTsniyDFZllaagA==">CgMxLjAyDmgudnIzampreXZpNXVzOAByITFDZ0lLOUFZZVplOEFiemFidzROazlHU1hTYW9JNF9sdA==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bumbac laura</cp:lastModifiedBy>
  <cp:revision>2</cp:revision>
  <dcterms:created xsi:type="dcterms:W3CDTF">2026-09-15T05:22:00Z</dcterms:created>
  <dcterms:modified xsi:type="dcterms:W3CDTF">2026-09-15T05:22:00Z</dcterms:modified>
</cp:coreProperties>
</file>