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4F1DD" w14:textId="3C4BE568" w:rsidR="001609E1" w:rsidRPr="008163B8" w:rsidRDefault="008163B8">
      <w:pPr>
        <w:pStyle w:val="Kicker"/>
        <w:rPr>
          <w:color w:val="000000" w:themeColor="text1"/>
        </w:rPr>
      </w:pPr>
      <w:r>
        <w:t xml:space="preserve">           </w:t>
      </w:r>
      <w:r w:rsidRPr="008163B8">
        <w:rPr>
          <w:color w:val="000000" w:themeColor="text1"/>
        </w:rPr>
        <w:t>Nr. 3</w:t>
      </w:r>
      <w:r w:rsidR="000A4CB5">
        <w:rPr>
          <w:color w:val="000000" w:themeColor="text1"/>
        </w:rPr>
        <w:t>4520</w:t>
      </w:r>
      <w:r w:rsidRPr="008163B8">
        <w:rPr>
          <w:color w:val="000000" w:themeColor="text1"/>
        </w:rPr>
        <w:t>/</w:t>
      </w:r>
      <w:r w:rsidR="000A4CB5">
        <w:rPr>
          <w:color w:val="000000" w:themeColor="text1"/>
        </w:rPr>
        <w:t>14</w:t>
      </w:r>
      <w:r w:rsidRPr="008163B8">
        <w:rPr>
          <w:color w:val="000000" w:themeColor="text1"/>
        </w:rPr>
        <w:t>.09.2026</w:t>
      </w:r>
    </w:p>
    <w:p w14:paraId="70316827" w14:textId="77777777" w:rsidR="00157769" w:rsidRPr="00C241D8" w:rsidRDefault="00BB06C9" w:rsidP="00A90E8A">
      <w:pPr>
        <w:jc w:val="center"/>
        <w:rPr>
          <w:b/>
          <w:color w:val="143A63"/>
          <w:sz w:val="28"/>
          <w:szCs w:val="28"/>
        </w:rPr>
      </w:pPr>
      <w:r w:rsidRPr="00C241D8">
        <w:rPr>
          <w:b/>
          <w:color w:val="143A63"/>
          <w:sz w:val="28"/>
          <w:szCs w:val="28"/>
        </w:rPr>
        <w:t xml:space="preserve">AVRIG = ACASĂ </w:t>
      </w:r>
      <w:proofErr w:type="spellStart"/>
      <w:r w:rsidRPr="00C241D8">
        <w:rPr>
          <w:b/>
          <w:color w:val="143A63"/>
          <w:sz w:val="28"/>
          <w:szCs w:val="28"/>
        </w:rPr>
        <w:t>în</w:t>
      </w:r>
      <w:proofErr w:type="spellEnd"/>
      <w:r w:rsidRPr="00C241D8">
        <w:rPr>
          <w:b/>
          <w:color w:val="143A63"/>
          <w:sz w:val="28"/>
          <w:szCs w:val="28"/>
        </w:rPr>
        <w:t xml:space="preserve"> </w:t>
      </w:r>
      <w:proofErr w:type="spellStart"/>
      <w:r w:rsidRPr="00C241D8">
        <w:rPr>
          <w:b/>
          <w:color w:val="143A63"/>
          <w:sz w:val="28"/>
          <w:szCs w:val="28"/>
        </w:rPr>
        <w:t>Țara</w:t>
      </w:r>
      <w:proofErr w:type="spellEnd"/>
      <w:r w:rsidRPr="00C241D8">
        <w:rPr>
          <w:b/>
          <w:color w:val="143A63"/>
          <w:sz w:val="28"/>
          <w:szCs w:val="28"/>
        </w:rPr>
        <w:t xml:space="preserve"> </w:t>
      </w:r>
      <w:proofErr w:type="spellStart"/>
      <w:r w:rsidRPr="00C241D8">
        <w:rPr>
          <w:b/>
          <w:color w:val="143A63"/>
          <w:sz w:val="28"/>
          <w:szCs w:val="28"/>
        </w:rPr>
        <w:t>Făgărașului</w:t>
      </w:r>
      <w:proofErr w:type="spellEnd"/>
    </w:p>
    <w:p w14:paraId="73207172" w14:textId="77777777" w:rsidR="00A056A8" w:rsidRPr="00C241D8" w:rsidRDefault="00A056A8" w:rsidP="00A056A8">
      <w:pPr>
        <w:jc w:val="center"/>
        <w:rPr>
          <w:szCs w:val="20"/>
        </w:rPr>
      </w:pPr>
      <w:proofErr w:type="spellStart"/>
      <w:r w:rsidRPr="00C241D8">
        <w:rPr>
          <w:b/>
          <w:szCs w:val="20"/>
        </w:rPr>
        <w:t>Rețea</w:t>
      </w:r>
      <w:proofErr w:type="spellEnd"/>
      <w:r w:rsidRPr="00C241D8">
        <w:rPr>
          <w:b/>
          <w:szCs w:val="20"/>
        </w:rPr>
        <w:t xml:space="preserve"> </w:t>
      </w:r>
      <w:proofErr w:type="spellStart"/>
      <w:r w:rsidRPr="00C241D8">
        <w:rPr>
          <w:b/>
          <w:szCs w:val="20"/>
        </w:rPr>
        <w:t>Integrată</w:t>
      </w:r>
      <w:proofErr w:type="spellEnd"/>
      <w:r w:rsidRPr="00C241D8">
        <w:rPr>
          <w:b/>
          <w:szCs w:val="20"/>
        </w:rPr>
        <w:t xml:space="preserve"> </w:t>
      </w:r>
      <w:proofErr w:type="spellStart"/>
      <w:r w:rsidRPr="00C241D8">
        <w:rPr>
          <w:b/>
          <w:szCs w:val="20"/>
        </w:rPr>
        <w:t>pentru</w:t>
      </w:r>
      <w:proofErr w:type="spellEnd"/>
      <w:r w:rsidRPr="00C241D8">
        <w:rPr>
          <w:b/>
          <w:szCs w:val="20"/>
        </w:rPr>
        <w:t xml:space="preserve"> </w:t>
      </w:r>
      <w:proofErr w:type="spellStart"/>
      <w:r w:rsidRPr="00C241D8">
        <w:rPr>
          <w:b/>
          <w:szCs w:val="20"/>
        </w:rPr>
        <w:t>Prevenirea</w:t>
      </w:r>
      <w:proofErr w:type="spellEnd"/>
      <w:r w:rsidRPr="00C241D8">
        <w:rPr>
          <w:b/>
          <w:szCs w:val="20"/>
        </w:rPr>
        <w:t xml:space="preserve"> </w:t>
      </w:r>
      <w:proofErr w:type="spellStart"/>
      <w:r w:rsidRPr="00C241D8">
        <w:rPr>
          <w:b/>
          <w:szCs w:val="20"/>
        </w:rPr>
        <w:t>Separării</w:t>
      </w:r>
      <w:proofErr w:type="spellEnd"/>
      <w:r w:rsidRPr="00C241D8">
        <w:rPr>
          <w:b/>
          <w:szCs w:val="20"/>
        </w:rPr>
        <w:t xml:space="preserve"> </w:t>
      </w:r>
      <w:proofErr w:type="spellStart"/>
      <w:r w:rsidRPr="00C241D8">
        <w:rPr>
          <w:b/>
          <w:szCs w:val="20"/>
        </w:rPr>
        <w:t>Copilului</w:t>
      </w:r>
      <w:proofErr w:type="spellEnd"/>
      <w:r w:rsidRPr="00C241D8">
        <w:rPr>
          <w:b/>
          <w:szCs w:val="20"/>
        </w:rPr>
        <w:t xml:space="preserve"> de </w:t>
      </w:r>
      <w:proofErr w:type="spellStart"/>
      <w:r w:rsidRPr="00C241D8">
        <w:rPr>
          <w:b/>
          <w:szCs w:val="20"/>
        </w:rPr>
        <w:t>Familie</w:t>
      </w:r>
      <w:proofErr w:type="spellEnd"/>
    </w:p>
    <w:p w14:paraId="48609FFD" w14:textId="77777777" w:rsidR="00A056A8" w:rsidRPr="00C241D8" w:rsidRDefault="00A056A8" w:rsidP="00A90E8A">
      <w:pPr>
        <w:jc w:val="center"/>
      </w:pPr>
    </w:p>
    <w:p w14:paraId="0195806A" w14:textId="77777777" w:rsidR="00157769" w:rsidRPr="00C241D8" w:rsidRDefault="00157769">
      <w:pPr>
        <w:spacing w:after="20"/>
      </w:pPr>
    </w:p>
    <w:p w14:paraId="2FE9E61A" w14:textId="77777777" w:rsidR="004D7E5B" w:rsidRPr="00C241D8" w:rsidRDefault="004D7E5B" w:rsidP="004D7E5B">
      <w:pPr>
        <w:spacing w:line="360" w:lineRule="auto"/>
        <w:jc w:val="center"/>
        <w:rPr>
          <w:b/>
          <w:bCs/>
        </w:rPr>
      </w:pPr>
      <w:r w:rsidRPr="00C241D8">
        <w:rPr>
          <w:b/>
          <w:bCs/>
        </w:rPr>
        <w:t>ANUNT CONCURS SELECTIE PERSONAL PROIECT</w:t>
      </w:r>
    </w:p>
    <w:p w14:paraId="3B2D3D54" w14:textId="77777777" w:rsidR="004D7E5B" w:rsidRPr="00C241D8" w:rsidRDefault="004D7E5B" w:rsidP="004D7E5B">
      <w:pPr>
        <w:spacing w:line="360" w:lineRule="auto"/>
        <w:jc w:val="center"/>
        <w:rPr>
          <w:b/>
          <w:bCs/>
        </w:rPr>
      </w:pPr>
    </w:p>
    <w:p w14:paraId="1D0D99C6" w14:textId="77777777" w:rsidR="00077111" w:rsidRPr="00077111" w:rsidRDefault="00077111" w:rsidP="00077111">
      <w:pPr>
        <w:spacing w:line="360" w:lineRule="auto"/>
        <w:ind w:firstLine="709"/>
        <w:jc w:val="both"/>
        <w:rPr>
          <w:lang w:val="ro-RO"/>
        </w:rPr>
      </w:pPr>
      <w:r w:rsidRPr="00C241D8">
        <w:rPr>
          <w:b/>
          <w:bCs/>
        </w:rPr>
        <w:t xml:space="preserve">Primaria </w:t>
      </w:r>
      <w:proofErr w:type="spellStart"/>
      <w:r w:rsidRPr="00C241D8">
        <w:rPr>
          <w:b/>
          <w:bCs/>
        </w:rPr>
        <w:t>orasului</w:t>
      </w:r>
      <w:proofErr w:type="spellEnd"/>
      <w:r w:rsidRPr="00C241D8">
        <w:rPr>
          <w:b/>
          <w:bCs/>
        </w:rPr>
        <w:t xml:space="preserve"> </w:t>
      </w:r>
      <w:proofErr w:type="spellStart"/>
      <w:r w:rsidRPr="00C241D8">
        <w:rPr>
          <w:b/>
          <w:bCs/>
        </w:rPr>
        <w:t>Avrig</w:t>
      </w:r>
      <w:proofErr w:type="spellEnd"/>
      <w:r w:rsidRPr="00C241D8">
        <w:t xml:space="preserve"> </w:t>
      </w:r>
      <w:proofErr w:type="spellStart"/>
      <w:r w:rsidRPr="00C241D8">
        <w:t>organizeaza</w:t>
      </w:r>
      <w:proofErr w:type="spellEnd"/>
      <w:r w:rsidRPr="00C241D8">
        <w:t xml:space="preserve"> concurs de </w:t>
      </w:r>
      <w:proofErr w:type="spellStart"/>
      <w:r w:rsidRPr="00C241D8">
        <w:t>recrutare</w:t>
      </w:r>
      <w:proofErr w:type="spellEnd"/>
      <w:r w:rsidRPr="00C241D8">
        <w:t xml:space="preserve"> </w:t>
      </w:r>
      <w:proofErr w:type="spellStart"/>
      <w:r w:rsidRPr="00C241D8">
        <w:t>si</w:t>
      </w:r>
      <w:proofErr w:type="spellEnd"/>
      <w:r w:rsidRPr="00C241D8">
        <w:t xml:space="preserve"> </w:t>
      </w:r>
      <w:proofErr w:type="spellStart"/>
      <w:r w:rsidRPr="00C241D8">
        <w:t>selectie</w:t>
      </w:r>
      <w:proofErr w:type="spellEnd"/>
      <w:r w:rsidRPr="00C241D8">
        <w:t xml:space="preserve"> de personal </w:t>
      </w:r>
      <w:proofErr w:type="spellStart"/>
      <w:r w:rsidRPr="00C241D8">
        <w:t>pentru</w:t>
      </w:r>
      <w:proofErr w:type="spellEnd"/>
      <w:r w:rsidRPr="00C241D8">
        <w:t xml:space="preserve"> </w:t>
      </w:r>
      <w:proofErr w:type="spellStart"/>
      <w:r w:rsidRPr="00C241D8">
        <w:t>ocuparea</w:t>
      </w:r>
      <w:proofErr w:type="spellEnd"/>
      <w:r w:rsidRPr="00C241D8">
        <w:t xml:space="preserve"> </w:t>
      </w:r>
      <w:proofErr w:type="spellStart"/>
      <w:r w:rsidRPr="00C241D8">
        <w:t>mai</w:t>
      </w:r>
      <w:proofErr w:type="spellEnd"/>
      <w:r w:rsidRPr="00C241D8">
        <w:t xml:space="preserve"> </w:t>
      </w:r>
      <w:proofErr w:type="spellStart"/>
      <w:r w:rsidRPr="00C241D8">
        <w:t>multor</w:t>
      </w:r>
      <w:proofErr w:type="spellEnd"/>
      <w:r w:rsidRPr="00C241D8">
        <w:t xml:space="preserve"> </w:t>
      </w:r>
      <w:proofErr w:type="spellStart"/>
      <w:r w:rsidRPr="00C241D8">
        <w:t>posturi</w:t>
      </w:r>
      <w:proofErr w:type="spellEnd"/>
      <w:r w:rsidRPr="00C241D8">
        <w:t xml:space="preserve"> </w:t>
      </w:r>
      <w:proofErr w:type="spellStart"/>
      <w:r w:rsidRPr="00C241D8">
        <w:t>în</w:t>
      </w:r>
      <w:proofErr w:type="spellEnd"/>
      <w:r w:rsidRPr="00C241D8">
        <w:t xml:space="preserve"> </w:t>
      </w:r>
      <w:proofErr w:type="spellStart"/>
      <w:r w:rsidRPr="00C241D8">
        <w:t>cadrul</w:t>
      </w:r>
      <w:proofErr w:type="spellEnd"/>
      <w:r w:rsidRPr="00C241D8">
        <w:t xml:space="preserve"> </w:t>
      </w:r>
      <w:proofErr w:type="spellStart"/>
      <w:r w:rsidRPr="00C241D8">
        <w:t>proiectului</w:t>
      </w:r>
      <w:proofErr w:type="spellEnd"/>
      <w:r w:rsidRPr="00C241D8">
        <w:t xml:space="preserve"> </w:t>
      </w:r>
      <w:r w:rsidRPr="00C241D8">
        <w:rPr>
          <w:i/>
          <w:iCs/>
        </w:rPr>
        <w:t xml:space="preserve">„AVRIG= </w:t>
      </w:r>
      <w:proofErr w:type="gramStart"/>
      <w:r w:rsidRPr="00C241D8">
        <w:rPr>
          <w:i/>
          <w:iCs/>
        </w:rPr>
        <w:t>ACASA  in</w:t>
      </w:r>
      <w:proofErr w:type="gramEnd"/>
      <w:r w:rsidRPr="00C241D8">
        <w:rPr>
          <w:i/>
          <w:iCs/>
        </w:rPr>
        <w:t xml:space="preserve"> Tara </w:t>
      </w:r>
      <w:proofErr w:type="spellStart"/>
      <w:r w:rsidRPr="00C241D8">
        <w:rPr>
          <w:i/>
          <w:iCs/>
        </w:rPr>
        <w:t>Fagarasului</w:t>
      </w:r>
      <w:proofErr w:type="spellEnd"/>
      <w:r w:rsidRPr="00C241D8">
        <w:rPr>
          <w:i/>
          <w:iCs/>
        </w:rPr>
        <w:t xml:space="preserve"> – </w:t>
      </w:r>
      <w:proofErr w:type="spellStart"/>
      <w:r w:rsidRPr="00C241D8">
        <w:rPr>
          <w:i/>
          <w:iCs/>
        </w:rPr>
        <w:t>Retea</w:t>
      </w:r>
      <w:proofErr w:type="spellEnd"/>
      <w:r w:rsidRPr="00C241D8">
        <w:rPr>
          <w:i/>
          <w:iCs/>
        </w:rPr>
        <w:t xml:space="preserve"> </w:t>
      </w:r>
      <w:proofErr w:type="spellStart"/>
      <w:r w:rsidRPr="00C241D8">
        <w:rPr>
          <w:i/>
          <w:iCs/>
        </w:rPr>
        <w:t>Integrata</w:t>
      </w:r>
      <w:proofErr w:type="spellEnd"/>
      <w:r w:rsidRPr="00C241D8">
        <w:rPr>
          <w:i/>
          <w:iCs/>
        </w:rPr>
        <w:t xml:space="preserve"> </w:t>
      </w:r>
      <w:proofErr w:type="spellStart"/>
      <w:r w:rsidRPr="00C241D8">
        <w:rPr>
          <w:i/>
          <w:iCs/>
        </w:rPr>
        <w:t>pentru</w:t>
      </w:r>
      <w:proofErr w:type="spellEnd"/>
      <w:r w:rsidRPr="00C241D8">
        <w:rPr>
          <w:i/>
          <w:iCs/>
        </w:rPr>
        <w:t xml:space="preserve"> </w:t>
      </w:r>
      <w:proofErr w:type="spellStart"/>
      <w:r w:rsidRPr="00C241D8">
        <w:rPr>
          <w:i/>
          <w:iCs/>
        </w:rPr>
        <w:t>Prevenirea</w:t>
      </w:r>
      <w:proofErr w:type="spellEnd"/>
      <w:r w:rsidRPr="00C241D8">
        <w:rPr>
          <w:i/>
          <w:iCs/>
        </w:rPr>
        <w:t xml:space="preserve"> </w:t>
      </w:r>
      <w:proofErr w:type="spellStart"/>
      <w:r w:rsidRPr="00C241D8">
        <w:rPr>
          <w:i/>
          <w:iCs/>
        </w:rPr>
        <w:t>Separarii</w:t>
      </w:r>
      <w:proofErr w:type="spellEnd"/>
      <w:r w:rsidRPr="00C241D8">
        <w:rPr>
          <w:i/>
          <w:iCs/>
        </w:rPr>
        <w:t xml:space="preserve"> </w:t>
      </w:r>
      <w:proofErr w:type="spellStart"/>
      <w:r w:rsidRPr="00C241D8">
        <w:rPr>
          <w:i/>
          <w:iCs/>
        </w:rPr>
        <w:t>Copilului</w:t>
      </w:r>
      <w:proofErr w:type="spellEnd"/>
      <w:r w:rsidRPr="00C241D8">
        <w:rPr>
          <w:i/>
          <w:iCs/>
        </w:rPr>
        <w:t xml:space="preserve"> de </w:t>
      </w:r>
      <w:proofErr w:type="spellStart"/>
      <w:r w:rsidRPr="00C241D8">
        <w:rPr>
          <w:i/>
          <w:iCs/>
        </w:rPr>
        <w:t>Familie</w:t>
      </w:r>
      <w:proofErr w:type="spellEnd"/>
      <w:r w:rsidRPr="00C241D8">
        <w:rPr>
          <w:i/>
          <w:iCs/>
        </w:rPr>
        <w:t>”</w:t>
      </w:r>
      <w:proofErr w:type="gramStart"/>
      <w:r w:rsidRPr="00C241D8">
        <w:t>.</w:t>
      </w:r>
      <w:r w:rsidRPr="00C241D8">
        <w:rPr>
          <w:i/>
          <w:iCs/>
        </w:rPr>
        <w:t xml:space="preserve"> ”</w:t>
      </w:r>
      <w:proofErr w:type="gramEnd"/>
      <w:r w:rsidRPr="00C241D8">
        <w:t xml:space="preserve">, </w:t>
      </w:r>
      <w:r w:rsidRPr="00077111">
        <w:rPr>
          <w:lang w:val="ro-RO"/>
        </w:rPr>
        <w:t xml:space="preserve"> cod SMIS 365180, finanțat prin Programul Incluziune și Demnitate Socială 2021-2027 – Prioritatea: P05. Reducerea disparităților dintre copiii la risc de sărăcie și/sau excluziune socială și ceilalți copii, in cadrul apelului “Servicii comunitare pentru copii și familii în vederea prevenirii separării și în vederea susținerii reintegrării în familie a copiilor proveniți din sistemul de protecție specială în teritoriul ITI Țara Făgărașului”</w:t>
      </w:r>
    </w:p>
    <w:p w14:paraId="2DD0F2C2" w14:textId="77777777" w:rsidR="00077111" w:rsidRPr="00077111" w:rsidRDefault="00077111" w:rsidP="00077111">
      <w:pPr>
        <w:spacing w:line="360" w:lineRule="auto"/>
        <w:ind w:firstLine="709"/>
        <w:jc w:val="both"/>
        <w:rPr>
          <w:lang w:val="pt-BR"/>
        </w:rPr>
      </w:pPr>
      <w:r w:rsidRPr="00077111">
        <w:rPr>
          <w:lang w:val="pt-BR"/>
        </w:rPr>
        <w:t xml:space="preserve">Toate posturile sunt disponibile pe </w:t>
      </w:r>
      <w:r w:rsidRPr="00077111">
        <w:rPr>
          <w:b/>
          <w:bCs/>
          <w:lang w:val="pt-BR"/>
        </w:rPr>
        <w:t>perioada determinate de 8 luni</w:t>
      </w:r>
      <w:r w:rsidRPr="00077111">
        <w:rPr>
          <w:lang w:val="pt-BR"/>
        </w:rPr>
        <w:t>, corelată cu activitatiile din cadrul  proiectului.</w:t>
      </w:r>
    </w:p>
    <w:p w14:paraId="018E0746" w14:textId="77777777" w:rsidR="004D7E5B" w:rsidRPr="002A615D" w:rsidRDefault="004D7E5B" w:rsidP="004D7E5B">
      <w:pPr>
        <w:spacing w:line="360" w:lineRule="auto"/>
        <w:jc w:val="both"/>
        <w:rPr>
          <w:b/>
          <w:bCs/>
        </w:rPr>
      </w:pPr>
      <w:proofErr w:type="spellStart"/>
      <w:r w:rsidRPr="002A615D">
        <w:rPr>
          <w:b/>
          <w:bCs/>
        </w:rPr>
        <w:t>Posturi</w:t>
      </w:r>
      <w:proofErr w:type="spellEnd"/>
      <w:r w:rsidRPr="002A615D">
        <w:rPr>
          <w:b/>
          <w:bCs/>
        </w:rPr>
        <w:t xml:space="preserve"> </w:t>
      </w:r>
      <w:proofErr w:type="spellStart"/>
      <w:r w:rsidRPr="002A615D">
        <w:rPr>
          <w:b/>
          <w:bCs/>
        </w:rPr>
        <w:t>scoase</w:t>
      </w:r>
      <w:proofErr w:type="spellEnd"/>
      <w:r w:rsidRPr="002A615D">
        <w:rPr>
          <w:b/>
          <w:bCs/>
        </w:rPr>
        <w:t xml:space="preserve"> la concurs</w:t>
      </w:r>
    </w:p>
    <w:p w14:paraId="40B9C2F3" w14:textId="77777777" w:rsidR="004D7E5B" w:rsidRPr="002A615D" w:rsidRDefault="004D7E5B" w:rsidP="004D7E5B">
      <w:pPr>
        <w:widowControl w:val="0"/>
        <w:numPr>
          <w:ilvl w:val="0"/>
          <w:numId w:val="12"/>
        </w:numPr>
        <w:suppressAutoHyphens/>
        <w:spacing w:after="0" w:line="360" w:lineRule="auto"/>
        <w:jc w:val="both"/>
      </w:pPr>
      <w:r w:rsidRPr="002A615D">
        <w:rPr>
          <w:b/>
          <w:bCs/>
        </w:rPr>
        <w:t xml:space="preserve">Manager de </w:t>
      </w:r>
      <w:proofErr w:type="spellStart"/>
      <w:r w:rsidRPr="002A615D">
        <w:rPr>
          <w:b/>
          <w:bCs/>
        </w:rPr>
        <w:t>caz</w:t>
      </w:r>
      <w:proofErr w:type="spellEnd"/>
      <w:r w:rsidRPr="002A615D">
        <w:t xml:space="preserve"> (</w:t>
      </w:r>
      <w:proofErr w:type="spellStart"/>
      <w:r w:rsidRPr="002A615D">
        <w:t>asistent</w:t>
      </w:r>
      <w:proofErr w:type="spellEnd"/>
      <w:r w:rsidRPr="002A615D">
        <w:t xml:space="preserve"> social) evaluator – 1 post – 2h/zi</w:t>
      </w:r>
      <w:r>
        <w:t>;</w:t>
      </w:r>
    </w:p>
    <w:p w14:paraId="3178B8CD" w14:textId="77777777" w:rsidR="004D7E5B" w:rsidRPr="002A615D" w:rsidRDefault="004D7E5B" w:rsidP="004D7E5B">
      <w:pPr>
        <w:widowControl w:val="0"/>
        <w:numPr>
          <w:ilvl w:val="0"/>
          <w:numId w:val="12"/>
        </w:numPr>
        <w:suppressAutoHyphens/>
        <w:spacing w:after="0" w:line="360" w:lineRule="auto"/>
        <w:jc w:val="both"/>
      </w:pPr>
      <w:proofErr w:type="spellStart"/>
      <w:r w:rsidRPr="002A615D">
        <w:rPr>
          <w:b/>
          <w:bCs/>
        </w:rPr>
        <w:t>Psihol</w:t>
      </w:r>
      <w:r>
        <w:rPr>
          <w:b/>
          <w:bCs/>
        </w:rPr>
        <w:t>o</w:t>
      </w:r>
      <w:r w:rsidRPr="002A615D">
        <w:rPr>
          <w:b/>
          <w:bCs/>
        </w:rPr>
        <w:t>g</w:t>
      </w:r>
      <w:proofErr w:type="spellEnd"/>
      <w:r w:rsidRPr="002A615D">
        <w:rPr>
          <w:b/>
          <w:bCs/>
        </w:rPr>
        <w:t xml:space="preserve"> evaluator</w:t>
      </w:r>
      <w:r w:rsidRPr="002A615D">
        <w:t xml:space="preserve"> – 1 post – 2h/zi</w:t>
      </w:r>
      <w:r>
        <w:t>;</w:t>
      </w:r>
    </w:p>
    <w:p w14:paraId="2C906668" w14:textId="0264F283" w:rsidR="004D7E5B" w:rsidRDefault="004D7E5B" w:rsidP="004D7E5B">
      <w:pPr>
        <w:widowControl w:val="0"/>
        <w:numPr>
          <w:ilvl w:val="0"/>
          <w:numId w:val="12"/>
        </w:numPr>
        <w:suppressAutoHyphens/>
        <w:spacing w:after="0" w:line="360" w:lineRule="auto"/>
        <w:jc w:val="both"/>
      </w:pPr>
      <w:proofErr w:type="spellStart"/>
      <w:r w:rsidRPr="00786286">
        <w:rPr>
          <w:b/>
          <w:bCs/>
        </w:rPr>
        <w:t>Pedagog</w:t>
      </w:r>
      <w:proofErr w:type="spellEnd"/>
      <w:r w:rsidRPr="00786286">
        <w:rPr>
          <w:b/>
          <w:bCs/>
        </w:rPr>
        <w:t xml:space="preserve"> social evaluator</w:t>
      </w:r>
      <w:r w:rsidRPr="002A615D">
        <w:t xml:space="preserve"> – 1 post – 2h/zi</w:t>
      </w:r>
      <w:r>
        <w:t>;</w:t>
      </w:r>
    </w:p>
    <w:p w14:paraId="392A1769" w14:textId="77777777" w:rsidR="00786286" w:rsidRPr="002A615D" w:rsidRDefault="00786286" w:rsidP="00786286">
      <w:pPr>
        <w:widowControl w:val="0"/>
        <w:suppressAutoHyphens/>
        <w:spacing w:after="0" w:line="360" w:lineRule="auto"/>
        <w:ind w:left="720"/>
        <w:jc w:val="both"/>
      </w:pPr>
    </w:p>
    <w:p w14:paraId="3AB56D23" w14:textId="77777777" w:rsidR="004D7E5B" w:rsidRPr="002A615D" w:rsidRDefault="004D7E5B" w:rsidP="004D7E5B">
      <w:pPr>
        <w:spacing w:line="360" w:lineRule="auto"/>
        <w:jc w:val="both"/>
        <w:rPr>
          <w:b/>
          <w:bCs/>
        </w:rPr>
      </w:pPr>
      <w:proofErr w:type="spellStart"/>
      <w:r w:rsidRPr="002A615D">
        <w:rPr>
          <w:b/>
          <w:bCs/>
        </w:rPr>
        <w:t>Conditii</w:t>
      </w:r>
      <w:proofErr w:type="spellEnd"/>
      <w:r w:rsidRPr="002A615D">
        <w:rPr>
          <w:b/>
          <w:bCs/>
        </w:rPr>
        <w:t xml:space="preserve"> generale de </w:t>
      </w:r>
      <w:proofErr w:type="spellStart"/>
      <w:r w:rsidRPr="002A615D">
        <w:rPr>
          <w:b/>
          <w:bCs/>
        </w:rPr>
        <w:t>înscriere</w:t>
      </w:r>
      <w:proofErr w:type="spellEnd"/>
    </w:p>
    <w:p w14:paraId="5D28AAE2" w14:textId="77777777" w:rsidR="004D7E5B" w:rsidRPr="002A615D" w:rsidRDefault="004D7E5B" w:rsidP="004D7E5B">
      <w:pPr>
        <w:widowControl w:val="0"/>
        <w:numPr>
          <w:ilvl w:val="0"/>
          <w:numId w:val="13"/>
        </w:numPr>
        <w:suppressAutoHyphens/>
        <w:spacing w:after="0" w:line="360" w:lineRule="auto"/>
        <w:jc w:val="both"/>
      </w:pPr>
      <w:proofErr w:type="spellStart"/>
      <w:r w:rsidRPr="002A615D">
        <w:t>Cetatenie</w:t>
      </w:r>
      <w:proofErr w:type="spellEnd"/>
      <w:r w:rsidRPr="002A615D">
        <w:t xml:space="preserve"> </w:t>
      </w:r>
      <w:proofErr w:type="spellStart"/>
      <w:r w:rsidRPr="002A615D">
        <w:t>romana</w:t>
      </w:r>
      <w:proofErr w:type="spellEnd"/>
      <w:r w:rsidRPr="002A615D">
        <w:t xml:space="preserve"> </w:t>
      </w:r>
      <w:proofErr w:type="spellStart"/>
      <w:r w:rsidRPr="002A615D">
        <w:t>sau</w:t>
      </w:r>
      <w:proofErr w:type="spellEnd"/>
      <w:r w:rsidRPr="002A615D">
        <w:t xml:space="preserve"> a </w:t>
      </w:r>
      <w:proofErr w:type="spellStart"/>
      <w:r w:rsidRPr="002A615D">
        <w:t>unui</w:t>
      </w:r>
      <w:proofErr w:type="spellEnd"/>
      <w:r w:rsidRPr="002A615D">
        <w:t xml:space="preserve"> stat </w:t>
      </w:r>
      <w:proofErr w:type="spellStart"/>
      <w:r w:rsidRPr="002A615D">
        <w:t>membru</w:t>
      </w:r>
      <w:proofErr w:type="spellEnd"/>
      <w:r w:rsidRPr="002A615D">
        <w:t xml:space="preserve"> UE.</w:t>
      </w:r>
    </w:p>
    <w:p w14:paraId="7C3091C4" w14:textId="77777777" w:rsidR="004D7E5B" w:rsidRPr="002A615D" w:rsidRDefault="004D7E5B" w:rsidP="004D7E5B">
      <w:pPr>
        <w:widowControl w:val="0"/>
        <w:numPr>
          <w:ilvl w:val="0"/>
          <w:numId w:val="13"/>
        </w:numPr>
        <w:suppressAutoHyphens/>
        <w:spacing w:after="0" w:line="360" w:lineRule="auto"/>
        <w:jc w:val="both"/>
      </w:pPr>
      <w:r w:rsidRPr="002A615D">
        <w:t xml:space="preserve">Capacitate </w:t>
      </w:r>
      <w:proofErr w:type="spellStart"/>
      <w:r w:rsidRPr="002A615D">
        <w:t>deplina</w:t>
      </w:r>
      <w:proofErr w:type="spellEnd"/>
      <w:r w:rsidRPr="002A615D">
        <w:t xml:space="preserve"> de </w:t>
      </w:r>
      <w:proofErr w:type="spellStart"/>
      <w:r w:rsidRPr="002A615D">
        <w:t>exercitiu</w:t>
      </w:r>
      <w:proofErr w:type="spellEnd"/>
      <w:r w:rsidRPr="002A615D">
        <w:t>.</w:t>
      </w:r>
    </w:p>
    <w:p w14:paraId="6E54FB18" w14:textId="77777777" w:rsidR="004D7E5B" w:rsidRPr="002A615D" w:rsidRDefault="004D7E5B" w:rsidP="004D7E5B">
      <w:pPr>
        <w:widowControl w:val="0"/>
        <w:numPr>
          <w:ilvl w:val="0"/>
          <w:numId w:val="13"/>
        </w:numPr>
        <w:suppressAutoHyphens/>
        <w:spacing w:after="0" w:line="360" w:lineRule="auto"/>
        <w:jc w:val="both"/>
        <w:rPr>
          <w:lang w:val="pt-PT"/>
        </w:rPr>
      </w:pPr>
      <w:r w:rsidRPr="002A615D">
        <w:rPr>
          <w:lang w:val="pt-PT"/>
        </w:rPr>
        <w:t>Stare de sanatate corespunzatoare postului (atestata medical).</w:t>
      </w:r>
    </w:p>
    <w:p w14:paraId="4D31C154" w14:textId="77777777" w:rsidR="004D7E5B" w:rsidRPr="002A615D" w:rsidRDefault="004D7E5B" w:rsidP="004D7E5B">
      <w:pPr>
        <w:widowControl w:val="0"/>
        <w:numPr>
          <w:ilvl w:val="0"/>
          <w:numId w:val="13"/>
        </w:numPr>
        <w:suppressAutoHyphens/>
        <w:spacing w:after="0" w:line="360" w:lineRule="auto"/>
        <w:jc w:val="both"/>
        <w:rPr>
          <w:lang w:val="pt-PT"/>
        </w:rPr>
      </w:pPr>
      <w:r w:rsidRPr="002A615D">
        <w:rPr>
          <w:lang w:val="pt-PT"/>
        </w:rPr>
        <w:t>Lipsa antecedentelor penale (fără condamnări compatibile cu postul).</w:t>
      </w:r>
    </w:p>
    <w:p w14:paraId="08D285DE" w14:textId="77777777" w:rsidR="004D7E5B" w:rsidRPr="002A615D" w:rsidRDefault="004D7E5B" w:rsidP="004D7E5B">
      <w:pPr>
        <w:widowControl w:val="0"/>
        <w:numPr>
          <w:ilvl w:val="0"/>
          <w:numId w:val="13"/>
        </w:numPr>
        <w:suppressAutoHyphens/>
        <w:spacing w:after="0" w:line="360" w:lineRule="auto"/>
        <w:jc w:val="both"/>
        <w:rPr>
          <w:lang w:val="pt-PT"/>
        </w:rPr>
      </w:pPr>
      <w:r w:rsidRPr="002A615D">
        <w:rPr>
          <w:lang w:val="pt-PT"/>
        </w:rPr>
        <w:t>Conditiile generale sunt prevazute de art. 15 din Regulamentul cadru privind organizarea si dezvoltarea carierei personalului contractual din sectorul bugetar platit din fonduri publice, aprobat prin HG. nr. 1336/2022.</w:t>
      </w:r>
    </w:p>
    <w:p w14:paraId="0F663AAB" w14:textId="77777777" w:rsidR="004D7E5B" w:rsidRPr="002A615D" w:rsidRDefault="004D7E5B" w:rsidP="004D7E5B">
      <w:pPr>
        <w:spacing w:line="360" w:lineRule="auto"/>
        <w:ind w:left="720"/>
        <w:jc w:val="both"/>
        <w:rPr>
          <w:lang w:val="pt-PT"/>
        </w:rPr>
      </w:pPr>
    </w:p>
    <w:p w14:paraId="5FE55B41" w14:textId="77777777" w:rsidR="004D7E5B" w:rsidRPr="002A615D" w:rsidRDefault="004D7E5B" w:rsidP="004D7E5B">
      <w:pPr>
        <w:spacing w:line="360" w:lineRule="auto"/>
        <w:jc w:val="both"/>
        <w:rPr>
          <w:b/>
          <w:bCs/>
        </w:rPr>
      </w:pPr>
      <w:proofErr w:type="spellStart"/>
      <w:r w:rsidRPr="002A615D">
        <w:rPr>
          <w:b/>
          <w:bCs/>
        </w:rPr>
        <w:t>Profilul</w:t>
      </w:r>
      <w:proofErr w:type="spellEnd"/>
      <w:r w:rsidRPr="002A615D">
        <w:rPr>
          <w:b/>
          <w:bCs/>
        </w:rPr>
        <w:t xml:space="preserve"> </w:t>
      </w:r>
      <w:proofErr w:type="spellStart"/>
      <w:r w:rsidRPr="002A615D">
        <w:rPr>
          <w:b/>
          <w:bCs/>
        </w:rPr>
        <w:t>candidatilor</w:t>
      </w:r>
      <w:proofErr w:type="spellEnd"/>
      <w:r w:rsidRPr="002A615D">
        <w:rPr>
          <w:b/>
          <w:bCs/>
        </w:rPr>
        <w:t xml:space="preserve"> (</w:t>
      </w:r>
      <w:proofErr w:type="spellStart"/>
      <w:r w:rsidRPr="002A615D">
        <w:rPr>
          <w:b/>
          <w:bCs/>
        </w:rPr>
        <w:t>Conditii</w:t>
      </w:r>
      <w:proofErr w:type="spellEnd"/>
      <w:r w:rsidRPr="002A615D">
        <w:rPr>
          <w:b/>
          <w:bCs/>
        </w:rPr>
        <w:t xml:space="preserve"> </w:t>
      </w:r>
      <w:proofErr w:type="spellStart"/>
      <w:r w:rsidRPr="002A615D">
        <w:rPr>
          <w:b/>
          <w:bCs/>
        </w:rPr>
        <w:t>specifice</w:t>
      </w:r>
      <w:proofErr w:type="spellEnd"/>
      <w:r w:rsidRPr="002A615D">
        <w:rPr>
          <w:b/>
          <w:bCs/>
        </w:rPr>
        <w:t>)</w:t>
      </w:r>
    </w:p>
    <w:p w14:paraId="55253217" w14:textId="77777777" w:rsidR="004D7E5B" w:rsidRPr="002A615D" w:rsidRDefault="004D7E5B" w:rsidP="004D7E5B">
      <w:pPr>
        <w:spacing w:line="360" w:lineRule="auto"/>
        <w:jc w:val="both"/>
        <w:rPr>
          <w:b/>
          <w:bCs/>
          <w:lang w:val="pt-PT"/>
        </w:rPr>
      </w:pPr>
      <w:r w:rsidRPr="002A615D">
        <w:rPr>
          <w:b/>
          <w:bCs/>
          <w:lang w:val="pt-PT"/>
        </w:rPr>
        <w:t>1. Manager de caz (asistent social) evaluator</w:t>
      </w:r>
    </w:p>
    <w:p w14:paraId="0EFF83AF" w14:textId="77777777" w:rsidR="004D7E5B" w:rsidRPr="002A615D" w:rsidRDefault="004D7E5B" w:rsidP="004D7E5B">
      <w:pPr>
        <w:widowControl w:val="0"/>
        <w:numPr>
          <w:ilvl w:val="0"/>
          <w:numId w:val="14"/>
        </w:numPr>
        <w:suppressAutoHyphens/>
        <w:spacing w:after="0" w:line="360" w:lineRule="auto"/>
        <w:jc w:val="both"/>
        <w:rPr>
          <w:lang w:val="pt-PT"/>
        </w:rPr>
      </w:pPr>
      <w:r w:rsidRPr="002A615D">
        <w:rPr>
          <w:b/>
          <w:bCs/>
          <w:lang w:val="pt-PT"/>
        </w:rPr>
        <w:t>Studii:</w:t>
      </w:r>
      <w:r w:rsidRPr="002A615D">
        <w:rPr>
          <w:lang w:val="pt-PT"/>
        </w:rPr>
        <w:t xml:space="preserve"> Superioare absolvite cu diploma de licenta in asistenta sociala</w:t>
      </w:r>
      <w:r>
        <w:rPr>
          <w:lang w:val="pt-PT"/>
        </w:rPr>
        <w:t>.</w:t>
      </w:r>
      <w:r w:rsidRPr="002A615D">
        <w:rPr>
          <w:lang w:val="pt-PT"/>
        </w:rPr>
        <w:t xml:space="preserve"> </w:t>
      </w:r>
    </w:p>
    <w:p w14:paraId="7B6B968E" w14:textId="77777777" w:rsidR="004D7E5B" w:rsidRPr="002A615D" w:rsidRDefault="004D7E5B" w:rsidP="004D7E5B">
      <w:pPr>
        <w:spacing w:line="360" w:lineRule="auto"/>
        <w:ind w:left="720"/>
        <w:jc w:val="both"/>
        <w:rPr>
          <w:lang w:val="pt-PT"/>
        </w:rPr>
      </w:pPr>
      <w:r w:rsidRPr="002A615D">
        <w:rPr>
          <w:lang w:val="pt-PT"/>
        </w:rPr>
        <w:t>Membru al Colegiului National al Asistentilor Sociali din Romania.</w:t>
      </w:r>
    </w:p>
    <w:p w14:paraId="697BB873" w14:textId="77777777" w:rsidR="004D7E5B" w:rsidRPr="002A615D" w:rsidRDefault="004D7E5B" w:rsidP="004D7E5B">
      <w:pPr>
        <w:widowControl w:val="0"/>
        <w:numPr>
          <w:ilvl w:val="0"/>
          <w:numId w:val="14"/>
        </w:numPr>
        <w:suppressAutoHyphens/>
        <w:spacing w:after="0" w:line="360" w:lineRule="auto"/>
        <w:jc w:val="both"/>
      </w:pPr>
      <w:proofErr w:type="spellStart"/>
      <w:r w:rsidRPr="002A615D">
        <w:rPr>
          <w:b/>
          <w:bCs/>
        </w:rPr>
        <w:t>Experienta</w:t>
      </w:r>
      <w:proofErr w:type="spellEnd"/>
      <w:r w:rsidRPr="002A615D">
        <w:rPr>
          <w:b/>
          <w:bCs/>
        </w:rPr>
        <w:t>:</w:t>
      </w:r>
      <w:r w:rsidRPr="002A615D">
        <w:t xml:space="preserve"> Minimum 3 ani </w:t>
      </w:r>
      <w:proofErr w:type="spellStart"/>
      <w:r w:rsidRPr="002A615D">
        <w:t>în</w:t>
      </w:r>
      <w:proofErr w:type="spellEnd"/>
      <w:r w:rsidRPr="002A615D">
        <w:t xml:space="preserve"> </w:t>
      </w:r>
      <w:proofErr w:type="spellStart"/>
      <w:r w:rsidRPr="002A615D">
        <w:t>domeniul</w:t>
      </w:r>
      <w:proofErr w:type="spellEnd"/>
      <w:r w:rsidRPr="002A615D">
        <w:t xml:space="preserve"> </w:t>
      </w:r>
      <w:proofErr w:type="spellStart"/>
      <w:r w:rsidRPr="002A615D">
        <w:t>serviiciilor</w:t>
      </w:r>
      <w:proofErr w:type="spellEnd"/>
      <w:r w:rsidRPr="002A615D">
        <w:t xml:space="preserve"> </w:t>
      </w:r>
      <w:proofErr w:type="spellStart"/>
      <w:r w:rsidRPr="002A615D">
        <w:t>sociale</w:t>
      </w:r>
      <w:proofErr w:type="spellEnd"/>
      <w:r w:rsidRPr="002A615D">
        <w:t xml:space="preserve"> </w:t>
      </w:r>
      <w:proofErr w:type="spellStart"/>
      <w:r w:rsidRPr="002A615D">
        <w:t>pentru</w:t>
      </w:r>
      <w:proofErr w:type="spellEnd"/>
      <w:r w:rsidRPr="002A615D">
        <w:t xml:space="preserve"> </w:t>
      </w:r>
      <w:proofErr w:type="spellStart"/>
      <w:r w:rsidRPr="002A615D">
        <w:t>copii</w:t>
      </w:r>
      <w:proofErr w:type="spellEnd"/>
      <w:r w:rsidRPr="002A615D">
        <w:t xml:space="preserve"> </w:t>
      </w:r>
      <w:proofErr w:type="spellStart"/>
      <w:r w:rsidRPr="002A615D">
        <w:t>sau</w:t>
      </w:r>
      <w:proofErr w:type="spellEnd"/>
      <w:r w:rsidRPr="002A615D">
        <w:t xml:space="preserve"> in </w:t>
      </w:r>
      <w:proofErr w:type="spellStart"/>
      <w:r w:rsidRPr="002A615D">
        <w:t>managementul</w:t>
      </w:r>
      <w:proofErr w:type="spellEnd"/>
      <w:r w:rsidRPr="002A615D">
        <w:t xml:space="preserve"> de </w:t>
      </w:r>
      <w:proofErr w:type="spellStart"/>
      <w:r w:rsidRPr="002A615D">
        <w:t>caz</w:t>
      </w:r>
      <w:proofErr w:type="spellEnd"/>
      <w:r w:rsidRPr="002A615D">
        <w:t>.</w:t>
      </w:r>
    </w:p>
    <w:p w14:paraId="4A5FFF26" w14:textId="77777777" w:rsidR="004D7E5B" w:rsidRPr="002A615D" w:rsidRDefault="004D7E5B" w:rsidP="004D7E5B">
      <w:pPr>
        <w:widowControl w:val="0"/>
        <w:numPr>
          <w:ilvl w:val="0"/>
          <w:numId w:val="15"/>
        </w:numPr>
        <w:suppressAutoHyphens/>
        <w:spacing w:after="0" w:line="360" w:lineRule="auto"/>
        <w:jc w:val="both"/>
      </w:pPr>
      <w:proofErr w:type="spellStart"/>
      <w:proofErr w:type="gramStart"/>
      <w:r>
        <w:rPr>
          <w:b/>
          <w:bCs/>
        </w:rPr>
        <w:t>Competente</w:t>
      </w:r>
      <w:proofErr w:type="spellEnd"/>
      <w:r>
        <w:rPr>
          <w:b/>
          <w:bCs/>
        </w:rPr>
        <w:t xml:space="preserve">  solicitate</w:t>
      </w:r>
      <w:proofErr w:type="gramEnd"/>
      <w:r w:rsidRPr="002A615D">
        <w:rPr>
          <w:b/>
          <w:bCs/>
        </w:rPr>
        <w:t>:</w:t>
      </w:r>
      <w:r w:rsidRPr="002A615D">
        <w:t xml:space="preserve"> </w:t>
      </w:r>
    </w:p>
    <w:p w14:paraId="5FCC39CE" w14:textId="77777777" w:rsidR="004D7E5B" w:rsidRPr="002A615D" w:rsidRDefault="004D7E5B" w:rsidP="004D7E5B">
      <w:pPr>
        <w:widowControl w:val="0"/>
        <w:numPr>
          <w:ilvl w:val="0"/>
          <w:numId w:val="11"/>
        </w:numPr>
        <w:suppressAutoHyphens/>
        <w:spacing w:after="0" w:line="360" w:lineRule="auto"/>
        <w:jc w:val="both"/>
      </w:pPr>
      <w:proofErr w:type="spellStart"/>
      <w:r w:rsidRPr="002A615D">
        <w:lastRenderedPageBreak/>
        <w:t>empatie</w:t>
      </w:r>
      <w:proofErr w:type="spellEnd"/>
      <w:r w:rsidRPr="002A615D">
        <w:t xml:space="preserve">, </w:t>
      </w:r>
      <w:proofErr w:type="spellStart"/>
      <w:r w:rsidRPr="002A615D">
        <w:t>comunicare</w:t>
      </w:r>
      <w:proofErr w:type="spellEnd"/>
      <w:r w:rsidRPr="002A615D">
        <w:t xml:space="preserve"> </w:t>
      </w:r>
      <w:proofErr w:type="spellStart"/>
      <w:r w:rsidRPr="002A615D">
        <w:t>eficienta</w:t>
      </w:r>
      <w:proofErr w:type="spellEnd"/>
      <w:r w:rsidRPr="002A615D">
        <w:t xml:space="preserve"> cu personae </w:t>
      </w:r>
      <w:proofErr w:type="spellStart"/>
      <w:r w:rsidRPr="002A615D">
        <w:t>aflate</w:t>
      </w:r>
      <w:proofErr w:type="spellEnd"/>
      <w:r w:rsidRPr="002A615D">
        <w:t xml:space="preserve"> in </w:t>
      </w:r>
      <w:proofErr w:type="spellStart"/>
      <w:r w:rsidRPr="002A615D">
        <w:t>dificultate</w:t>
      </w:r>
      <w:proofErr w:type="spellEnd"/>
      <w:r w:rsidRPr="002A615D">
        <w:t>;</w:t>
      </w:r>
    </w:p>
    <w:p w14:paraId="38D28E58" w14:textId="77777777" w:rsidR="004D7E5B" w:rsidRPr="002A615D" w:rsidRDefault="004D7E5B" w:rsidP="004D7E5B">
      <w:pPr>
        <w:widowControl w:val="0"/>
        <w:numPr>
          <w:ilvl w:val="0"/>
          <w:numId w:val="11"/>
        </w:numPr>
        <w:suppressAutoHyphens/>
        <w:spacing w:after="0" w:line="360" w:lineRule="auto"/>
        <w:jc w:val="both"/>
      </w:pPr>
      <w:proofErr w:type="spellStart"/>
      <w:r w:rsidRPr="002A615D">
        <w:t>cunostinte</w:t>
      </w:r>
      <w:proofErr w:type="spellEnd"/>
      <w:r w:rsidRPr="002A615D">
        <w:t xml:space="preserve"> </w:t>
      </w:r>
      <w:proofErr w:type="spellStart"/>
      <w:r w:rsidRPr="002A615D">
        <w:t>solide</w:t>
      </w:r>
      <w:proofErr w:type="spellEnd"/>
      <w:r w:rsidRPr="002A615D">
        <w:t xml:space="preserve"> de </w:t>
      </w:r>
      <w:proofErr w:type="spellStart"/>
      <w:r w:rsidRPr="002A615D">
        <w:t>legislatie</w:t>
      </w:r>
      <w:proofErr w:type="spellEnd"/>
      <w:r w:rsidRPr="002A615D">
        <w:t xml:space="preserve"> </w:t>
      </w:r>
      <w:proofErr w:type="spellStart"/>
      <w:r w:rsidRPr="002A615D">
        <w:t>sociala</w:t>
      </w:r>
      <w:proofErr w:type="spellEnd"/>
      <w:r w:rsidRPr="002A615D">
        <w:t xml:space="preserve"> </w:t>
      </w:r>
      <w:proofErr w:type="spellStart"/>
      <w:r w:rsidRPr="002A615D">
        <w:t>si</w:t>
      </w:r>
      <w:proofErr w:type="spellEnd"/>
      <w:r w:rsidRPr="002A615D">
        <w:t xml:space="preserve"> </w:t>
      </w:r>
      <w:proofErr w:type="spellStart"/>
      <w:r w:rsidRPr="002A615D">
        <w:t>protectie</w:t>
      </w:r>
      <w:proofErr w:type="spellEnd"/>
      <w:r w:rsidRPr="002A615D">
        <w:t xml:space="preserve"> a </w:t>
      </w:r>
      <w:proofErr w:type="spellStart"/>
      <w:r w:rsidRPr="002A615D">
        <w:t>drepturilor</w:t>
      </w:r>
      <w:proofErr w:type="spellEnd"/>
      <w:r w:rsidRPr="002A615D">
        <w:t xml:space="preserve"> </w:t>
      </w:r>
      <w:proofErr w:type="spellStart"/>
      <w:r w:rsidRPr="002A615D">
        <w:t>omului</w:t>
      </w:r>
      <w:proofErr w:type="spellEnd"/>
      <w:r w:rsidRPr="002A615D">
        <w:t>;</w:t>
      </w:r>
    </w:p>
    <w:p w14:paraId="00AB9F23" w14:textId="77777777" w:rsidR="004D7E5B" w:rsidRPr="002A615D" w:rsidRDefault="004D7E5B" w:rsidP="004D7E5B">
      <w:pPr>
        <w:widowControl w:val="0"/>
        <w:numPr>
          <w:ilvl w:val="0"/>
          <w:numId w:val="11"/>
        </w:numPr>
        <w:suppressAutoHyphens/>
        <w:spacing w:after="0" w:line="360" w:lineRule="auto"/>
        <w:jc w:val="both"/>
      </w:pPr>
      <w:proofErr w:type="spellStart"/>
      <w:r w:rsidRPr="002A615D">
        <w:t>abilitati</w:t>
      </w:r>
      <w:proofErr w:type="spellEnd"/>
      <w:r w:rsidRPr="002A615D">
        <w:t xml:space="preserve"> de </w:t>
      </w:r>
      <w:proofErr w:type="spellStart"/>
      <w:r w:rsidRPr="002A615D">
        <w:t>lucru</w:t>
      </w:r>
      <w:proofErr w:type="spellEnd"/>
      <w:r w:rsidRPr="002A615D">
        <w:t xml:space="preserve"> in </w:t>
      </w:r>
      <w:proofErr w:type="spellStart"/>
      <w:r w:rsidRPr="002A615D">
        <w:t>echipa</w:t>
      </w:r>
      <w:proofErr w:type="spellEnd"/>
      <w:r w:rsidRPr="002A615D">
        <w:t xml:space="preserve"> </w:t>
      </w:r>
      <w:proofErr w:type="spellStart"/>
      <w:r w:rsidRPr="002A615D">
        <w:t>si</w:t>
      </w:r>
      <w:proofErr w:type="spellEnd"/>
      <w:r w:rsidRPr="002A615D">
        <w:t xml:space="preserve"> </w:t>
      </w:r>
      <w:proofErr w:type="spellStart"/>
      <w:r w:rsidRPr="002A615D">
        <w:t>eleborare</w:t>
      </w:r>
      <w:proofErr w:type="spellEnd"/>
      <w:r w:rsidRPr="002A615D">
        <w:t xml:space="preserve"> de </w:t>
      </w:r>
      <w:proofErr w:type="spellStart"/>
      <w:r w:rsidRPr="002A615D">
        <w:t>documentatie</w:t>
      </w:r>
      <w:proofErr w:type="spellEnd"/>
      <w:r w:rsidRPr="002A615D">
        <w:t xml:space="preserve"> </w:t>
      </w:r>
      <w:proofErr w:type="spellStart"/>
      <w:r w:rsidRPr="002A615D">
        <w:t>sociala</w:t>
      </w:r>
      <w:proofErr w:type="spellEnd"/>
      <w:r w:rsidRPr="002A615D">
        <w:t>.</w:t>
      </w:r>
    </w:p>
    <w:p w14:paraId="5304BB09" w14:textId="77777777" w:rsidR="004D7E5B" w:rsidRPr="002A615D" w:rsidRDefault="004D7E5B" w:rsidP="004D7E5B">
      <w:pPr>
        <w:spacing w:line="360" w:lineRule="auto"/>
        <w:ind w:left="720"/>
        <w:jc w:val="both"/>
      </w:pPr>
    </w:p>
    <w:p w14:paraId="77882062" w14:textId="77777777" w:rsidR="004D7E5B" w:rsidRPr="002A615D" w:rsidRDefault="004D7E5B" w:rsidP="004D7E5B">
      <w:pPr>
        <w:spacing w:line="360" w:lineRule="auto"/>
        <w:jc w:val="both"/>
        <w:rPr>
          <w:b/>
          <w:bCs/>
        </w:rPr>
      </w:pPr>
      <w:r w:rsidRPr="002A615D">
        <w:rPr>
          <w:b/>
          <w:bCs/>
        </w:rPr>
        <w:t xml:space="preserve">2. </w:t>
      </w:r>
      <w:proofErr w:type="spellStart"/>
      <w:r w:rsidRPr="002A615D">
        <w:rPr>
          <w:b/>
          <w:bCs/>
        </w:rPr>
        <w:t>Psiholg</w:t>
      </w:r>
      <w:proofErr w:type="spellEnd"/>
      <w:r w:rsidRPr="002A615D">
        <w:rPr>
          <w:b/>
          <w:bCs/>
        </w:rPr>
        <w:t xml:space="preserve"> evaluator</w:t>
      </w:r>
    </w:p>
    <w:p w14:paraId="3C4F4C48" w14:textId="77777777" w:rsidR="004D7E5B" w:rsidRPr="002A615D" w:rsidRDefault="004D7E5B" w:rsidP="004D7E5B">
      <w:pPr>
        <w:widowControl w:val="0"/>
        <w:numPr>
          <w:ilvl w:val="0"/>
          <w:numId w:val="15"/>
        </w:numPr>
        <w:suppressAutoHyphens/>
        <w:spacing w:after="0" w:line="360" w:lineRule="auto"/>
        <w:jc w:val="both"/>
      </w:pPr>
      <w:proofErr w:type="spellStart"/>
      <w:r w:rsidRPr="002A615D">
        <w:rPr>
          <w:b/>
          <w:bCs/>
        </w:rPr>
        <w:t>Studii</w:t>
      </w:r>
      <w:proofErr w:type="spellEnd"/>
      <w:r w:rsidRPr="002A615D">
        <w:rPr>
          <w:b/>
          <w:bCs/>
        </w:rPr>
        <w:t>:</w:t>
      </w:r>
      <w:r w:rsidRPr="002A615D">
        <w:t xml:space="preserve"> Superioare </w:t>
      </w:r>
      <w:r w:rsidRPr="002A615D">
        <w:rPr>
          <w:lang w:val="pt-PT"/>
        </w:rPr>
        <w:t xml:space="preserve">absolvite cu diploma de licenta in </w:t>
      </w:r>
      <w:proofErr w:type="spellStart"/>
      <w:r w:rsidRPr="002A615D">
        <w:t>pshihologie</w:t>
      </w:r>
      <w:proofErr w:type="spellEnd"/>
      <w:r w:rsidRPr="002A615D">
        <w:t xml:space="preserve">. Drept de libera practica </w:t>
      </w:r>
      <w:proofErr w:type="spellStart"/>
      <w:r w:rsidRPr="002A615D">
        <w:t>eliberat</w:t>
      </w:r>
      <w:proofErr w:type="spellEnd"/>
      <w:r w:rsidRPr="002A615D">
        <w:t xml:space="preserve"> de </w:t>
      </w:r>
      <w:proofErr w:type="spellStart"/>
      <w:r w:rsidRPr="002A615D">
        <w:t>Colegiul</w:t>
      </w:r>
      <w:proofErr w:type="spellEnd"/>
      <w:r w:rsidRPr="002A615D">
        <w:t xml:space="preserve"> </w:t>
      </w:r>
      <w:proofErr w:type="spellStart"/>
      <w:r w:rsidRPr="002A615D">
        <w:t>Psihologilor</w:t>
      </w:r>
      <w:proofErr w:type="spellEnd"/>
      <w:r w:rsidRPr="002A615D">
        <w:t xml:space="preserve"> din Romania.</w:t>
      </w:r>
    </w:p>
    <w:p w14:paraId="492E4996" w14:textId="77777777" w:rsidR="004D7E5B" w:rsidRPr="002A615D" w:rsidRDefault="004D7E5B" w:rsidP="004D7E5B">
      <w:pPr>
        <w:widowControl w:val="0"/>
        <w:numPr>
          <w:ilvl w:val="0"/>
          <w:numId w:val="15"/>
        </w:numPr>
        <w:suppressAutoHyphens/>
        <w:spacing w:after="0" w:line="360" w:lineRule="auto"/>
        <w:jc w:val="both"/>
        <w:rPr>
          <w:lang w:val="es-ES"/>
        </w:rPr>
      </w:pPr>
      <w:r w:rsidRPr="002A615D">
        <w:rPr>
          <w:b/>
          <w:bCs/>
          <w:lang w:val="es-ES"/>
        </w:rPr>
        <w:t>Experienta:</w:t>
      </w:r>
      <w:r w:rsidRPr="002A615D">
        <w:rPr>
          <w:lang w:val="es-ES"/>
        </w:rPr>
        <w:t xml:space="preserve"> Minimum 3 ani experienta in consiliere psihologica a copiilor sau in servicii sociale pentru copii.</w:t>
      </w:r>
    </w:p>
    <w:p w14:paraId="0FC9DAC2" w14:textId="77777777" w:rsidR="004D7E5B" w:rsidRPr="002A615D" w:rsidRDefault="004D7E5B" w:rsidP="004D7E5B">
      <w:pPr>
        <w:widowControl w:val="0"/>
        <w:numPr>
          <w:ilvl w:val="0"/>
          <w:numId w:val="15"/>
        </w:numPr>
        <w:suppressAutoHyphens/>
        <w:spacing w:after="0" w:line="360" w:lineRule="auto"/>
        <w:jc w:val="both"/>
      </w:pPr>
      <w:proofErr w:type="spellStart"/>
      <w:proofErr w:type="gramStart"/>
      <w:r>
        <w:rPr>
          <w:b/>
          <w:bCs/>
        </w:rPr>
        <w:t>Competente</w:t>
      </w:r>
      <w:proofErr w:type="spellEnd"/>
      <w:r>
        <w:rPr>
          <w:b/>
          <w:bCs/>
        </w:rPr>
        <w:t xml:space="preserve">  solicitate</w:t>
      </w:r>
      <w:proofErr w:type="gramEnd"/>
      <w:r w:rsidRPr="002A615D">
        <w:rPr>
          <w:b/>
          <w:bCs/>
        </w:rPr>
        <w:t>:</w:t>
      </w:r>
      <w:r w:rsidRPr="002A615D">
        <w:t xml:space="preserve"> </w:t>
      </w:r>
    </w:p>
    <w:p w14:paraId="4DDA0118" w14:textId="77777777" w:rsidR="004D7E5B" w:rsidRPr="00096F5F" w:rsidRDefault="004D7E5B" w:rsidP="004D7E5B">
      <w:pPr>
        <w:widowControl w:val="0"/>
        <w:numPr>
          <w:ilvl w:val="0"/>
          <w:numId w:val="11"/>
        </w:numPr>
        <w:suppressAutoHyphens/>
        <w:spacing w:after="0" w:line="360" w:lineRule="auto"/>
        <w:jc w:val="both"/>
        <w:rPr>
          <w:lang w:val="es-ES"/>
        </w:rPr>
      </w:pPr>
      <w:r w:rsidRPr="00096F5F">
        <w:rPr>
          <w:lang w:val="es-ES"/>
        </w:rPr>
        <w:t xml:space="preserve"> empatie si capacitate de ascultare activa; </w:t>
      </w:r>
    </w:p>
    <w:p w14:paraId="3F68CD89" w14:textId="77777777" w:rsidR="004D7E5B" w:rsidRPr="002A615D" w:rsidRDefault="004D7E5B" w:rsidP="004D7E5B">
      <w:pPr>
        <w:widowControl w:val="0"/>
        <w:numPr>
          <w:ilvl w:val="0"/>
          <w:numId w:val="11"/>
        </w:numPr>
        <w:suppressAutoHyphens/>
        <w:spacing w:after="0" w:line="360" w:lineRule="auto"/>
        <w:jc w:val="both"/>
      </w:pPr>
      <w:proofErr w:type="spellStart"/>
      <w:r w:rsidRPr="002A615D">
        <w:t>abilitati</w:t>
      </w:r>
      <w:proofErr w:type="spellEnd"/>
      <w:r w:rsidRPr="002A615D">
        <w:t xml:space="preserve"> de </w:t>
      </w:r>
      <w:proofErr w:type="spellStart"/>
      <w:r w:rsidRPr="002A615D">
        <w:t>comunicare</w:t>
      </w:r>
      <w:proofErr w:type="spellEnd"/>
      <w:r w:rsidRPr="002A615D">
        <w:t xml:space="preserve"> </w:t>
      </w:r>
      <w:proofErr w:type="spellStart"/>
      <w:r w:rsidRPr="002A615D">
        <w:t>si</w:t>
      </w:r>
      <w:proofErr w:type="spellEnd"/>
      <w:r w:rsidRPr="002A615D">
        <w:t xml:space="preserve"> </w:t>
      </w:r>
      <w:proofErr w:type="spellStart"/>
      <w:r w:rsidRPr="002A615D">
        <w:t>relationare</w:t>
      </w:r>
      <w:proofErr w:type="spellEnd"/>
      <w:r w:rsidRPr="002A615D">
        <w:t xml:space="preserve"> cu </w:t>
      </w:r>
      <w:proofErr w:type="spellStart"/>
      <w:r w:rsidRPr="002A615D">
        <w:t>copii</w:t>
      </w:r>
      <w:proofErr w:type="spellEnd"/>
      <w:r w:rsidRPr="002A615D">
        <w:t xml:space="preserve">; </w:t>
      </w:r>
    </w:p>
    <w:p w14:paraId="32A1D61D" w14:textId="77777777" w:rsidR="004D7E5B" w:rsidRPr="002A615D" w:rsidRDefault="004D7E5B" w:rsidP="004D7E5B">
      <w:pPr>
        <w:widowControl w:val="0"/>
        <w:numPr>
          <w:ilvl w:val="0"/>
          <w:numId w:val="11"/>
        </w:numPr>
        <w:suppressAutoHyphens/>
        <w:spacing w:after="0" w:line="360" w:lineRule="auto"/>
        <w:jc w:val="both"/>
        <w:rPr>
          <w:lang w:val="es-ES"/>
        </w:rPr>
      </w:pPr>
      <w:r w:rsidRPr="002A615D">
        <w:rPr>
          <w:lang w:val="es-ES"/>
        </w:rPr>
        <w:t xml:space="preserve">capacitatea de gestionare a situatiilor dificile; </w:t>
      </w:r>
    </w:p>
    <w:p w14:paraId="059FEC1B" w14:textId="77777777" w:rsidR="004D7E5B" w:rsidRPr="002A615D" w:rsidRDefault="004D7E5B" w:rsidP="004D7E5B">
      <w:pPr>
        <w:widowControl w:val="0"/>
        <w:numPr>
          <w:ilvl w:val="0"/>
          <w:numId w:val="11"/>
        </w:numPr>
        <w:suppressAutoHyphens/>
        <w:spacing w:after="0" w:line="360" w:lineRule="auto"/>
        <w:jc w:val="both"/>
        <w:rPr>
          <w:lang w:val="es-ES"/>
        </w:rPr>
      </w:pPr>
      <w:r w:rsidRPr="002A615D">
        <w:rPr>
          <w:lang w:val="es-ES"/>
        </w:rPr>
        <w:t xml:space="preserve">capacitatea de lucru in echipa; </w:t>
      </w:r>
    </w:p>
    <w:p w14:paraId="63318BEB" w14:textId="77777777" w:rsidR="004D7E5B" w:rsidRPr="002A615D" w:rsidRDefault="004D7E5B" w:rsidP="004D7E5B">
      <w:pPr>
        <w:widowControl w:val="0"/>
        <w:numPr>
          <w:ilvl w:val="0"/>
          <w:numId w:val="11"/>
        </w:numPr>
        <w:suppressAutoHyphens/>
        <w:spacing w:after="0" w:line="360" w:lineRule="auto"/>
        <w:jc w:val="both"/>
        <w:rPr>
          <w:lang w:val="es-ES"/>
        </w:rPr>
      </w:pPr>
      <w:r w:rsidRPr="002A615D">
        <w:rPr>
          <w:lang w:val="es-ES"/>
        </w:rPr>
        <w:t>respectarea eticii si confidelitatii profesionale.</w:t>
      </w:r>
    </w:p>
    <w:p w14:paraId="7ED1947A" w14:textId="77777777" w:rsidR="004D7E5B" w:rsidRPr="004D7E5B" w:rsidRDefault="004D7E5B" w:rsidP="004D7E5B">
      <w:pPr>
        <w:spacing w:line="360" w:lineRule="auto"/>
        <w:ind w:left="720"/>
        <w:jc w:val="both"/>
        <w:rPr>
          <w:lang w:val="es-ES"/>
        </w:rPr>
      </w:pPr>
    </w:p>
    <w:p w14:paraId="493A11EB" w14:textId="77777777" w:rsidR="004D7E5B" w:rsidRPr="002A615D" w:rsidRDefault="004D7E5B" w:rsidP="004D7E5B">
      <w:pPr>
        <w:spacing w:line="360" w:lineRule="auto"/>
        <w:jc w:val="both"/>
        <w:rPr>
          <w:b/>
          <w:bCs/>
        </w:rPr>
      </w:pPr>
      <w:r w:rsidRPr="002A615D">
        <w:rPr>
          <w:b/>
          <w:bCs/>
        </w:rPr>
        <w:t xml:space="preserve">3. </w:t>
      </w:r>
      <w:proofErr w:type="spellStart"/>
      <w:r w:rsidRPr="002A615D">
        <w:rPr>
          <w:b/>
          <w:bCs/>
        </w:rPr>
        <w:t>Pedagog</w:t>
      </w:r>
      <w:proofErr w:type="spellEnd"/>
      <w:r w:rsidRPr="002A615D">
        <w:rPr>
          <w:b/>
          <w:bCs/>
        </w:rPr>
        <w:t xml:space="preserve"> social evaluator</w:t>
      </w:r>
      <w:r w:rsidRPr="002A615D">
        <w:t xml:space="preserve"> </w:t>
      </w:r>
    </w:p>
    <w:p w14:paraId="53CE391D" w14:textId="77777777" w:rsidR="004D7E5B" w:rsidRPr="00600A6D" w:rsidRDefault="004D7E5B" w:rsidP="004D7E5B">
      <w:pPr>
        <w:widowControl w:val="0"/>
        <w:numPr>
          <w:ilvl w:val="0"/>
          <w:numId w:val="14"/>
        </w:numPr>
        <w:suppressAutoHyphens/>
        <w:spacing w:after="0" w:line="360" w:lineRule="auto"/>
        <w:jc w:val="both"/>
        <w:rPr>
          <w:lang w:val="pt-PT"/>
        </w:rPr>
      </w:pPr>
      <w:r w:rsidRPr="00600A6D">
        <w:rPr>
          <w:b/>
          <w:bCs/>
          <w:lang w:val="pt-PT"/>
        </w:rPr>
        <w:t>Studii:</w:t>
      </w:r>
      <w:r w:rsidRPr="00600A6D">
        <w:rPr>
          <w:lang w:val="pt-PT"/>
        </w:rPr>
        <w:t xml:space="preserve"> Superioare absolvite cu diploma de licenta in pedagogie, pshiologie, educatie speciala sau domenii conexe</w:t>
      </w:r>
      <w:r w:rsidRPr="00600A6D">
        <w:rPr>
          <w:color w:val="000000"/>
          <w:lang w:val="pt-PT"/>
        </w:rPr>
        <w:t>.</w:t>
      </w:r>
    </w:p>
    <w:p w14:paraId="2971F816" w14:textId="77777777" w:rsidR="004D7E5B" w:rsidRPr="002A615D" w:rsidRDefault="004D7E5B" w:rsidP="004D7E5B">
      <w:pPr>
        <w:widowControl w:val="0"/>
        <w:numPr>
          <w:ilvl w:val="0"/>
          <w:numId w:val="14"/>
        </w:numPr>
        <w:suppressAutoHyphens/>
        <w:spacing w:after="0" w:line="360" w:lineRule="auto"/>
        <w:jc w:val="both"/>
        <w:rPr>
          <w:lang w:val="pt-PT"/>
        </w:rPr>
      </w:pPr>
      <w:r w:rsidRPr="002A615D">
        <w:rPr>
          <w:b/>
          <w:bCs/>
          <w:lang w:val="pt-PT"/>
        </w:rPr>
        <w:t>Experienta:</w:t>
      </w:r>
      <w:r w:rsidRPr="002A615D">
        <w:rPr>
          <w:lang w:val="pt-PT"/>
        </w:rPr>
        <w:t xml:space="preserve"> Minimum 3 ani experienta in activitati educationale sau in lucrui cu copii;</w:t>
      </w:r>
    </w:p>
    <w:p w14:paraId="144722B6" w14:textId="77777777" w:rsidR="004D7E5B" w:rsidRPr="002A615D" w:rsidRDefault="004D7E5B" w:rsidP="004D7E5B">
      <w:pPr>
        <w:spacing w:line="360" w:lineRule="auto"/>
        <w:ind w:left="720"/>
        <w:jc w:val="both"/>
        <w:rPr>
          <w:lang w:val="pt-PT"/>
        </w:rPr>
      </w:pPr>
      <w:r w:rsidRPr="002A615D">
        <w:rPr>
          <w:lang w:val="pt-PT"/>
        </w:rPr>
        <w:t>Constituie avantaj:</w:t>
      </w:r>
    </w:p>
    <w:p w14:paraId="080B54DF" w14:textId="77777777" w:rsidR="004D7E5B" w:rsidRPr="002A615D" w:rsidRDefault="004D7E5B" w:rsidP="004D7E5B">
      <w:pPr>
        <w:spacing w:line="360" w:lineRule="auto"/>
        <w:ind w:left="720"/>
        <w:jc w:val="both"/>
      </w:pPr>
      <w:r w:rsidRPr="002A615D">
        <w:t xml:space="preserve">- </w:t>
      </w:r>
      <w:proofErr w:type="spellStart"/>
      <w:r w:rsidRPr="002A615D">
        <w:t>experienta</w:t>
      </w:r>
      <w:proofErr w:type="spellEnd"/>
      <w:r w:rsidRPr="002A615D">
        <w:t xml:space="preserve"> in </w:t>
      </w:r>
      <w:proofErr w:type="spellStart"/>
      <w:r w:rsidRPr="002A615D">
        <w:t>programe</w:t>
      </w:r>
      <w:proofErr w:type="spellEnd"/>
      <w:r w:rsidRPr="002A615D">
        <w:t xml:space="preserve"> after-school </w:t>
      </w:r>
      <w:proofErr w:type="spellStart"/>
      <w:r w:rsidRPr="002A615D">
        <w:t>sau</w:t>
      </w:r>
      <w:proofErr w:type="spellEnd"/>
      <w:r w:rsidRPr="002A615D">
        <w:t xml:space="preserve"> </w:t>
      </w:r>
      <w:proofErr w:type="spellStart"/>
      <w:r w:rsidRPr="002A615D">
        <w:t>centre</w:t>
      </w:r>
      <w:proofErr w:type="spellEnd"/>
      <w:r w:rsidRPr="002A615D">
        <w:t xml:space="preserve"> de zi;</w:t>
      </w:r>
    </w:p>
    <w:p w14:paraId="35C39DB1" w14:textId="77777777" w:rsidR="004D7E5B" w:rsidRPr="002A615D" w:rsidRDefault="004D7E5B" w:rsidP="004D7E5B">
      <w:pPr>
        <w:spacing w:line="360" w:lineRule="auto"/>
        <w:ind w:left="720"/>
        <w:jc w:val="both"/>
      </w:pPr>
      <w:r w:rsidRPr="002A615D">
        <w:t xml:space="preserve">- </w:t>
      </w:r>
      <w:proofErr w:type="spellStart"/>
      <w:r w:rsidRPr="002A615D">
        <w:t>experienta</w:t>
      </w:r>
      <w:proofErr w:type="spellEnd"/>
      <w:r w:rsidRPr="002A615D">
        <w:t xml:space="preserve"> in </w:t>
      </w:r>
      <w:proofErr w:type="spellStart"/>
      <w:r w:rsidRPr="002A615D">
        <w:t>programe</w:t>
      </w:r>
      <w:proofErr w:type="spellEnd"/>
      <w:r w:rsidRPr="002A615D">
        <w:t xml:space="preserve"> de </w:t>
      </w:r>
      <w:proofErr w:type="spellStart"/>
      <w:r w:rsidRPr="002A615D">
        <w:t>prevenire</w:t>
      </w:r>
      <w:proofErr w:type="spellEnd"/>
      <w:r w:rsidRPr="002A615D">
        <w:t xml:space="preserve"> </w:t>
      </w:r>
      <w:proofErr w:type="gramStart"/>
      <w:r w:rsidRPr="002A615D">
        <w:t>a</w:t>
      </w:r>
      <w:proofErr w:type="gramEnd"/>
      <w:r w:rsidRPr="002A615D">
        <w:t xml:space="preserve"> </w:t>
      </w:r>
      <w:proofErr w:type="spellStart"/>
      <w:r w:rsidRPr="002A615D">
        <w:t>abandonului</w:t>
      </w:r>
      <w:proofErr w:type="spellEnd"/>
      <w:r w:rsidRPr="002A615D">
        <w:t xml:space="preserve"> </w:t>
      </w:r>
      <w:proofErr w:type="spellStart"/>
      <w:r w:rsidRPr="002A615D">
        <w:t>scolar</w:t>
      </w:r>
      <w:proofErr w:type="spellEnd"/>
      <w:r w:rsidRPr="002A615D">
        <w:t>;</w:t>
      </w:r>
    </w:p>
    <w:p w14:paraId="2C856F5C" w14:textId="77777777" w:rsidR="004D7E5B" w:rsidRPr="002A615D" w:rsidRDefault="004D7E5B" w:rsidP="004D7E5B">
      <w:pPr>
        <w:spacing w:line="360" w:lineRule="auto"/>
        <w:ind w:left="720"/>
        <w:jc w:val="both"/>
      </w:pPr>
      <w:r w:rsidRPr="002A615D">
        <w:t xml:space="preserve">- </w:t>
      </w:r>
      <w:proofErr w:type="spellStart"/>
      <w:r w:rsidRPr="002A615D">
        <w:t>experienta</w:t>
      </w:r>
      <w:proofErr w:type="spellEnd"/>
      <w:r w:rsidRPr="002A615D">
        <w:t xml:space="preserve"> in </w:t>
      </w:r>
      <w:proofErr w:type="spellStart"/>
      <w:r w:rsidRPr="002A615D">
        <w:t>educatie</w:t>
      </w:r>
      <w:proofErr w:type="spellEnd"/>
      <w:r w:rsidRPr="002A615D">
        <w:t xml:space="preserve"> </w:t>
      </w:r>
      <w:proofErr w:type="spellStart"/>
      <w:r w:rsidRPr="002A615D">
        <w:t>nonformala</w:t>
      </w:r>
      <w:proofErr w:type="spellEnd"/>
      <w:r w:rsidRPr="002A615D">
        <w:t>.</w:t>
      </w:r>
    </w:p>
    <w:p w14:paraId="160DF105" w14:textId="77777777" w:rsidR="004D7E5B" w:rsidRPr="002A615D" w:rsidRDefault="004D7E5B" w:rsidP="004D7E5B">
      <w:pPr>
        <w:widowControl w:val="0"/>
        <w:numPr>
          <w:ilvl w:val="0"/>
          <w:numId w:val="15"/>
        </w:numPr>
        <w:suppressAutoHyphens/>
        <w:spacing w:after="0" w:line="360" w:lineRule="auto"/>
        <w:jc w:val="both"/>
      </w:pPr>
      <w:proofErr w:type="spellStart"/>
      <w:proofErr w:type="gramStart"/>
      <w:r>
        <w:rPr>
          <w:b/>
          <w:bCs/>
        </w:rPr>
        <w:t>Competente</w:t>
      </w:r>
      <w:proofErr w:type="spellEnd"/>
      <w:r>
        <w:rPr>
          <w:b/>
          <w:bCs/>
        </w:rPr>
        <w:t xml:space="preserve">  solicitate</w:t>
      </w:r>
      <w:proofErr w:type="gramEnd"/>
      <w:r w:rsidRPr="002A615D">
        <w:rPr>
          <w:b/>
          <w:bCs/>
        </w:rPr>
        <w:t>:</w:t>
      </w:r>
      <w:r w:rsidRPr="002A615D">
        <w:t xml:space="preserve"> </w:t>
      </w:r>
    </w:p>
    <w:p w14:paraId="2FE40311" w14:textId="77777777" w:rsidR="004D7E5B" w:rsidRPr="002A615D" w:rsidRDefault="004D7E5B" w:rsidP="004D7E5B">
      <w:pPr>
        <w:widowControl w:val="0"/>
        <w:numPr>
          <w:ilvl w:val="0"/>
          <w:numId w:val="11"/>
        </w:numPr>
        <w:suppressAutoHyphens/>
        <w:spacing w:after="0" w:line="360" w:lineRule="auto"/>
        <w:jc w:val="both"/>
      </w:pPr>
      <w:proofErr w:type="spellStart"/>
      <w:r w:rsidRPr="002A615D">
        <w:t>abilitati</w:t>
      </w:r>
      <w:proofErr w:type="spellEnd"/>
      <w:r w:rsidRPr="002A615D">
        <w:t xml:space="preserve"> de </w:t>
      </w:r>
      <w:proofErr w:type="spellStart"/>
      <w:r w:rsidRPr="002A615D">
        <w:t>comunicare</w:t>
      </w:r>
      <w:proofErr w:type="spellEnd"/>
      <w:r w:rsidRPr="002A615D">
        <w:t xml:space="preserve"> </w:t>
      </w:r>
      <w:proofErr w:type="spellStart"/>
      <w:r w:rsidRPr="002A615D">
        <w:t>si</w:t>
      </w:r>
      <w:proofErr w:type="spellEnd"/>
      <w:r w:rsidRPr="002A615D">
        <w:t xml:space="preserve"> </w:t>
      </w:r>
      <w:proofErr w:type="spellStart"/>
      <w:r w:rsidRPr="002A615D">
        <w:t>relationare</w:t>
      </w:r>
      <w:proofErr w:type="spellEnd"/>
      <w:r w:rsidRPr="002A615D">
        <w:t xml:space="preserve"> cu </w:t>
      </w:r>
      <w:proofErr w:type="spellStart"/>
      <w:r w:rsidRPr="002A615D">
        <w:t>copii</w:t>
      </w:r>
      <w:proofErr w:type="spellEnd"/>
      <w:r w:rsidRPr="002A615D">
        <w:t>;</w:t>
      </w:r>
    </w:p>
    <w:p w14:paraId="59566A22" w14:textId="77777777" w:rsidR="004D7E5B" w:rsidRPr="002A615D" w:rsidRDefault="004D7E5B" w:rsidP="004D7E5B">
      <w:pPr>
        <w:widowControl w:val="0"/>
        <w:numPr>
          <w:ilvl w:val="0"/>
          <w:numId w:val="11"/>
        </w:numPr>
        <w:suppressAutoHyphens/>
        <w:spacing w:after="0" w:line="360" w:lineRule="auto"/>
        <w:jc w:val="both"/>
        <w:rPr>
          <w:lang w:val="es-ES"/>
        </w:rPr>
      </w:pPr>
      <w:r w:rsidRPr="002A615D">
        <w:rPr>
          <w:lang w:val="es-ES"/>
        </w:rPr>
        <w:t>empatie si rabdare in lucrul cu copii vulnerabili;</w:t>
      </w:r>
    </w:p>
    <w:p w14:paraId="633274B7" w14:textId="77777777" w:rsidR="004D7E5B" w:rsidRPr="002A615D" w:rsidRDefault="004D7E5B" w:rsidP="004D7E5B">
      <w:pPr>
        <w:widowControl w:val="0"/>
        <w:numPr>
          <w:ilvl w:val="0"/>
          <w:numId w:val="11"/>
        </w:numPr>
        <w:suppressAutoHyphens/>
        <w:spacing w:after="0" w:line="360" w:lineRule="auto"/>
        <w:jc w:val="both"/>
        <w:rPr>
          <w:lang w:val="es-ES"/>
        </w:rPr>
      </w:pPr>
      <w:r w:rsidRPr="002A615D">
        <w:rPr>
          <w:lang w:val="es-ES"/>
        </w:rPr>
        <w:t>capacitatea de lucru in echipa multidisciplinara;</w:t>
      </w:r>
    </w:p>
    <w:p w14:paraId="21B46C92" w14:textId="77777777" w:rsidR="004D7E5B" w:rsidRPr="002A615D" w:rsidRDefault="004D7E5B" w:rsidP="004D7E5B">
      <w:pPr>
        <w:widowControl w:val="0"/>
        <w:numPr>
          <w:ilvl w:val="0"/>
          <w:numId w:val="11"/>
        </w:numPr>
        <w:suppressAutoHyphens/>
        <w:spacing w:after="0" w:line="360" w:lineRule="auto"/>
        <w:jc w:val="both"/>
      </w:pPr>
      <w:proofErr w:type="spellStart"/>
      <w:r w:rsidRPr="002A615D">
        <w:t>creativitate</w:t>
      </w:r>
      <w:proofErr w:type="spellEnd"/>
      <w:r w:rsidRPr="002A615D">
        <w:t xml:space="preserve"> in </w:t>
      </w:r>
      <w:proofErr w:type="spellStart"/>
      <w:r w:rsidRPr="002A615D">
        <w:t>organizarea</w:t>
      </w:r>
      <w:proofErr w:type="spellEnd"/>
      <w:r w:rsidRPr="002A615D">
        <w:t xml:space="preserve"> </w:t>
      </w:r>
      <w:proofErr w:type="spellStart"/>
      <w:r w:rsidRPr="002A615D">
        <w:t>activitatilor</w:t>
      </w:r>
      <w:proofErr w:type="spellEnd"/>
      <w:r w:rsidRPr="002A615D">
        <w:t xml:space="preserve"> educative.</w:t>
      </w:r>
    </w:p>
    <w:p w14:paraId="4F441608" w14:textId="77777777" w:rsidR="00786286" w:rsidRDefault="00786286" w:rsidP="004D7E5B">
      <w:pPr>
        <w:spacing w:line="360" w:lineRule="auto"/>
        <w:jc w:val="both"/>
        <w:rPr>
          <w:b/>
          <w:bCs/>
        </w:rPr>
      </w:pPr>
    </w:p>
    <w:p w14:paraId="4E4AC549" w14:textId="1ED0E73F" w:rsidR="004D7E5B" w:rsidRPr="002A615D" w:rsidRDefault="004D7E5B" w:rsidP="004D7E5B">
      <w:pPr>
        <w:spacing w:line="360" w:lineRule="auto"/>
        <w:jc w:val="both"/>
        <w:rPr>
          <w:b/>
          <w:bCs/>
        </w:rPr>
      </w:pPr>
      <w:proofErr w:type="spellStart"/>
      <w:r w:rsidRPr="002A615D">
        <w:rPr>
          <w:b/>
          <w:bCs/>
        </w:rPr>
        <w:t>Conținutul</w:t>
      </w:r>
      <w:proofErr w:type="spellEnd"/>
      <w:r w:rsidRPr="002A615D">
        <w:rPr>
          <w:b/>
          <w:bCs/>
        </w:rPr>
        <w:t xml:space="preserve"> </w:t>
      </w:r>
      <w:proofErr w:type="spellStart"/>
      <w:r w:rsidRPr="002A615D">
        <w:rPr>
          <w:b/>
          <w:bCs/>
        </w:rPr>
        <w:t>dosarului</w:t>
      </w:r>
      <w:proofErr w:type="spellEnd"/>
      <w:r w:rsidRPr="002A615D">
        <w:rPr>
          <w:b/>
          <w:bCs/>
        </w:rPr>
        <w:t xml:space="preserve"> de </w:t>
      </w:r>
      <w:proofErr w:type="spellStart"/>
      <w:r w:rsidRPr="002A615D">
        <w:rPr>
          <w:b/>
          <w:bCs/>
        </w:rPr>
        <w:t>înscriere</w:t>
      </w:r>
      <w:proofErr w:type="spellEnd"/>
    </w:p>
    <w:p w14:paraId="257F56B7" w14:textId="77777777" w:rsidR="004D7E5B" w:rsidRPr="002A615D" w:rsidRDefault="004D7E5B" w:rsidP="004D7E5B">
      <w:pPr>
        <w:widowControl w:val="0"/>
        <w:numPr>
          <w:ilvl w:val="0"/>
          <w:numId w:val="16"/>
        </w:numPr>
        <w:suppressAutoHyphens/>
        <w:spacing w:after="0" w:line="360" w:lineRule="auto"/>
        <w:jc w:val="both"/>
        <w:rPr>
          <w:lang w:val="es-ES"/>
        </w:rPr>
      </w:pPr>
      <w:r w:rsidRPr="002A615D">
        <w:rPr>
          <w:lang w:val="es-ES"/>
        </w:rPr>
        <w:t>Cerere de înscriere la concurs (cu menționarea postului vizat)</w:t>
      </w:r>
      <w:r>
        <w:rPr>
          <w:lang w:val="es-ES"/>
        </w:rPr>
        <w:t>;</w:t>
      </w:r>
    </w:p>
    <w:p w14:paraId="212E721D" w14:textId="77777777" w:rsidR="004D7E5B" w:rsidRPr="002A615D" w:rsidRDefault="004D7E5B" w:rsidP="004D7E5B">
      <w:pPr>
        <w:widowControl w:val="0"/>
        <w:numPr>
          <w:ilvl w:val="0"/>
          <w:numId w:val="16"/>
        </w:numPr>
        <w:suppressAutoHyphens/>
        <w:spacing w:after="0" w:line="360" w:lineRule="auto"/>
        <w:jc w:val="both"/>
      </w:pPr>
      <w:r w:rsidRPr="002A615D">
        <w:t xml:space="preserve">Curriculum Vitae (model </w:t>
      </w:r>
      <w:proofErr w:type="spellStart"/>
      <w:r w:rsidRPr="002A615D">
        <w:t>Europass</w:t>
      </w:r>
      <w:proofErr w:type="spellEnd"/>
      <w:r w:rsidRPr="002A615D">
        <w:t>)</w:t>
      </w:r>
      <w:r>
        <w:t>;</w:t>
      </w:r>
    </w:p>
    <w:p w14:paraId="0DDC8EE4" w14:textId="77777777" w:rsidR="004D7E5B" w:rsidRPr="00096F5F" w:rsidRDefault="004D7E5B" w:rsidP="004D7E5B">
      <w:pPr>
        <w:widowControl w:val="0"/>
        <w:numPr>
          <w:ilvl w:val="0"/>
          <w:numId w:val="16"/>
        </w:numPr>
        <w:suppressAutoHyphens/>
        <w:spacing w:after="0" w:line="360" w:lineRule="auto"/>
        <w:jc w:val="both"/>
      </w:pPr>
      <w:proofErr w:type="spellStart"/>
      <w:r w:rsidRPr="00096F5F">
        <w:t>Copie</w:t>
      </w:r>
      <w:proofErr w:type="spellEnd"/>
      <w:r w:rsidRPr="00096F5F">
        <w:t xml:space="preserve"> </w:t>
      </w:r>
      <w:proofErr w:type="spellStart"/>
      <w:r w:rsidRPr="00096F5F">
        <w:t>după</w:t>
      </w:r>
      <w:proofErr w:type="spellEnd"/>
      <w:r w:rsidRPr="00096F5F">
        <w:t xml:space="preserve"> </w:t>
      </w:r>
      <w:proofErr w:type="spellStart"/>
      <w:r w:rsidRPr="00096F5F">
        <w:t>actul</w:t>
      </w:r>
      <w:proofErr w:type="spellEnd"/>
      <w:r w:rsidRPr="00096F5F">
        <w:t xml:space="preserve"> de </w:t>
      </w:r>
      <w:proofErr w:type="spellStart"/>
      <w:r w:rsidRPr="00096F5F">
        <w:t>identitate</w:t>
      </w:r>
      <w:proofErr w:type="spellEnd"/>
      <w:r w:rsidRPr="00096F5F">
        <w:t xml:space="preserve"> (</w:t>
      </w:r>
      <w:proofErr w:type="spellStart"/>
      <w:r w:rsidRPr="00096F5F">
        <w:t>copia</w:t>
      </w:r>
      <w:proofErr w:type="spellEnd"/>
      <w:r w:rsidRPr="00096F5F">
        <w:t xml:space="preserve"> </w:t>
      </w:r>
      <w:proofErr w:type="spellStart"/>
      <w:r w:rsidRPr="00096F5F">
        <w:t>certificatului</w:t>
      </w:r>
      <w:proofErr w:type="spellEnd"/>
      <w:r w:rsidRPr="00096F5F">
        <w:t xml:space="preserve"> de </w:t>
      </w:r>
      <w:proofErr w:type="spellStart"/>
      <w:r w:rsidRPr="00096F5F">
        <w:t>casatorie</w:t>
      </w:r>
      <w:proofErr w:type="spellEnd"/>
      <w:r w:rsidRPr="00096F5F">
        <w:t xml:space="preserve">, </w:t>
      </w:r>
      <w:proofErr w:type="spellStart"/>
      <w:r w:rsidRPr="00096F5F">
        <w:t>sau</w:t>
      </w:r>
      <w:proofErr w:type="spellEnd"/>
      <w:r w:rsidRPr="00096F5F">
        <w:t xml:space="preserve"> </w:t>
      </w:r>
      <w:proofErr w:type="gramStart"/>
      <w:r w:rsidRPr="00096F5F">
        <w:t>a</w:t>
      </w:r>
      <w:proofErr w:type="gramEnd"/>
      <w:r w:rsidRPr="00096F5F">
        <w:t xml:space="preserve"> </w:t>
      </w:r>
      <w:proofErr w:type="spellStart"/>
      <w:r w:rsidRPr="00096F5F">
        <w:t>altui</w:t>
      </w:r>
      <w:proofErr w:type="spellEnd"/>
      <w:r w:rsidRPr="00096F5F">
        <w:t xml:space="preserve"> document </w:t>
      </w:r>
      <w:proofErr w:type="spellStart"/>
      <w:r w:rsidRPr="00096F5F">
        <w:t>prin</w:t>
      </w:r>
      <w:proofErr w:type="spellEnd"/>
      <w:r w:rsidRPr="00096F5F">
        <w:t xml:space="preserve"> care s-a </w:t>
      </w:r>
      <w:proofErr w:type="spellStart"/>
      <w:r w:rsidRPr="00096F5F">
        <w:t>realizat</w:t>
      </w:r>
      <w:proofErr w:type="spellEnd"/>
      <w:r w:rsidRPr="00096F5F">
        <w:t xml:space="preserve"> </w:t>
      </w:r>
      <w:proofErr w:type="spellStart"/>
      <w:r w:rsidRPr="00096F5F">
        <w:t>schimbarea</w:t>
      </w:r>
      <w:proofErr w:type="spellEnd"/>
      <w:r w:rsidRPr="00096F5F">
        <w:t xml:space="preserve"> de </w:t>
      </w:r>
      <w:proofErr w:type="spellStart"/>
      <w:r w:rsidRPr="00096F5F">
        <w:t>nu</w:t>
      </w:r>
      <w:r>
        <w:t>me</w:t>
      </w:r>
      <w:proofErr w:type="spellEnd"/>
      <w:r>
        <w:t xml:space="preserve">, </w:t>
      </w:r>
      <w:proofErr w:type="spellStart"/>
      <w:r>
        <w:t>dupa</w:t>
      </w:r>
      <w:proofErr w:type="spellEnd"/>
      <w:r>
        <w:t xml:space="preserve"> </w:t>
      </w:r>
      <w:proofErr w:type="spellStart"/>
      <w:r>
        <w:t>caz</w:t>
      </w:r>
      <w:proofErr w:type="spellEnd"/>
      <w:r>
        <w:t>);</w:t>
      </w:r>
    </w:p>
    <w:p w14:paraId="616277D3" w14:textId="77777777" w:rsidR="004D7E5B" w:rsidRDefault="004D7E5B" w:rsidP="004D7E5B">
      <w:pPr>
        <w:widowControl w:val="0"/>
        <w:numPr>
          <w:ilvl w:val="0"/>
          <w:numId w:val="16"/>
        </w:numPr>
        <w:suppressAutoHyphens/>
        <w:spacing w:after="0" w:line="360" w:lineRule="auto"/>
        <w:jc w:val="both"/>
      </w:pPr>
      <w:proofErr w:type="spellStart"/>
      <w:r w:rsidRPr="002A615D">
        <w:t>Copii</w:t>
      </w:r>
      <w:proofErr w:type="spellEnd"/>
      <w:r w:rsidRPr="002A615D">
        <w:t xml:space="preserve"> ale </w:t>
      </w:r>
      <w:proofErr w:type="spellStart"/>
      <w:r w:rsidRPr="002A615D">
        <w:t>diplomelor</w:t>
      </w:r>
      <w:proofErr w:type="spellEnd"/>
      <w:r w:rsidRPr="002A615D">
        <w:t xml:space="preserve"> de </w:t>
      </w:r>
      <w:proofErr w:type="spellStart"/>
      <w:r w:rsidRPr="002A615D">
        <w:t>studii</w:t>
      </w:r>
      <w:proofErr w:type="spellEnd"/>
      <w:r w:rsidRPr="002A615D">
        <w:t xml:space="preserve"> </w:t>
      </w:r>
      <w:proofErr w:type="spellStart"/>
      <w:r w:rsidRPr="002A615D">
        <w:t>și</w:t>
      </w:r>
      <w:proofErr w:type="spellEnd"/>
      <w:r w:rsidRPr="002A615D">
        <w:t xml:space="preserve"> ale </w:t>
      </w:r>
      <w:proofErr w:type="spellStart"/>
      <w:r w:rsidRPr="002A615D">
        <w:t>altor</w:t>
      </w:r>
      <w:proofErr w:type="spellEnd"/>
      <w:r w:rsidRPr="002A615D">
        <w:t xml:space="preserve"> certificate de </w:t>
      </w:r>
      <w:proofErr w:type="spellStart"/>
      <w:r w:rsidRPr="002A615D">
        <w:t>specializare</w:t>
      </w:r>
      <w:proofErr w:type="spellEnd"/>
      <w:r>
        <w:t xml:space="preserve">, precum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copii</w:t>
      </w:r>
      <w:proofErr w:type="spellEnd"/>
      <w:r>
        <w:t xml:space="preserve"> ale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atesta</w:t>
      </w:r>
      <w:proofErr w:type="spellEnd"/>
      <w:r>
        <w:t xml:space="preserve"> </w:t>
      </w:r>
      <w:proofErr w:type="spellStart"/>
      <w:r>
        <w:t>indeplinirea</w:t>
      </w:r>
      <w:proofErr w:type="spellEnd"/>
      <w:r>
        <w:t xml:space="preserve"> </w:t>
      </w:r>
      <w:proofErr w:type="spellStart"/>
      <w:r>
        <w:t>conditiilor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ale </w:t>
      </w:r>
      <w:proofErr w:type="spellStart"/>
      <w:r>
        <w:t>postului</w:t>
      </w:r>
      <w:proofErr w:type="spellEnd"/>
      <w:r>
        <w:t>;</w:t>
      </w:r>
    </w:p>
    <w:p w14:paraId="199BBFEF" w14:textId="77777777" w:rsidR="004D7E5B" w:rsidRPr="005658F1" w:rsidRDefault="004D7E5B" w:rsidP="004D7E5B">
      <w:pPr>
        <w:widowControl w:val="0"/>
        <w:numPr>
          <w:ilvl w:val="0"/>
          <w:numId w:val="16"/>
        </w:numPr>
        <w:suppressAutoHyphens/>
        <w:spacing w:after="0" w:line="360" w:lineRule="auto"/>
        <w:jc w:val="both"/>
      </w:pPr>
      <w:r w:rsidRPr="005658F1">
        <w:lastRenderedPageBreak/>
        <w:t xml:space="preserve">Copia </w:t>
      </w:r>
      <w:proofErr w:type="spellStart"/>
      <w:r w:rsidRPr="005658F1">
        <w:t>carnetului</w:t>
      </w:r>
      <w:proofErr w:type="spellEnd"/>
      <w:r w:rsidRPr="005658F1">
        <w:t xml:space="preserve"> de </w:t>
      </w:r>
      <w:proofErr w:type="spellStart"/>
      <w:r w:rsidRPr="005658F1">
        <w:t>munca</w:t>
      </w:r>
      <w:proofErr w:type="spellEnd"/>
      <w:r w:rsidRPr="005658F1">
        <w:t xml:space="preserve">, </w:t>
      </w:r>
      <w:proofErr w:type="gramStart"/>
      <w:r w:rsidRPr="005658F1">
        <w:t>a</w:t>
      </w:r>
      <w:proofErr w:type="gramEnd"/>
      <w:r w:rsidRPr="005658F1">
        <w:t xml:space="preserve"> </w:t>
      </w:r>
      <w:proofErr w:type="spellStart"/>
      <w:r w:rsidRPr="005658F1">
        <w:t>adeverintei</w:t>
      </w:r>
      <w:proofErr w:type="spellEnd"/>
      <w:r w:rsidRPr="005658F1">
        <w:t xml:space="preserve"> </w:t>
      </w:r>
      <w:proofErr w:type="spellStart"/>
      <w:r w:rsidRPr="005658F1">
        <w:t>eliberate</w:t>
      </w:r>
      <w:proofErr w:type="spellEnd"/>
      <w:r w:rsidRPr="005658F1">
        <w:t xml:space="preserve"> de </w:t>
      </w:r>
      <w:proofErr w:type="spellStart"/>
      <w:r w:rsidRPr="005658F1">
        <w:t>angajator</w:t>
      </w:r>
      <w:proofErr w:type="spellEnd"/>
      <w:r w:rsidRPr="005658F1">
        <w:t xml:space="preserve"> </w:t>
      </w:r>
      <w:proofErr w:type="spellStart"/>
      <w:r w:rsidRPr="005658F1">
        <w:t>pentru</w:t>
      </w:r>
      <w:proofErr w:type="spellEnd"/>
      <w:r w:rsidRPr="005658F1">
        <w:t xml:space="preserve"> </w:t>
      </w:r>
      <w:proofErr w:type="spellStart"/>
      <w:r w:rsidRPr="005658F1">
        <w:t>perioada</w:t>
      </w:r>
      <w:proofErr w:type="spellEnd"/>
      <w:r w:rsidRPr="005658F1">
        <w:t xml:space="preserve"> </w:t>
      </w:r>
      <w:proofErr w:type="spellStart"/>
      <w:r w:rsidRPr="005658F1">
        <w:t>lucrata</w:t>
      </w:r>
      <w:proofErr w:type="spellEnd"/>
      <w:r w:rsidRPr="005658F1">
        <w:t xml:space="preserve">, care </w:t>
      </w:r>
      <w:proofErr w:type="spellStart"/>
      <w:r w:rsidRPr="005658F1">
        <w:t>sa</w:t>
      </w:r>
      <w:proofErr w:type="spellEnd"/>
      <w:r w:rsidRPr="005658F1">
        <w:t xml:space="preserve"> </w:t>
      </w:r>
      <w:proofErr w:type="spellStart"/>
      <w:r w:rsidRPr="005658F1">
        <w:t>ateste</w:t>
      </w:r>
      <w:proofErr w:type="spellEnd"/>
      <w:r w:rsidRPr="005658F1">
        <w:t xml:space="preserve"> </w:t>
      </w:r>
      <w:proofErr w:type="spellStart"/>
      <w:r w:rsidRPr="005658F1">
        <w:t>vechimea</w:t>
      </w:r>
      <w:proofErr w:type="spellEnd"/>
      <w:r w:rsidRPr="005658F1">
        <w:t xml:space="preserve"> in </w:t>
      </w:r>
      <w:proofErr w:type="spellStart"/>
      <w:r w:rsidRPr="005658F1">
        <w:t>munca</w:t>
      </w:r>
      <w:proofErr w:type="spellEnd"/>
      <w:r w:rsidRPr="005658F1">
        <w:t xml:space="preserve"> </w:t>
      </w:r>
      <w:proofErr w:type="spellStart"/>
      <w:r w:rsidRPr="005658F1">
        <w:t>si</w:t>
      </w:r>
      <w:proofErr w:type="spellEnd"/>
      <w:r w:rsidRPr="005658F1">
        <w:t xml:space="preserve"> in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solicitate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;</w:t>
      </w:r>
    </w:p>
    <w:p w14:paraId="071EE4FB" w14:textId="77777777" w:rsidR="004D7E5B" w:rsidRDefault="004D7E5B" w:rsidP="004D7E5B">
      <w:pPr>
        <w:widowControl w:val="0"/>
        <w:numPr>
          <w:ilvl w:val="0"/>
          <w:numId w:val="16"/>
        </w:numPr>
        <w:suppressAutoHyphens/>
        <w:spacing w:after="0" w:line="360" w:lineRule="auto"/>
        <w:jc w:val="both"/>
        <w:rPr>
          <w:color w:val="000000"/>
          <w:lang w:val="pt-PT"/>
        </w:rPr>
      </w:pPr>
      <w:r>
        <w:rPr>
          <w:color w:val="000000"/>
          <w:lang w:val="pt-PT"/>
        </w:rPr>
        <w:t>Copie după Avizul CNASR, valabil doar pentru postul de manager de caz (asistent social) evaluator;</w:t>
      </w:r>
    </w:p>
    <w:p w14:paraId="47432AA7" w14:textId="77777777" w:rsidR="004D7E5B" w:rsidRPr="00900F49" w:rsidRDefault="004D7E5B" w:rsidP="004D7E5B">
      <w:pPr>
        <w:widowControl w:val="0"/>
        <w:numPr>
          <w:ilvl w:val="0"/>
          <w:numId w:val="16"/>
        </w:numPr>
        <w:suppressAutoHyphens/>
        <w:spacing w:after="0" w:line="360" w:lineRule="auto"/>
        <w:jc w:val="both"/>
      </w:pPr>
      <w:proofErr w:type="spellStart"/>
      <w:r>
        <w:rPr>
          <w:color w:val="000000"/>
        </w:rPr>
        <w:t>Copie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</w:t>
      </w:r>
      <w:proofErr w:type="spellEnd"/>
      <w:r>
        <w:rPr>
          <w:color w:val="000000"/>
        </w:rPr>
        <w:t xml:space="preserve"> de</w:t>
      </w:r>
      <w:r w:rsidRPr="00900F49">
        <w:t xml:space="preserve"> libera practica </w:t>
      </w:r>
      <w:proofErr w:type="spellStart"/>
      <w:r w:rsidRPr="00900F49">
        <w:t>eliberat</w:t>
      </w:r>
      <w:proofErr w:type="spellEnd"/>
      <w:r w:rsidRPr="00900F49">
        <w:t xml:space="preserve"> de </w:t>
      </w:r>
      <w:proofErr w:type="spellStart"/>
      <w:r w:rsidRPr="00900F49">
        <w:t>Colegiul</w:t>
      </w:r>
      <w:proofErr w:type="spellEnd"/>
      <w:r w:rsidRPr="00900F49">
        <w:t xml:space="preserve"> </w:t>
      </w:r>
      <w:proofErr w:type="spellStart"/>
      <w:r w:rsidRPr="00900F49">
        <w:t>Psihologilor</w:t>
      </w:r>
      <w:proofErr w:type="spellEnd"/>
      <w:r w:rsidRPr="00900F49">
        <w:t xml:space="preserve"> din Romania</w:t>
      </w:r>
      <w:r>
        <w:t xml:space="preserve">, </w:t>
      </w:r>
      <w:proofErr w:type="spellStart"/>
      <w:r>
        <w:t>valabil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 w:rsidRPr="00900F49">
        <w:t>postul</w:t>
      </w:r>
      <w:proofErr w:type="spellEnd"/>
      <w:r w:rsidRPr="00900F49">
        <w:t xml:space="preserve"> de </w:t>
      </w:r>
      <w:proofErr w:type="spellStart"/>
      <w:r w:rsidRPr="00900F49">
        <w:t>pshiolog</w:t>
      </w:r>
      <w:proofErr w:type="spellEnd"/>
      <w:r w:rsidRPr="00900F49">
        <w:t xml:space="preserve"> evaluator</w:t>
      </w:r>
      <w:r>
        <w:t>;</w:t>
      </w:r>
    </w:p>
    <w:p w14:paraId="76C82EB8" w14:textId="77777777" w:rsidR="004D7E5B" w:rsidRPr="00900F49" w:rsidRDefault="004D7E5B" w:rsidP="004D7E5B">
      <w:pPr>
        <w:widowControl w:val="0"/>
        <w:numPr>
          <w:ilvl w:val="0"/>
          <w:numId w:val="16"/>
        </w:numPr>
        <w:suppressAutoHyphens/>
        <w:spacing w:after="0" w:line="360" w:lineRule="auto"/>
        <w:jc w:val="both"/>
        <w:rPr>
          <w:lang w:val="pt-PT"/>
        </w:rPr>
      </w:pPr>
      <w:r w:rsidRPr="00900F49">
        <w:rPr>
          <w:lang w:val="pt-PT"/>
        </w:rPr>
        <w:t>Cazier judiciar</w:t>
      </w:r>
      <w:r>
        <w:rPr>
          <w:lang w:val="pt-PT"/>
        </w:rPr>
        <w:t>;</w:t>
      </w:r>
    </w:p>
    <w:p w14:paraId="78B531D1" w14:textId="77777777" w:rsidR="004D7E5B" w:rsidRPr="00900F49" w:rsidRDefault="004D7E5B" w:rsidP="004D7E5B">
      <w:pPr>
        <w:widowControl w:val="0"/>
        <w:numPr>
          <w:ilvl w:val="0"/>
          <w:numId w:val="16"/>
        </w:numPr>
        <w:suppressAutoHyphens/>
        <w:spacing w:after="0" w:line="360" w:lineRule="auto"/>
        <w:jc w:val="both"/>
        <w:rPr>
          <w:lang w:val="pt-PT"/>
        </w:rPr>
      </w:pPr>
      <w:r w:rsidRPr="00900F49">
        <w:rPr>
          <w:lang w:val="pt-PT"/>
        </w:rPr>
        <w:t>Certificat de integritate comportamentala</w:t>
      </w:r>
      <w:r>
        <w:rPr>
          <w:lang w:val="pt-PT"/>
        </w:rPr>
        <w:t>;</w:t>
      </w:r>
    </w:p>
    <w:p w14:paraId="5A450B32" w14:textId="77777777" w:rsidR="004D7E5B" w:rsidRDefault="004D7E5B" w:rsidP="004D7E5B">
      <w:pPr>
        <w:widowControl w:val="0"/>
        <w:numPr>
          <w:ilvl w:val="0"/>
          <w:numId w:val="16"/>
        </w:numPr>
        <w:suppressAutoHyphens/>
        <w:spacing w:after="0" w:line="360" w:lineRule="auto"/>
        <w:jc w:val="both"/>
        <w:rPr>
          <w:lang w:val="pt-PT"/>
        </w:rPr>
      </w:pPr>
      <w:r w:rsidRPr="005658F1">
        <w:rPr>
          <w:lang w:val="pt-PT"/>
        </w:rPr>
        <w:t>Adeverință medicală care sa ateste starea de san</w:t>
      </w:r>
      <w:r>
        <w:rPr>
          <w:lang w:val="pt-PT"/>
        </w:rPr>
        <w:t>a</w:t>
      </w:r>
      <w:r w:rsidRPr="005658F1">
        <w:rPr>
          <w:lang w:val="pt-PT"/>
        </w:rPr>
        <w:t>tate corespunzatoare, eliberata de catre medical de familie</w:t>
      </w:r>
      <w:r>
        <w:rPr>
          <w:lang w:val="pt-PT"/>
        </w:rPr>
        <w:t xml:space="preserve"> </w:t>
      </w:r>
      <w:r w:rsidRPr="005658F1">
        <w:rPr>
          <w:lang w:val="pt-PT"/>
        </w:rPr>
        <w:t>sau de</w:t>
      </w:r>
      <w:r>
        <w:rPr>
          <w:lang w:val="pt-PT"/>
        </w:rPr>
        <w:t xml:space="preserve"> catre unitatile sanitare abilitate;</w:t>
      </w:r>
    </w:p>
    <w:p w14:paraId="25CB6923" w14:textId="77777777" w:rsidR="004D7E5B" w:rsidRPr="002E410F" w:rsidRDefault="004D7E5B" w:rsidP="004D7E5B">
      <w:pPr>
        <w:spacing w:line="360" w:lineRule="auto"/>
        <w:ind w:left="360" w:firstLine="349"/>
        <w:jc w:val="both"/>
        <w:rPr>
          <w:lang w:val="pt-PT"/>
        </w:rPr>
      </w:pPr>
      <w:r w:rsidRPr="002E410F">
        <w:rPr>
          <w:lang w:val="pt-PT"/>
        </w:rPr>
        <w:t>Copiile se prezinta insotite de documentele in original in vederea verificarii conformitati</w:t>
      </w:r>
      <w:r>
        <w:rPr>
          <w:lang w:val="pt-PT"/>
        </w:rPr>
        <w:t>i</w:t>
      </w:r>
      <w:r w:rsidRPr="002E410F">
        <w:rPr>
          <w:lang w:val="pt-PT"/>
        </w:rPr>
        <w:t xml:space="preserve"> cu originalul.</w:t>
      </w:r>
    </w:p>
    <w:p w14:paraId="078D33BE" w14:textId="7102A738" w:rsidR="004D7E5B" w:rsidRPr="002E410F" w:rsidRDefault="004D7E5B" w:rsidP="004D7E5B">
      <w:pPr>
        <w:spacing w:line="360" w:lineRule="auto"/>
        <w:jc w:val="both"/>
        <w:rPr>
          <w:lang w:val="pt-PT"/>
        </w:rPr>
      </w:pPr>
      <w:r w:rsidRPr="002E410F">
        <w:rPr>
          <w:lang w:val="pt-PT"/>
        </w:rPr>
        <w:t>  </w:t>
      </w:r>
      <w:r>
        <w:rPr>
          <w:lang w:val="pt-PT"/>
        </w:rPr>
        <w:tab/>
      </w:r>
      <w:r w:rsidRPr="002E410F">
        <w:rPr>
          <w:b/>
          <w:bCs/>
          <w:lang w:val="pt-PT"/>
        </w:rPr>
        <w:t>Bibliografia, tematica, precum si alte date necesare desfasurarii concursului sunt prevazute în anexele atasate prezentului anunt si se pot obtine </w:t>
      </w:r>
      <w:r w:rsidRPr="002E410F">
        <w:rPr>
          <w:lang w:val="pt-PT"/>
        </w:rPr>
        <w:t xml:space="preserve">de pe site-ul instituției la </w:t>
      </w:r>
      <w:r w:rsidR="0086448B">
        <w:rPr>
          <w:lang w:val="pt-PT"/>
        </w:rPr>
        <w:t>urmatoarele sectiuni</w:t>
      </w:r>
      <w:r w:rsidRPr="002E410F">
        <w:rPr>
          <w:lang w:val="pt-PT"/>
        </w:rPr>
        <w:t xml:space="preserve"> </w:t>
      </w:r>
      <w:hyperlink r:id="rId8" w:history="1">
        <w:r w:rsidR="00E83272" w:rsidRPr="00D914A2">
          <w:rPr>
            <w:rStyle w:val="Hyperlink"/>
            <w:lang w:val="pt-PT"/>
          </w:rPr>
          <w:t>https://primaria-avrig.ro/despre-institutie/organizare/cariera/anunturile-posturilor-scoase-la-concurs/</w:t>
        </w:r>
      </w:hyperlink>
      <w:r w:rsidRPr="002E410F">
        <w:rPr>
          <w:lang w:val="pt-PT"/>
        </w:rPr>
        <w:t>,</w:t>
      </w:r>
      <w:r w:rsidR="00E83272">
        <w:rPr>
          <w:lang w:val="pt-PT"/>
        </w:rPr>
        <w:t xml:space="preserve"> </w:t>
      </w:r>
      <w:hyperlink r:id="rId9" w:history="1">
        <w:r w:rsidR="00E83272" w:rsidRPr="00D914A2">
          <w:rPr>
            <w:rStyle w:val="Hyperlink"/>
            <w:lang w:val="pt-PT"/>
          </w:rPr>
          <w:t>https://primaria-avrig.ro/utile/proiecte-cu-finantare-nerambursabila/programul-incluziune-si-demnitate-sociala-2021-2027/proiect-avrig-acasa-in-tara-fagarasului-retea-integrata-pentru-prevenirea-separarii-copilului-de-familie-cod-smis-365180/</w:t>
        </w:r>
      </w:hyperlink>
      <w:r w:rsidR="0086448B">
        <w:rPr>
          <w:lang w:val="pt-PT"/>
        </w:rPr>
        <w:t xml:space="preserve"> precum si la </w:t>
      </w:r>
      <w:r w:rsidRPr="002E410F">
        <w:rPr>
          <w:lang w:val="pt-PT"/>
        </w:rPr>
        <w:t>Compartimentul Resurse Umane sau la sediul Servicului de Asistență Socială a orasului Avrig.</w:t>
      </w:r>
    </w:p>
    <w:p w14:paraId="4F06B333" w14:textId="77777777" w:rsidR="004D7E5B" w:rsidRPr="008C32EE" w:rsidRDefault="004D7E5B" w:rsidP="004D7E5B">
      <w:pPr>
        <w:spacing w:line="360" w:lineRule="auto"/>
        <w:jc w:val="both"/>
        <w:rPr>
          <w:b/>
          <w:bCs/>
          <w:lang w:val="pt-PT"/>
        </w:rPr>
      </w:pPr>
      <w:r w:rsidRPr="008C32EE">
        <w:rPr>
          <w:b/>
          <w:bCs/>
          <w:lang w:val="pt-PT"/>
        </w:rPr>
        <w:t>Modalitatea de înscriere</w:t>
      </w:r>
    </w:p>
    <w:p w14:paraId="4F1587B0" w14:textId="77777777" w:rsidR="004D7E5B" w:rsidRPr="002A615D" w:rsidRDefault="004D7E5B" w:rsidP="004D7E5B">
      <w:pPr>
        <w:spacing w:line="360" w:lineRule="auto"/>
        <w:ind w:firstLine="709"/>
        <w:jc w:val="both"/>
        <w:rPr>
          <w:lang w:val="pt-PT"/>
        </w:rPr>
      </w:pPr>
      <w:r w:rsidRPr="002A615D">
        <w:rPr>
          <w:lang w:val="pt-PT"/>
        </w:rPr>
        <w:t xml:space="preserve">Dosarele se pot depune fizic la sediul instituției </w:t>
      </w:r>
      <w:r>
        <w:rPr>
          <w:lang w:val="pt-PT"/>
        </w:rPr>
        <w:t xml:space="preserve">Primariei orasului Avrig, str. </w:t>
      </w:r>
      <w:r w:rsidRPr="002E410F">
        <w:rPr>
          <w:lang w:val="pt-PT"/>
        </w:rPr>
        <w:t xml:space="preserve">Gheorghe Lazar, nr.10, orasul Avrig, judetul Sibiu, in termen de 10 zile de la publicarea anuntului sau </w:t>
      </w:r>
      <w:r w:rsidRPr="002A615D">
        <w:rPr>
          <w:lang w:val="pt-PT"/>
        </w:rPr>
        <w:t>în format electronic</w:t>
      </w:r>
      <w:r>
        <w:rPr>
          <w:lang w:val="pt-PT"/>
        </w:rPr>
        <w:t>,</w:t>
      </w:r>
      <w:r w:rsidRPr="002A615D">
        <w:rPr>
          <w:lang w:val="pt-PT"/>
        </w:rPr>
        <w:t xml:space="preserve"> la adresa de e-mail </w:t>
      </w:r>
      <w:r w:rsidRPr="002E410F">
        <w:rPr>
          <w:lang w:val="pt-PT"/>
        </w:rPr>
        <w:t xml:space="preserve">office@primaria-avrig.ro </w:t>
      </w:r>
      <w:r w:rsidRPr="002A615D">
        <w:rPr>
          <w:lang w:val="pt-PT"/>
        </w:rPr>
        <w:t>.</w:t>
      </w:r>
    </w:p>
    <w:p w14:paraId="080354D1" w14:textId="77777777" w:rsidR="004D7E5B" w:rsidRDefault="004D7E5B" w:rsidP="004D7E5B">
      <w:pPr>
        <w:spacing w:line="360" w:lineRule="auto"/>
        <w:ind w:firstLine="709"/>
        <w:jc w:val="both"/>
        <w:rPr>
          <w:b/>
          <w:bCs/>
          <w:lang w:val="es-ES"/>
        </w:rPr>
      </w:pPr>
      <w:r w:rsidRPr="002A615D">
        <w:rPr>
          <w:b/>
          <w:bCs/>
          <w:lang w:val="es-ES"/>
        </w:rPr>
        <w:t xml:space="preserve">Relații suplimentare la telefon </w:t>
      </w:r>
      <w:r>
        <w:rPr>
          <w:b/>
          <w:bCs/>
          <w:lang w:val="es-ES"/>
        </w:rPr>
        <w:t>0269523101</w:t>
      </w:r>
      <w:r w:rsidRPr="002A615D">
        <w:rPr>
          <w:b/>
          <w:bCs/>
          <w:lang w:val="es-ES"/>
        </w:rPr>
        <w:t xml:space="preserve"> int. </w:t>
      </w:r>
      <w:r>
        <w:rPr>
          <w:b/>
          <w:bCs/>
          <w:lang w:val="es-ES"/>
        </w:rPr>
        <w:t>106</w:t>
      </w:r>
      <w:r w:rsidRPr="002A615D">
        <w:rPr>
          <w:b/>
          <w:bCs/>
          <w:lang w:val="es-ES"/>
        </w:rPr>
        <w:t xml:space="preserve"> – </w:t>
      </w:r>
      <w:r>
        <w:rPr>
          <w:b/>
          <w:bCs/>
          <w:lang w:val="es-ES"/>
        </w:rPr>
        <w:t>Compartiment Resurse Umane</w:t>
      </w:r>
      <w:r w:rsidRPr="002A615D">
        <w:rPr>
          <w:b/>
          <w:bCs/>
          <w:lang w:val="es-ES"/>
        </w:rPr>
        <w:t>.</w:t>
      </w:r>
    </w:p>
    <w:p w14:paraId="02D97C4B" w14:textId="77777777" w:rsidR="004D7E5B" w:rsidRPr="002A615D" w:rsidRDefault="004D7E5B" w:rsidP="004D7E5B">
      <w:pPr>
        <w:spacing w:line="360" w:lineRule="auto"/>
        <w:ind w:firstLine="709"/>
        <w:jc w:val="both"/>
        <w:rPr>
          <w:lang w:val="es-ES"/>
        </w:rPr>
      </w:pPr>
    </w:p>
    <w:p w14:paraId="6C81FCB8" w14:textId="77777777" w:rsidR="004D7E5B" w:rsidRPr="002A615D" w:rsidRDefault="004D7E5B" w:rsidP="004D7E5B">
      <w:pPr>
        <w:spacing w:line="360" w:lineRule="auto"/>
        <w:jc w:val="both"/>
      </w:pPr>
      <w:r w:rsidRPr="009307F3">
        <w:rPr>
          <w:b/>
          <w:bCs/>
          <w:szCs w:val="20"/>
          <w:lang w:val="pt-PT"/>
        </w:rPr>
        <w:t>Calendarul de desfășurare a concursului</w:t>
      </w:r>
    </w:p>
    <w:tbl>
      <w:tblPr>
        <w:tblW w:w="47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"/>
        <w:gridCol w:w="4210"/>
        <w:gridCol w:w="3047"/>
        <w:gridCol w:w="1885"/>
      </w:tblGrid>
      <w:tr w:rsidR="004D7E5B" w:rsidRPr="007F6044" w14:paraId="137E03E9" w14:textId="77777777" w:rsidTr="00572E2E">
        <w:trPr>
          <w:cantSplit/>
          <w:trHeight w:val="592"/>
          <w:tblHeader/>
          <w:jc w:val="center"/>
        </w:trPr>
        <w:tc>
          <w:tcPr>
            <w:tcW w:w="290" w:type="pct"/>
            <w:vAlign w:val="center"/>
          </w:tcPr>
          <w:p w14:paraId="51C916E1" w14:textId="77777777" w:rsidR="004D7E5B" w:rsidRPr="007F6044" w:rsidRDefault="004D7E5B" w:rsidP="00572E2E">
            <w:pPr>
              <w:jc w:val="center"/>
              <w:rPr>
                <w:rFonts w:eastAsia="Calibri"/>
                <w:bCs/>
                <w:szCs w:val="20"/>
              </w:rPr>
            </w:pPr>
            <w:r w:rsidRPr="007F6044">
              <w:rPr>
                <w:rFonts w:eastAsia="Calibri"/>
                <w:bCs/>
                <w:szCs w:val="20"/>
              </w:rPr>
              <w:t>Nr.</w:t>
            </w:r>
          </w:p>
          <w:p w14:paraId="2A7FA635" w14:textId="77777777" w:rsidR="004D7E5B" w:rsidRPr="007F6044" w:rsidRDefault="004D7E5B" w:rsidP="00572E2E">
            <w:pPr>
              <w:jc w:val="center"/>
              <w:rPr>
                <w:rFonts w:eastAsia="Calibri"/>
                <w:bCs/>
                <w:szCs w:val="20"/>
              </w:rPr>
            </w:pPr>
            <w:proofErr w:type="spellStart"/>
            <w:r w:rsidRPr="007F6044">
              <w:rPr>
                <w:rFonts w:eastAsia="Calibri"/>
                <w:bCs/>
                <w:szCs w:val="20"/>
              </w:rPr>
              <w:t>crt</w:t>
            </w:r>
            <w:proofErr w:type="spellEnd"/>
            <w:r w:rsidRPr="007F6044">
              <w:rPr>
                <w:rFonts w:eastAsia="Calibri"/>
                <w:bCs/>
                <w:szCs w:val="20"/>
              </w:rPr>
              <w:t>.</w:t>
            </w:r>
          </w:p>
        </w:tc>
        <w:tc>
          <w:tcPr>
            <w:tcW w:w="2169" w:type="pct"/>
            <w:vAlign w:val="center"/>
          </w:tcPr>
          <w:p w14:paraId="7E180B61" w14:textId="77777777" w:rsidR="004D7E5B" w:rsidRPr="007F6044" w:rsidRDefault="004D7E5B" w:rsidP="00572E2E">
            <w:pPr>
              <w:jc w:val="center"/>
              <w:rPr>
                <w:rFonts w:eastAsia="Calibri"/>
                <w:bCs/>
                <w:szCs w:val="20"/>
              </w:rPr>
            </w:pPr>
            <w:proofErr w:type="spellStart"/>
            <w:r>
              <w:rPr>
                <w:rFonts w:eastAsia="Calibri"/>
                <w:bCs/>
                <w:szCs w:val="20"/>
              </w:rPr>
              <w:t>Operatiune</w:t>
            </w:r>
            <w:proofErr w:type="spellEnd"/>
          </w:p>
        </w:tc>
        <w:tc>
          <w:tcPr>
            <w:tcW w:w="1570" w:type="pct"/>
            <w:vAlign w:val="center"/>
          </w:tcPr>
          <w:p w14:paraId="7B79770E" w14:textId="77777777" w:rsidR="004D7E5B" w:rsidRPr="007F6044" w:rsidRDefault="004D7E5B" w:rsidP="00572E2E">
            <w:pPr>
              <w:jc w:val="center"/>
              <w:rPr>
                <w:rFonts w:eastAsia="Calibri"/>
                <w:bCs/>
                <w:szCs w:val="20"/>
              </w:rPr>
            </w:pPr>
            <w:r w:rsidRPr="007F6044">
              <w:rPr>
                <w:rFonts w:eastAsia="Calibri"/>
                <w:bCs/>
                <w:szCs w:val="20"/>
              </w:rPr>
              <w:t xml:space="preserve">Termen/ Data/Ora </w:t>
            </w:r>
          </w:p>
        </w:tc>
        <w:tc>
          <w:tcPr>
            <w:tcW w:w="971" w:type="pct"/>
            <w:vAlign w:val="center"/>
          </w:tcPr>
          <w:p w14:paraId="7DD946CC" w14:textId="77777777" w:rsidR="004D7E5B" w:rsidRPr="007F6044" w:rsidRDefault="004D7E5B" w:rsidP="00572E2E">
            <w:pPr>
              <w:jc w:val="center"/>
              <w:rPr>
                <w:rFonts w:eastAsia="Calibri"/>
                <w:bCs/>
                <w:szCs w:val="20"/>
              </w:rPr>
            </w:pPr>
            <w:proofErr w:type="spellStart"/>
            <w:r w:rsidRPr="007F6044">
              <w:rPr>
                <w:rFonts w:eastAsia="Calibri"/>
                <w:bCs/>
                <w:szCs w:val="20"/>
              </w:rPr>
              <w:t>Observații</w:t>
            </w:r>
            <w:proofErr w:type="spellEnd"/>
          </w:p>
        </w:tc>
      </w:tr>
      <w:tr w:rsidR="004D7E5B" w:rsidRPr="007F6044" w14:paraId="116A61F3" w14:textId="77777777" w:rsidTr="00572E2E">
        <w:trPr>
          <w:cantSplit/>
          <w:trHeight w:val="20"/>
          <w:jc w:val="center"/>
        </w:trPr>
        <w:tc>
          <w:tcPr>
            <w:tcW w:w="290" w:type="pct"/>
            <w:vAlign w:val="center"/>
          </w:tcPr>
          <w:p w14:paraId="6468C89A" w14:textId="77777777" w:rsidR="004D7E5B" w:rsidRPr="007F6044" w:rsidRDefault="004D7E5B" w:rsidP="004D7E5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0"/>
                <w:lang w:val="ro-RO"/>
              </w:rPr>
            </w:pPr>
          </w:p>
        </w:tc>
        <w:tc>
          <w:tcPr>
            <w:tcW w:w="2169" w:type="pct"/>
            <w:vAlign w:val="bottom"/>
          </w:tcPr>
          <w:p w14:paraId="22E49650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szCs w:val="20"/>
              </w:rPr>
              <w:t>Publicare</w:t>
            </w:r>
            <w:proofErr w:type="spellEnd"/>
            <w:r w:rsidRPr="007F6044">
              <w:rPr>
                <w:szCs w:val="20"/>
              </w:rPr>
              <w:t xml:space="preserve"> </w:t>
            </w:r>
            <w:proofErr w:type="spellStart"/>
            <w:r w:rsidRPr="007F6044">
              <w:rPr>
                <w:szCs w:val="20"/>
              </w:rPr>
              <w:t>anunț</w:t>
            </w:r>
            <w:proofErr w:type="spellEnd"/>
          </w:p>
        </w:tc>
        <w:tc>
          <w:tcPr>
            <w:tcW w:w="1570" w:type="pct"/>
            <w:vAlign w:val="center"/>
          </w:tcPr>
          <w:p w14:paraId="366730C9" w14:textId="2FF5CF12" w:rsidR="004D7E5B" w:rsidRPr="007F6044" w:rsidRDefault="00C241D8" w:rsidP="00572E2E">
            <w:pPr>
              <w:jc w:val="center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15</w:t>
            </w:r>
            <w:r w:rsidR="004D7E5B" w:rsidRPr="007F6044">
              <w:rPr>
                <w:rFonts w:eastAsia="Calibri"/>
                <w:szCs w:val="20"/>
              </w:rPr>
              <w:t>.09.2026</w:t>
            </w:r>
          </w:p>
        </w:tc>
        <w:tc>
          <w:tcPr>
            <w:tcW w:w="971" w:type="pct"/>
            <w:vAlign w:val="center"/>
          </w:tcPr>
          <w:p w14:paraId="2FC771ED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</w:rPr>
            </w:pPr>
          </w:p>
        </w:tc>
      </w:tr>
      <w:tr w:rsidR="004D7E5B" w:rsidRPr="007F6044" w14:paraId="5299D86B" w14:textId="77777777" w:rsidTr="00572E2E">
        <w:trPr>
          <w:cantSplit/>
          <w:trHeight w:val="362"/>
          <w:jc w:val="center"/>
        </w:trPr>
        <w:tc>
          <w:tcPr>
            <w:tcW w:w="290" w:type="pct"/>
            <w:vAlign w:val="center"/>
          </w:tcPr>
          <w:p w14:paraId="393C5A61" w14:textId="77777777" w:rsidR="004D7E5B" w:rsidRPr="007F6044" w:rsidRDefault="004D7E5B" w:rsidP="004D7E5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0"/>
                <w:lang w:val="ro-RO"/>
              </w:rPr>
            </w:pPr>
          </w:p>
        </w:tc>
        <w:tc>
          <w:tcPr>
            <w:tcW w:w="2169" w:type="pct"/>
            <w:vAlign w:val="bottom"/>
          </w:tcPr>
          <w:p w14:paraId="5B64106E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  <w:lang w:val="pt-PT"/>
              </w:rPr>
            </w:pPr>
            <w:proofErr w:type="spellStart"/>
            <w:r w:rsidRPr="007F6044">
              <w:rPr>
                <w:szCs w:val="20"/>
              </w:rPr>
              <w:t>Depunere</w:t>
            </w:r>
            <w:proofErr w:type="spellEnd"/>
            <w:r w:rsidRPr="007F6044">
              <w:rPr>
                <w:szCs w:val="20"/>
              </w:rPr>
              <w:t xml:space="preserve"> </w:t>
            </w:r>
            <w:proofErr w:type="spellStart"/>
            <w:r w:rsidRPr="007F6044">
              <w:rPr>
                <w:szCs w:val="20"/>
              </w:rPr>
              <w:t>dosare</w:t>
            </w:r>
            <w:proofErr w:type="spellEnd"/>
          </w:p>
        </w:tc>
        <w:tc>
          <w:tcPr>
            <w:tcW w:w="1570" w:type="pct"/>
            <w:vAlign w:val="bottom"/>
          </w:tcPr>
          <w:p w14:paraId="28D739F5" w14:textId="40640239" w:rsidR="004D7E5B" w:rsidRPr="003A7FCC" w:rsidRDefault="00C241D8" w:rsidP="00572E2E">
            <w:pPr>
              <w:jc w:val="center"/>
              <w:rPr>
                <w:rFonts w:eastAsia="Calibri"/>
                <w:szCs w:val="20"/>
              </w:rPr>
            </w:pPr>
            <w:r>
              <w:rPr>
                <w:szCs w:val="20"/>
              </w:rPr>
              <w:t>15</w:t>
            </w:r>
            <w:r w:rsidR="004D7E5B">
              <w:rPr>
                <w:szCs w:val="20"/>
              </w:rPr>
              <w:t>.09 -</w:t>
            </w:r>
            <w:r>
              <w:rPr>
                <w:szCs w:val="20"/>
              </w:rPr>
              <w:t>29</w:t>
            </w:r>
            <w:r w:rsidR="004D7E5B" w:rsidRPr="003A7FCC">
              <w:rPr>
                <w:szCs w:val="20"/>
              </w:rPr>
              <w:t>.09.2026, ora 14</w:t>
            </w:r>
          </w:p>
        </w:tc>
        <w:tc>
          <w:tcPr>
            <w:tcW w:w="971" w:type="pct"/>
            <w:vAlign w:val="center"/>
          </w:tcPr>
          <w:p w14:paraId="63D7385B" w14:textId="77777777" w:rsidR="004D7E5B" w:rsidRPr="007F6044" w:rsidRDefault="004D7E5B" w:rsidP="00572E2E">
            <w:pPr>
              <w:jc w:val="center"/>
              <w:rPr>
                <w:rFonts w:eastAsia="Calibri"/>
                <w:szCs w:val="20"/>
              </w:rPr>
            </w:pPr>
            <w:r w:rsidRPr="007F6044">
              <w:rPr>
                <w:rFonts w:eastAsia="Calibri"/>
                <w:szCs w:val="20"/>
              </w:rPr>
              <w:t xml:space="preserve"> </w:t>
            </w:r>
          </w:p>
        </w:tc>
      </w:tr>
      <w:tr w:rsidR="004D7E5B" w:rsidRPr="007F6044" w14:paraId="3626B9B5" w14:textId="77777777" w:rsidTr="00572E2E">
        <w:trPr>
          <w:cantSplit/>
          <w:trHeight w:val="20"/>
          <w:jc w:val="center"/>
        </w:trPr>
        <w:tc>
          <w:tcPr>
            <w:tcW w:w="290" w:type="pct"/>
            <w:vAlign w:val="center"/>
          </w:tcPr>
          <w:p w14:paraId="73106725" w14:textId="77777777" w:rsidR="004D7E5B" w:rsidRPr="007F6044" w:rsidRDefault="004D7E5B" w:rsidP="004D7E5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0"/>
                <w:lang w:val="ro-RO"/>
              </w:rPr>
            </w:pPr>
          </w:p>
        </w:tc>
        <w:tc>
          <w:tcPr>
            <w:tcW w:w="2169" w:type="pct"/>
            <w:vAlign w:val="center"/>
          </w:tcPr>
          <w:p w14:paraId="5751F452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  <w:lang w:val="pt-PT"/>
              </w:rPr>
            </w:pPr>
            <w:r w:rsidRPr="007F6044">
              <w:rPr>
                <w:rFonts w:eastAsia="Calibri"/>
                <w:szCs w:val="20"/>
                <w:lang w:val="pt-PT"/>
              </w:rPr>
              <w:t>Selecţia dosarelor de concurs și afișarea rezultatelor selecției dosarelor</w:t>
            </w:r>
          </w:p>
        </w:tc>
        <w:tc>
          <w:tcPr>
            <w:tcW w:w="1570" w:type="pct"/>
            <w:vAlign w:val="center"/>
          </w:tcPr>
          <w:p w14:paraId="7E16CD9E" w14:textId="2066DF96" w:rsidR="004D7E5B" w:rsidRPr="007F6044" w:rsidRDefault="00C241D8" w:rsidP="00572E2E">
            <w:pPr>
              <w:jc w:val="center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30.09</w:t>
            </w:r>
            <w:r w:rsidR="004D7E5B">
              <w:rPr>
                <w:rFonts w:eastAsia="Calibri"/>
                <w:szCs w:val="20"/>
              </w:rPr>
              <w:t xml:space="preserve"> </w:t>
            </w:r>
            <w:r w:rsidR="004D7E5B" w:rsidRPr="007F6044">
              <w:rPr>
                <w:rFonts w:eastAsia="Calibri"/>
                <w:szCs w:val="20"/>
              </w:rPr>
              <w:t>-</w:t>
            </w:r>
            <w:r>
              <w:rPr>
                <w:rFonts w:eastAsia="Calibri"/>
                <w:szCs w:val="20"/>
              </w:rPr>
              <w:t>01.10.</w:t>
            </w:r>
            <w:r w:rsidR="004D7E5B" w:rsidRPr="007F6044">
              <w:rPr>
                <w:rFonts w:eastAsia="Calibri"/>
                <w:szCs w:val="20"/>
              </w:rPr>
              <w:t>2026</w:t>
            </w:r>
          </w:p>
          <w:p w14:paraId="4BDB32D0" w14:textId="77777777" w:rsidR="004D7E5B" w:rsidRPr="007F6044" w:rsidRDefault="004D7E5B" w:rsidP="00572E2E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971" w:type="pct"/>
            <w:vAlign w:val="center"/>
          </w:tcPr>
          <w:p w14:paraId="33393EB0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</w:rPr>
            </w:pPr>
            <w:r w:rsidRPr="007F6044">
              <w:rPr>
                <w:rFonts w:eastAsia="Calibri"/>
                <w:szCs w:val="20"/>
              </w:rPr>
              <w:t xml:space="preserve">Cu </w:t>
            </w:r>
            <w:proofErr w:type="spellStart"/>
            <w:r w:rsidRPr="007F6044">
              <w:rPr>
                <w:rFonts w:eastAsia="Calibri"/>
                <w:szCs w:val="20"/>
              </w:rPr>
              <w:t>menţiunea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„admis” </w:t>
            </w:r>
            <w:proofErr w:type="spellStart"/>
            <w:r w:rsidRPr="007F6044">
              <w:rPr>
                <w:rFonts w:eastAsia="Calibri"/>
                <w:szCs w:val="20"/>
              </w:rPr>
              <w:t>sau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„</w:t>
            </w:r>
            <w:proofErr w:type="spellStart"/>
            <w:r w:rsidRPr="007F6044">
              <w:rPr>
                <w:rFonts w:eastAsia="Calibri"/>
                <w:szCs w:val="20"/>
              </w:rPr>
              <w:t>respins</w:t>
            </w:r>
            <w:proofErr w:type="spellEnd"/>
            <w:r w:rsidRPr="007F6044">
              <w:rPr>
                <w:rFonts w:eastAsia="Calibri"/>
                <w:szCs w:val="20"/>
              </w:rPr>
              <w:t>”</w:t>
            </w:r>
          </w:p>
        </w:tc>
      </w:tr>
      <w:tr w:rsidR="004D7E5B" w:rsidRPr="007F6044" w14:paraId="363FA62B" w14:textId="77777777" w:rsidTr="00572E2E">
        <w:trPr>
          <w:cantSplit/>
          <w:trHeight w:val="20"/>
          <w:jc w:val="center"/>
        </w:trPr>
        <w:tc>
          <w:tcPr>
            <w:tcW w:w="290" w:type="pct"/>
            <w:vAlign w:val="center"/>
          </w:tcPr>
          <w:p w14:paraId="06AF3172" w14:textId="77777777" w:rsidR="004D7E5B" w:rsidRPr="007F6044" w:rsidRDefault="004D7E5B" w:rsidP="004D7E5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0"/>
                <w:lang w:val="ro-RO"/>
              </w:rPr>
            </w:pPr>
          </w:p>
        </w:tc>
        <w:tc>
          <w:tcPr>
            <w:tcW w:w="2169" w:type="pct"/>
            <w:vAlign w:val="center"/>
          </w:tcPr>
          <w:p w14:paraId="0A0889FB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Depunerea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contestațiilor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cu </w:t>
            </w:r>
            <w:proofErr w:type="spellStart"/>
            <w:r w:rsidRPr="007F6044">
              <w:rPr>
                <w:rFonts w:eastAsia="Calibri"/>
                <w:szCs w:val="20"/>
              </w:rPr>
              <w:t>privire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la </w:t>
            </w:r>
            <w:proofErr w:type="spellStart"/>
            <w:r w:rsidRPr="007F6044">
              <w:rPr>
                <w:rFonts w:eastAsia="Calibri"/>
                <w:szCs w:val="20"/>
              </w:rPr>
              <w:t>rezultatul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selecției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dosarelor</w:t>
            </w:r>
            <w:proofErr w:type="spellEnd"/>
          </w:p>
        </w:tc>
        <w:tc>
          <w:tcPr>
            <w:tcW w:w="1570" w:type="pct"/>
            <w:vAlign w:val="center"/>
          </w:tcPr>
          <w:p w14:paraId="04A21211" w14:textId="730892B8" w:rsidR="004D7E5B" w:rsidRPr="007F6044" w:rsidRDefault="00C241D8" w:rsidP="00572E2E">
            <w:pPr>
              <w:jc w:val="center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2.10.2026</w:t>
            </w:r>
            <w:r w:rsidR="004D7E5B" w:rsidRPr="007F6044">
              <w:rPr>
                <w:rFonts w:eastAsia="Calibri"/>
                <w:szCs w:val="20"/>
              </w:rPr>
              <w:t xml:space="preserve"> </w:t>
            </w:r>
          </w:p>
          <w:p w14:paraId="589BCC46" w14:textId="77777777" w:rsidR="004D7E5B" w:rsidRPr="007F6044" w:rsidRDefault="004D7E5B" w:rsidP="00572E2E">
            <w:pPr>
              <w:jc w:val="center"/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până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la ora 12.00</w:t>
            </w:r>
          </w:p>
        </w:tc>
        <w:tc>
          <w:tcPr>
            <w:tcW w:w="971" w:type="pct"/>
            <w:vAlign w:val="center"/>
          </w:tcPr>
          <w:p w14:paraId="6BF878D0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</w:rPr>
            </w:pPr>
          </w:p>
        </w:tc>
      </w:tr>
      <w:tr w:rsidR="004D7E5B" w:rsidRPr="007F6044" w14:paraId="42EBE960" w14:textId="77777777" w:rsidTr="00572E2E">
        <w:trPr>
          <w:cantSplit/>
          <w:trHeight w:val="645"/>
          <w:jc w:val="center"/>
        </w:trPr>
        <w:tc>
          <w:tcPr>
            <w:tcW w:w="290" w:type="pct"/>
            <w:vAlign w:val="center"/>
          </w:tcPr>
          <w:p w14:paraId="42D69AF5" w14:textId="77777777" w:rsidR="004D7E5B" w:rsidRPr="007F6044" w:rsidRDefault="004D7E5B" w:rsidP="004D7E5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0"/>
                <w:lang w:val="ro-RO"/>
              </w:rPr>
            </w:pPr>
          </w:p>
        </w:tc>
        <w:tc>
          <w:tcPr>
            <w:tcW w:w="2169" w:type="pct"/>
            <w:vAlign w:val="center"/>
          </w:tcPr>
          <w:p w14:paraId="3E0392F4" w14:textId="77777777" w:rsidR="004D7E5B" w:rsidRPr="007F6044" w:rsidRDefault="004D7E5B" w:rsidP="00572E2E">
            <w:pPr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Rezultatul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soluționării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contestațiilor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cu </w:t>
            </w:r>
            <w:proofErr w:type="spellStart"/>
            <w:r w:rsidRPr="007F6044">
              <w:rPr>
                <w:rFonts w:eastAsia="Calibri"/>
                <w:szCs w:val="20"/>
              </w:rPr>
              <w:t>privire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la </w:t>
            </w:r>
            <w:proofErr w:type="spellStart"/>
            <w:r w:rsidRPr="007F6044">
              <w:rPr>
                <w:rFonts w:eastAsia="Calibri"/>
                <w:szCs w:val="20"/>
              </w:rPr>
              <w:t>selecția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dosarelor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de concurs</w:t>
            </w:r>
          </w:p>
        </w:tc>
        <w:tc>
          <w:tcPr>
            <w:tcW w:w="1570" w:type="pct"/>
            <w:vAlign w:val="center"/>
          </w:tcPr>
          <w:p w14:paraId="2A296E56" w14:textId="372DBFD9" w:rsidR="004D7E5B" w:rsidRPr="007F6044" w:rsidRDefault="00C241D8" w:rsidP="00572E2E">
            <w:pPr>
              <w:jc w:val="center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5.10</w:t>
            </w:r>
            <w:r w:rsidR="004D7E5B" w:rsidRPr="007F6044">
              <w:rPr>
                <w:rFonts w:eastAsia="Calibri"/>
                <w:szCs w:val="20"/>
              </w:rPr>
              <w:t>.2026-</w:t>
            </w:r>
          </w:p>
          <w:p w14:paraId="127AAEF7" w14:textId="77777777" w:rsidR="004D7E5B" w:rsidRPr="007F6044" w:rsidRDefault="004D7E5B" w:rsidP="00572E2E">
            <w:pPr>
              <w:jc w:val="center"/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până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la ora 16.00</w:t>
            </w:r>
          </w:p>
        </w:tc>
        <w:tc>
          <w:tcPr>
            <w:tcW w:w="971" w:type="pct"/>
            <w:vAlign w:val="center"/>
          </w:tcPr>
          <w:p w14:paraId="0796E56B" w14:textId="77777777" w:rsidR="004D7E5B" w:rsidRPr="007F6044" w:rsidRDefault="004D7E5B" w:rsidP="00572E2E">
            <w:pPr>
              <w:pStyle w:val="NoSpacing"/>
              <w:jc w:val="both"/>
              <w:rPr>
                <w:rFonts w:ascii="Arial" w:eastAsia="Calibri" w:hAnsi="Arial" w:cs="Arial"/>
                <w:sz w:val="20"/>
                <w:szCs w:val="20"/>
                <w:lang w:val="pt-PT"/>
              </w:rPr>
            </w:pPr>
          </w:p>
        </w:tc>
      </w:tr>
      <w:tr w:rsidR="004D7E5B" w:rsidRPr="007F6044" w14:paraId="25A6BDD4" w14:textId="77777777" w:rsidTr="00572E2E">
        <w:trPr>
          <w:cantSplit/>
          <w:trHeight w:val="20"/>
          <w:jc w:val="center"/>
        </w:trPr>
        <w:tc>
          <w:tcPr>
            <w:tcW w:w="290" w:type="pct"/>
            <w:vAlign w:val="center"/>
          </w:tcPr>
          <w:p w14:paraId="6F64E7DB" w14:textId="77777777" w:rsidR="004D7E5B" w:rsidRPr="007F6044" w:rsidRDefault="004D7E5B" w:rsidP="004D7E5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0"/>
                <w:lang w:val="ro-RO"/>
              </w:rPr>
            </w:pPr>
          </w:p>
        </w:tc>
        <w:tc>
          <w:tcPr>
            <w:tcW w:w="2169" w:type="pct"/>
            <w:vAlign w:val="center"/>
          </w:tcPr>
          <w:p w14:paraId="0D1FB08D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</w:rPr>
            </w:pPr>
            <w:proofErr w:type="spellStart"/>
            <w:proofErr w:type="gramStart"/>
            <w:r w:rsidRPr="007F6044">
              <w:rPr>
                <w:rFonts w:eastAsia="Calibri"/>
                <w:szCs w:val="20"/>
              </w:rPr>
              <w:t>Desfăşurarea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 </w:t>
            </w:r>
            <w:proofErr w:type="spellStart"/>
            <w:r w:rsidRPr="007F6044">
              <w:rPr>
                <w:rFonts w:eastAsia="Calibri"/>
                <w:szCs w:val="20"/>
              </w:rPr>
              <w:t>probei</w:t>
            </w:r>
            <w:proofErr w:type="spellEnd"/>
            <w:proofErr w:type="gram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scrise</w:t>
            </w:r>
            <w:proofErr w:type="spellEnd"/>
          </w:p>
        </w:tc>
        <w:tc>
          <w:tcPr>
            <w:tcW w:w="1570" w:type="pct"/>
            <w:vAlign w:val="center"/>
          </w:tcPr>
          <w:p w14:paraId="13C4CB98" w14:textId="4745B93D" w:rsidR="004D7E5B" w:rsidRPr="007F6044" w:rsidRDefault="00C241D8" w:rsidP="00572E2E">
            <w:pPr>
              <w:jc w:val="center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7.</w:t>
            </w:r>
            <w:proofErr w:type="gramStart"/>
            <w:r>
              <w:rPr>
                <w:rFonts w:eastAsia="Calibri"/>
                <w:szCs w:val="20"/>
              </w:rPr>
              <w:t>10.</w:t>
            </w:r>
            <w:r w:rsidR="004D7E5B" w:rsidRPr="007F6044">
              <w:rPr>
                <w:rFonts w:eastAsia="Calibri"/>
                <w:szCs w:val="20"/>
              </w:rPr>
              <w:t>.</w:t>
            </w:r>
            <w:proofErr w:type="gramEnd"/>
            <w:r w:rsidR="004D7E5B" w:rsidRPr="007F6044">
              <w:rPr>
                <w:rFonts w:eastAsia="Calibri"/>
                <w:szCs w:val="20"/>
              </w:rPr>
              <w:t>2026</w:t>
            </w:r>
          </w:p>
          <w:p w14:paraId="7FC34CCC" w14:textId="77777777" w:rsidR="004D7E5B" w:rsidRPr="007F6044" w:rsidRDefault="004D7E5B" w:rsidP="00572E2E">
            <w:pPr>
              <w:jc w:val="center"/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începând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cu ora 10.00</w:t>
            </w:r>
          </w:p>
        </w:tc>
        <w:tc>
          <w:tcPr>
            <w:tcW w:w="971" w:type="pct"/>
            <w:vAlign w:val="center"/>
          </w:tcPr>
          <w:p w14:paraId="0266325D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</w:rPr>
            </w:pPr>
            <w:r w:rsidRPr="007F6044">
              <w:rPr>
                <w:szCs w:val="20"/>
                <w:lang w:val="ro-RO"/>
              </w:rPr>
              <w:t>sediul Primariei orasului Avrig, Str. Ghorghe Lazar nr. 10.</w:t>
            </w:r>
          </w:p>
        </w:tc>
      </w:tr>
      <w:tr w:rsidR="004D7E5B" w:rsidRPr="007F6044" w14:paraId="4FE22A54" w14:textId="77777777" w:rsidTr="00572E2E">
        <w:trPr>
          <w:cantSplit/>
          <w:trHeight w:val="20"/>
          <w:jc w:val="center"/>
        </w:trPr>
        <w:tc>
          <w:tcPr>
            <w:tcW w:w="290" w:type="pct"/>
            <w:vAlign w:val="center"/>
          </w:tcPr>
          <w:p w14:paraId="08CD2FA9" w14:textId="77777777" w:rsidR="004D7E5B" w:rsidRPr="007F6044" w:rsidRDefault="004D7E5B" w:rsidP="004D7E5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0"/>
                <w:lang w:val="ro-RO"/>
              </w:rPr>
            </w:pPr>
          </w:p>
        </w:tc>
        <w:tc>
          <w:tcPr>
            <w:tcW w:w="2169" w:type="pct"/>
            <w:vAlign w:val="center"/>
          </w:tcPr>
          <w:p w14:paraId="42AA0F01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Comunicarea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rezultatelor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probei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scrise</w:t>
            </w:r>
            <w:proofErr w:type="spellEnd"/>
          </w:p>
        </w:tc>
        <w:tc>
          <w:tcPr>
            <w:tcW w:w="1570" w:type="pct"/>
            <w:vAlign w:val="center"/>
          </w:tcPr>
          <w:p w14:paraId="110E8470" w14:textId="1ACF90D3" w:rsidR="004D7E5B" w:rsidRPr="007F6044" w:rsidRDefault="00C241D8" w:rsidP="00572E2E">
            <w:pPr>
              <w:jc w:val="center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7.10.2026</w:t>
            </w:r>
          </w:p>
          <w:p w14:paraId="74FB85D1" w14:textId="77777777" w:rsidR="004D7E5B" w:rsidRPr="007F6044" w:rsidRDefault="004D7E5B" w:rsidP="00572E2E">
            <w:pPr>
              <w:jc w:val="center"/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până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la ora 16.00</w:t>
            </w:r>
          </w:p>
        </w:tc>
        <w:tc>
          <w:tcPr>
            <w:tcW w:w="971" w:type="pct"/>
            <w:vAlign w:val="center"/>
          </w:tcPr>
          <w:p w14:paraId="7049878D" w14:textId="77777777" w:rsidR="004D7E5B" w:rsidRPr="007F6044" w:rsidRDefault="004D7E5B" w:rsidP="00572E2E">
            <w:pPr>
              <w:rPr>
                <w:rFonts w:eastAsia="Calibri"/>
                <w:szCs w:val="20"/>
              </w:rPr>
            </w:pPr>
          </w:p>
        </w:tc>
      </w:tr>
      <w:tr w:rsidR="004D7E5B" w:rsidRPr="007F6044" w14:paraId="7FC42D78" w14:textId="77777777" w:rsidTr="00572E2E">
        <w:trPr>
          <w:cantSplit/>
          <w:trHeight w:val="20"/>
          <w:jc w:val="center"/>
        </w:trPr>
        <w:tc>
          <w:tcPr>
            <w:tcW w:w="290" w:type="pct"/>
            <w:vAlign w:val="center"/>
          </w:tcPr>
          <w:p w14:paraId="327EA6F7" w14:textId="77777777" w:rsidR="004D7E5B" w:rsidRPr="007F6044" w:rsidRDefault="004D7E5B" w:rsidP="004D7E5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0"/>
                <w:lang w:val="ro-RO"/>
              </w:rPr>
            </w:pPr>
          </w:p>
        </w:tc>
        <w:tc>
          <w:tcPr>
            <w:tcW w:w="2169" w:type="pct"/>
            <w:vAlign w:val="center"/>
          </w:tcPr>
          <w:p w14:paraId="3FD83263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  <w:lang w:val="es-ES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Depunerea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contestațiilor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cu </w:t>
            </w:r>
            <w:proofErr w:type="spellStart"/>
            <w:r w:rsidRPr="007F6044">
              <w:rPr>
                <w:rFonts w:eastAsia="Calibri"/>
                <w:szCs w:val="20"/>
              </w:rPr>
              <w:t>privire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la </w:t>
            </w:r>
            <w:proofErr w:type="spellStart"/>
            <w:r w:rsidRPr="007F6044">
              <w:rPr>
                <w:rFonts w:eastAsia="Calibri"/>
                <w:szCs w:val="20"/>
              </w:rPr>
              <w:t>rezultatul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probei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scrise</w:t>
            </w:r>
            <w:proofErr w:type="spellEnd"/>
          </w:p>
        </w:tc>
        <w:tc>
          <w:tcPr>
            <w:tcW w:w="1570" w:type="pct"/>
            <w:vAlign w:val="center"/>
          </w:tcPr>
          <w:p w14:paraId="6411E5F1" w14:textId="010A9715" w:rsidR="004D7E5B" w:rsidRPr="007F6044" w:rsidRDefault="00C241D8" w:rsidP="00572E2E">
            <w:pPr>
              <w:jc w:val="center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8.10.2026</w:t>
            </w:r>
            <w:r w:rsidR="004D7E5B" w:rsidRPr="007F6044">
              <w:rPr>
                <w:rFonts w:eastAsia="Calibri"/>
                <w:szCs w:val="20"/>
              </w:rPr>
              <w:t xml:space="preserve">, </w:t>
            </w:r>
          </w:p>
          <w:p w14:paraId="1DAF308F" w14:textId="77777777" w:rsidR="004D7E5B" w:rsidRPr="007F6044" w:rsidRDefault="004D7E5B" w:rsidP="00572E2E">
            <w:pPr>
              <w:jc w:val="center"/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până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la ora 10.00</w:t>
            </w:r>
          </w:p>
        </w:tc>
        <w:tc>
          <w:tcPr>
            <w:tcW w:w="971" w:type="pct"/>
            <w:vAlign w:val="center"/>
          </w:tcPr>
          <w:p w14:paraId="64E6A7E7" w14:textId="77777777" w:rsidR="004D7E5B" w:rsidRPr="007F6044" w:rsidRDefault="004D7E5B" w:rsidP="00572E2E">
            <w:pPr>
              <w:rPr>
                <w:rFonts w:eastAsia="Calibri"/>
                <w:szCs w:val="20"/>
              </w:rPr>
            </w:pPr>
          </w:p>
        </w:tc>
      </w:tr>
      <w:tr w:rsidR="004D7E5B" w:rsidRPr="007F6044" w14:paraId="703A3AA5" w14:textId="77777777" w:rsidTr="00572E2E">
        <w:trPr>
          <w:cantSplit/>
          <w:trHeight w:val="1198"/>
          <w:jc w:val="center"/>
        </w:trPr>
        <w:tc>
          <w:tcPr>
            <w:tcW w:w="290" w:type="pct"/>
            <w:vAlign w:val="center"/>
          </w:tcPr>
          <w:p w14:paraId="24114BA8" w14:textId="77777777" w:rsidR="004D7E5B" w:rsidRPr="007F6044" w:rsidRDefault="004D7E5B" w:rsidP="004D7E5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0"/>
                <w:lang w:val="ro-RO"/>
              </w:rPr>
            </w:pPr>
          </w:p>
        </w:tc>
        <w:tc>
          <w:tcPr>
            <w:tcW w:w="2169" w:type="pct"/>
            <w:vAlign w:val="center"/>
          </w:tcPr>
          <w:p w14:paraId="469037A2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  <w:lang w:val="es-ES"/>
              </w:rPr>
            </w:pPr>
            <w:r w:rsidRPr="007F6044">
              <w:rPr>
                <w:rFonts w:eastAsia="Calibri"/>
                <w:szCs w:val="20"/>
                <w:lang w:val="es-ES"/>
              </w:rPr>
              <w:t>Rezultatul soluționării contestațiilor cu privire la proba scrisă</w:t>
            </w:r>
          </w:p>
        </w:tc>
        <w:tc>
          <w:tcPr>
            <w:tcW w:w="1570" w:type="pct"/>
            <w:vAlign w:val="center"/>
          </w:tcPr>
          <w:p w14:paraId="25B32642" w14:textId="6F4359A3" w:rsidR="004D7E5B" w:rsidRPr="007F6044" w:rsidRDefault="00C241D8" w:rsidP="00572E2E">
            <w:pPr>
              <w:jc w:val="center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8.10.2026</w:t>
            </w:r>
          </w:p>
          <w:p w14:paraId="64CF74BC" w14:textId="01093997" w:rsidR="004D7E5B" w:rsidRPr="007F6044" w:rsidRDefault="004D7E5B" w:rsidP="00572E2E">
            <w:pPr>
              <w:jc w:val="center"/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până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la ora 1</w:t>
            </w:r>
            <w:r w:rsidR="00C241D8">
              <w:rPr>
                <w:rFonts w:eastAsia="Calibri"/>
                <w:szCs w:val="20"/>
              </w:rPr>
              <w:t>6</w:t>
            </w:r>
            <w:r w:rsidRPr="007F6044">
              <w:rPr>
                <w:rFonts w:eastAsia="Calibri"/>
                <w:szCs w:val="20"/>
              </w:rPr>
              <w:t>.00</w:t>
            </w:r>
          </w:p>
        </w:tc>
        <w:tc>
          <w:tcPr>
            <w:tcW w:w="971" w:type="pct"/>
            <w:vAlign w:val="center"/>
          </w:tcPr>
          <w:p w14:paraId="05BE4A6F" w14:textId="77777777" w:rsidR="004D7E5B" w:rsidRPr="007F6044" w:rsidRDefault="004D7E5B" w:rsidP="00572E2E">
            <w:pPr>
              <w:pStyle w:val="NoSpacing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D7E5B" w:rsidRPr="00445541" w14:paraId="6C5B4FB4" w14:textId="77777777" w:rsidTr="00572E2E">
        <w:trPr>
          <w:cantSplit/>
          <w:trHeight w:val="20"/>
          <w:jc w:val="center"/>
        </w:trPr>
        <w:tc>
          <w:tcPr>
            <w:tcW w:w="290" w:type="pct"/>
            <w:vAlign w:val="center"/>
          </w:tcPr>
          <w:p w14:paraId="04E8C03C" w14:textId="77777777" w:rsidR="004D7E5B" w:rsidRPr="007F6044" w:rsidRDefault="004D7E5B" w:rsidP="004D7E5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0"/>
                <w:lang w:val="ro-RO"/>
              </w:rPr>
            </w:pPr>
          </w:p>
        </w:tc>
        <w:tc>
          <w:tcPr>
            <w:tcW w:w="2169" w:type="pct"/>
            <w:vAlign w:val="center"/>
          </w:tcPr>
          <w:p w14:paraId="70236DAC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Susţinerea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interviului</w:t>
            </w:r>
            <w:proofErr w:type="spellEnd"/>
          </w:p>
        </w:tc>
        <w:tc>
          <w:tcPr>
            <w:tcW w:w="1570" w:type="pct"/>
            <w:vAlign w:val="center"/>
          </w:tcPr>
          <w:p w14:paraId="1A336250" w14:textId="226CD3E2" w:rsidR="004D7E5B" w:rsidRPr="007F6044" w:rsidRDefault="00C241D8" w:rsidP="00572E2E">
            <w:pPr>
              <w:jc w:val="center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9.10.2026</w:t>
            </w:r>
          </w:p>
          <w:p w14:paraId="404F503C" w14:textId="77777777" w:rsidR="004D7E5B" w:rsidRPr="007F6044" w:rsidRDefault="004D7E5B" w:rsidP="00572E2E">
            <w:pPr>
              <w:jc w:val="center"/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începând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cu ora 10.00</w:t>
            </w:r>
          </w:p>
        </w:tc>
        <w:tc>
          <w:tcPr>
            <w:tcW w:w="971" w:type="pct"/>
            <w:vAlign w:val="center"/>
          </w:tcPr>
          <w:p w14:paraId="3DC5D7FA" w14:textId="77777777" w:rsidR="004D7E5B" w:rsidRDefault="004D7E5B" w:rsidP="00572E2E">
            <w:pPr>
              <w:jc w:val="both"/>
              <w:rPr>
                <w:szCs w:val="20"/>
                <w:lang w:val="ro-RO"/>
              </w:rPr>
            </w:pPr>
            <w:r w:rsidRPr="007F6044">
              <w:rPr>
                <w:szCs w:val="20"/>
                <w:lang w:val="ro-RO"/>
              </w:rPr>
              <w:t>sediul Primariei orasului Avrig, Str. Ghorghe Lazar nr. 10</w:t>
            </w:r>
          </w:p>
          <w:p w14:paraId="69FB64EA" w14:textId="77777777" w:rsidR="004D7E5B" w:rsidRPr="00445541" w:rsidRDefault="004D7E5B" w:rsidP="00572E2E">
            <w:pPr>
              <w:jc w:val="both"/>
              <w:rPr>
                <w:rFonts w:eastAsia="Calibri"/>
                <w:i/>
                <w:szCs w:val="20"/>
                <w:lang w:val="ro-RO"/>
              </w:rPr>
            </w:pPr>
          </w:p>
        </w:tc>
      </w:tr>
      <w:tr w:rsidR="004D7E5B" w:rsidRPr="007F6044" w14:paraId="2A67358F" w14:textId="77777777" w:rsidTr="00572E2E">
        <w:trPr>
          <w:cantSplit/>
          <w:trHeight w:val="569"/>
          <w:jc w:val="center"/>
        </w:trPr>
        <w:tc>
          <w:tcPr>
            <w:tcW w:w="290" w:type="pct"/>
            <w:vAlign w:val="center"/>
          </w:tcPr>
          <w:p w14:paraId="060D9F69" w14:textId="77777777" w:rsidR="004D7E5B" w:rsidRPr="007F6044" w:rsidRDefault="004D7E5B" w:rsidP="004D7E5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0"/>
                <w:lang w:val="ro-RO"/>
              </w:rPr>
            </w:pPr>
          </w:p>
        </w:tc>
        <w:tc>
          <w:tcPr>
            <w:tcW w:w="2169" w:type="pct"/>
            <w:vAlign w:val="center"/>
          </w:tcPr>
          <w:p w14:paraId="53A92BBA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Comunicarea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rezultatelor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la </w:t>
            </w:r>
            <w:proofErr w:type="spellStart"/>
            <w:r w:rsidRPr="007F6044">
              <w:rPr>
                <w:rFonts w:eastAsia="Calibri"/>
                <w:szCs w:val="20"/>
              </w:rPr>
              <w:t>interviu</w:t>
            </w:r>
            <w:proofErr w:type="spellEnd"/>
          </w:p>
        </w:tc>
        <w:tc>
          <w:tcPr>
            <w:tcW w:w="1570" w:type="pct"/>
            <w:vAlign w:val="center"/>
          </w:tcPr>
          <w:p w14:paraId="1BFF5B56" w14:textId="5AA3FB87" w:rsidR="004D7E5B" w:rsidRPr="007F6044" w:rsidRDefault="00C241D8" w:rsidP="00572E2E">
            <w:pPr>
              <w:jc w:val="center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9.10.2026</w:t>
            </w:r>
          </w:p>
          <w:p w14:paraId="2E5FA0C6" w14:textId="65D5BBCF" w:rsidR="004D7E5B" w:rsidRPr="007F6044" w:rsidRDefault="004D7E5B" w:rsidP="00572E2E">
            <w:pPr>
              <w:jc w:val="center"/>
              <w:rPr>
                <w:rFonts w:eastAsia="Calibri"/>
                <w:szCs w:val="20"/>
                <w:lang w:val="pt-PT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până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la ora 1</w:t>
            </w:r>
            <w:r w:rsidR="003139C1">
              <w:rPr>
                <w:rFonts w:eastAsia="Calibri"/>
                <w:szCs w:val="20"/>
              </w:rPr>
              <w:t>6</w:t>
            </w:r>
            <w:r w:rsidRPr="007F6044">
              <w:rPr>
                <w:rFonts w:eastAsia="Calibri"/>
                <w:szCs w:val="20"/>
              </w:rPr>
              <w:t>.00</w:t>
            </w:r>
          </w:p>
        </w:tc>
        <w:tc>
          <w:tcPr>
            <w:tcW w:w="971" w:type="pct"/>
            <w:vAlign w:val="center"/>
          </w:tcPr>
          <w:p w14:paraId="25A79E0E" w14:textId="77777777" w:rsidR="004D7E5B" w:rsidRPr="007F6044" w:rsidRDefault="004D7E5B" w:rsidP="00572E2E">
            <w:pPr>
              <w:rPr>
                <w:rFonts w:eastAsia="Calibri"/>
                <w:szCs w:val="20"/>
                <w:lang w:val="pt-PT"/>
              </w:rPr>
            </w:pPr>
          </w:p>
        </w:tc>
      </w:tr>
      <w:tr w:rsidR="004D7E5B" w:rsidRPr="000A4CB5" w14:paraId="25E1F894" w14:textId="77777777" w:rsidTr="00572E2E">
        <w:trPr>
          <w:cantSplit/>
          <w:trHeight w:val="20"/>
          <w:jc w:val="center"/>
        </w:trPr>
        <w:tc>
          <w:tcPr>
            <w:tcW w:w="290" w:type="pct"/>
            <w:vAlign w:val="center"/>
          </w:tcPr>
          <w:p w14:paraId="547E8ACF" w14:textId="77777777" w:rsidR="004D7E5B" w:rsidRPr="007F6044" w:rsidRDefault="004D7E5B" w:rsidP="004D7E5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0"/>
                <w:lang w:val="ro-RO"/>
              </w:rPr>
            </w:pPr>
          </w:p>
        </w:tc>
        <w:tc>
          <w:tcPr>
            <w:tcW w:w="2169" w:type="pct"/>
            <w:vAlign w:val="center"/>
          </w:tcPr>
          <w:p w14:paraId="15A01B91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Depunerea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contestațiilor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cu </w:t>
            </w:r>
            <w:proofErr w:type="spellStart"/>
            <w:r w:rsidRPr="007F6044">
              <w:rPr>
                <w:rFonts w:eastAsia="Calibri"/>
                <w:szCs w:val="20"/>
              </w:rPr>
              <w:t>privire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la </w:t>
            </w:r>
            <w:proofErr w:type="spellStart"/>
            <w:r w:rsidRPr="007F6044">
              <w:rPr>
                <w:rFonts w:eastAsia="Calibri"/>
                <w:szCs w:val="20"/>
              </w:rPr>
              <w:t>rezultatul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interviului</w:t>
            </w:r>
            <w:proofErr w:type="spellEnd"/>
          </w:p>
        </w:tc>
        <w:tc>
          <w:tcPr>
            <w:tcW w:w="1570" w:type="pct"/>
            <w:vAlign w:val="center"/>
          </w:tcPr>
          <w:p w14:paraId="3A4E4086" w14:textId="2C311545" w:rsidR="004D7E5B" w:rsidRPr="007F6044" w:rsidRDefault="004D7E5B" w:rsidP="00572E2E">
            <w:pPr>
              <w:jc w:val="center"/>
              <w:rPr>
                <w:rFonts w:eastAsia="Calibri"/>
                <w:szCs w:val="20"/>
                <w:lang w:val="pt-PT"/>
              </w:rPr>
            </w:pPr>
            <w:r w:rsidRPr="007F6044">
              <w:rPr>
                <w:rFonts w:eastAsia="Calibri"/>
                <w:szCs w:val="20"/>
                <w:lang w:val="pt-PT"/>
              </w:rPr>
              <w:t xml:space="preserve">până la data de </w:t>
            </w:r>
            <w:r w:rsidR="00C241D8">
              <w:rPr>
                <w:rFonts w:eastAsia="Calibri"/>
                <w:szCs w:val="20"/>
                <w:lang w:val="pt-PT"/>
              </w:rPr>
              <w:t>12.10.2026</w:t>
            </w:r>
            <w:r w:rsidRPr="007F6044">
              <w:rPr>
                <w:rFonts w:eastAsia="Calibri"/>
                <w:szCs w:val="20"/>
                <w:lang w:val="pt-PT"/>
              </w:rPr>
              <w:t>, ora 1</w:t>
            </w:r>
            <w:r w:rsidR="00C241D8">
              <w:rPr>
                <w:rFonts w:eastAsia="Calibri"/>
                <w:szCs w:val="20"/>
                <w:lang w:val="pt-PT"/>
              </w:rPr>
              <w:t>0</w:t>
            </w:r>
            <w:r w:rsidRPr="007F6044">
              <w:rPr>
                <w:rFonts w:eastAsia="Calibri"/>
                <w:szCs w:val="20"/>
                <w:lang w:val="pt-PT"/>
              </w:rPr>
              <w:t>.00</w:t>
            </w:r>
          </w:p>
        </w:tc>
        <w:tc>
          <w:tcPr>
            <w:tcW w:w="971" w:type="pct"/>
            <w:vAlign w:val="center"/>
          </w:tcPr>
          <w:p w14:paraId="670E2D05" w14:textId="77777777" w:rsidR="004D7E5B" w:rsidRPr="007F6044" w:rsidRDefault="004D7E5B" w:rsidP="00572E2E">
            <w:pPr>
              <w:rPr>
                <w:rFonts w:eastAsia="Calibri"/>
                <w:szCs w:val="20"/>
                <w:lang w:val="pt-PT"/>
              </w:rPr>
            </w:pPr>
          </w:p>
        </w:tc>
      </w:tr>
      <w:tr w:rsidR="004D7E5B" w:rsidRPr="007F6044" w14:paraId="71C0FDC3" w14:textId="77777777" w:rsidTr="00572E2E">
        <w:trPr>
          <w:cantSplit/>
          <w:trHeight w:val="20"/>
          <w:jc w:val="center"/>
        </w:trPr>
        <w:tc>
          <w:tcPr>
            <w:tcW w:w="290" w:type="pct"/>
            <w:vAlign w:val="center"/>
          </w:tcPr>
          <w:p w14:paraId="6909FE7C" w14:textId="77777777" w:rsidR="004D7E5B" w:rsidRPr="007F6044" w:rsidRDefault="004D7E5B" w:rsidP="004D7E5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0"/>
                <w:lang w:val="ro-RO"/>
              </w:rPr>
            </w:pPr>
          </w:p>
        </w:tc>
        <w:tc>
          <w:tcPr>
            <w:tcW w:w="2169" w:type="pct"/>
            <w:vAlign w:val="center"/>
          </w:tcPr>
          <w:p w14:paraId="3F74C825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Rezultatul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soluționării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contestațiilor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cu </w:t>
            </w:r>
            <w:proofErr w:type="spellStart"/>
            <w:r w:rsidRPr="007F6044">
              <w:rPr>
                <w:rFonts w:eastAsia="Calibri"/>
                <w:szCs w:val="20"/>
              </w:rPr>
              <w:t>privire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la </w:t>
            </w:r>
            <w:proofErr w:type="spellStart"/>
            <w:r w:rsidRPr="007F6044">
              <w:rPr>
                <w:rFonts w:eastAsia="Calibri"/>
                <w:szCs w:val="20"/>
              </w:rPr>
              <w:t>interviu</w:t>
            </w:r>
            <w:proofErr w:type="spellEnd"/>
          </w:p>
        </w:tc>
        <w:tc>
          <w:tcPr>
            <w:tcW w:w="1570" w:type="pct"/>
            <w:vAlign w:val="center"/>
          </w:tcPr>
          <w:p w14:paraId="7E2EF8E5" w14:textId="77777777" w:rsidR="004D7E5B" w:rsidRDefault="004D7E5B" w:rsidP="00572E2E">
            <w:pPr>
              <w:jc w:val="center"/>
              <w:rPr>
                <w:rFonts w:eastAsia="Calibri"/>
                <w:color w:val="000000"/>
                <w:szCs w:val="20"/>
              </w:rPr>
            </w:pPr>
          </w:p>
          <w:p w14:paraId="6B0F7801" w14:textId="715150EF" w:rsidR="004D7E5B" w:rsidRDefault="00C241D8" w:rsidP="00572E2E">
            <w:pPr>
              <w:jc w:val="center"/>
              <w:rPr>
                <w:rFonts w:eastAsia="Calibri"/>
                <w:color w:val="000000"/>
                <w:szCs w:val="20"/>
              </w:rPr>
            </w:pPr>
            <w:r>
              <w:rPr>
                <w:rFonts w:eastAsia="Calibri"/>
                <w:color w:val="000000"/>
                <w:szCs w:val="20"/>
              </w:rPr>
              <w:t>12.10.2026</w:t>
            </w:r>
          </w:p>
          <w:p w14:paraId="4B7BA04B" w14:textId="681FC4AC" w:rsidR="004D7E5B" w:rsidRDefault="004D7E5B" w:rsidP="00572E2E">
            <w:pPr>
              <w:jc w:val="center"/>
              <w:rPr>
                <w:rFonts w:eastAsia="Calibri"/>
                <w:color w:val="00000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Cs w:val="20"/>
              </w:rPr>
              <w:t>până</w:t>
            </w:r>
            <w:proofErr w:type="spellEnd"/>
            <w:r>
              <w:rPr>
                <w:rFonts w:eastAsia="Calibri"/>
                <w:color w:val="000000"/>
                <w:szCs w:val="20"/>
              </w:rPr>
              <w:t xml:space="preserve"> la ora 1</w:t>
            </w:r>
            <w:r w:rsidR="00C241D8">
              <w:rPr>
                <w:rFonts w:eastAsia="Calibri"/>
                <w:color w:val="000000"/>
                <w:szCs w:val="20"/>
              </w:rPr>
              <w:t>6</w:t>
            </w:r>
          </w:p>
        </w:tc>
        <w:tc>
          <w:tcPr>
            <w:tcW w:w="971" w:type="pct"/>
            <w:vAlign w:val="center"/>
          </w:tcPr>
          <w:p w14:paraId="60C146AB" w14:textId="77777777" w:rsidR="004D7E5B" w:rsidRPr="007F6044" w:rsidRDefault="004D7E5B" w:rsidP="00572E2E">
            <w:pPr>
              <w:rPr>
                <w:rFonts w:eastAsia="Calibri"/>
                <w:szCs w:val="20"/>
              </w:rPr>
            </w:pPr>
          </w:p>
        </w:tc>
      </w:tr>
      <w:tr w:rsidR="004D7E5B" w:rsidRPr="007F6044" w14:paraId="7E26D395" w14:textId="77777777" w:rsidTr="00572E2E">
        <w:trPr>
          <w:cantSplit/>
          <w:trHeight w:val="20"/>
          <w:jc w:val="center"/>
        </w:trPr>
        <w:tc>
          <w:tcPr>
            <w:tcW w:w="290" w:type="pct"/>
            <w:vAlign w:val="center"/>
          </w:tcPr>
          <w:p w14:paraId="13D41469" w14:textId="77777777" w:rsidR="004D7E5B" w:rsidRPr="007F6044" w:rsidRDefault="004D7E5B" w:rsidP="004D7E5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0"/>
                <w:lang w:val="ro-RO"/>
              </w:rPr>
            </w:pPr>
          </w:p>
        </w:tc>
        <w:tc>
          <w:tcPr>
            <w:tcW w:w="2169" w:type="pct"/>
            <w:vAlign w:val="center"/>
          </w:tcPr>
          <w:p w14:paraId="4A1FA948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rFonts w:eastAsia="Calibri"/>
                <w:szCs w:val="20"/>
              </w:rPr>
              <w:t>Comunicarea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</w:t>
            </w:r>
            <w:proofErr w:type="spellStart"/>
            <w:r w:rsidRPr="007F6044">
              <w:rPr>
                <w:rFonts w:eastAsia="Calibri"/>
                <w:szCs w:val="20"/>
              </w:rPr>
              <w:t>rezultatelor</w:t>
            </w:r>
            <w:proofErr w:type="spellEnd"/>
            <w:r w:rsidRPr="007F6044">
              <w:rPr>
                <w:rFonts w:eastAsia="Calibri"/>
                <w:szCs w:val="20"/>
              </w:rPr>
              <w:t xml:space="preserve"> finale ale </w:t>
            </w:r>
            <w:proofErr w:type="spellStart"/>
            <w:r w:rsidRPr="007F6044">
              <w:rPr>
                <w:rFonts w:eastAsia="Calibri"/>
                <w:szCs w:val="20"/>
              </w:rPr>
              <w:t>concursului</w:t>
            </w:r>
            <w:proofErr w:type="spellEnd"/>
          </w:p>
        </w:tc>
        <w:tc>
          <w:tcPr>
            <w:tcW w:w="1570" w:type="pct"/>
            <w:vAlign w:val="center"/>
          </w:tcPr>
          <w:p w14:paraId="3BADFE48" w14:textId="46D6AF2D" w:rsidR="004D7E5B" w:rsidRDefault="00C241D8" w:rsidP="00572E2E">
            <w:pPr>
              <w:jc w:val="center"/>
              <w:rPr>
                <w:rFonts w:eastAsia="Calibri"/>
                <w:color w:val="000000"/>
                <w:szCs w:val="20"/>
              </w:rPr>
            </w:pPr>
            <w:r>
              <w:rPr>
                <w:rFonts w:eastAsia="Calibri"/>
                <w:color w:val="000000"/>
                <w:szCs w:val="20"/>
              </w:rPr>
              <w:t>1</w:t>
            </w:r>
            <w:r w:rsidR="003139C1">
              <w:rPr>
                <w:rFonts w:eastAsia="Calibri"/>
                <w:color w:val="000000"/>
                <w:szCs w:val="20"/>
              </w:rPr>
              <w:t>3</w:t>
            </w:r>
            <w:r>
              <w:rPr>
                <w:rFonts w:eastAsia="Calibri"/>
                <w:color w:val="000000"/>
                <w:szCs w:val="20"/>
              </w:rPr>
              <w:t>.10.2026</w:t>
            </w:r>
          </w:p>
          <w:p w14:paraId="1D00E2CE" w14:textId="0AA109CD" w:rsidR="004D7E5B" w:rsidRDefault="004D7E5B" w:rsidP="00572E2E">
            <w:pPr>
              <w:jc w:val="center"/>
              <w:rPr>
                <w:rFonts w:eastAsia="Calibri"/>
                <w:color w:val="00000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Cs w:val="20"/>
              </w:rPr>
              <w:t>până</w:t>
            </w:r>
            <w:proofErr w:type="spellEnd"/>
            <w:r>
              <w:rPr>
                <w:rFonts w:eastAsia="Calibri"/>
                <w:color w:val="000000"/>
                <w:szCs w:val="20"/>
              </w:rPr>
              <w:t xml:space="preserve"> la ora 1</w:t>
            </w:r>
            <w:r w:rsidR="003139C1">
              <w:rPr>
                <w:rFonts w:eastAsia="Calibri"/>
                <w:color w:val="000000"/>
                <w:szCs w:val="20"/>
              </w:rPr>
              <w:t>0</w:t>
            </w:r>
            <w:r>
              <w:rPr>
                <w:rFonts w:eastAsia="Calibri"/>
                <w:color w:val="000000"/>
                <w:szCs w:val="20"/>
              </w:rPr>
              <w:t>.00</w:t>
            </w:r>
          </w:p>
        </w:tc>
        <w:tc>
          <w:tcPr>
            <w:tcW w:w="971" w:type="pct"/>
            <w:vAlign w:val="center"/>
          </w:tcPr>
          <w:p w14:paraId="4609B9B9" w14:textId="77777777" w:rsidR="004D7E5B" w:rsidRPr="007F6044" w:rsidRDefault="004D7E5B" w:rsidP="00572E2E">
            <w:pPr>
              <w:rPr>
                <w:rFonts w:eastAsia="Calibri"/>
                <w:szCs w:val="20"/>
              </w:rPr>
            </w:pPr>
          </w:p>
        </w:tc>
      </w:tr>
      <w:tr w:rsidR="004D7E5B" w:rsidRPr="007F6044" w14:paraId="33D837B5" w14:textId="77777777" w:rsidTr="00572E2E">
        <w:trPr>
          <w:cantSplit/>
          <w:trHeight w:val="20"/>
          <w:jc w:val="center"/>
        </w:trPr>
        <w:tc>
          <w:tcPr>
            <w:tcW w:w="290" w:type="pct"/>
            <w:vAlign w:val="center"/>
          </w:tcPr>
          <w:p w14:paraId="328FF21E" w14:textId="77777777" w:rsidR="004D7E5B" w:rsidRPr="007F6044" w:rsidRDefault="004D7E5B" w:rsidP="004D7E5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0"/>
                <w:lang w:val="ro-RO"/>
              </w:rPr>
            </w:pPr>
          </w:p>
        </w:tc>
        <w:tc>
          <w:tcPr>
            <w:tcW w:w="2169" w:type="pct"/>
            <w:vAlign w:val="center"/>
          </w:tcPr>
          <w:p w14:paraId="57482D75" w14:textId="77777777" w:rsidR="004D7E5B" w:rsidRPr="007F6044" w:rsidRDefault="004D7E5B" w:rsidP="00572E2E">
            <w:pPr>
              <w:jc w:val="both"/>
              <w:rPr>
                <w:rFonts w:eastAsia="Calibri"/>
                <w:szCs w:val="20"/>
              </w:rPr>
            </w:pPr>
            <w:proofErr w:type="spellStart"/>
            <w:r w:rsidRPr="007F6044">
              <w:rPr>
                <w:szCs w:val="20"/>
              </w:rPr>
              <w:t>Prezentare</w:t>
            </w:r>
            <w:proofErr w:type="spellEnd"/>
            <w:r w:rsidRPr="007F6044">
              <w:rPr>
                <w:szCs w:val="20"/>
              </w:rPr>
              <w:t xml:space="preserve"> la post</w:t>
            </w:r>
          </w:p>
        </w:tc>
        <w:tc>
          <w:tcPr>
            <w:tcW w:w="1570" w:type="pct"/>
            <w:vAlign w:val="bottom"/>
          </w:tcPr>
          <w:p w14:paraId="0704C310" w14:textId="77777777" w:rsidR="004D7E5B" w:rsidRDefault="004D7E5B" w:rsidP="00572E2E">
            <w:pPr>
              <w:jc w:val="center"/>
              <w:rPr>
                <w:rFonts w:eastAsia="Calibri"/>
                <w:color w:val="000000"/>
                <w:szCs w:val="20"/>
              </w:rPr>
            </w:pPr>
            <w:proofErr w:type="spellStart"/>
            <w:r>
              <w:rPr>
                <w:color w:val="000000"/>
                <w:szCs w:val="20"/>
              </w:rPr>
              <w:t>în</w:t>
            </w:r>
            <w:proofErr w:type="spellEnd"/>
            <w:r>
              <w:rPr>
                <w:color w:val="000000"/>
                <w:szCs w:val="20"/>
              </w:rPr>
              <w:t xml:space="preserve"> termen de 15 </w:t>
            </w:r>
            <w:proofErr w:type="spellStart"/>
            <w:r>
              <w:rPr>
                <w:color w:val="000000"/>
                <w:szCs w:val="20"/>
              </w:rPr>
              <w:t>zile</w:t>
            </w:r>
            <w:proofErr w:type="spellEnd"/>
            <w:r>
              <w:rPr>
                <w:color w:val="00000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Cs w:val="20"/>
              </w:rPr>
              <w:t>calendaristice</w:t>
            </w:r>
            <w:proofErr w:type="spellEnd"/>
            <w:r>
              <w:rPr>
                <w:color w:val="000000"/>
                <w:szCs w:val="20"/>
              </w:rPr>
              <w:t xml:space="preserve"> de la data </w:t>
            </w:r>
            <w:proofErr w:type="spellStart"/>
            <w:r>
              <w:rPr>
                <w:color w:val="000000"/>
                <w:szCs w:val="20"/>
              </w:rPr>
              <w:t>afișării</w:t>
            </w:r>
            <w:proofErr w:type="spellEnd"/>
            <w:r>
              <w:rPr>
                <w:color w:val="00000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Cs w:val="20"/>
              </w:rPr>
              <w:t>rezultatelor</w:t>
            </w:r>
            <w:proofErr w:type="spellEnd"/>
            <w:r>
              <w:rPr>
                <w:color w:val="000000"/>
                <w:szCs w:val="20"/>
              </w:rPr>
              <w:t xml:space="preserve"> finale</w:t>
            </w:r>
          </w:p>
        </w:tc>
        <w:tc>
          <w:tcPr>
            <w:tcW w:w="971" w:type="pct"/>
            <w:vAlign w:val="center"/>
          </w:tcPr>
          <w:p w14:paraId="5CBC0352" w14:textId="77777777" w:rsidR="004D7E5B" w:rsidRPr="007F6044" w:rsidRDefault="004D7E5B" w:rsidP="00572E2E">
            <w:pPr>
              <w:rPr>
                <w:rFonts w:eastAsia="Calibri"/>
                <w:szCs w:val="20"/>
              </w:rPr>
            </w:pPr>
          </w:p>
        </w:tc>
      </w:tr>
    </w:tbl>
    <w:p w14:paraId="5F6C1F93" w14:textId="2C5D9743" w:rsidR="00157769" w:rsidRDefault="00157769">
      <w:pPr>
        <w:keepNext/>
        <w:spacing w:after="100"/>
      </w:pPr>
    </w:p>
    <w:p w14:paraId="6F7A1629" w14:textId="77777777" w:rsidR="00786286" w:rsidRDefault="00786286">
      <w:pPr>
        <w:keepNext/>
        <w:spacing w:after="100"/>
      </w:pPr>
    </w:p>
    <w:p w14:paraId="591E3B77" w14:textId="77777777" w:rsidR="00786286" w:rsidRDefault="00786286">
      <w:pPr>
        <w:keepNext/>
        <w:spacing w:after="100"/>
      </w:pPr>
    </w:p>
    <w:p w14:paraId="2EE21855" w14:textId="77777777" w:rsidR="00FB4CBE" w:rsidRDefault="00FB4CBE" w:rsidP="00FB4CBE">
      <w:pPr>
        <w:jc w:val="center"/>
        <w:rPr>
          <w:b/>
          <w:bCs/>
          <w:sz w:val="24"/>
          <w:szCs w:val="24"/>
        </w:rPr>
      </w:pPr>
    </w:p>
    <w:p w14:paraId="63117938" w14:textId="4E0D6C45" w:rsidR="00FB4CBE" w:rsidRDefault="00794C3D" w:rsidP="00794C3D">
      <w:pPr>
        <w:jc w:val="both"/>
        <w:rPr>
          <w:b/>
          <w:bCs/>
          <w:szCs w:val="20"/>
          <w:lang w:val="pt-PT"/>
        </w:rPr>
      </w:pPr>
      <w:r>
        <w:rPr>
          <w:b/>
          <w:bCs/>
          <w:sz w:val="24"/>
          <w:szCs w:val="24"/>
          <w:lang w:val="pt-PT"/>
        </w:rPr>
        <w:t xml:space="preserve">       </w:t>
      </w:r>
      <w:r w:rsidR="00DA23EE">
        <w:rPr>
          <w:b/>
          <w:bCs/>
          <w:sz w:val="24"/>
          <w:szCs w:val="24"/>
          <w:lang w:val="pt-PT"/>
        </w:rPr>
        <w:tab/>
      </w:r>
      <w:r w:rsidRPr="00DA23EE">
        <w:rPr>
          <w:b/>
          <w:bCs/>
          <w:sz w:val="22"/>
          <w:lang w:val="pt-PT"/>
        </w:rPr>
        <w:t xml:space="preserve"> PRIMAR            </w:t>
      </w:r>
      <w:r w:rsidR="00DA23EE" w:rsidRPr="00DA23EE">
        <w:rPr>
          <w:b/>
          <w:bCs/>
          <w:sz w:val="22"/>
          <w:lang w:val="pt-PT"/>
        </w:rPr>
        <w:t xml:space="preserve">            RESPONSABIL FINANCIAR </w:t>
      </w:r>
      <w:r w:rsidR="00DA23EE" w:rsidRPr="00DA23EE">
        <w:rPr>
          <w:b/>
          <w:bCs/>
          <w:sz w:val="22"/>
          <w:lang w:val="pt-PT"/>
        </w:rPr>
        <w:tab/>
      </w:r>
      <w:r w:rsidR="00DA23EE">
        <w:rPr>
          <w:b/>
          <w:bCs/>
          <w:sz w:val="22"/>
          <w:lang w:val="pt-PT"/>
        </w:rPr>
        <w:t xml:space="preserve">    </w:t>
      </w:r>
      <w:r w:rsidRPr="00DA23EE">
        <w:rPr>
          <w:b/>
          <w:bCs/>
          <w:sz w:val="22"/>
          <w:lang w:val="pt-PT"/>
        </w:rPr>
        <w:t xml:space="preserve"> </w:t>
      </w:r>
      <w:r w:rsidRPr="00DA23EE">
        <w:rPr>
          <w:b/>
          <w:bCs/>
          <w:szCs w:val="20"/>
          <w:lang w:val="pt-PT"/>
        </w:rPr>
        <w:t>RESPONSABIL RESURSE UMANE</w:t>
      </w:r>
    </w:p>
    <w:p w14:paraId="5B153E78" w14:textId="5574CEF0" w:rsidR="00794C3D" w:rsidRPr="00794C3D" w:rsidRDefault="00794C3D" w:rsidP="00DA23EE">
      <w:pPr>
        <w:jc w:val="both"/>
        <w:rPr>
          <w:b/>
          <w:bCs/>
          <w:szCs w:val="20"/>
          <w:lang w:val="pt-PT"/>
        </w:rPr>
      </w:pPr>
      <w:r>
        <w:rPr>
          <w:b/>
          <w:bCs/>
          <w:szCs w:val="20"/>
          <w:lang w:val="pt-PT"/>
        </w:rPr>
        <w:t xml:space="preserve">DAVID ADRIAN-DUMITRU                 </w:t>
      </w:r>
      <w:r w:rsidR="00DA23EE">
        <w:rPr>
          <w:b/>
          <w:bCs/>
          <w:szCs w:val="20"/>
          <w:lang w:val="pt-PT"/>
        </w:rPr>
        <w:t>BODEA MARIOARA</w:t>
      </w:r>
      <w:r>
        <w:rPr>
          <w:b/>
          <w:bCs/>
          <w:szCs w:val="20"/>
          <w:lang w:val="pt-PT"/>
        </w:rPr>
        <w:t xml:space="preserve">                                         VINTILA ELENA</w:t>
      </w:r>
    </w:p>
    <w:p w14:paraId="144DA739" w14:textId="77777777" w:rsidR="00FB4CBE" w:rsidRPr="00794C3D" w:rsidRDefault="00FB4CBE" w:rsidP="00FB4CBE">
      <w:pPr>
        <w:jc w:val="center"/>
        <w:rPr>
          <w:b/>
          <w:bCs/>
          <w:sz w:val="24"/>
          <w:szCs w:val="24"/>
          <w:lang w:val="pt-PT"/>
        </w:rPr>
      </w:pPr>
    </w:p>
    <w:p w14:paraId="7B5E9269" w14:textId="77777777" w:rsidR="00FB4CBE" w:rsidRPr="00794C3D" w:rsidRDefault="00FB4CBE" w:rsidP="00FB4CBE">
      <w:pPr>
        <w:jc w:val="center"/>
        <w:rPr>
          <w:b/>
          <w:bCs/>
          <w:sz w:val="24"/>
          <w:szCs w:val="24"/>
          <w:lang w:val="pt-PT"/>
        </w:rPr>
      </w:pPr>
    </w:p>
    <w:p w14:paraId="539A42BC" w14:textId="77777777" w:rsidR="00FB4CBE" w:rsidRPr="00794C3D" w:rsidRDefault="00FB4CBE" w:rsidP="00FB4CBE">
      <w:pPr>
        <w:jc w:val="center"/>
        <w:rPr>
          <w:b/>
          <w:bCs/>
          <w:sz w:val="24"/>
          <w:szCs w:val="24"/>
          <w:lang w:val="pt-PT"/>
        </w:rPr>
      </w:pPr>
    </w:p>
    <w:p w14:paraId="538FDD94" w14:textId="77777777" w:rsidR="00FB4CBE" w:rsidRPr="00794C3D" w:rsidRDefault="00FB4CBE" w:rsidP="00FB4CBE">
      <w:pPr>
        <w:jc w:val="center"/>
        <w:rPr>
          <w:b/>
          <w:bCs/>
          <w:sz w:val="24"/>
          <w:szCs w:val="24"/>
          <w:lang w:val="pt-PT"/>
        </w:rPr>
      </w:pPr>
    </w:p>
    <w:p w14:paraId="229420F4" w14:textId="77777777" w:rsidR="00FB4CBE" w:rsidRPr="00794C3D" w:rsidRDefault="00FB4CBE" w:rsidP="00FB4CBE">
      <w:pPr>
        <w:jc w:val="center"/>
        <w:rPr>
          <w:b/>
          <w:bCs/>
          <w:sz w:val="24"/>
          <w:szCs w:val="24"/>
          <w:lang w:val="pt-PT"/>
        </w:rPr>
      </w:pPr>
    </w:p>
    <w:p w14:paraId="466BE652" w14:textId="04FEE645" w:rsidR="00FB4CBE" w:rsidRPr="00794C3D" w:rsidRDefault="00FB4CBE" w:rsidP="00FB4CBE">
      <w:pPr>
        <w:jc w:val="center"/>
        <w:rPr>
          <w:b/>
          <w:bCs/>
          <w:sz w:val="24"/>
          <w:szCs w:val="24"/>
          <w:lang w:val="pt-PT"/>
        </w:rPr>
      </w:pPr>
      <w:r w:rsidRPr="00794C3D">
        <w:rPr>
          <w:b/>
          <w:bCs/>
          <w:sz w:val="24"/>
          <w:szCs w:val="24"/>
          <w:lang w:val="pt-PT"/>
        </w:rPr>
        <w:t>Bibliografie / Tematica</w:t>
      </w:r>
    </w:p>
    <w:p w14:paraId="7FB2C23C" w14:textId="77777777" w:rsidR="00FB4CBE" w:rsidRPr="00794C3D" w:rsidRDefault="00FB4CBE" w:rsidP="00FB4CBE">
      <w:pPr>
        <w:pStyle w:val="ListParagraph"/>
        <w:rPr>
          <w:sz w:val="24"/>
          <w:szCs w:val="24"/>
          <w:lang w:val="pt-PT"/>
        </w:rPr>
      </w:pPr>
    </w:p>
    <w:p w14:paraId="07D27CA6" w14:textId="77777777" w:rsidR="00FB4CBE" w:rsidRPr="00FB4CBE" w:rsidRDefault="00FB4CBE" w:rsidP="00FB4CBE">
      <w:pPr>
        <w:pStyle w:val="ListParagraph"/>
        <w:ind w:left="0"/>
        <w:rPr>
          <w:b/>
          <w:bCs/>
          <w:sz w:val="24"/>
          <w:szCs w:val="24"/>
        </w:rPr>
      </w:pPr>
      <w:r w:rsidRPr="00FB4CBE">
        <w:rPr>
          <w:b/>
          <w:bCs/>
          <w:sz w:val="24"/>
          <w:szCs w:val="24"/>
        </w:rPr>
        <w:t xml:space="preserve">Manager de </w:t>
      </w:r>
      <w:proofErr w:type="spellStart"/>
      <w:r w:rsidRPr="00FB4CBE">
        <w:rPr>
          <w:b/>
          <w:bCs/>
          <w:sz w:val="24"/>
          <w:szCs w:val="24"/>
        </w:rPr>
        <w:t>caz</w:t>
      </w:r>
      <w:proofErr w:type="spellEnd"/>
      <w:r w:rsidRPr="00FB4CBE">
        <w:rPr>
          <w:b/>
          <w:bCs/>
          <w:sz w:val="24"/>
          <w:szCs w:val="24"/>
        </w:rPr>
        <w:t xml:space="preserve"> (</w:t>
      </w:r>
      <w:proofErr w:type="spellStart"/>
      <w:r w:rsidRPr="00FB4CBE">
        <w:rPr>
          <w:b/>
          <w:bCs/>
          <w:sz w:val="24"/>
          <w:szCs w:val="24"/>
        </w:rPr>
        <w:t>Asistent</w:t>
      </w:r>
      <w:proofErr w:type="spellEnd"/>
      <w:r w:rsidRPr="00FB4CBE">
        <w:rPr>
          <w:b/>
          <w:bCs/>
          <w:sz w:val="24"/>
          <w:szCs w:val="24"/>
        </w:rPr>
        <w:t xml:space="preserve"> social) </w:t>
      </w:r>
    </w:p>
    <w:p w14:paraId="3104A1BB" w14:textId="77D18584" w:rsidR="00FB4CBE" w:rsidRPr="00FB4CBE" w:rsidRDefault="00FB4CBE" w:rsidP="00FB4CBE">
      <w:pPr>
        <w:pStyle w:val="ListParagraph"/>
        <w:numPr>
          <w:ilvl w:val="0"/>
          <w:numId w:val="20"/>
        </w:numPr>
        <w:spacing w:after="160" w:line="278" w:lineRule="auto"/>
        <w:rPr>
          <w:sz w:val="24"/>
          <w:szCs w:val="24"/>
        </w:rPr>
      </w:pPr>
      <w:r w:rsidRPr="00FB4CBE">
        <w:rPr>
          <w:sz w:val="24"/>
          <w:szCs w:val="24"/>
        </w:rPr>
        <w:t xml:space="preserve">Legea </w:t>
      </w:r>
      <w:proofErr w:type="spellStart"/>
      <w:r w:rsidRPr="00FB4CBE">
        <w:rPr>
          <w:sz w:val="24"/>
          <w:szCs w:val="24"/>
        </w:rPr>
        <w:t>asistenței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sociale</w:t>
      </w:r>
      <w:proofErr w:type="spellEnd"/>
      <w:r w:rsidRPr="00FB4CBE">
        <w:rPr>
          <w:sz w:val="24"/>
          <w:szCs w:val="24"/>
        </w:rPr>
        <w:t xml:space="preserve"> nr. 292/2011, </w:t>
      </w:r>
      <w:proofErr w:type="spellStart"/>
      <w:r w:rsidRPr="00FB4CBE">
        <w:rPr>
          <w:sz w:val="24"/>
          <w:szCs w:val="24"/>
        </w:rPr>
        <w:t>actualizată</w:t>
      </w:r>
      <w:proofErr w:type="spellEnd"/>
      <w:r w:rsidRPr="00FB4CBE">
        <w:rPr>
          <w:sz w:val="24"/>
          <w:szCs w:val="24"/>
        </w:rPr>
        <w:t xml:space="preserve"> </w:t>
      </w:r>
      <w:proofErr w:type="gramStart"/>
      <w:r w:rsidRPr="00FB4CBE">
        <w:rPr>
          <w:sz w:val="24"/>
          <w:szCs w:val="24"/>
        </w:rPr>
        <w:t xml:space="preserve">– </w:t>
      </w:r>
      <w:r w:rsidR="00794C3D">
        <w:rPr>
          <w:sz w:val="24"/>
          <w:szCs w:val="24"/>
        </w:rPr>
        <w:t xml:space="preserve"> </w:t>
      </w:r>
      <w:proofErr w:type="spellStart"/>
      <w:r w:rsidR="00794C3D">
        <w:rPr>
          <w:sz w:val="24"/>
          <w:szCs w:val="24"/>
        </w:rPr>
        <w:t>Tematica</w:t>
      </w:r>
      <w:proofErr w:type="spellEnd"/>
      <w:proofErr w:type="gramEnd"/>
      <w:r w:rsidR="00794C3D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Capitolul</w:t>
      </w:r>
      <w:proofErr w:type="spellEnd"/>
      <w:r w:rsidRPr="00FB4CBE">
        <w:rPr>
          <w:sz w:val="24"/>
          <w:szCs w:val="24"/>
        </w:rPr>
        <w:t xml:space="preserve"> IV </w:t>
      </w:r>
      <w:proofErr w:type="spellStart"/>
      <w:r w:rsidRPr="00FB4CBE">
        <w:rPr>
          <w:sz w:val="24"/>
          <w:szCs w:val="24"/>
        </w:rPr>
        <w:t>Secțiunea</w:t>
      </w:r>
      <w:proofErr w:type="spellEnd"/>
      <w:r w:rsidRPr="00FB4CBE">
        <w:rPr>
          <w:sz w:val="24"/>
          <w:szCs w:val="24"/>
        </w:rPr>
        <w:t xml:space="preserve"> 2 </w:t>
      </w:r>
      <w:proofErr w:type="spellStart"/>
      <w:r w:rsidRPr="00FB4CBE">
        <w:rPr>
          <w:sz w:val="24"/>
          <w:szCs w:val="24"/>
        </w:rPr>
        <w:t>Asistența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socială</w:t>
      </w:r>
      <w:proofErr w:type="spellEnd"/>
      <w:r w:rsidRPr="00FB4CBE">
        <w:rPr>
          <w:sz w:val="24"/>
          <w:szCs w:val="24"/>
        </w:rPr>
        <w:t xml:space="preserve"> a </w:t>
      </w:r>
      <w:proofErr w:type="spellStart"/>
      <w:r w:rsidRPr="00FB4CBE">
        <w:rPr>
          <w:sz w:val="24"/>
          <w:szCs w:val="24"/>
        </w:rPr>
        <w:t>copilului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și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familiei</w:t>
      </w:r>
      <w:proofErr w:type="spellEnd"/>
      <w:r w:rsidRPr="00FB4CBE">
        <w:rPr>
          <w:sz w:val="24"/>
          <w:szCs w:val="24"/>
        </w:rPr>
        <w:t>;</w:t>
      </w:r>
    </w:p>
    <w:p w14:paraId="19BD49F8" w14:textId="3B6AF082" w:rsidR="00FB4CBE" w:rsidRPr="00794C3D" w:rsidRDefault="00FB4CBE" w:rsidP="00FB4CBE">
      <w:pPr>
        <w:pStyle w:val="ListParagraph"/>
        <w:numPr>
          <w:ilvl w:val="0"/>
          <w:numId w:val="20"/>
        </w:numPr>
        <w:spacing w:after="160" w:line="278" w:lineRule="auto"/>
        <w:rPr>
          <w:b/>
          <w:bCs/>
          <w:sz w:val="24"/>
          <w:szCs w:val="24"/>
          <w:lang w:val="pt-PT"/>
        </w:rPr>
      </w:pPr>
      <w:r w:rsidRPr="00794C3D">
        <w:rPr>
          <w:sz w:val="24"/>
          <w:szCs w:val="24"/>
          <w:lang w:val="pt-PT"/>
        </w:rPr>
        <w:t>Legea nr, 272/2004, republicată, privind protecția și promovarea drepturilor copilului, cu modificările și completările ulterioare</w:t>
      </w:r>
      <w:r w:rsidR="00794C3D" w:rsidRPr="00794C3D">
        <w:rPr>
          <w:sz w:val="24"/>
          <w:szCs w:val="24"/>
          <w:lang w:val="pt-PT"/>
        </w:rPr>
        <w:t xml:space="preserve"> - Inte</w:t>
      </w:r>
      <w:r w:rsidR="00794C3D">
        <w:rPr>
          <w:sz w:val="24"/>
          <w:szCs w:val="24"/>
          <w:lang w:val="pt-PT"/>
        </w:rPr>
        <w:t>gral</w:t>
      </w:r>
      <w:r w:rsidRPr="00794C3D">
        <w:rPr>
          <w:b/>
          <w:bCs/>
          <w:sz w:val="24"/>
          <w:szCs w:val="24"/>
          <w:lang w:val="pt-PT"/>
        </w:rPr>
        <w:t>;</w:t>
      </w:r>
    </w:p>
    <w:p w14:paraId="0DCB6A11" w14:textId="3FBDA2E4" w:rsidR="00FB4CBE" w:rsidRPr="00794C3D" w:rsidRDefault="00FB4CBE" w:rsidP="00FB4CBE">
      <w:pPr>
        <w:pStyle w:val="ListParagraph"/>
        <w:numPr>
          <w:ilvl w:val="0"/>
          <w:numId w:val="20"/>
        </w:numPr>
        <w:spacing w:after="160" w:line="278" w:lineRule="auto"/>
        <w:rPr>
          <w:sz w:val="24"/>
          <w:szCs w:val="24"/>
          <w:lang w:val="pt-PT"/>
        </w:rPr>
      </w:pPr>
      <w:r w:rsidRPr="00794C3D">
        <w:rPr>
          <w:sz w:val="24"/>
          <w:szCs w:val="24"/>
          <w:lang w:val="pt-PT"/>
        </w:rPr>
        <w:t>Hotărârea Guvernului nr. 797/2017 pentru aprobarea regulamentelor – cadru de organizare și funcționare a serviciilor publice de asistență socială și a structurii orientative de personal, cu modificările și completările ulterioare</w:t>
      </w:r>
      <w:r w:rsidR="00794C3D" w:rsidRPr="00794C3D">
        <w:rPr>
          <w:sz w:val="24"/>
          <w:szCs w:val="24"/>
          <w:lang w:val="pt-PT"/>
        </w:rPr>
        <w:t xml:space="preserve"> </w:t>
      </w:r>
      <w:r w:rsidR="00794C3D">
        <w:rPr>
          <w:sz w:val="24"/>
          <w:szCs w:val="24"/>
          <w:lang w:val="pt-PT"/>
        </w:rPr>
        <w:t>- Integral</w:t>
      </w:r>
      <w:r w:rsidRPr="00794C3D">
        <w:rPr>
          <w:sz w:val="24"/>
          <w:szCs w:val="24"/>
          <w:lang w:val="pt-PT"/>
        </w:rPr>
        <w:t>;</w:t>
      </w:r>
    </w:p>
    <w:p w14:paraId="4FB0BFC7" w14:textId="0212C8A0" w:rsidR="00FB4CBE" w:rsidRPr="00794C3D" w:rsidRDefault="00FB4CBE" w:rsidP="00FB4CBE">
      <w:pPr>
        <w:pStyle w:val="ListParagraph"/>
        <w:numPr>
          <w:ilvl w:val="0"/>
          <w:numId w:val="20"/>
        </w:numPr>
        <w:spacing w:after="160" w:line="278" w:lineRule="auto"/>
        <w:rPr>
          <w:sz w:val="24"/>
          <w:szCs w:val="24"/>
          <w:lang w:val="pt-PT"/>
        </w:rPr>
      </w:pPr>
      <w:r w:rsidRPr="00794C3D">
        <w:rPr>
          <w:sz w:val="24"/>
          <w:szCs w:val="24"/>
          <w:lang w:val="pt-PT"/>
        </w:rPr>
        <w:t>Ordinul ministrului muncii și justiției sociale nr. 27/2019 privind aprobarea standardelor minime de calitate pentru serviciile sociale de zi destinate copiilor</w:t>
      </w:r>
      <w:r w:rsidR="00794C3D" w:rsidRPr="00794C3D">
        <w:rPr>
          <w:sz w:val="24"/>
          <w:szCs w:val="24"/>
          <w:lang w:val="pt-PT"/>
        </w:rPr>
        <w:t xml:space="preserve"> </w:t>
      </w:r>
      <w:r w:rsidR="00794C3D">
        <w:rPr>
          <w:sz w:val="24"/>
          <w:szCs w:val="24"/>
          <w:lang w:val="pt-PT"/>
        </w:rPr>
        <w:t>– Integral;</w:t>
      </w:r>
    </w:p>
    <w:p w14:paraId="4ABA1893" w14:textId="25A748CA" w:rsidR="00FB4CBE" w:rsidRPr="00FB4CBE" w:rsidRDefault="00FB4CBE" w:rsidP="00FB4CBE">
      <w:pPr>
        <w:pStyle w:val="ListParagraph"/>
        <w:numPr>
          <w:ilvl w:val="0"/>
          <w:numId w:val="20"/>
        </w:numPr>
        <w:spacing w:after="160" w:line="278" w:lineRule="auto"/>
        <w:rPr>
          <w:sz w:val="24"/>
          <w:szCs w:val="24"/>
        </w:rPr>
      </w:pPr>
      <w:proofErr w:type="spellStart"/>
      <w:r w:rsidRPr="00FB4CBE">
        <w:rPr>
          <w:sz w:val="24"/>
          <w:szCs w:val="24"/>
        </w:rPr>
        <w:t>Ordinul</w:t>
      </w:r>
      <w:proofErr w:type="spellEnd"/>
      <w:r w:rsidRPr="00FB4CBE">
        <w:rPr>
          <w:sz w:val="24"/>
          <w:szCs w:val="24"/>
        </w:rPr>
        <w:t xml:space="preserve"> nr. 288/2006 </w:t>
      </w:r>
      <w:proofErr w:type="spellStart"/>
      <w:r w:rsidRPr="00FB4CBE">
        <w:rPr>
          <w:sz w:val="24"/>
          <w:szCs w:val="24"/>
        </w:rPr>
        <w:t>pentru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aprobarea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Standardelor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minime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obligatorii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privind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managementul</w:t>
      </w:r>
      <w:proofErr w:type="spellEnd"/>
      <w:r w:rsidRPr="00FB4CBE">
        <w:rPr>
          <w:sz w:val="24"/>
          <w:szCs w:val="24"/>
        </w:rPr>
        <w:t xml:space="preserve"> de </w:t>
      </w:r>
      <w:proofErr w:type="spellStart"/>
      <w:r w:rsidRPr="00FB4CBE">
        <w:rPr>
          <w:sz w:val="24"/>
          <w:szCs w:val="24"/>
        </w:rPr>
        <w:t>caz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în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domeniul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protecției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drepturilor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copilului</w:t>
      </w:r>
      <w:proofErr w:type="spellEnd"/>
      <w:r w:rsidR="00794C3D">
        <w:rPr>
          <w:sz w:val="24"/>
          <w:szCs w:val="24"/>
        </w:rPr>
        <w:t>.</w:t>
      </w:r>
    </w:p>
    <w:p w14:paraId="604D8CBA" w14:textId="77777777" w:rsidR="00FB4CBE" w:rsidRPr="00FB4CBE" w:rsidRDefault="00FB4CBE" w:rsidP="00FB4CBE">
      <w:pPr>
        <w:pStyle w:val="ListParagraph"/>
        <w:rPr>
          <w:b/>
          <w:bCs/>
          <w:sz w:val="24"/>
          <w:szCs w:val="24"/>
        </w:rPr>
      </w:pPr>
      <w:r w:rsidRPr="00FB4CBE">
        <w:rPr>
          <w:b/>
          <w:bCs/>
          <w:sz w:val="24"/>
          <w:szCs w:val="24"/>
        </w:rPr>
        <w:t xml:space="preserve"> </w:t>
      </w:r>
    </w:p>
    <w:p w14:paraId="3C3791E4" w14:textId="77777777" w:rsidR="00794C3D" w:rsidRPr="00FB4CBE" w:rsidRDefault="00794C3D" w:rsidP="00794C3D">
      <w:pPr>
        <w:jc w:val="both"/>
        <w:rPr>
          <w:b/>
          <w:bCs/>
          <w:sz w:val="24"/>
          <w:szCs w:val="24"/>
        </w:rPr>
      </w:pPr>
      <w:proofErr w:type="spellStart"/>
      <w:r w:rsidRPr="00FB4CBE">
        <w:rPr>
          <w:b/>
          <w:bCs/>
          <w:sz w:val="24"/>
          <w:szCs w:val="24"/>
        </w:rPr>
        <w:t>Psiholog</w:t>
      </w:r>
      <w:proofErr w:type="spellEnd"/>
    </w:p>
    <w:p w14:paraId="3AE4A408" w14:textId="402CDD53" w:rsidR="00794C3D" w:rsidRPr="00FB4CBE" w:rsidRDefault="00794C3D" w:rsidP="00794C3D">
      <w:pPr>
        <w:pStyle w:val="ListParagraph"/>
        <w:numPr>
          <w:ilvl w:val="0"/>
          <w:numId w:val="18"/>
        </w:numPr>
        <w:spacing w:after="160" w:line="278" w:lineRule="auto"/>
        <w:jc w:val="both"/>
        <w:rPr>
          <w:sz w:val="24"/>
          <w:szCs w:val="24"/>
        </w:rPr>
      </w:pPr>
      <w:r w:rsidRPr="00FB4CBE">
        <w:rPr>
          <w:sz w:val="24"/>
          <w:szCs w:val="24"/>
        </w:rPr>
        <w:t xml:space="preserve">Legea </w:t>
      </w:r>
      <w:proofErr w:type="spellStart"/>
      <w:r w:rsidRPr="00FB4CBE">
        <w:rPr>
          <w:sz w:val="24"/>
          <w:szCs w:val="24"/>
        </w:rPr>
        <w:t>asistenței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sociale</w:t>
      </w:r>
      <w:proofErr w:type="spellEnd"/>
      <w:r w:rsidRPr="00FB4CBE">
        <w:rPr>
          <w:sz w:val="24"/>
          <w:szCs w:val="24"/>
        </w:rPr>
        <w:t xml:space="preserve"> nr. 292/2011, </w:t>
      </w:r>
      <w:proofErr w:type="spellStart"/>
      <w:r w:rsidRPr="00FB4CBE">
        <w:rPr>
          <w:sz w:val="24"/>
          <w:szCs w:val="24"/>
        </w:rPr>
        <w:t>actualizată</w:t>
      </w:r>
      <w:proofErr w:type="spellEnd"/>
      <w:r w:rsidRPr="00FB4CBE"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Tematica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Capitolul</w:t>
      </w:r>
      <w:proofErr w:type="spellEnd"/>
      <w:r w:rsidRPr="00FB4CBE">
        <w:rPr>
          <w:sz w:val="24"/>
          <w:szCs w:val="24"/>
        </w:rPr>
        <w:t xml:space="preserve"> IV </w:t>
      </w:r>
      <w:proofErr w:type="spellStart"/>
      <w:r w:rsidRPr="00FB4CBE">
        <w:rPr>
          <w:sz w:val="24"/>
          <w:szCs w:val="24"/>
        </w:rPr>
        <w:t>Secțiunea</w:t>
      </w:r>
      <w:proofErr w:type="spellEnd"/>
      <w:r w:rsidRPr="00FB4CBE">
        <w:rPr>
          <w:sz w:val="24"/>
          <w:szCs w:val="24"/>
        </w:rPr>
        <w:t xml:space="preserve"> 2 </w:t>
      </w:r>
      <w:proofErr w:type="spellStart"/>
      <w:r w:rsidRPr="00FB4CBE">
        <w:rPr>
          <w:sz w:val="24"/>
          <w:szCs w:val="24"/>
        </w:rPr>
        <w:t>Asistența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socială</w:t>
      </w:r>
      <w:proofErr w:type="spellEnd"/>
      <w:r w:rsidRPr="00FB4CBE">
        <w:rPr>
          <w:sz w:val="24"/>
          <w:szCs w:val="24"/>
        </w:rPr>
        <w:t xml:space="preserve"> a </w:t>
      </w:r>
      <w:proofErr w:type="spellStart"/>
      <w:r w:rsidRPr="00FB4CBE">
        <w:rPr>
          <w:sz w:val="24"/>
          <w:szCs w:val="24"/>
        </w:rPr>
        <w:t>copilului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și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familiei</w:t>
      </w:r>
      <w:proofErr w:type="spellEnd"/>
      <w:r w:rsidRPr="00FB4CBE">
        <w:rPr>
          <w:sz w:val="24"/>
          <w:szCs w:val="24"/>
        </w:rPr>
        <w:t>;</w:t>
      </w:r>
    </w:p>
    <w:p w14:paraId="70759654" w14:textId="77777777" w:rsidR="00794C3D" w:rsidRPr="00E97116" w:rsidRDefault="00794C3D" w:rsidP="00794C3D">
      <w:pPr>
        <w:pStyle w:val="ListParagraph"/>
        <w:numPr>
          <w:ilvl w:val="0"/>
          <w:numId w:val="18"/>
        </w:numPr>
        <w:spacing w:after="160" w:line="278" w:lineRule="auto"/>
        <w:jc w:val="both"/>
        <w:rPr>
          <w:sz w:val="24"/>
          <w:szCs w:val="24"/>
          <w:lang w:val="pt-PT"/>
        </w:rPr>
      </w:pPr>
      <w:r w:rsidRPr="00E97116">
        <w:rPr>
          <w:sz w:val="24"/>
          <w:szCs w:val="24"/>
          <w:lang w:val="pt-PT"/>
        </w:rPr>
        <w:t xml:space="preserve">Legea nr, 272/2004, republicată, privind protecția și promovarea drepturilor copilului, cu modificările și completările ulterioare- </w:t>
      </w:r>
      <w:r>
        <w:rPr>
          <w:sz w:val="24"/>
          <w:szCs w:val="24"/>
          <w:lang w:val="pt-PT"/>
        </w:rPr>
        <w:t>I</w:t>
      </w:r>
      <w:r w:rsidRPr="00E97116">
        <w:rPr>
          <w:sz w:val="24"/>
          <w:szCs w:val="24"/>
          <w:lang w:val="pt-PT"/>
        </w:rPr>
        <w:t>nte</w:t>
      </w:r>
      <w:r>
        <w:rPr>
          <w:sz w:val="24"/>
          <w:szCs w:val="24"/>
          <w:lang w:val="pt-PT"/>
        </w:rPr>
        <w:t>gral;</w:t>
      </w:r>
    </w:p>
    <w:p w14:paraId="6A150308" w14:textId="7C803785" w:rsidR="00794C3D" w:rsidRPr="00FB4CBE" w:rsidRDefault="00794C3D" w:rsidP="00794C3D">
      <w:pPr>
        <w:pStyle w:val="ListParagraph"/>
        <w:numPr>
          <w:ilvl w:val="0"/>
          <w:numId w:val="18"/>
        </w:numPr>
        <w:spacing w:after="160" w:line="278" w:lineRule="auto"/>
        <w:jc w:val="both"/>
        <w:rPr>
          <w:sz w:val="24"/>
          <w:szCs w:val="24"/>
        </w:rPr>
      </w:pPr>
      <w:r w:rsidRPr="00A0118D">
        <w:rPr>
          <w:sz w:val="24"/>
          <w:szCs w:val="24"/>
          <w:lang w:val="pt-PT"/>
        </w:rPr>
        <w:t xml:space="preserve">Hotărârea nr. 788/2005 pentru aprobarea Normelor metodologice de aplicare ale Legii nr. 213/2004 privind exercitarea profesiei de psiholog cu drept de liberă practică. </w:t>
      </w:r>
      <w:proofErr w:type="spellStart"/>
      <w:r w:rsidRPr="00FB4CBE">
        <w:rPr>
          <w:sz w:val="24"/>
          <w:szCs w:val="24"/>
        </w:rPr>
        <w:t>Înființarea</w:t>
      </w:r>
      <w:proofErr w:type="spellEnd"/>
      <w:r w:rsidRPr="00FB4CBE">
        <w:rPr>
          <w:sz w:val="24"/>
          <w:szCs w:val="24"/>
        </w:rPr>
        <w:t xml:space="preserve">, </w:t>
      </w:r>
      <w:proofErr w:type="spellStart"/>
      <w:r w:rsidRPr="00FB4CBE">
        <w:rPr>
          <w:sz w:val="24"/>
          <w:szCs w:val="24"/>
        </w:rPr>
        <w:t>organizarea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și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funcționarea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Colegiului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Psihologilor</w:t>
      </w:r>
      <w:proofErr w:type="spellEnd"/>
      <w:r w:rsidRPr="00FB4CBE">
        <w:rPr>
          <w:sz w:val="24"/>
          <w:szCs w:val="24"/>
        </w:rPr>
        <w:t xml:space="preserve"> din </w:t>
      </w:r>
      <w:proofErr w:type="spellStart"/>
      <w:r w:rsidRPr="00FB4CBE">
        <w:rPr>
          <w:sz w:val="24"/>
          <w:szCs w:val="24"/>
        </w:rPr>
        <w:t>România</w:t>
      </w:r>
      <w:proofErr w:type="spellEnd"/>
      <w:r>
        <w:rPr>
          <w:sz w:val="24"/>
          <w:szCs w:val="24"/>
        </w:rPr>
        <w:t xml:space="preserve"> – Integral;</w:t>
      </w:r>
      <w:r w:rsidRPr="00FB4CBE">
        <w:rPr>
          <w:sz w:val="24"/>
          <w:szCs w:val="24"/>
        </w:rPr>
        <w:t xml:space="preserve"> </w:t>
      </w:r>
    </w:p>
    <w:p w14:paraId="4322471D" w14:textId="0F4BBD54" w:rsidR="00794C3D" w:rsidRPr="00FB4CBE" w:rsidRDefault="00794C3D" w:rsidP="00794C3D">
      <w:pPr>
        <w:pStyle w:val="ListParagraph"/>
        <w:numPr>
          <w:ilvl w:val="0"/>
          <w:numId w:val="18"/>
        </w:numPr>
        <w:spacing w:after="160" w:line="278" w:lineRule="auto"/>
        <w:jc w:val="both"/>
        <w:rPr>
          <w:sz w:val="24"/>
          <w:szCs w:val="24"/>
        </w:rPr>
      </w:pPr>
      <w:proofErr w:type="spellStart"/>
      <w:r w:rsidRPr="00FB4CBE">
        <w:rPr>
          <w:sz w:val="24"/>
          <w:szCs w:val="24"/>
        </w:rPr>
        <w:t>Hotărârea</w:t>
      </w:r>
      <w:proofErr w:type="spellEnd"/>
      <w:r w:rsidRPr="00FB4CBE">
        <w:rPr>
          <w:sz w:val="24"/>
          <w:szCs w:val="24"/>
        </w:rPr>
        <w:t xml:space="preserve"> nr. 1/2018 din 24 </w:t>
      </w:r>
      <w:proofErr w:type="spellStart"/>
      <w:r w:rsidRPr="00FB4CBE">
        <w:rPr>
          <w:sz w:val="24"/>
          <w:szCs w:val="24"/>
        </w:rPr>
        <w:t>noiembrie</w:t>
      </w:r>
      <w:proofErr w:type="spellEnd"/>
      <w:r w:rsidRPr="00FB4CBE">
        <w:rPr>
          <w:sz w:val="24"/>
          <w:szCs w:val="24"/>
        </w:rPr>
        <w:t xml:space="preserve"> 2018 </w:t>
      </w:r>
      <w:proofErr w:type="spellStart"/>
      <w:r w:rsidRPr="00FB4CBE">
        <w:rPr>
          <w:sz w:val="24"/>
          <w:szCs w:val="24"/>
        </w:rPr>
        <w:t>pentru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aprobarea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Codului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deontologic</w:t>
      </w:r>
      <w:proofErr w:type="spellEnd"/>
      <w:r w:rsidRPr="00FB4CBE">
        <w:rPr>
          <w:sz w:val="24"/>
          <w:szCs w:val="24"/>
        </w:rPr>
        <w:t xml:space="preserve"> al </w:t>
      </w:r>
      <w:proofErr w:type="spellStart"/>
      <w:r w:rsidRPr="00FB4CBE">
        <w:rPr>
          <w:sz w:val="24"/>
          <w:szCs w:val="24"/>
        </w:rPr>
        <w:t>profesiei</w:t>
      </w:r>
      <w:proofErr w:type="spellEnd"/>
      <w:r w:rsidRPr="00FB4CBE">
        <w:rPr>
          <w:sz w:val="24"/>
          <w:szCs w:val="24"/>
        </w:rPr>
        <w:t xml:space="preserve"> de </w:t>
      </w:r>
      <w:proofErr w:type="spellStart"/>
      <w:r w:rsidRPr="00FB4CBE">
        <w:rPr>
          <w:sz w:val="24"/>
          <w:szCs w:val="24"/>
        </w:rPr>
        <w:t>psiholog</w:t>
      </w:r>
      <w:proofErr w:type="spellEnd"/>
      <w:r w:rsidRPr="00FB4CBE">
        <w:rPr>
          <w:sz w:val="24"/>
          <w:szCs w:val="24"/>
        </w:rPr>
        <w:t xml:space="preserve"> cu </w:t>
      </w:r>
      <w:proofErr w:type="spellStart"/>
      <w:r w:rsidRPr="00FB4CBE">
        <w:rPr>
          <w:sz w:val="24"/>
          <w:szCs w:val="24"/>
        </w:rPr>
        <w:t>drept</w:t>
      </w:r>
      <w:proofErr w:type="spellEnd"/>
      <w:r w:rsidRPr="00FB4CBE">
        <w:rPr>
          <w:sz w:val="24"/>
          <w:szCs w:val="24"/>
        </w:rPr>
        <w:t xml:space="preserve"> de </w:t>
      </w:r>
      <w:proofErr w:type="spellStart"/>
      <w:r w:rsidRPr="00FB4CBE">
        <w:rPr>
          <w:sz w:val="24"/>
          <w:szCs w:val="24"/>
        </w:rPr>
        <w:t>liberă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practică</w:t>
      </w:r>
      <w:proofErr w:type="spellEnd"/>
      <w:r>
        <w:rPr>
          <w:sz w:val="24"/>
          <w:szCs w:val="24"/>
        </w:rPr>
        <w:t xml:space="preserve"> – Integral;</w:t>
      </w:r>
    </w:p>
    <w:p w14:paraId="150EEB05" w14:textId="648A1460" w:rsidR="00794C3D" w:rsidRPr="00FB4CBE" w:rsidRDefault="00794C3D" w:rsidP="00794C3D">
      <w:pPr>
        <w:pStyle w:val="ListParagraph"/>
        <w:numPr>
          <w:ilvl w:val="0"/>
          <w:numId w:val="18"/>
        </w:numPr>
        <w:spacing w:after="160" w:line="278" w:lineRule="auto"/>
        <w:rPr>
          <w:sz w:val="24"/>
          <w:szCs w:val="24"/>
        </w:rPr>
      </w:pPr>
      <w:r w:rsidRPr="00FB4CBE">
        <w:rPr>
          <w:sz w:val="24"/>
          <w:szCs w:val="24"/>
          <w:lang w:val="pt-PT"/>
        </w:rPr>
        <w:t xml:space="preserve">Legea nr. 213/2004 privind exercitarea profesiei de psiholog cu drept de liberă practică. </w:t>
      </w:r>
      <w:proofErr w:type="spellStart"/>
      <w:r w:rsidRPr="00FB4CBE">
        <w:rPr>
          <w:sz w:val="24"/>
          <w:szCs w:val="24"/>
        </w:rPr>
        <w:t>Înființarea</w:t>
      </w:r>
      <w:proofErr w:type="spellEnd"/>
      <w:r w:rsidRPr="00FB4CBE">
        <w:rPr>
          <w:sz w:val="24"/>
          <w:szCs w:val="24"/>
        </w:rPr>
        <w:t xml:space="preserve">, </w:t>
      </w:r>
      <w:proofErr w:type="spellStart"/>
      <w:r w:rsidRPr="00FB4CBE">
        <w:rPr>
          <w:sz w:val="24"/>
          <w:szCs w:val="24"/>
        </w:rPr>
        <w:t>organizarea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și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funcționarea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Colegiului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Psihologilor</w:t>
      </w:r>
      <w:proofErr w:type="spellEnd"/>
      <w:r w:rsidRPr="00FB4CBE">
        <w:rPr>
          <w:sz w:val="24"/>
          <w:szCs w:val="24"/>
        </w:rPr>
        <w:t xml:space="preserve"> din </w:t>
      </w:r>
      <w:proofErr w:type="spellStart"/>
      <w:r w:rsidRPr="00FB4CBE">
        <w:rPr>
          <w:sz w:val="24"/>
          <w:szCs w:val="24"/>
        </w:rPr>
        <w:t>România</w:t>
      </w:r>
      <w:proofErr w:type="spellEnd"/>
      <w:r>
        <w:rPr>
          <w:sz w:val="24"/>
          <w:szCs w:val="24"/>
        </w:rPr>
        <w:t xml:space="preserve"> - Integral</w:t>
      </w:r>
      <w:r w:rsidRPr="00FB4CBE">
        <w:rPr>
          <w:sz w:val="24"/>
          <w:szCs w:val="24"/>
        </w:rPr>
        <w:t>.</w:t>
      </w:r>
    </w:p>
    <w:p w14:paraId="785ADD3B" w14:textId="77777777" w:rsidR="00794C3D" w:rsidRPr="00FB4CBE" w:rsidRDefault="00794C3D" w:rsidP="00794C3D">
      <w:pPr>
        <w:rPr>
          <w:b/>
          <w:bCs/>
          <w:sz w:val="24"/>
          <w:szCs w:val="24"/>
        </w:rPr>
      </w:pPr>
      <w:proofErr w:type="spellStart"/>
      <w:r w:rsidRPr="00FB4CBE">
        <w:rPr>
          <w:b/>
          <w:bCs/>
          <w:sz w:val="24"/>
          <w:szCs w:val="24"/>
        </w:rPr>
        <w:t>Pedagog</w:t>
      </w:r>
      <w:proofErr w:type="spellEnd"/>
    </w:p>
    <w:p w14:paraId="50E60609" w14:textId="708211AD" w:rsidR="00794C3D" w:rsidRPr="00FB4CBE" w:rsidRDefault="00794C3D" w:rsidP="00794C3D">
      <w:pPr>
        <w:pStyle w:val="ListParagraph"/>
        <w:numPr>
          <w:ilvl w:val="0"/>
          <w:numId w:val="19"/>
        </w:numPr>
        <w:spacing w:after="160" w:line="278" w:lineRule="auto"/>
        <w:rPr>
          <w:sz w:val="24"/>
          <w:szCs w:val="24"/>
        </w:rPr>
      </w:pPr>
      <w:r w:rsidRPr="00FB4CBE">
        <w:rPr>
          <w:sz w:val="24"/>
          <w:szCs w:val="24"/>
        </w:rPr>
        <w:t xml:space="preserve">Legea </w:t>
      </w:r>
      <w:proofErr w:type="spellStart"/>
      <w:r w:rsidRPr="00FB4CBE">
        <w:rPr>
          <w:sz w:val="24"/>
          <w:szCs w:val="24"/>
        </w:rPr>
        <w:t>asistenței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sociale</w:t>
      </w:r>
      <w:proofErr w:type="spellEnd"/>
      <w:r w:rsidRPr="00FB4CBE">
        <w:rPr>
          <w:sz w:val="24"/>
          <w:szCs w:val="24"/>
        </w:rPr>
        <w:t xml:space="preserve"> nr. 292/2011, </w:t>
      </w:r>
      <w:proofErr w:type="spellStart"/>
      <w:r w:rsidRPr="00FB4CBE">
        <w:rPr>
          <w:sz w:val="24"/>
          <w:szCs w:val="24"/>
        </w:rPr>
        <w:t>actualizată</w:t>
      </w:r>
      <w:proofErr w:type="spellEnd"/>
      <w:r w:rsidRPr="00FB4CBE"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Tematica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Capitolul</w:t>
      </w:r>
      <w:proofErr w:type="spellEnd"/>
      <w:r w:rsidRPr="00FB4CBE">
        <w:rPr>
          <w:sz w:val="24"/>
          <w:szCs w:val="24"/>
        </w:rPr>
        <w:t xml:space="preserve"> IV </w:t>
      </w:r>
      <w:proofErr w:type="spellStart"/>
      <w:r w:rsidRPr="00FB4CBE">
        <w:rPr>
          <w:sz w:val="24"/>
          <w:szCs w:val="24"/>
        </w:rPr>
        <w:t>Secțiunea</w:t>
      </w:r>
      <w:proofErr w:type="spellEnd"/>
      <w:r w:rsidRPr="00FB4CBE">
        <w:rPr>
          <w:sz w:val="24"/>
          <w:szCs w:val="24"/>
        </w:rPr>
        <w:t xml:space="preserve"> 2 </w:t>
      </w:r>
      <w:proofErr w:type="spellStart"/>
      <w:r w:rsidRPr="00FB4CBE">
        <w:rPr>
          <w:sz w:val="24"/>
          <w:szCs w:val="24"/>
        </w:rPr>
        <w:t>Asistența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socială</w:t>
      </w:r>
      <w:proofErr w:type="spellEnd"/>
      <w:r w:rsidRPr="00FB4CBE">
        <w:rPr>
          <w:sz w:val="24"/>
          <w:szCs w:val="24"/>
        </w:rPr>
        <w:t xml:space="preserve"> a </w:t>
      </w:r>
      <w:proofErr w:type="spellStart"/>
      <w:r w:rsidRPr="00FB4CBE">
        <w:rPr>
          <w:sz w:val="24"/>
          <w:szCs w:val="24"/>
        </w:rPr>
        <w:t>copilului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și</w:t>
      </w:r>
      <w:proofErr w:type="spellEnd"/>
      <w:r w:rsidRPr="00FB4CBE">
        <w:rPr>
          <w:sz w:val="24"/>
          <w:szCs w:val="24"/>
        </w:rPr>
        <w:t xml:space="preserve"> </w:t>
      </w:r>
      <w:proofErr w:type="spellStart"/>
      <w:r w:rsidRPr="00FB4CBE">
        <w:rPr>
          <w:sz w:val="24"/>
          <w:szCs w:val="24"/>
        </w:rPr>
        <w:t>familiei</w:t>
      </w:r>
      <w:proofErr w:type="spellEnd"/>
      <w:r w:rsidRPr="00FB4CBE">
        <w:rPr>
          <w:sz w:val="24"/>
          <w:szCs w:val="24"/>
        </w:rPr>
        <w:t>;</w:t>
      </w:r>
    </w:p>
    <w:p w14:paraId="23826CCD" w14:textId="0296559A" w:rsidR="00794C3D" w:rsidRPr="00794C3D" w:rsidRDefault="00794C3D" w:rsidP="00794C3D">
      <w:pPr>
        <w:pStyle w:val="ListParagraph"/>
        <w:numPr>
          <w:ilvl w:val="0"/>
          <w:numId w:val="19"/>
        </w:numPr>
        <w:spacing w:after="160" w:line="278" w:lineRule="auto"/>
        <w:rPr>
          <w:sz w:val="24"/>
          <w:szCs w:val="24"/>
          <w:lang w:val="pt-PT"/>
        </w:rPr>
      </w:pPr>
      <w:r w:rsidRPr="00794C3D">
        <w:rPr>
          <w:sz w:val="24"/>
          <w:szCs w:val="24"/>
          <w:lang w:val="pt-PT"/>
        </w:rPr>
        <w:t>Legea nr, 272/2004, republicată, privind protecția și promovarea drepturilor copilului, cu modificările și completările ulterioare - Inte</w:t>
      </w:r>
      <w:r>
        <w:rPr>
          <w:sz w:val="24"/>
          <w:szCs w:val="24"/>
          <w:lang w:val="pt-PT"/>
        </w:rPr>
        <w:t>gral</w:t>
      </w:r>
      <w:r w:rsidRPr="00794C3D">
        <w:rPr>
          <w:sz w:val="24"/>
          <w:szCs w:val="24"/>
          <w:lang w:val="pt-PT"/>
        </w:rPr>
        <w:t>;</w:t>
      </w:r>
    </w:p>
    <w:p w14:paraId="5D94ACAB" w14:textId="6285DFE2" w:rsidR="00794C3D" w:rsidRPr="00794C3D" w:rsidRDefault="00794C3D" w:rsidP="00794C3D">
      <w:pPr>
        <w:pStyle w:val="ListParagraph"/>
        <w:numPr>
          <w:ilvl w:val="0"/>
          <w:numId w:val="19"/>
        </w:numPr>
        <w:spacing w:after="160" w:line="278" w:lineRule="auto"/>
        <w:rPr>
          <w:sz w:val="24"/>
          <w:szCs w:val="24"/>
          <w:lang w:val="pt-PT"/>
        </w:rPr>
      </w:pPr>
      <w:r w:rsidRPr="00794C3D">
        <w:rPr>
          <w:sz w:val="24"/>
          <w:szCs w:val="24"/>
          <w:lang w:val="pt-PT"/>
        </w:rPr>
        <w:t xml:space="preserve">Hotărârea Guvernului nr. 797/2017 pentru aprobarea regulamentelor – cadru de organizare și funcționare a serviciilor publice de asistență socială și a structurii orientative de personal, cu modificările și completările ulterioare </w:t>
      </w:r>
      <w:r>
        <w:rPr>
          <w:sz w:val="24"/>
          <w:szCs w:val="24"/>
          <w:lang w:val="pt-PT"/>
        </w:rPr>
        <w:t>- Integral</w:t>
      </w:r>
      <w:r w:rsidRPr="00794C3D">
        <w:rPr>
          <w:sz w:val="24"/>
          <w:szCs w:val="24"/>
          <w:lang w:val="pt-PT"/>
        </w:rPr>
        <w:t>;</w:t>
      </w:r>
    </w:p>
    <w:p w14:paraId="2BB0FECE" w14:textId="5CA07E0F" w:rsidR="00794C3D" w:rsidRPr="00794C3D" w:rsidRDefault="00794C3D" w:rsidP="00794C3D">
      <w:pPr>
        <w:pStyle w:val="ListParagraph"/>
        <w:numPr>
          <w:ilvl w:val="0"/>
          <w:numId w:val="19"/>
        </w:numPr>
        <w:spacing w:after="160" w:line="278" w:lineRule="auto"/>
        <w:rPr>
          <w:sz w:val="24"/>
          <w:szCs w:val="24"/>
          <w:lang w:val="pt-PT"/>
        </w:rPr>
      </w:pPr>
      <w:r w:rsidRPr="00794C3D">
        <w:rPr>
          <w:sz w:val="24"/>
          <w:szCs w:val="24"/>
          <w:lang w:val="pt-PT"/>
        </w:rPr>
        <w:t xml:space="preserve">Ordinul ministrului muncii și justiției sociale nr. 27/2019 privind aprobarea standardelor minime de calitate pentru serviciile sociale de zi destinate copiilor </w:t>
      </w:r>
      <w:r>
        <w:rPr>
          <w:sz w:val="24"/>
          <w:szCs w:val="24"/>
          <w:lang w:val="pt-PT"/>
        </w:rPr>
        <w:t>- Integral</w:t>
      </w:r>
      <w:r w:rsidRPr="00794C3D">
        <w:rPr>
          <w:sz w:val="24"/>
          <w:szCs w:val="24"/>
          <w:lang w:val="pt-PT"/>
        </w:rPr>
        <w:t>.</w:t>
      </w:r>
    </w:p>
    <w:p w14:paraId="73A85B0C" w14:textId="77777777" w:rsidR="00157769" w:rsidRPr="00794C3D" w:rsidRDefault="00157769">
      <w:pPr>
        <w:spacing w:after="20"/>
        <w:rPr>
          <w:lang w:val="pt-PT"/>
        </w:rPr>
      </w:pPr>
    </w:p>
    <w:sectPr w:rsidR="00157769" w:rsidRPr="00794C3D" w:rsidSect="0038293F">
      <w:headerReference w:type="default" r:id="rId10"/>
      <w:footerReference w:type="default" r:id="rId11"/>
      <w:pgSz w:w="11906" w:h="16838"/>
      <w:pgMar w:top="794" w:right="850" w:bottom="794" w:left="850" w:header="170" w:footer="2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55DBD" w14:textId="77777777" w:rsidR="002E7506" w:rsidRDefault="002E7506">
      <w:pPr>
        <w:spacing w:after="0" w:line="240" w:lineRule="auto"/>
      </w:pPr>
      <w:r>
        <w:separator/>
      </w:r>
    </w:p>
  </w:endnote>
  <w:endnote w:type="continuationSeparator" w:id="0">
    <w:p w14:paraId="241FF4C2" w14:textId="77777777" w:rsidR="002E7506" w:rsidRDefault="002E7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rebuchetMS">
    <w:altName w:val="Ink Free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C53E9" w14:textId="2B5B8F9C" w:rsidR="00157769" w:rsidRDefault="00A90E8A" w:rsidP="00A90E8A">
    <w:pPr>
      <w:pStyle w:val="Footer"/>
      <w:jc w:val="center"/>
    </w:pPr>
    <w:r>
      <w:rPr>
        <w:noProof/>
      </w:rPr>
      <w:drawing>
        <wp:inline distT="0" distB="0" distL="0" distR="0" wp14:anchorId="67A4F192" wp14:editId="6B6DC800">
          <wp:extent cx="561975" cy="561975"/>
          <wp:effectExtent l="0" t="0" r="9525" b="9525"/>
          <wp:docPr id="186749810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613A328" w14:textId="3E9E9573" w:rsidR="0038293F" w:rsidRPr="0038293F" w:rsidRDefault="0038293F" w:rsidP="0038293F">
    <w:pPr>
      <w:pStyle w:val="Header"/>
      <w:jc w:val="center"/>
      <w:rPr>
        <w:rFonts w:ascii="TrebuchetMS" w:hAnsi="TrebuchetMS"/>
      </w:rPr>
    </w:pPr>
    <w:proofErr w:type="spellStart"/>
    <w:r w:rsidRPr="0080476E">
      <w:rPr>
        <w:rFonts w:ascii="TrebuchetMS" w:hAnsi="TrebuchetMS"/>
      </w:rPr>
      <w:t>Proiect</w:t>
    </w:r>
    <w:proofErr w:type="spellEnd"/>
    <w:r w:rsidRPr="0080476E">
      <w:rPr>
        <w:rFonts w:ascii="TrebuchetMS" w:hAnsi="TrebuchetMS"/>
      </w:rPr>
      <w:t xml:space="preserve"> co-</w:t>
    </w:r>
    <w:proofErr w:type="spellStart"/>
    <w:r w:rsidRPr="0080476E">
      <w:rPr>
        <w:rFonts w:ascii="TrebuchetMS" w:hAnsi="TrebuchetMS"/>
      </w:rPr>
      <w:t>finanţat</w:t>
    </w:r>
    <w:proofErr w:type="spellEnd"/>
    <w:r w:rsidRPr="0080476E">
      <w:rPr>
        <w:rFonts w:ascii="TrebuchetMS" w:hAnsi="TrebuchetMS"/>
      </w:rPr>
      <w:t xml:space="preserve"> din </w:t>
    </w:r>
    <w:proofErr w:type="spellStart"/>
    <w:r w:rsidRPr="00A841DA">
      <w:rPr>
        <w:rFonts w:ascii="TrebuchetMS" w:hAnsi="TrebuchetMS"/>
      </w:rPr>
      <w:t>Programul</w:t>
    </w:r>
    <w:proofErr w:type="spellEnd"/>
    <w:r w:rsidRPr="00A841DA">
      <w:rPr>
        <w:rFonts w:ascii="TrebuchetMS" w:hAnsi="TrebuchetMS"/>
      </w:rPr>
      <w:t xml:space="preserve"> </w:t>
    </w:r>
    <w:proofErr w:type="spellStart"/>
    <w:r w:rsidRPr="00A841DA">
      <w:rPr>
        <w:rFonts w:ascii="TrebuchetMS" w:hAnsi="TrebuchetMS"/>
      </w:rPr>
      <w:t>Incluziune</w:t>
    </w:r>
    <w:proofErr w:type="spellEnd"/>
    <w:r w:rsidRPr="00A841DA">
      <w:rPr>
        <w:rFonts w:ascii="TrebuchetMS" w:hAnsi="TrebuchetMS"/>
      </w:rPr>
      <w:t xml:space="preserve"> </w:t>
    </w:r>
    <w:proofErr w:type="spellStart"/>
    <w:r w:rsidRPr="00A841DA">
      <w:rPr>
        <w:rFonts w:ascii="TrebuchetMS" w:hAnsi="TrebuchetMS"/>
      </w:rPr>
      <w:t>și</w:t>
    </w:r>
    <w:proofErr w:type="spellEnd"/>
    <w:r w:rsidRPr="00A841DA">
      <w:rPr>
        <w:rFonts w:ascii="TrebuchetMS" w:hAnsi="TrebuchetMS"/>
      </w:rPr>
      <w:t xml:space="preserve"> </w:t>
    </w:r>
    <w:proofErr w:type="spellStart"/>
    <w:r w:rsidRPr="00A841DA">
      <w:rPr>
        <w:rFonts w:ascii="TrebuchetMS" w:hAnsi="TrebuchetMS"/>
      </w:rPr>
      <w:t>Demnitate</w:t>
    </w:r>
    <w:proofErr w:type="spellEnd"/>
    <w:r w:rsidRPr="00A841DA">
      <w:rPr>
        <w:rFonts w:ascii="TrebuchetMS" w:hAnsi="TrebuchetMS"/>
      </w:rPr>
      <w:t xml:space="preserve"> </w:t>
    </w:r>
    <w:proofErr w:type="spellStart"/>
    <w:r w:rsidRPr="00A841DA">
      <w:rPr>
        <w:rFonts w:ascii="TrebuchetMS" w:hAnsi="TrebuchetMS"/>
      </w:rPr>
      <w:t>Socială</w:t>
    </w:r>
    <w:proofErr w:type="spellEnd"/>
    <w:r>
      <w:rPr>
        <w:rFonts w:ascii="TrebuchetMS" w:hAnsi="TrebuchetMS"/>
      </w:rPr>
      <w:t xml:space="preserve"> </w:t>
    </w:r>
    <w:r w:rsidRPr="00A841DA">
      <w:rPr>
        <w:rFonts w:ascii="TrebuchetMS" w:hAnsi="TrebuchetMS"/>
      </w:rPr>
      <w:t>(PIDS) 2021-2027</w:t>
    </w:r>
  </w:p>
  <w:p w14:paraId="48F16F34" w14:textId="77777777" w:rsidR="0038293F" w:rsidRPr="00A90E8A" w:rsidRDefault="0038293F" w:rsidP="00A90E8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25CFA" w14:textId="77777777" w:rsidR="002E7506" w:rsidRDefault="002E7506">
      <w:pPr>
        <w:spacing w:after="0" w:line="240" w:lineRule="auto"/>
      </w:pPr>
      <w:r>
        <w:separator/>
      </w:r>
    </w:p>
  </w:footnote>
  <w:footnote w:type="continuationSeparator" w:id="0">
    <w:p w14:paraId="383C2762" w14:textId="77777777" w:rsidR="002E7506" w:rsidRDefault="002E7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4060"/>
      <w:gridCol w:w="1238"/>
      <w:gridCol w:w="1180"/>
      <w:gridCol w:w="2909"/>
    </w:tblGrid>
    <w:tr w:rsidR="001609E1" w14:paraId="178EB098" w14:textId="77777777" w:rsidTr="001609E1">
      <w:trPr>
        <w:jc w:val="center"/>
      </w:trPr>
      <w:tc>
        <w:tcPr>
          <w:tcW w:w="406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4F912E1" w14:textId="77777777" w:rsidR="001609E1" w:rsidRDefault="001609E1">
          <w:pPr>
            <w:spacing w:after="0"/>
          </w:pPr>
        </w:p>
        <w:tbl>
          <w:tblPr>
            <w:tblW w:w="8675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A0" w:firstRow="1" w:lastRow="0" w:firstColumn="1" w:lastColumn="0" w:noHBand="0" w:noVBand="1"/>
          </w:tblPr>
          <w:tblGrid>
            <w:gridCol w:w="1929"/>
            <w:gridCol w:w="6746"/>
          </w:tblGrid>
          <w:tr w:rsidR="001609E1" w14:paraId="397D3DCF" w14:textId="77777777" w:rsidTr="001609E1">
            <w:tc>
              <w:tcPr>
                <w:tcW w:w="192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425635CD" w14:textId="77777777" w:rsidR="001609E1" w:rsidRDefault="001609E1">
                <w:pPr>
                  <w:spacing w:after="0"/>
                </w:pPr>
                <w:r>
                  <w:rPr>
                    <w:noProof/>
                  </w:rPr>
                  <w:drawing>
                    <wp:inline distT="0" distB="0" distL="0" distR="0" wp14:anchorId="52445C57" wp14:editId="239762C7">
                      <wp:extent cx="1161288" cy="727740"/>
                      <wp:effectExtent l="0" t="0" r="0" b="0"/>
                      <wp:docPr id="225685003" name="Picture 22568500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eu_logo_exact_from_manual.pn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61288" cy="7277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746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005AE12D" w14:textId="77777777" w:rsidR="001609E1" w:rsidRDefault="001609E1">
                <w:pPr>
                  <w:spacing w:after="0" w:line="228" w:lineRule="auto"/>
                </w:pPr>
                <w:proofErr w:type="spellStart"/>
                <w:r>
                  <w:rPr>
                    <w:b/>
                    <w:color w:val="003399"/>
                    <w:sz w:val="19"/>
                  </w:rPr>
                  <w:t>Cofinanțat</w:t>
                </w:r>
                <w:proofErr w:type="spellEnd"/>
                <w:r>
                  <w:rPr>
                    <w:b/>
                    <w:color w:val="003399"/>
                    <w:sz w:val="19"/>
                  </w:rPr>
                  <w:t xml:space="preserve"> de</w:t>
                </w:r>
                <w:r>
                  <w:rPr>
                    <w:b/>
                    <w:color w:val="003399"/>
                    <w:sz w:val="19"/>
                  </w:rPr>
                  <w:br/>
                  <w:t>Uniunea Europeană</w:t>
                </w:r>
              </w:p>
            </w:tc>
          </w:tr>
        </w:tbl>
        <w:p w14:paraId="14B90C77" w14:textId="77777777" w:rsidR="001609E1" w:rsidRDefault="001609E1"/>
      </w:tc>
      <w:tc>
        <w:tcPr>
          <w:tcW w:w="1238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A1FE010" w14:textId="415EA899" w:rsidR="001609E1" w:rsidRDefault="001609E1">
          <w:r>
            <w:t xml:space="preserve">                                         </w:t>
          </w:r>
        </w:p>
      </w:tc>
      <w:tc>
        <w:tcPr>
          <w:tcW w:w="11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3E38D71" w14:textId="5E6CD647" w:rsidR="001609E1" w:rsidRDefault="001609E1">
          <w:pPr>
            <w:spacing w:after="0"/>
            <w:jc w:val="center"/>
          </w:pPr>
          <w:r>
            <w:t xml:space="preserve">  </w:t>
          </w:r>
        </w:p>
      </w:tc>
      <w:tc>
        <w:tcPr>
          <w:tcW w:w="290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BB61AC4" w14:textId="6E651B87" w:rsidR="001609E1" w:rsidRDefault="001609E1" w:rsidP="001609E1">
          <w:pPr>
            <w:ind w:firstLine="1617"/>
          </w:pPr>
          <w:r>
            <w:rPr>
              <w:noProof/>
            </w:rPr>
            <w:drawing>
              <wp:inline distT="0" distB="0" distL="0" distR="0" wp14:anchorId="37DDF63E" wp14:editId="593C6716">
                <wp:extent cx="679643" cy="684000"/>
                <wp:effectExtent l="0" t="0" r="0" b="0"/>
                <wp:docPr id="116259145" name="Picture 1162591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_logo_exact_from_manu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9643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4C5898"/>
    <w:multiLevelType w:val="multilevel"/>
    <w:tmpl w:val="FDBA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8A383C"/>
    <w:multiLevelType w:val="multilevel"/>
    <w:tmpl w:val="0B3A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552C3E"/>
    <w:multiLevelType w:val="hybridMultilevel"/>
    <w:tmpl w:val="DFB83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249AB"/>
    <w:multiLevelType w:val="hybridMultilevel"/>
    <w:tmpl w:val="619C3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A0922"/>
    <w:multiLevelType w:val="multilevel"/>
    <w:tmpl w:val="21508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680972"/>
    <w:multiLevelType w:val="hybridMultilevel"/>
    <w:tmpl w:val="765AB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1028BF"/>
    <w:multiLevelType w:val="hybridMultilevel"/>
    <w:tmpl w:val="228478D2"/>
    <w:lvl w:ilvl="0" w:tplc="51A6D620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 w15:restartNumberingAfterBreak="0">
    <w:nsid w:val="63B738A8"/>
    <w:multiLevelType w:val="hybridMultilevel"/>
    <w:tmpl w:val="9BFEF440"/>
    <w:lvl w:ilvl="0" w:tplc="D27211A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8F309A"/>
    <w:multiLevelType w:val="multilevel"/>
    <w:tmpl w:val="A2FE5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652578"/>
    <w:multiLevelType w:val="hybridMultilevel"/>
    <w:tmpl w:val="C76E6E02"/>
    <w:lvl w:ilvl="0" w:tplc="50C638A0">
      <w:numFmt w:val="bullet"/>
      <w:lvlText w:val="-"/>
      <w:lvlJc w:val="left"/>
      <w:pPr>
        <w:ind w:left="1068" w:hanging="360"/>
      </w:pPr>
      <w:rPr>
        <w:rFonts w:ascii="Times New Roman" w:eastAsia="Lucida Sans Unicode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70D0870"/>
    <w:multiLevelType w:val="multilevel"/>
    <w:tmpl w:val="9D66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5584504">
    <w:abstractNumId w:val="8"/>
  </w:num>
  <w:num w:numId="2" w16cid:durableId="2070956447">
    <w:abstractNumId w:val="6"/>
  </w:num>
  <w:num w:numId="3" w16cid:durableId="785391367">
    <w:abstractNumId w:val="5"/>
  </w:num>
  <w:num w:numId="4" w16cid:durableId="163984548">
    <w:abstractNumId w:val="4"/>
  </w:num>
  <w:num w:numId="5" w16cid:durableId="2096439718">
    <w:abstractNumId w:val="7"/>
  </w:num>
  <w:num w:numId="6" w16cid:durableId="1324310411">
    <w:abstractNumId w:val="3"/>
  </w:num>
  <w:num w:numId="7" w16cid:durableId="414671624">
    <w:abstractNumId w:val="2"/>
  </w:num>
  <w:num w:numId="8" w16cid:durableId="1854152258">
    <w:abstractNumId w:val="1"/>
  </w:num>
  <w:num w:numId="9" w16cid:durableId="1498107284">
    <w:abstractNumId w:val="0"/>
  </w:num>
  <w:num w:numId="10" w16cid:durableId="1784693288">
    <w:abstractNumId w:val="15"/>
  </w:num>
  <w:num w:numId="11" w16cid:durableId="1203521939">
    <w:abstractNumId w:val="18"/>
  </w:num>
  <w:num w:numId="12" w16cid:durableId="1621839033">
    <w:abstractNumId w:val="19"/>
  </w:num>
  <w:num w:numId="13" w16cid:durableId="527522580">
    <w:abstractNumId w:val="17"/>
  </w:num>
  <w:num w:numId="14" w16cid:durableId="1295870094">
    <w:abstractNumId w:val="10"/>
  </w:num>
  <w:num w:numId="15" w16cid:durableId="1477798295">
    <w:abstractNumId w:val="13"/>
  </w:num>
  <w:num w:numId="16" w16cid:durableId="479807675">
    <w:abstractNumId w:val="9"/>
  </w:num>
  <w:num w:numId="17" w16cid:durableId="417989648">
    <w:abstractNumId w:val="16"/>
  </w:num>
  <w:num w:numId="18" w16cid:durableId="2118089208">
    <w:abstractNumId w:val="11"/>
  </w:num>
  <w:num w:numId="19" w16cid:durableId="1999532080">
    <w:abstractNumId w:val="12"/>
  </w:num>
  <w:num w:numId="20" w16cid:durableId="1470942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D21"/>
    <w:rsid w:val="00077111"/>
    <w:rsid w:val="000A4CB5"/>
    <w:rsid w:val="000B486D"/>
    <w:rsid w:val="000C4E92"/>
    <w:rsid w:val="001250EC"/>
    <w:rsid w:val="001466D0"/>
    <w:rsid w:val="0015074B"/>
    <w:rsid w:val="00157769"/>
    <w:rsid w:val="001609E1"/>
    <w:rsid w:val="00180245"/>
    <w:rsid w:val="001B4CEB"/>
    <w:rsid w:val="001D7D38"/>
    <w:rsid w:val="0029639D"/>
    <w:rsid w:val="002E7506"/>
    <w:rsid w:val="003139C1"/>
    <w:rsid w:val="00326F90"/>
    <w:rsid w:val="0034381E"/>
    <w:rsid w:val="0038293F"/>
    <w:rsid w:val="004D7E5B"/>
    <w:rsid w:val="00512CF8"/>
    <w:rsid w:val="005B21AD"/>
    <w:rsid w:val="005E49CE"/>
    <w:rsid w:val="00610F15"/>
    <w:rsid w:val="0061377B"/>
    <w:rsid w:val="00641C47"/>
    <w:rsid w:val="00643088"/>
    <w:rsid w:val="006613C7"/>
    <w:rsid w:val="006A24B8"/>
    <w:rsid w:val="00715D5B"/>
    <w:rsid w:val="007331BF"/>
    <w:rsid w:val="00786286"/>
    <w:rsid w:val="00794C3D"/>
    <w:rsid w:val="00797156"/>
    <w:rsid w:val="007D7000"/>
    <w:rsid w:val="008163B8"/>
    <w:rsid w:val="0086448B"/>
    <w:rsid w:val="008D2B06"/>
    <w:rsid w:val="00A0118D"/>
    <w:rsid w:val="00A056A8"/>
    <w:rsid w:val="00A17C73"/>
    <w:rsid w:val="00A90E8A"/>
    <w:rsid w:val="00AA1D8D"/>
    <w:rsid w:val="00AC24CB"/>
    <w:rsid w:val="00AE2806"/>
    <w:rsid w:val="00B47730"/>
    <w:rsid w:val="00BB06C9"/>
    <w:rsid w:val="00BD6CA8"/>
    <w:rsid w:val="00C22196"/>
    <w:rsid w:val="00C241D8"/>
    <w:rsid w:val="00CA0C33"/>
    <w:rsid w:val="00CB0664"/>
    <w:rsid w:val="00D605C5"/>
    <w:rsid w:val="00D732EF"/>
    <w:rsid w:val="00D74811"/>
    <w:rsid w:val="00DA23EE"/>
    <w:rsid w:val="00DB7978"/>
    <w:rsid w:val="00E37644"/>
    <w:rsid w:val="00E83272"/>
    <w:rsid w:val="00E97116"/>
    <w:rsid w:val="00EC1CE7"/>
    <w:rsid w:val="00ED3EEE"/>
    <w:rsid w:val="00F66DD9"/>
    <w:rsid w:val="00FB4CBE"/>
    <w:rsid w:val="00FC693F"/>
    <w:rsid w:val="00FD4511"/>
    <w:rsid w:val="00FF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2C2CFA"/>
  <w14:defaultImageDpi w14:val="300"/>
  <w15:docId w15:val="{D2463512-3CC7-43A2-A8DE-D751A31BF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eastAsia="Arial" w:hAnsi="Arial" w:cs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3A6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598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4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00"/>
    </w:pPr>
    <w:rPr>
      <w:rFonts w:ascii="Arial" w:eastAsia="Arial" w:hAnsi="Arial" w:cs="Arial"/>
      <w:b/>
      <w:color w:val="CD9923"/>
      <w:sz w:val="20"/>
    </w:rPr>
  </w:style>
  <w:style w:type="character" w:styleId="Hyperlink">
    <w:name w:val="Hyperlink"/>
    <w:basedOn w:val="DefaultParagraphFont"/>
    <w:uiPriority w:val="99"/>
    <w:unhideWhenUsed/>
    <w:rsid w:val="001609E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09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maria-avrig.ro/despre-institutie/organizare/cariera/anunturile-posturilor-scoase-la-concur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imaria-avrig.ro/utile/proiecte-cu-finantare-nerambursabila/programul-incluziune-si-demnitate-sociala-2021-2027/proiect-avrig-acasa-in-tara-fagarasului-retea-integrata-pentru-prevenirea-separarii-copilului-de-familie-cod-smis-365180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Comunicat de presă - AVRIG = ACASĂ în Țara Făgărașului</vt:lpstr>
    </vt:vector>
  </TitlesOfParts>
  <Manager/>
  <Company/>
  <LinksUpToDate>false</LinksUpToDate>
  <CharactersWithSpaces>10009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 de presă - AVRIG = ACASĂ în Țara Făgărașului</dc:title>
  <dc:subject>Comunicat de presă cu însemne grafice extrase din Ghidul de identitate vizuală atașat</dc:subject>
  <dc:creator>Orașul Avrig</dc:creator>
  <cp:keywords/>
  <dc:description>generated by python-docx</dc:description>
  <cp:lastModifiedBy>Elena EV. Vintila</cp:lastModifiedBy>
  <cp:revision>4</cp:revision>
  <dcterms:created xsi:type="dcterms:W3CDTF">2026-09-14T05:57:00Z</dcterms:created>
  <dcterms:modified xsi:type="dcterms:W3CDTF">2026-09-14T07:22:00Z</dcterms:modified>
  <cp:category/>
</cp:coreProperties>
</file>