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32E10" w14:textId="77777777" w:rsidR="00C94564" w:rsidRPr="006D247D" w:rsidRDefault="00754845" w:rsidP="006D247D">
      <w:pPr>
        <w:spacing w:after="40" w:line="240" w:lineRule="auto"/>
        <w:jc w:val="center"/>
        <w:rPr>
          <w:lang w:val="ro-RO"/>
        </w:rPr>
      </w:pPr>
      <w:r w:rsidRPr="006D247D">
        <w:rPr>
          <w:b/>
          <w:sz w:val="28"/>
          <w:lang w:val="ro-RO"/>
        </w:rPr>
        <w:t>CASA CORPULUI DIDACTIC HUNEDOARA</w:t>
      </w:r>
    </w:p>
    <w:p w14:paraId="43FAD9C7" w14:textId="77777777" w:rsidR="00C94564" w:rsidRPr="006D247D" w:rsidRDefault="00754845" w:rsidP="006D247D">
      <w:pPr>
        <w:spacing w:line="240" w:lineRule="auto"/>
        <w:jc w:val="center"/>
        <w:rPr>
          <w:lang w:val="ro-RO"/>
        </w:rPr>
      </w:pPr>
      <w:r w:rsidRPr="006D247D">
        <w:rPr>
          <w:lang w:val="ro-RO"/>
        </w:rPr>
        <w:t>Deva, Str. George Barițiu nr. 2</w:t>
      </w:r>
    </w:p>
    <w:p w14:paraId="09818974" w14:textId="77777777" w:rsidR="00C94564" w:rsidRPr="006D247D" w:rsidRDefault="00754845" w:rsidP="006D247D">
      <w:pPr>
        <w:spacing w:after="160" w:line="240" w:lineRule="auto"/>
        <w:jc w:val="center"/>
        <w:rPr>
          <w:lang w:val="ro-RO"/>
        </w:rPr>
      </w:pPr>
      <w:r w:rsidRPr="006D247D">
        <w:rPr>
          <w:b/>
          <w:lang w:val="ro-RO"/>
        </w:rPr>
        <w:t>A N U N Ț</w:t>
      </w:r>
    </w:p>
    <w:p w14:paraId="4982D8AB" w14:textId="77777777" w:rsidR="00C94564" w:rsidRPr="006D247D" w:rsidRDefault="00754845" w:rsidP="006D247D">
      <w:pPr>
        <w:spacing w:after="80" w:line="240" w:lineRule="auto"/>
        <w:ind w:firstLine="720"/>
        <w:jc w:val="both"/>
        <w:rPr>
          <w:lang w:val="ro-RO"/>
        </w:rPr>
      </w:pPr>
      <w:r w:rsidRPr="006D247D">
        <w:rPr>
          <w:lang w:val="ro-RO"/>
        </w:rPr>
        <w:t xml:space="preserve">Având în vedere prevederile H.G. nr. 1.336 din 28.10.2022 pentru aprobarea Regulamentului-cadru privind organizarea și dezvoltarea carierei personalului contractual din sectorul bugetar plătit din fonduri publice, cu modificările și completările ulterioare, Casa Corpului Didactic Hunedoara organizează concurs pentru ocuparea următorului post contractual </w:t>
      </w:r>
      <w:r w:rsidRPr="006D247D">
        <w:rPr>
          <w:b/>
          <w:bCs/>
          <w:lang w:val="ro-RO"/>
        </w:rPr>
        <w:t>temporar vacant:</w:t>
      </w:r>
    </w:p>
    <w:p w14:paraId="3BBEF46F" w14:textId="77777777" w:rsidR="00C94564" w:rsidRPr="006D247D" w:rsidRDefault="00754845" w:rsidP="006D247D">
      <w:pPr>
        <w:spacing w:after="0" w:line="240" w:lineRule="auto"/>
        <w:jc w:val="both"/>
        <w:rPr>
          <w:lang w:val="ro-RO"/>
        </w:rPr>
      </w:pPr>
      <w:r w:rsidRPr="006D247D">
        <w:rPr>
          <w:b/>
          <w:bCs/>
          <w:lang w:val="ro-RO"/>
        </w:rPr>
        <w:t>Denumirea postului:</w:t>
      </w:r>
      <w:r w:rsidRPr="006D247D">
        <w:rPr>
          <w:lang w:val="ro-RO"/>
        </w:rPr>
        <w:t xml:space="preserve"> 0,5 post contractual temporar vacant de bibliotecar, pe perioadă determinată</w:t>
      </w:r>
    </w:p>
    <w:p w14:paraId="27B417C6" w14:textId="0360DC3B" w:rsidR="00C94564" w:rsidRPr="006D247D" w:rsidRDefault="00754845" w:rsidP="006D247D">
      <w:pPr>
        <w:spacing w:after="0" w:line="240" w:lineRule="auto"/>
        <w:jc w:val="both"/>
        <w:rPr>
          <w:lang w:val="ro-RO"/>
        </w:rPr>
      </w:pPr>
      <w:r w:rsidRPr="006D247D">
        <w:rPr>
          <w:b/>
          <w:bCs/>
          <w:lang w:val="ro-RO"/>
        </w:rPr>
        <w:t>Gradul/Treapta profesional/profesională</w:t>
      </w:r>
      <w:r w:rsidRPr="006D247D">
        <w:rPr>
          <w:lang w:val="ro-RO"/>
        </w:rPr>
        <w:t>: I</w:t>
      </w:r>
      <w:r w:rsidR="006D247D" w:rsidRPr="006D247D">
        <w:rPr>
          <w:lang w:val="ro-RO"/>
        </w:rPr>
        <w:t xml:space="preserve"> S</w:t>
      </w:r>
    </w:p>
    <w:p w14:paraId="4300CB6A" w14:textId="77777777" w:rsidR="00C94564" w:rsidRPr="006D247D" w:rsidRDefault="00754845" w:rsidP="006D247D">
      <w:pPr>
        <w:spacing w:after="0" w:line="240" w:lineRule="auto"/>
        <w:jc w:val="both"/>
        <w:rPr>
          <w:lang w:val="ro-RO"/>
        </w:rPr>
      </w:pPr>
      <w:r w:rsidRPr="006D247D">
        <w:rPr>
          <w:b/>
          <w:bCs/>
          <w:lang w:val="ro-RO"/>
        </w:rPr>
        <w:t>Nivelul postului</w:t>
      </w:r>
      <w:r w:rsidRPr="006D247D">
        <w:rPr>
          <w:lang w:val="ro-RO"/>
        </w:rPr>
        <w:t>: funcție de execuție</w:t>
      </w:r>
    </w:p>
    <w:p w14:paraId="10887C19" w14:textId="77777777" w:rsidR="00C94564" w:rsidRPr="006D247D" w:rsidRDefault="00754845" w:rsidP="006D247D">
      <w:pPr>
        <w:spacing w:after="0" w:line="240" w:lineRule="auto"/>
        <w:jc w:val="both"/>
        <w:rPr>
          <w:lang w:val="ro-RO"/>
        </w:rPr>
      </w:pPr>
      <w:r w:rsidRPr="006D247D">
        <w:rPr>
          <w:b/>
          <w:bCs/>
          <w:lang w:val="ro-RO"/>
        </w:rPr>
        <w:t>Structura:</w:t>
      </w:r>
      <w:r w:rsidRPr="006D247D">
        <w:rPr>
          <w:lang w:val="ro-RO"/>
        </w:rPr>
        <w:t xml:space="preserve"> personal didactic auxiliar</w:t>
      </w:r>
    </w:p>
    <w:p w14:paraId="5F0D95B6" w14:textId="77777777" w:rsidR="00C94564" w:rsidRPr="006D247D" w:rsidRDefault="00754845" w:rsidP="006D247D">
      <w:pPr>
        <w:spacing w:after="0" w:line="240" w:lineRule="auto"/>
        <w:jc w:val="both"/>
        <w:rPr>
          <w:lang w:val="ro-RO"/>
        </w:rPr>
      </w:pPr>
      <w:r w:rsidRPr="006D247D">
        <w:rPr>
          <w:b/>
          <w:bCs/>
          <w:lang w:val="ro-RO"/>
        </w:rPr>
        <w:t>Durata timpului de lucru:</w:t>
      </w:r>
      <w:r w:rsidRPr="006D247D">
        <w:rPr>
          <w:lang w:val="ro-RO"/>
        </w:rPr>
        <w:t xml:space="preserve"> 4 ore pe zi, 20 de ore pe săptămână</w:t>
      </w:r>
    </w:p>
    <w:p w14:paraId="2B0C5893" w14:textId="77777777" w:rsidR="006D247D" w:rsidRPr="006D247D" w:rsidRDefault="006D247D" w:rsidP="006D247D">
      <w:pPr>
        <w:spacing w:after="0" w:line="240" w:lineRule="auto"/>
        <w:jc w:val="both"/>
        <w:rPr>
          <w:lang w:val="ro-RO"/>
        </w:rPr>
      </w:pPr>
    </w:p>
    <w:p w14:paraId="27353DA9" w14:textId="77777777" w:rsidR="00C94564" w:rsidRPr="006D247D" w:rsidRDefault="00754845" w:rsidP="006D247D">
      <w:pPr>
        <w:spacing w:after="100" w:line="240" w:lineRule="auto"/>
        <w:jc w:val="both"/>
        <w:rPr>
          <w:lang w:val="ro-RO"/>
        </w:rPr>
      </w:pPr>
      <w:r w:rsidRPr="006D247D">
        <w:rPr>
          <w:b/>
          <w:lang w:val="ro-RO"/>
        </w:rPr>
        <w:t>Documentele solicitate candidaților pentru întocmirea dosarului de concurs:</w:t>
      </w:r>
    </w:p>
    <w:p w14:paraId="55DCB95F" w14:textId="77777777" w:rsidR="006D247D" w:rsidRPr="006D247D" w:rsidRDefault="006D247D" w:rsidP="006D247D">
      <w:pPr>
        <w:pStyle w:val="Listparagraf"/>
        <w:widowControl w:val="0"/>
        <w:numPr>
          <w:ilvl w:val="0"/>
          <w:numId w:val="18"/>
        </w:numPr>
        <w:tabs>
          <w:tab w:val="left" w:pos="384"/>
        </w:tabs>
        <w:autoSpaceDE w:val="0"/>
        <w:autoSpaceDN w:val="0"/>
        <w:spacing w:after="0" w:line="240" w:lineRule="auto"/>
        <w:ind w:left="384" w:hanging="244"/>
        <w:contextualSpacing w:val="0"/>
        <w:jc w:val="both"/>
        <w:rPr>
          <w:lang w:val="ro-RO"/>
        </w:rPr>
      </w:pPr>
      <w:r w:rsidRPr="006D247D">
        <w:rPr>
          <w:b/>
          <w:lang w:val="ro-RO"/>
        </w:rPr>
        <w:t>formular</w:t>
      </w:r>
      <w:r w:rsidRPr="006D247D">
        <w:rPr>
          <w:b/>
          <w:spacing w:val="-1"/>
          <w:lang w:val="ro-RO"/>
        </w:rPr>
        <w:t xml:space="preserve"> </w:t>
      </w:r>
      <w:r w:rsidRPr="006D247D">
        <w:rPr>
          <w:b/>
          <w:lang w:val="ro-RO"/>
        </w:rPr>
        <w:t>de</w:t>
      </w:r>
      <w:r w:rsidRPr="006D247D">
        <w:rPr>
          <w:b/>
          <w:spacing w:val="-1"/>
          <w:lang w:val="ro-RO"/>
        </w:rPr>
        <w:t xml:space="preserve"> </w:t>
      </w:r>
      <w:r w:rsidRPr="006D247D">
        <w:rPr>
          <w:b/>
          <w:lang w:val="ro-RO"/>
        </w:rPr>
        <w:t>înscriere</w:t>
      </w:r>
      <w:r w:rsidRPr="006D247D">
        <w:rPr>
          <w:b/>
          <w:spacing w:val="1"/>
          <w:lang w:val="ro-RO"/>
        </w:rPr>
        <w:t xml:space="preserve"> </w:t>
      </w:r>
      <w:r w:rsidRPr="006D247D">
        <w:rPr>
          <w:b/>
          <w:lang w:val="ro-RO"/>
        </w:rPr>
        <w:t>la</w:t>
      </w:r>
      <w:r w:rsidRPr="006D247D">
        <w:rPr>
          <w:b/>
          <w:spacing w:val="-1"/>
          <w:lang w:val="ro-RO"/>
        </w:rPr>
        <w:t xml:space="preserve"> </w:t>
      </w:r>
      <w:r w:rsidRPr="006D247D">
        <w:rPr>
          <w:b/>
          <w:lang w:val="ro-RO"/>
        </w:rPr>
        <w:t>concurs</w:t>
      </w:r>
      <w:r w:rsidRPr="006D247D">
        <w:rPr>
          <w:lang w:val="ro-RO"/>
        </w:rPr>
        <w:t>, conform</w:t>
      </w:r>
      <w:r w:rsidRPr="006D247D">
        <w:rPr>
          <w:spacing w:val="-1"/>
          <w:lang w:val="ro-RO"/>
        </w:rPr>
        <w:t xml:space="preserve"> </w:t>
      </w:r>
      <w:r w:rsidRPr="006D247D">
        <w:rPr>
          <w:lang w:val="ro-RO"/>
        </w:rPr>
        <w:t>modelului prevăzut</w:t>
      </w:r>
      <w:r w:rsidRPr="006D247D">
        <w:rPr>
          <w:spacing w:val="-1"/>
          <w:lang w:val="ro-RO"/>
        </w:rPr>
        <w:t xml:space="preserve"> </w:t>
      </w:r>
      <w:r w:rsidRPr="006D247D">
        <w:rPr>
          <w:lang w:val="ro-RO"/>
        </w:rPr>
        <w:t xml:space="preserve">la </w:t>
      </w:r>
      <w:r w:rsidRPr="006D247D">
        <w:rPr>
          <w:u w:val="single"/>
          <w:lang w:val="ro-RO"/>
        </w:rPr>
        <w:t>anexa</w:t>
      </w:r>
      <w:r w:rsidRPr="006D247D">
        <w:rPr>
          <w:spacing w:val="-2"/>
          <w:u w:val="single"/>
          <w:lang w:val="ro-RO"/>
        </w:rPr>
        <w:t xml:space="preserve"> </w:t>
      </w:r>
      <w:r w:rsidRPr="006D247D">
        <w:rPr>
          <w:u w:val="single"/>
          <w:lang w:val="ro-RO"/>
        </w:rPr>
        <w:t xml:space="preserve">nr. </w:t>
      </w:r>
      <w:r w:rsidRPr="006D247D">
        <w:rPr>
          <w:spacing w:val="-5"/>
          <w:u w:val="single"/>
          <w:lang w:val="ro-RO"/>
        </w:rPr>
        <w:t>1</w:t>
      </w:r>
      <w:r w:rsidRPr="006D247D">
        <w:rPr>
          <w:spacing w:val="-5"/>
          <w:lang w:val="ro-RO"/>
        </w:rPr>
        <w:t>;</w:t>
      </w:r>
    </w:p>
    <w:p w14:paraId="0FC04773" w14:textId="77777777" w:rsidR="006D247D" w:rsidRPr="006D247D" w:rsidRDefault="006D247D" w:rsidP="006D247D">
      <w:pPr>
        <w:pStyle w:val="Listparagraf"/>
        <w:widowControl w:val="0"/>
        <w:numPr>
          <w:ilvl w:val="0"/>
          <w:numId w:val="18"/>
        </w:numPr>
        <w:tabs>
          <w:tab w:val="left" w:pos="391"/>
        </w:tabs>
        <w:autoSpaceDE w:val="0"/>
        <w:autoSpaceDN w:val="0"/>
        <w:spacing w:before="41" w:after="0"/>
        <w:ind w:left="140" w:right="139" w:firstLine="0"/>
        <w:contextualSpacing w:val="0"/>
        <w:jc w:val="both"/>
        <w:rPr>
          <w:lang w:val="ro-RO"/>
        </w:rPr>
      </w:pPr>
      <w:r w:rsidRPr="006D247D">
        <w:rPr>
          <w:b/>
          <w:lang w:val="ro-RO"/>
        </w:rPr>
        <w:t>copia</w:t>
      </w:r>
      <w:r w:rsidRPr="006D247D">
        <w:rPr>
          <w:b/>
          <w:spacing w:val="-10"/>
          <w:lang w:val="ro-RO"/>
        </w:rPr>
        <w:t xml:space="preserve"> </w:t>
      </w:r>
      <w:r w:rsidRPr="006D247D">
        <w:rPr>
          <w:b/>
          <w:lang w:val="ro-RO"/>
        </w:rPr>
        <w:t>actului</w:t>
      </w:r>
      <w:r w:rsidRPr="006D247D">
        <w:rPr>
          <w:b/>
          <w:spacing w:val="-13"/>
          <w:lang w:val="ro-RO"/>
        </w:rPr>
        <w:t xml:space="preserve"> </w:t>
      </w:r>
      <w:r w:rsidRPr="006D247D">
        <w:rPr>
          <w:b/>
          <w:lang w:val="ro-RO"/>
        </w:rPr>
        <w:t>de</w:t>
      </w:r>
      <w:r w:rsidRPr="006D247D">
        <w:rPr>
          <w:b/>
          <w:spacing w:val="-12"/>
          <w:lang w:val="ro-RO"/>
        </w:rPr>
        <w:t xml:space="preserve"> </w:t>
      </w:r>
      <w:r w:rsidRPr="006D247D">
        <w:rPr>
          <w:b/>
          <w:lang w:val="ro-RO"/>
        </w:rPr>
        <w:t>identitate</w:t>
      </w:r>
      <w:r w:rsidRPr="006D247D">
        <w:rPr>
          <w:b/>
          <w:spacing w:val="-10"/>
          <w:lang w:val="ro-RO"/>
        </w:rPr>
        <w:t xml:space="preserve"> </w:t>
      </w:r>
      <w:r w:rsidRPr="006D247D">
        <w:rPr>
          <w:lang w:val="ro-RO"/>
        </w:rPr>
        <w:t>sau</w:t>
      </w:r>
      <w:r w:rsidRPr="006D247D">
        <w:rPr>
          <w:spacing w:val="-11"/>
          <w:lang w:val="ro-RO"/>
        </w:rPr>
        <w:t xml:space="preserve"> </w:t>
      </w:r>
      <w:r w:rsidRPr="006D247D">
        <w:rPr>
          <w:lang w:val="ro-RO"/>
        </w:rPr>
        <w:t>orice</w:t>
      </w:r>
      <w:r w:rsidRPr="006D247D">
        <w:rPr>
          <w:spacing w:val="-12"/>
          <w:lang w:val="ro-RO"/>
        </w:rPr>
        <w:t xml:space="preserve"> </w:t>
      </w:r>
      <w:r w:rsidRPr="006D247D">
        <w:rPr>
          <w:lang w:val="ro-RO"/>
        </w:rPr>
        <w:t>alt</w:t>
      </w:r>
      <w:r w:rsidRPr="006D247D">
        <w:rPr>
          <w:spacing w:val="-10"/>
          <w:lang w:val="ro-RO"/>
        </w:rPr>
        <w:t xml:space="preserve"> </w:t>
      </w:r>
      <w:r w:rsidRPr="006D247D">
        <w:rPr>
          <w:lang w:val="ro-RO"/>
        </w:rPr>
        <w:t>document</w:t>
      </w:r>
      <w:r w:rsidRPr="006D247D">
        <w:rPr>
          <w:spacing w:val="-11"/>
          <w:lang w:val="ro-RO"/>
        </w:rPr>
        <w:t xml:space="preserve"> </w:t>
      </w:r>
      <w:r w:rsidRPr="006D247D">
        <w:rPr>
          <w:lang w:val="ro-RO"/>
        </w:rPr>
        <w:t>care</w:t>
      </w:r>
      <w:r w:rsidRPr="006D247D">
        <w:rPr>
          <w:spacing w:val="-12"/>
          <w:lang w:val="ro-RO"/>
        </w:rPr>
        <w:t xml:space="preserve"> </w:t>
      </w:r>
      <w:r w:rsidRPr="006D247D">
        <w:rPr>
          <w:lang w:val="ro-RO"/>
        </w:rPr>
        <w:t>atestă</w:t>
      </w:r>
      <w:r w:rsidRPr="006D247D">
        <w:rPr>
          <w:spacing w:val="-11"/>
          <w:lang w:val="ro-RO"/>
        </w:rPr>
        <w:t xml:space="preserve"> </w:t>
      </w:r>
      <w:r w:rsidRPr="006D247D">
        <w:rPr>
          <w:lang w:val="ro-RO"/>
        </w:rPr>
        <w:t>identitatea,</w:t>
      </w:r>
      <w:r w:rsidRPr="006D247D">
        <w:rPr>
          <w:spacing w:val="-9"/>
          <w:lang w:val="ro-RO"/>
        </w:rPr>
        <w:t xml:space="preserve"> </w:t>
      </w:r>
      <w:r w:rsidRPr="006D247D">
        <w:rPr>
          <w:lang w:val="ro-RO"/>
        </w:rPr>
        <w:t>potrivit</w:t>
      </w:r>
      <w:r w:rsidRPr="006D247D">
        <w:rPr>
          <w:spacing w:val="-13"/>
          <w:lang w:val="ro-RO"/>
        </w:rPr>
        <w:t xml:space="preserve"> </w:t>
      </w:r>
      <w:r w:rsidRPr="006D247D">
        <w:rPr>
          <w:lang w:val="ro-RO"/>
        </w:rPr>
        <w:t>legii,</w:t>
      </w:r>
      <w:r w:rsidRPr="006D247D">
        <w:rPr>
          <w:spacing w:val="-11"/>
          <w:lang w:val="ro-RO"/>
        </w:rPr>
        <w:t xml:space="preserve"> </w:t>
      </w:r>
      <w:r w:rsidRPr="006D247D">
        <w:rPr>
          <w:lang w:val="ro-RO"/>
        </w:rPr>
        <w:t>aflate</w:t>
      </w:r>
      <w:r w:rsidRPr="006D247D">
        <w:rPr>
          <w:spacing w:val="-11"/>
          <w:lang w:val="ro-RO"/>
        </w:rPr>
        <w:t xml:space="preserve"> </w:t>
      </w:r>
      <w:r w:rsidRPr="006D247D">
        <w:rPr>
          <w:lang w:val="ro-RO"/>
        </w:rPr>
        <w:t>în</w:t>
      </w:r>
      <w:r w:rsidRPr="006D247D">
        <w:rPr>
          <w:spacing w:val="-10"/>
          <w:lang w:val="ro-RO"/>
        </w:rPr>
        <w:t xml:space="preserve"> </w:t>
      </w:r>
      <w:r w:rsidRPr="006D247D">
        <w:rPr>
          <w:lang w:val="ro-RO"/>
        </w:rPr>
        <w:t>termen de valabilitate;</w:t>
      </w:r>
    </w:p>
    <w:p w14:paraId="5E81B814" w14:textId="77777777" w:rsidR="006D247D" w:rsidRPr="006D247D" w:rsidRDefault="006D247D" w:rsidP="006D247D">
      <w:pPr>
        <w:pStyle w:val="Listparagraf"/>
        <w:widowControl w:val="0"/>
        <w:numPr>
          <w:ilvl w:val="0"/>
          <w:numId w:val="18"/>
        </w:numPr>
        <w:tabs>
          <w:tab w:val="left" w:pos="382"/>
        </w:tabs>
        <w:autoSpaceDE w:val="0"/>
        <w:autoSpaceDN w:val="0"/>
        <w:spacing w:after="0" w:line="278" w:lineRule="auto"/>
        <w:ind w:left="140" w:right="139" w:firstLine="0"/>
        <w:contextualSpacing w:val="0"/>
        <w:jc w:val="both"/>
        <w:rPr>
          <w:lang w:val="ro-RO"/>
        </w:rPr>
      </w:pPr>
      <w:r w:rsidRPr="006D247D">
        <w:rPr>
          <w:b/>
          <w:lang w:val="ro-RO"/>
        </w:rPr>
        <w:t>copia</w:t>
      </w:r>
      <w:r w:rsidRPr="006D247D">
        <w:rPr>
          <w:b/>
          <w:spacing w:val="-7"/>
          <w:lang w:val="ro-RO"/>
        </w:rPr>
        <w:t xml:space="preserve"> </w:t>
      </w:r>
      <w:r w:rsidRPr="006D247D">
        <w:rPr>
          <w:b/>
          <w:lang w:val="ro-RO"/>
        </w:rPr>
        <w:t>certificatului</w:t>
      </w:r>
      <w:r w:rsidRPr="006D247D">
        <w:rPr>
          <w:b/>
          <w:spacing w:val="-7"/>
          <w:lang w:val="ro-RO"/>
        </w:rPr>
        <w:t xml:space="preserve"> </w:t>
      </w:r>
      <w:r w:rsidRPr="006D247D">
        <w:rPr>
          <w:b/>
          <w:lang w:val="ro-RO"/>
        </w:rPr>
        <w:t>de</w:t>
      </w:r>
      <w:r w:rsidRPr="006D247D">
        <w:rPr>
          <w:b/>
          <w:spacing w:val="-8"/>
          <w:lang w:val="ro-RO"/>
        </w:rPr>
        <w:t xml:space="preserve"> </w:t>
      </w:r>
      <w:r w:rsidRPr="006D247D">
        <w:rPr>
          <w:b/>
          <w:lang w:val="ro-RO"/>
        </w:rPr>
        <w:t>căsătorie</w:t>
      </w:r>
      <w:r w:rsidRPr="006D247D">
        <w:rPr>
          <w:b/>
          <w:spacing w:val="-3"/>
          <w:lang w:val="ro-RO"/>
        </w:rPr>
        <w:t xml:space="preserve"> </w:t>
      </w:r>
      <w:r w:rsidRPr="006D247D">
        <w:rPr>
          <w:lang w:val="ro-RO"/>
        </w:rPr>
        <w:t>sau</w:t>
      </w:r>
      <w:r w:rsidRPr="006D247D">
        <w:rPr>
          <w:spacing w:val="-5"/>
          <w:lang w:val="ro-RO"/>
        </w:rPr>
        <w:t xml:space="preserve"> </w:t>
      </w:r>
      <w:r w:rsidRPr="006D247D">
        <w:rPr>
          <w:lang w:val="ro-RO"/>
        </w:rPr>
        <w:t>a</w:t>
      </w:r>
      <w:r w:rsidRPr="006D247D">
        <w:rPr>
          <w:spacing w:val="-6"/>
          <w:lang w:val="ro-RO"/>
        </w:rPr>
        <w:t xml:space="preserve"> </w:t>
      </w:r>
      <w:r w:rsidRPr="006D247D">
        <w:rPr>
          <w:lang w:val="ro-RO"/>
        </w:rPr>
        <w:t>altui</w:t>
      </w:r>
      <w:r w:rsidRPr="006D247D">
        <w:rPr>
          <w:spacing w:val="-7"/>
          <w:lang w:val="ro-RO"/>
        </w:rPr>
        <w:t xml:space="preserve"> </w:t>
      </w:r>
      <w:r w:rsidRPr="006D247D">
        <w:rPr>
          <w:lang w:val="ro-RO"/>
        </w:rPr>
        <w:t>document</w:t>
      </w:r>
      <w:r w:rsidRPr="006D247D">
        <w:rPr>
          <w:spacing w:val="-7"/>
          <w:lang w:val="ro-RO"/>
        </w:rPr>
        <w:t xml:space="preserve"> </w:t>
      </w:r>
      <w:r w:rsidRPr="006D247D">
        <w:rPr>
          <w:lang w:val="ro-RO"/>
        </w:rPr>
        <w:t>prin</w:t>
      </w:r>
      <w:r w:rsidRPr="006D247D">
        <w:rPr>
          <w:spacing w:val="-5"/>
          <w:lang w:val="ro-RO"/>
        </w:rPr>
        <w:t xml:space="preserve"> </w:t>
      </w:r>
      <w:r w:rsidRPr="006D247D">
        <w:rPr>
          <w:lang w:val="ro-RO"/>
        </w:rPr>
        <w:t>care</w:t>
      </w:r>
      <w:r w:rsidRPr="006D247D">
        <w:rPr>
          <w:spacing w:val="-9"/>
          <w:lang w:val="ro-RO"/>
        </w:rPr>
        <w:t xml:space="preserve"> </w:t>
      </w:r>
      <w:r w:rsidRPr="006D247D">
        <w:rPr>
          <w:lang w:val="ro-RO"/>
        </w:rPr>
        <w:t>s-a</w:t>
      </w:r>
      <w:r w:rsidRPr="006D247D">
        <w:rPr>
          <w:spacing w:val="-6"/>
          <w:lang w:val="ro-RO"/>
        </w:rPr>
        <w:t xml:space="preserve"> </w:t>
      </w:r>
      <w:r w:rsidRPr="006D247D">
        <w:rPr>
          <w:lang w:val="ro-RO"/>
        </w:rPr>
        <w:t>realizat</w:t>
      </w:r>
      <w:r w:rsidRPr="006D247D">
        <w:rPr>
          <w:spacing w:val="-7"/>
          <w:lang w:val="ro-RO"/>
        </w:rPr>
        <w:t xml:space="preserve"> </w:t>
      </w:r>
      <w:r w:rsidRPr="006D247D">
        <w:rPr>
          <w:lang w:val="ro-RO"/>
        </w:rPr>
        <w:t>schimbarea</w:t>
      </w:r>
      <w:r w:rsidRPr="006D247D">
        <w:rPr>
          <w:spacing w:val="-6"/>
          <w:lang w:val="ro-RO"/>
        </w:rPr>
        <w:t xml:space="preserve"> </w:t>
      </w:r>
      <w:r w:rsidRPr="006D247D">
        <w:rPr>
          <w:lang w:val="ro-RO"/>
        </w:rPr>
        <w:t>de</w:t>
      </w:r>
      <w:r w:rsidRPr="006D247D">
        <w:rPr>
          <w:spacing w:val="-6"/>
          <w:lang w:val="ro-RO"/>
        </w:rPr>
        <w:t xml:space="preserve"> </w:t>
      </w:r>
      <w:r w:rsidRPr="006D247D">
        <w:rPr>
          <w:lang w:val="ro-RO"/>
        </w:rPr>
        <w:t>nume,</w:t>
      </w:r>
      <w:r w:rsidRPr="006D247D">
        <w:rPr>
          <w:spacing w:val="-3"/>
          <w:lang w:val="ro-RO"/>
        </w:rPr>
        <w:t xml:space="preserve"> </w:t>
      </w:r>
      <w:r w:rsidRPr="006D247D">
        <w:rPr>
          <w:lang w:val="ro-RO"/>
        </w:rPr>
        <w:t xml:space="preserve">după </w:t>
      </w:r>
      <w:r w:rsidRPr="006D247D">
        <w:rPr>
          <w:spacing w:val="-4"/>
          <w:lang w:val="ro-RO"/>
        </w:rPr>
        <w:t>caz;</w:t>
      </w:r>
    </w:p>
    <w:p w14:paraId="317FC509" w14:textId="77777777" w:rsidR="006D247D" w:rsidRPr="006D247D" w:rsidRDefault="006D247D" w:rsidP="006D247D">
      <w:pPr>
        <w:pStyle w:val="Listparagraf"/>
        <w:widowControl w:val="0"/>
        <w:numPr>
          <w:ilvl w:val="0"/>
          <w:numId w:val="18"/>
        </w:numPr>
        <w:tabs>
          <w:tab w:val="left" w:pos="449"/>
        </w:tabs>
        <w:autoSpaceDE w:val="0"/>
        <w:autoSpaceDN w:val="0"/>
        <w:spacing w:after="0"/>
        <w:ind w:left="140" w:right="140" w:firstLine="0"/>
        <w:contextualSpacing w:val="0"/>
        <w:jc w:val="both"/>
        <w:rPr>
          <w:lang w:val="ro-RO"/>
        </w:rPr>
      </w:pPr>
      <w:r w:rsidRPr="006D247D">
        <w:rPr>
          <w:b/>
          <w:lang w:val="ro-RO"/>
        </w:rPr>
        <w:t xml:space="preserve">copiile documentelor care atestă nivelul studiilor </w:t>
      </w:r>
      <w:r w:rsidRPr="006D247D">
        <w:rPr>
          <w:lang w:val="ro-RO"/>
        </w:rPr>
        <w:t>și ale altor acte care atestă efectuarea unor specializări, precum și copiile documentelor care atestă îndeplinirea condițiilor specifice ale postului solicitate de autoritatea sau instituția publică;</w:t>
      </w:r>
    </w:p>
    <w:p w14:paraId="0DB6C815" w14:textId="77777777" w:rsidR="006D247D" w:rsidRPr="006D247D" w:rsidRDefault="006D247D" w:rsidP="006D247D">
      <w:pPr>
        <w:pStyle w:val="Listparagraf"/>
        <w:widowControl w:val="0"/>
        <w:numPr>
          <w:ilvl w:val="0"/>
          <w:numId w:val="18"/>
        </w:numPr>
        <w:tabs>
          <w:tab w:val="left" w:pos="393"/>
        </w:tabs>
        <w:autoSpaceDE w:val="0"/>
        <w:autoSpaceDN w:val="0"/>
        <w:spacing w:after="0"/>
        <w:ind w:left="140" w:right="143" w:firstLine="0"/>
        <w:contextualSpacing w:val="0"/>
        <w:jc w:val="both"/>
        <w:rPr>
          <w:lang w:val="ro-RO"/>
        </w:rPr>
      </w:pPr>
      <w:r w:rsidRPr="006D247D">
        <w:rPr>
          <w:b/>
          <w:lang w:val="ro-RO"/>
        </w:rPr>
        <w:t xml:space="preserve">copia carnetului de muncă/extras REVISAL </w:t>
      </w:r>
      <w:r w:rsidRPr="006D247D">
        <w:rPr>
          <w:lang w:val="ro-RO"/>
        </w:rPr>
        <w:t xml:space="preserve">(după anul 2011), sau a adeverinței eliberate de angajator pentru perioada lucrată, care să ateste vechimea în muncă (Modelul orientativ al adeverinței este prevăzut în </w:t>
      </w:r>
      <w:r w:rsidRPr="006D247D">
        <w:rPr>
          <w:u w:val="single"/>
          <w:lang w:val="ro-RO"/>
        </w:rPr>
        <w:t>anexa nr. 2</w:t>
      </w:r>
      <w:r w:rsidRPr="006D247D">
        <w:rPr>
          <w:lang w:val="ro-RO"/>
        </w:rPr>
        <w:t>);</w:t>
      </w:r>
    </w:p>
    <w:p w14:paraId="382690FE" w14:textId="77777777" w:rsidR="006D247D" w:rsidRPr="006D247D" w:rsidRDefault="006D247D" w:rsidP="006D247D">
      <w:pPr>
        <w:pStyle w:val="Listparagraf"/>
        <w:widowControl w:val="0"/>
        <w:numPr>
          <w:ilvl w:val="0"/>
          <w:numId w:val="18"/>
        </w:numPr>
        <w:tabs>
          <w:tab w:val="left" w:pos="357"/>
        </w:tabs>
        <w:autoSpaceDE w:val="0"/>
        <w:autoSpaceDN w:val="0"/>
        <w:spacing w:after="0" w:line="240" w:lineRule="auto"/>
        <w:ind w:left="357" w:hanging="217"/>
        <w:contextualSpacing w:val="0"/>
        <w:jc w:val="both"/>
        <w:rPr>
          <w:lang w:val="ro-RO"/>
        </w:rPr>
      </w:pPr>
      <w:r w:rsidRPr="006D247D">
        <w:rPr>
          <w:b/>
          <w:lang w:val="ro-RO"/>
        </w:rPr>
        <w:t>certificat</w:t>
      </w:r>
      <w:r w:rsidRPr="006D247D">
        <w:rPr>
          <w:b/>
          <w:spacing w:val="-5"/>
          <w:lang w:val="ro-RO"/>
        </w:rPr>
        <w:t xml:space="preserve"> </w:t>
      </w:r>
      <w:r w:rsidRPr="006D247D">
        <w:rPr>
          <w:b/>
          <w:lang w:val="ro-RO"/>
        </w:rPr>
        <w:t>de</w:t>
      </w:r>
      <w:r w:rsidRPr="006D247D">
        <w:rPr>
          <w:b/>
          <w:spacing w:val="-1"/>
          <w:lang w:val="ro-RO"/>
        </w:rPr>
        <w:t xml:space="preserve"> </w:t>
      </w:r>
      <w:r w:rsidRPr="006D247D">
        <w:rPr>
          <w:b/>
          <w:lang w:val="ro-RO"/>
        </w:rPr>
        <w:t>cazier</w:t>
      </w:r>
      <w:r w:rsidRPr="006D247D">
        <w:rPr>
          <w:b/>
          <w:spacing w:val="-1"/>
          <w:lang w:val="ro-RO"/>
        </w:rPr>
        <w:t xml:space="preserve"> </w:t>
      </w:r>
      <w:r w:rsidRPr="006D247D">
        <w:rPr>
          <w:b/>
          <w:lang w:val="ro-RO"/>
        </w:rPr>
        <w:t xml:space="preserve">judiciar </w:t>
      </w:r>
      <w:r w:rsidRPr="006D247D">
        <w:rPr>
          <w:lang w:val="ro-RO"/>
        </w:rPr>
        <w:t>sau, după</w:t>
      </w:r>
      <w:r w:rsidRPr="006D247D">
        <w:rPr>
          <w:spacing w:val="-1"/>
          <w:lang w:val="ro-RO"/>
        </w:rPr>
        <w:t xml:space="preserve"> </w:t>
      </w:r>
      <w:r w:rsidRPr="006D247D">
        <w:rPr>
          <w:lang w:val="ro-RO"/>
        </w:rPr>
        <w:t xml:space="preserve">caz, </w:t>
      </w:r>
      <w:r w:rsidRPr="006D247D">
        <w:rPr>
          <w:b/>
          <w:lang w:val="ro-RO"/>
        </w:rPr>
        <w:t>extrasul</w:t>
      </w:r>
      <w:r w:rsidRPr="006D247D">
        <w:rPr>
          <w:b/>
          <w:spacing w:val="-1"/>
          <w:lang w:val="ro-RO"/>
        </w:rPr>
        <w:t xml:space="preserve"> </w:t>
      </w:r>
      <w:r w:rsidRPr="006D247D">
        <w:rPr>
          <w:b/>
          <w:lang w:val="ro-RO"/>
        </w:rPr>
        <w:t>de</w:t>
      </w:r>
      <w:r w:rsidRPr="006D247D">
        <w:rPr>
          <w:b/>
          <w:spacing w:val="-1"/>
          <w:lang w:val="ro-RO"/>
        </w:rPr>
        <w:t xml:space="preserve"> </w:t>
      </w:r>
      <w:r w:rsidRPr="006D247D">
        <w:rPr>
          <w:b/>
          <w:lang w:val="ro-RO"/>
        </w:rPr>
        <w:t>pe</w:t>
      </w:r>
      <w:r w:rsidRPr="006D247D">
        <w:rPr>
          <w:b/>
          <w:spacing w:val="-1"/>
          <w:lang w:val="ro-RO"/>
        </w:rPr>
        <w:t xml:space="preserve"> </w:t>
      </w:r>
      <w:r w:rsidRPr="006D247D">
        <w:rPr>
          <w:b/>
          <w:lang w:val="ro-RO"/>
        </w:rPr>
        <w:t xml:space="preserve">cazierul </w:t>
      </w:r>
      <w:r w:rsidRPr="006D247D">
        <w:rPr>
          <w:b/>
          <w:spacing w:val="-2"/>
          <w:lang w:val="ro-RO"/>
        </w:rPr>
        <w:t>judiciar</w:t>
      </w:r>
      <w:r w:rsidRPr="006D247D">
        <w:rPr>
          <w:spacing w:val="-2"/>
          <w:lang w:val="ro-RO"/>
        </w:rPr>
        <w:t>;</w:t>
      </w:r>
    </w:p>
    <w:p w14:paraId="3A951F10" w14:textId="77777777" w:rsidR="006D247D" w:rsidRPr="006D247D" w:rsidRDefault="006D247D" w:rsidP="006D247D">
      <w:pPr>
        <w:pStyle w:val="Listparagraf"/>
        <w:widowControl w:val="0"/>
        <w:numPr>
          <w:ilvl w:val="0"/>
          <w:numId w:val="18"/>
        </w:numPr>
        <w:tabs>
          <w:tab w:val="left" w:pos="407"/>
        </w:tabs>
        <w:autoSpaceDE w:val="0"/>
        <w:autoSpaceDN w:val="0"/>
        <w:spacing w:before="35" w:after="0"/>
        <w:ind w:left="140" w:right="145" w:firstLine="0"/>
        <w:contextualSpacing w:val="0"/>
        <w:jc w:val="both"/>
        <w:rPr>
          <w:lang w:val="ro-RO"/>
        </w:rPr>
      </w:pPr>
      <w:r w:rsidRPr="006D247D">
        <w:rPr>
          <w:b/>
          <w:lang w:val="ro-RO"/>
        </w:rPr>
        <w:t xml:space="preserve">adeverință medicală </w:t>
      </w:r>
      <w:r w:rsidRPr="006D247D">
        <w:rPr>
          <w:lang w:val="ro-RO"/>
        </w:rPr>
        <w:t xml:space="preserve">care să ateste starea de sănătate corespunzătoare, eliberată de către medicul de familie al candidatului sau de către unitățile sanitare abilitate cu cel mult 6 luni anterior derulării </w:t>
      </w:r>
      <w:r w:rsidRPr="006D247D">
        <w:rPr>
          <w:spacing w:val="-2"/>
          <w:lang w:val="ro-RO"/>
        </w:rPr>
        <w:t>concursului;</w:t>
      </w:r>
    </w:p>
    <w:p w14:paraId="05D58AE6" w14:textId="77777777" w:rsidR="006D247D" w:rsidRPr="006D247D" w:rsidRDefault="006D247D" w:rsidP="006D247D">
      <w:pPr>
        <w:pStyle w:val="Listparagraf"/>
        <w:widowControl w:val="0"/>
        <w:numPr>
          <w:ilvl w:val="0"/>
          <w:numId w:val="18"/>
        </w:numPr>
        <w:tabs>
          <w:tab w:val="left" w:pos="396"/>
        </w:tabs>
        <w:autoSpaceDE w:val="0"/>
        <w:autoSpaceDN w:val="0"/>
        <w:spacing w:before="1" w:after="0"/>
        <w:ind w:left="140" w:right="139" w:firstLine="0"/>
        <w:contextualSpacing w:val="0"/>
        <w:jc w:val="both"/>
        <w:rPr>
          <w:lang w:val="ro-RO"/>
        </w:rPr>
      </w:pPr>
      <w:r w:rsidRPr="006D247D">
        <w:rPr>
          <w:b/>
          <w:lang w:val="ro-RO"/>
        </w:rPr>
        <w:t>certificatul</w:t>
      </w:r>
      <w:r w:rsidRPr="006D247D">
        <w:rPr>
          <w:b/>
          <w:spacing w:val="-5"/>
          <w:lang w:val="ro-RO"/>
        </w:rPr>
        <w:t xml:space="preserve"> </w:t>
      </w:r>
      <w:r w:rsidRPr="006D247D">
        <w:rPr>
          <w:b/>
          <w:lang w:val="ro-RO"/>
        </w:rPr>
        <w:t>de</w:t>
      </w:r>
      <w:r w:rsidRPr="006D247D">
        <w:rPr>
          <w:b/>
          <w:spacing w:val="-7"/>
          <w:lang w:val="ro-RO"/>
        </w:rPr>
        <w:t xml:space="preserve"> </w:t>
      </w:r>
      <w:r w:rsidRPr="006D247D">
        <w:rPr>
          <w:b/>
          <w:lang w:val="ro-RO"/>
        </w:rPr>
        <w:t>integritate</w:t>
      </w:r>
      <w:r w:rsidRPr="006D247D">
        <w:rPr>
          <w:b/>
          <w:spacing w:val="-7"/>
          <w:lang w:val="ro-RO"/>
        </w:rPr>
        <w:t xml:space="preserve"> </w:t>
      </w:r>
      <w:r w:rsidRPr="006D247D">
        <w:rPr>
          <w:b/>
          <w:lang w:val="ro-RO"/>
        </w:rPr>
        <w:t>comportamentală</w:t>
      </w:r>
      <w:r w:rsidRPr="006D247D">
        <w:rPr>
          <w:b/>
          <w:spacing w:val="-3"/>
          <w:lang w:val="ro-RO"/>
        </w:rPr>
        <w:t xml:space="preserve"> </w:t>
      </w:r>
      <w:r w:rsidRPr="006D247D">
        <w:rPr>
          <w:lang w:val="ro-RO"/>
        </w:rPr>
        <w:t>din</w:t>
      </w:r>
      <w:r w:rsidRPr="006D247D">
        <w:rPr>
          <w:spacing w:val="-5"/>
          <w:lang w:val="ro-RO"/>
        </w:rPr>
        <w:t xml:space="preserve"> </w:t>
      </w:r>
      <w:r w:rsidRPr="006D247D">
        <w:rPr>
          <w:lang w:val="ro-RO"/>
        </w:rPr>
        <w:t>care</w:t>
      </w:r>
      <w:r w:rsidRPr="006D247D">
        <w:rPr>
          <w:spacing w:val="-8"/>
          <w:lang w:val="ro-RO"/>
        </w:rPr>
        <w:t xml:space="preserve"> </w:t>
      </w:r>
      <w:r w:rsidRPr="006D247D">
        <w:rPr>
          <w:lang w:val="ro-RO"/>
        </w:rPr>
        <w:t>să</w:t>
      </w:r>
      <w:r w:rsidRPr="006D247D">
        <w:rPr>
          <w:spacing w:val="-4"/>
          <w:lang w:val="ro-RO"/>
        </w:rPr>
        <w:t xml:space="preserve"> </w:t>
      </w:r>
      <w:r w:rsidRPr="006D247D">
        <w:rPr>
          <w:lang w:val="ro-RO"/>
        </w:rPr>
        <w:t>reiasă</w:t>
      </w:r>
      <w:r w:rsidRPr="006D247D">
        <w:rPr>
          <w:spacing w:val="-5"/>
          <w:lang w:val="ro-RO"/>
        </w:rPr>
        <w:t xml:space="preserve"> </w:t>
      </w:r>
      <w:r w:rsidRPr="006D247D">
        <w:rPr>
          <w:lang w:val="ro-RO"/>
        </w:rPr>
        <w:t>că</w:t>
      </w:r>
      <w:r w:rsidRPr="006D247D">
        <w:rPr>
          <w:spacing w:val="-7"/>
          <w:lang w:val="ro-RO"/>
        </w:rPr>
        <w:t xml:space="preserve"> </w:t>
      </w:r>
      <w:r w:rsidRPr="006D247D">
        <w:rPr>
          <w:lang w:val="ro-RO"/>
        </w:rPr>
        <w:t>nu</w:t>
      </w:r>
      <w:r w:rsidRPr="006D247D">
        <w:rPr>
          <w:spacing w:val="-6"/>
          <w:lang w:val="ro-RO"/>
        </w:rPr>
        <w:t xml:space="preserve"> </w:t>
      </w:r>
      <w:r w:rsidRPr="006D247D">
        <w:rPr>
          <w:lang w:val="ro-RO"/>
        </w:rPr>
        <w:t>s-au</w:t>
      </w:r>
      <w:r w:rsidRPr="006D247D">
        <w:rPr>
          <w:spacing w:val="-6"/>
          <w:lang w:val="ro-RO"/>
        </w:rPr>
        <w:t xml:space="preserve"> </w:t>
      </w:r>
      <w:r w:rsidRPr="006D247D">
        <w:rPr>
          <w:lang w:val="ro-RO"/>
        </w:rPr>
        <w:t>comis</w:t>
      </w:r>
      <w:r w:rsidRPr="006D247D">
        <w:rPr>
          <w:spacing w:val="-6"/>
          <w:lang w:val="ro-RO"/>
        </w:rPr>
        <w:t xml:space="preserve"> </w:t>
      </w:r>
      <w:r w:rsidRPr="006D247D">
        <w:rPr>
          <w:lang w:val="ro-RO"/>
        </w:rPr>
        <w:t>infracțiuni</w:t>
      </w:r>
      <w:r w:rsidRPr="006D247D">
        <w:rPr>
          <w:spacing w:val="-5"/>
          <w:lang w:val="ro-RO"/>
        </w:rPr>
        <w:t xml:space="preserve"> </w:t>
      </w:r>
      <w:r w:rsidRPr="006D247D">
        <w:rPr>
          <w:lang w:val="ro-RO"/>
        </w:rPr>
        <w:t>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6C3E441D" w14:textId="77777777" w:rsidR="006D247D" w:rsidRPr="006D247D" w:rsidRDefault="006D247D" w:rsidP="006D247D">
      <w:pPr>
        <w:pStyle w:val="Listparagraf"/>
        <w:widowControl w:val="0"/>
        <w:numPr>
          <w:ilvl w:val="0"/>
          <w:numId w:val="18"/>
        </w:numPr>
        <w:tabs>
          <w:tab w:val="left" w:pos="346"/>
        </w:tabs>
        <w:autoSpaceDE w:val="0"/>
        <w:autoSpaceDN w:val="0"/>
        <w:spacing w:after="0" w:line="240" w:lineRule="auto"/>
        <w:ind w:left="346" w:hanging="206"/>
        <w:contextualSpacing w:val="0"/>
        <w:jc w:val="both"/>
        <w:rPr>
          <w:lang w:val="ro-RO"/>
        </w:rPr>
      </w:pPr>
      <w:r w:rsidRPr="006D247D">
        <w:rPr>
          <w:b/>
          <w:lang w:val="ro-RO"/>
        </w:rPr>
        <w:t>curriculum</w:t>
      </w:r>
      <w:r w:rsidRPr="006D247D">
        <w:rPr>
          <w:b/>
          <w:spacing w:val="-5"/>
          <w:lang w:val="ro-RO"/>
        </w:rPr>
        <w:t xml:space="preserve"> </w:t>
      </w:r>
      <w:r w:rsidRPr="006D247D">
        <w:rPr>
          <w:b/>
          <w:lang w:val="ro-RO"/>
        </w:rPr>
        <w:t>vitae</w:t>
      </w:r>
      <w:r w:rsidRPr="006D247D">
        <w:rPr>
          <w:lang w:val="ro-RO"/>
        </w:rPr>
        <w:t xml:space="preserve">, model comun </w:t>
      </w:r>
      <w:r w:rsidRPr="006D247D">
        <w:rPr>
          <w:spacing w:val="-2"/>
          <w:lang w:val="ro-RO"/>
        </w:rPr>
        <w:t>european.</w:t>
      </w:r>
    </w:p>
    <w:p w14:paraId="74B4947F" w14:textId="77777777" w:rsidR="006D247D" w:rsidRPr="006D247D" w:rsidRDefault="006D247D" w:rsidP="006D247D">
      <w:pPr>
        <w:pStyle w:val="Corptext"/>
        <w:ind w:left="140" w:right="139"/>
        <w:jc w:val="both"/>
        <w:rPr>
          <w:lang w:val="ro-RO"/>
        </w:rPr>
      </w:pPr>
      <w:r w:rsidRPr="006D247D">
        <w:rPr>
          <w:lang w:val="ro-RO"/>
        </w:rPr>
        <w:t>Notă: Opisul dosarului se depune în 2 (două) exemplare, 1 (un) exemplar se restituie candidatului cu număr de înregistrare. Documentele prevăzute la punctele b), c), d) și e) se vor prezenta și în original, în vederea verificării conformității copiilor cu acestea.</w:t>
      </w:r>
    </w:p>
    <w:p w14:paraId="3B4A3B0C" w14:textId="6040A6D5" w:rsidR="00C94564" w:rsidRPr="006D247D" w:rsidRDefault="00754845" w:rsidP="006D247D">
      <w:pPr>
        <w:spacing w:after="80" w:line="240" w:lineRule="auto"/>
        <w:jc w:val="both"/>
        <w:rPr>
          <w:b/>
          <w:bCs/>
          <w:lang w:val="ro-RO"/>
        </w:rPr>
      </w:pPr>
      <w:r w:rsidRPr="006D247D">
        <w:rPr>
          <w:b/>
          <w:bCs/>
          <w:lang w:val="ro-RO"/>
        </w:rPr>
        <w:t>Dosarele de concurs se depun la secretariatul Casei Corpului Didactic Hunedoara din Deva, cu sediul în Str. George Barițiu nr. 2, telefon: 0254/232.452</w:t>
      </w:r>
      <w:r w:rsidR="006D247D" w:rsidRPr="006D247D">
        <w:rPr>
          <w:b/>
          <w:bCs/>
          <w:lang w:val="ro-RO"/>
        </w:rPr>
        <w:t>, conform calendarului</w:t>
      </w:r>
      <w:r w:rsidRPr="006D247D">
        <w:rPr>
          <w:b/>
          <w:bCs/>
          <w:lang w:val="ro-RO"/>
        </w:rPr>
        <w:t>.</w:t>
      </w:r>
    </w:p>
    <w:p w14:paraId="0B66D0AA" w14:textId="77777777" w:rsidR="006D247D" w:rsidRDefault="006D247D" w:rsidP="006D247D">
      <w:pPr>
        <w:spacing w:after="80" w:line="240" w:lineRule="auto"/>
        <w:jc w:val="both"/>
        <w:rPr>
          <w:lang w:val="ro-RO"/>
        </w:rPr>
      </w:pPr>
    </w:p>
    <w:p w14:paraId="2BA3F2B9" w14:textId="77777777" w:rsidR="006D247D" w:rsidRPr="006D247D" w:rsidRDefault="006D247D" w:rsidP="006D247D">
      <w:pPr>
        <w:spacing w:after="80" w:line="240" w:lineRule="auto"/>
        <w:jc w:val="both"/>
        <w:rPr>
          <w:lang w:val="ro-RO"/>
        </w:rPr>
      </w:pPr>
    </w:p>
    <w:p w14:paraId="29C81F77" w14:textId="77777777" w:rsidR="00C94564" w:rsidRPr="006D247D" w:rsidRDefault="00754845" w:rsidP="006D247D">
      <w:pPr>
        <w:spacing w:after="100" w:line="240" w:lineRule="auto"/>
        <w:jc w:val="both"/>
        <w:rPr>
          <w:lang w:val="ro-RO"/>
        </w:rPr>
      </w:pPr>
      <w:r w:rsidRPr="006D247D">
        <w:rPr>
          <w:b/>
          <w:lang w:val="ro-RO"/>
        </w:rPr>
        <w:lastRenderedPageBreak/>
        <w:t>Condiții generale de participare prevăzute de art. 15 din H.G. nr. 1.336 din 28.10.2022, cu modificările și completările ulterioare.</w:t>
      </w:r>
    </w:p>
    <w:p w14:paraId="7D6BE57A" w14:textId="12BD253C" w:rsidR="00C94564" w:rsidRPr="006D247D" w:rsidRDefault="00754845" w:rsidP="006D247D">
      <w:pPr>
        <w:spacing w:after="80" w:line="240" w:lineRule="auto"/>
        <w:ind w:firstLine="720"/>
        <w:jc w:val="both"/>
        <w:rPr>
          <w:lang w:val="ro-RO"/>
        </w:rPr>
      </w:pPr>
      <w:r w:rsidRPr="006D247D">
        <w:rPr>
          <w:lang w:val="ro-RO"/>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2F4F83F0" w14:textId="77777777" w:rsidR="00C94564" w:rsidRPr="006D247D" w:rsidRDefault="00754845" w:rsidP="006D247D">
      <w:pPr>
        <w:spacing w:after="80" w:line="240" w:lineRule="auto"/>
        <w:jc w:val="both"/>
        <w:rPr>
          <w:lang w:val="ro-RO"/>
        </w:rPr>
      </w:pPr>
      <w:r w:rsidRPr="006D247D">
        <w:rPr>
          <w:lang w:val="ro-RO"/>
        </w:rPr>
        <w:t>a) are cetățenia română sau cetățenia unui alt stat membru al Uniunii Europene, a unui stat parte la Acordul privind Spațiul Economic European (SEE) sau cetățenia Confederației Elvețiene;</w:t>
      </w:r>
    </w:p>
    <w:p w14:paraId="18856987" w14:textId="77777777" w:rsidR="00C94564" w:rsidRPr="006D247D" w:rsidRDefault="00754845" w:rsidP="006D247D">
      <w:pPr>
        <w:spacing w:after="80" w:line="240" w:lineRule="auto"/>
        <w:jc w:val="both"/>
        <w:rPr>
          <w:lang w:val="ro-RO"/>
        </w:rPr>
      </w:pPr>
      <w:r w:rsidRPr="006D247D">
        <w:rPr>
          <w:lang w:val="ro-RO"/>
        </w:rPr>
        <w:t>b) cunoaște limba română, scris și vorbit;</w:t>
      </w:r>
    </w:p>
    <w:p w14:paraId="512E23A1" w14:textId="77777777" w:rsidR="00C94564" w:rsidRPr="006D247D" w:rsidRDefault="00754845" w:rsidP="006D247D">
      <w:pPr>
        <w:spacing w:after="80" w:line="240" w:lineRule="auto"/>
        <w:jc w:val="both"/>
        <w:rPr>
          <w:lang w:val="ro-RO"/>
        </w:rPr>
      </w:pPr>
      <w:r w:rsidRPr="006D247D">
        <w:rPr>
          <w:lang w:val="ro-RO"/>
        </w:rPr>
        <w:t>c) are capacitate de muncă în conformitate cu prevederile Legii nr. 53/2003 – Codul muncii, republicată, cu modificările și completările ulterioare;</w:t>
      </w:r>
    </w:p>
    <w:p w14:paraId="7219AB2E" w14:textId="77777777" w:rsidR="00C94564" w:rsidRPr="006D247D" w:rsidRDefault="00754845" w:rsidP="006D247D">
      <w:pPr>
        <w:spacing w:after="80" w:line="240" w:lineRule="auto"/>
        <w:jc w:val="both"/>
        <w:rPr>
          <w:lang w:val="ro-RO"/>
        </w:rPr>
      </w:pPr>
      <w:r w:rsidRPr="006D247D">
        <w:rPr>
          <w:lang w:val="ro-RO"/>
        </w:rPr>
        <w:t>d) are o stare de sănătate corespunzătoare postului pentru care candidează, atestată pe baza adeverinței medicale eliberate de medicul de familie sau de unitățile sanitare abilitate;</w:t>
      </w:r>
    </w:p>
    <w:p w14:paraId="5DC8FFCA" w14:textId="77777777" w:rsidR="00C94564" w:rsidRPr="006D247D" w:rsidRDefault="00754845" w:rsidP="006D247D">
      <w:pPr>
        <w:spacing w:after="80" w:line="240" w:lineRule="auto"/>
        <w:jc w:val="both"/>
        <w:rPr>
          <w:lang w:val="ro-RO"/>
        </w:rPr>
      </w:pPr>
      <w:r w:rsidRPr="006D247D">
        <w:rPr>
          <w:lang w:val="ro-RO"/>
        </w:rPr>
        <w:t>e) îndeplinește condițiile de studii, de vechime în specialitate și, după caz, alte condiții specifice potrivit cerințelor postului scos la concurs;</w:t>
      </w:r>
    </w:p>
    <w:p w14:paraId="0309E0CC" w14:textId="77777777" w:rsidR="00C94564" w:rsidRPr="006D247D" w:rsidRDefault="00754845" w:rsidP="006D247D">
      <w:pPr>
        <w:spacing w:after="80" w:line="240" w:lineRule="auto"/>
        <w:jc w:val="both"/>
        <w:rPr>
          <w:lang w:val="ro-RO"/>
        </w:rPr>
      </w:pPr>
      <w:r w:rsidRPr="006D247D">
        <w:rPr>
          <w:lang w:val="ro-RO"/>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2D01A19E" w14:textId="77777777" w:rsidR="00C94564" w:rsidRPr="006D247D" w:rsidRDefault="00754845" w:rsidP="006D247D">
      <w:pPr>
        <w:spacing w:after="80" w:line="240" w:lineRule="auto"/>
        <w:jc w:val="both"/>
        <w:rPr>
          <w:lang w:val="ro-RO"/>
        </w:rPr>
      </w:pPr>
      <w:r w:rsidRPr="006D247D">
        <w:rPr>
          <w:lang w:val="ro-RO"/>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32A1E406" w14:textId="77777777" w:rsidR="00C94564" w:rsidRPr="006D247D" w:rsidRDefault="00754845" w:rsidP="006D247D">
      <w:pPr>
        <w:spacing w:after="80" w:line="240" w:lineRule="auto"/>
        <w:jc w:val="both"/>
        <w:rPr>
          <w:lang w:val="ro-RO"/>
        </w:rPr>
      </w:pPr>
      <w:r w:rsidRPr="006D247D">
        <w:rPr>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07B57873" w14:textId="77777777" w:rsidR="00C94564" w:rsidRPr="006D247D" w:rsidRDefault="00754845" w:rsidP="006D247D">
      <w:pPr>
        <w:spacing w:after="100" w:line="240" w:lineRule="auto"/>
        <w:jc w:val="both"/>
        <w:rPr>
          <w:lang w:val="ro-RO"/>
        </w:rPr>
      </w:pPr>
      <w:r w:rsidRPr="006D247D">
        <w:rPr>
          <w:b/>
          <w:lang w:val="ro-RO"/>
        </w:rPr>
        <w:t>Condiții specifice de participare la concurs:</w:t>
      </w:r>
    </w:p>
    <w:p w14:paraId="5247FEAE" w14:textId="77777777" w:rsidR="006D247D" w:rsidRPr="006D247D" w:rsidRDefault="00754845" w:rsidP="006D247D">
      <w:pPr>
        <w:spacing w:after="0" w:line="240" w:lineRule="auto"/>
        <w:jc w:val="both"/>
        <w:rPr>
          <w:lang w:val="ro-RO"/>
        </w:rPr>
      </w:pPr>
      <w:r w:rsidRPr="006D247D">
        <w:rPr>
          <w:lang w:val="ro-RO"/>
        </w:rPr>
        <w:t>- studii și calificare în condițiile art. 193 alin. (1) lit. a) din Legea învățământului preuniversitar nr. 198/2023, cu modificările și completările ulterioare;</w:t>
      </w:r>
    </w:p>
    <w:p w14:paraId="2F63C324" w14:textId="77777777" w:rsidR="006D247D" w:rsidRPr="006D247D" w:rsidRDefault="00754845" w:rsidP="006D247D">
      <w:pPr>
        <w:spacing w:after="0" w:line="240" w:lineRule="auto"/>
        <w:jc w:val="both"/>
        <w:rPr>
          <w:lang w:val="ro-RO"/>
        </w:rPr>
      </w:pPr>
      <w:r w:rsidRPr="006D247D">
        <w:rPr>
          <w:lang w:val="ro-RO"/>
        </w:rPr>
        <w:t>- calificare atestată prin diplomă/adeverință de absolvire a unui curs de biblioteconomie, după caz, conform cerințelor legale;</w:t>
      </w:r>
    </w:p>
    <w:p w14:paraId="22557494" w14:textId="77777777" w:rsidR="006D247D" w:rsidRPr="006D247D" w:rsidRDefault="00754845" w:rsidP="006D247D">
      <w:pPr>
        <w:spacing w:after="0" w:line="240" w:lineRule="auto"/>
        <w:jc w:val="both"/>
        <w:rPr>
          <w:lang w:val="ro-RO"/>
        </w:rPr>
      </w:pPr>
      <w:r w:rsidRPr="006D247D">
        <w:rPr>
          <w:lang w:val="ro-RO"/>
        </w:rPr>
        <w:t>- cunoștințe de operare PC (MS Office, operare baze de date, navigare internet);</w:t>
      </w:r>
    </w:p>
    <w:p w14:paraId="2036BD57" w14:textId="77777777" w:rsidR="006D247D" w:rsidRPr="006D247D" w:rsidRDefault="00754845" w:rsidP="006D247D">
      <w:pPr>
        <w:spacing w:after="0" w:line="240" w:lineRule="auto"/>
        <w:jc w:val="both"/>
        <w:rPr>
          <w:lang w:val="ro-RO"/>
        </w:rPr>
      </w:pPr>
      <w:r w:rsidRPr="006D247D">
        <w:rPr>
          <w:lang w:val="ro-RO"/>
        </w:rPr>
        <w:t>- abilități de comunicare, relaționare și învățare;</w:t>
      </w:r>
    </w:p>
    <w:p w14:paraId="2729974E" w14:textId="77777777" w:rsidR="006D247D" w:rsidRPr="006D247D" w:rsidRDefault="00754845" w:rsidP="006D247D">
      <w:pPr>
        <w:spacing w:after="0" w:line="240" w:lineRule="auto"/>
        <w:jc w:val="both"/>
        <w:rPr>
          <w:lang w:val="ro-RO"/>
        </w:rPr>
      </w:pPr>
      <w:r w:rsidRPr="006D247D">
        <w:rPr>
          <w:lang w:val="ro-RO"/>
        </w:rPr>
        <w:t>- abilități de lucru în echipă;</w:t>
      </w:r>
    </w:p>
    <w:p w14:paraId="73B4592A" w14:textId="77777777" w:rsidR="006D247D" w:rsidRPr="006D247D" w:rsidRDefault="00754845" w:rsidP="006D247D">
      <w:pPr>
        <w:spacing w:after="0" w:line="240" w:lineRule="auto"/>
        <w:jc w:val="both"/>
        <w:rPr>
          <w:lang w:val="ro-RO"/>
        </w:rPr>
      </w:pPr>
      <w:r w:rsidRPr="006D247D">
        <w:rPr>
          <w:lang w:val="ro-RO"/>
        </w:rPr>
        <w:t>- capacitate de gestionare a timpului și a priorităților;</w:t>
      </w:r>
    </w:p>
    <w:p w14:paraId="57DA8514" w14:textId="32409C2E" w:rsidR="00C94564" w:rsidRPr="006D247D" w:rsidRDefault="00754845" w:rsidP="006D247D">
      <w:pPr>
        <w:spacing w:after="0" w:line="240" w:lineRule="auto"/>
        <w:jc w:val="both"/>
        <w:rPr>
          <w:lang w:val="ro-RO"/>
        </w:rPr>
      </w:pPr>
      <w:r w:rsidRPr="006D247D">
        <w:rPr>
          <w:lang w:val="ro-RO"/>
        </w:rPr>
        <w:t>- vechime în specialitatea postului – 6 ani și 6 luni.</w:t>
      </w:r>
    </w:p>
    <w:p w14:paraId="4DB136D8" w14:textId="77777777" w:rsidR="006D247D" w:rsidRPr="006D247D" w:rsidRDefault="006D247D" w:rsidP="006D247D">
      <w:pPr>
        <w:spacing w:after="0" w:line="240" w:lineRule="auto"/>
        <w:jc w:val="both"/>
        <w:rPr>
          <w:lang w:val="ro-RO"/>
        </w:rPr>
      </w:pPr>
    </w:p>
    <w:p w14:paraId="75303E08" w14:textId="77777777" w:rsidR="00C94564" w:rsidRPr="006D247D" w:rsidRDefault="00754845" w:rsidP="006D247D">
      <w:pPr>
        <w:spacing w:after="0" w:line="240" w:lineRule="auto"/>
        <w:jc w:val="both"/>
        <w:rPr>
          <w:lang w:val="ro-RO"/>
        </w:rPr>
      </w:pPr>
      <w:r w:rsidRPr="006D247D">
        <w:rPr>
          <w:b/>
          <w:lang w:val="ro-RO"/>
        </w:rPr>
        <w:t>Bibliografia și tematica de concurs</w:t>
      </w:r>
    </w:p>
    <w:p w14:paraId="2CACC640" w14:textId="77777777" w:rsidR="007D1B93" w:rsidRPr="006D247D" w:rsidRDefault="00754845" w:rsidP="006D247D">
      <w:pPr>
        <w:pStyle w:val="Listparagraf"/>
        <w:numPr>
          <w:ilvl w:val="0"/>
          <w:numId w:val="10"/>
        </w:numPr>
        <w:spacing w:after="0" w:line="240" w:lineRule="auto"/>
        <w:ind w:left="360"/>
        <w:jc w:val="both"/>
        <w:rPr>
          <w:lang w:val="ro-RO"/>
        </w:rPr>
      </w:pPr>
      <w:r w:rsidRPr="006D247D">
        <w:rPr>
          <w:lang w:val="ro-RO"/>
        </w:rPr>
        <w:t>Legea învățământului preuniversitar nr. 198/2023, cu modificările și completările ulterioare – dispozițiile referitoare la personalul didactic auxiliar și bibliotecar;</w:t>
      </w:r>
    </w:p>
    <w:p w14:paraId="71476EDD" w14:textId="5FB48DB2" w:rsidR="007D1B93" w:rsidRPr="006D247D" w:rsidRDefault="007D1B93" w:rsidP="006D247D">
      <w:pPr>
        <w:pStyle w:val="Listparagraf"/>
        <w:numPr>
          <w:ilvl w:val="0"/>
          <w:numId w:val="10"/>
        </w:numPr>
        <w:spacing w:after="0" w:line="240" w:lineRule="auto"/>
        <w:ind w:left="360"/>
        <w:jc w:val="both"/>
        <w:rPr>
          <w:lang w:val="ro-RO"/>
        </w:rPr>
      </w:pPr>
      <w:r w:rsidRPr="006D247D">
        <w:rPr>
          <w:lang w:val="ro-RO"/>
        </w:rPr>
        <w:t>Codul deontologic al bibliotecarului din România;</w:t>
      </w:r>
    </w:p>
    <w:p w14:paraId="69DA1219" w14:textId="77777777" w:rsidR="007D1B93" w:rsidRPr="006D247D" w:rsidRDefault="007D1B93" w:rsidP="006D247D">
      <w:pPr>
        <w:pStyle w:val="Listparagraf"/>
        <w:numPr>
          <w:ilvl w:val="0"/>
          <w:numId w:val="10"/>
        </w:numPr>
        <w:spacing w:after="0" w:line="240" w:lineRule="auto"/>
        <w:ind w:left="360"/>
        <w:jc w:val="both"/>
        <w:rPr>
          <w:lang w:val="ro-RO"/>
        </w:rPr>
      </w:pPr>
      <w:r w:rsidRPr="006D247D">
        <w:rPr>
          <w:lang w:val="ro-RO"/>
        </w:rPr>
        <w:t>ORDIN nr. 5.554 din 7 octombrie 2011 privind aprobarea Regulamentului de organizare şi funcţionare a casei corpului didactic</w:t>
      </w:r>
    </w:p>
    <w:p w14:paraId="6984DC23" w14:textId="77777777" w:rsidR="007D1B93" w:rsidRPr="006D247D" w:rsidRDefault="007D1B93" w:rsidP="006D247D">
      <w:pPr>
        <w:pStyle w:val="Listparagraf"/>
        <w:numPr>
          <w:ilvl w:val="0"/>
          <w:numId w:val="10"/>
        </w:numPr>
        <w:spacing w:after="0" w:line="240" w:lineRule="auto"/>
        <w:ind w:left="360"/>
        <w:jc w:val="both"/>
        <w:rPr>
          <w:lang w:val="ro-RO"/>
        </w:rPr>
      </w:pPr>
      <w:r w:rsidRPr="006D247D">
        <w:rPr>
          <w:lang w:val="ro-RO"/>
        </w:rPr>
        <w:t>Legea nr. 334 din 31 mai 2002, Legea Bibliotecilor, text actualizat 2017, avându-se în vedere republicarea din Monitorul Oficial, Partea I, nr.132 din 11 februarie 2005;</w:t>
      </w:r>
    </w:p>
    <w:p w14:paraId="783EEEE8" w14:textId="77777777" w:rsidR="007D1B93" w:rsidRPr="006D247D" w:rsidRDefault="007D1B93" w:rsidP="006D247D">
      <w:pPr>
        <w:pStyle w:val="Listparagraf"/>
        <w:numPr>
          <w:ilvl w:val="0"/>
          <w:numId w:val="10"/>
        </w:numPr>
        <w:spacing w:after="0" w:line="240" w:lineRule="auto"/>
        <w:ind w:left="360"/>
        <w:jc w:val="both"/>
        <w:rPr>
          <w:lang w:val="ro-RO"/>
        </w:rPr>
      </w:pPr>
      <w:r w:rsidRPr="006D247D">
        <w:rPr>
          <w:lang w:val="ro-RO"/>
        </w:rPr>
        <w:t>Ordinul nr. 5726 privind aprobarea Regulamentului cadru de organizare și funcționare a unităților de învățământ preuniversitar;</w:t>
      </w:r>
    </w:p>
    <w:p w14:paraId="3BAE63EC" w14:textId="77777777" w:rsidR="007D1B93" w:rsidRPr="006D247D" w:rsidRDefault="007D1B93" w:rsidP="006D247D">
      <w:pPr>
        <w:pStyle w:val="Listparagraf"/>
        <w:numPr>
          <w:ilvl w:val="0"/>
          <w:numId w:val="10"/>
        </w:numPr>
        <w:spacing w:after="0" w:line="240" w:lineRule="auto"/>
        <w:ind w:left="360"/>
        <w:jc w:val="both"/>
        <w:rPr>
          <w:lang w:val="ro-RO"/>
        </w:rPr>
      </w:pPr>
      <w:r w:rsidRPr="006D247D">
        <w:rPr>
          <w:lang w:val="ro-RO"/>
        </w:rPr>
        <w:lastRenderedPageBreak/>
        <w:t>Regulament de organizare și funcționare a bibliotecilor școlare și a Centrelor de documentare și informare, Anexă la OMECTS nr.5556 din 7 octombrie 2011, publicat în Monitorul Oficial nr.757, Partea I, joi, 27 octombrie 2011;</w:t>
      </w:r>
    </w:p>
    <w:p w14:paraId="2E8A42B4" w14:textId="73A9299D" w:rsidR="007D1B93" w:rsidRPr="006D247D" w:rsidRDefault="007D1B93" w:rsidP="006D247D">
      <w:pPr>
        <w:pStyle w:val="Listparagraf"/>
        <w:numPr>
          <w:ilvl w:val="0"/>
          <w:numId w:val="10"/>
        </w:numPr>
        <w:spacing w:after="0" w:line="240" w:lineRule="auto"/>
        <w:ind w:left="360"/>
        <w:jc w:val="both"/>
        <w:rPr>
          <w:lang w:val="ro-RO"/>
        </w:rPr>
      </w:pPr>
      <w:r w:rsidRPr="006D247D">
        <w:rPr>
          <w:lang w:val="ro-RO"/>
        </w:rPr>
        <w:t>Laura Rudeanu – Manualul bibliotecarului școlar: organizarea și funcționarea bibliotecilor școlare (Editura Atelier Didactic)</w:t>
      </w:r>
    </w:p>
    <w:p w14:paraId="515E54C8" w14:textId="77777777" w:rsidR="006D247D" w:rsidRPr="006D247D" w:rsidRDefault="006D247D" w:rsidP="006D247D">
      <w:pPr>
        <w:pStyle w:val="Listparagraf"/>
        <w:spacing w:after="0" w:line="240" w:lineRule="auto"/>
        <w:ind w:left="360"/>
        <w:jc w:val="both"/>
        <w:rPr>
          <w:lang w:val="ro-RO"/>
        </w:rPr>
      </w:pPr>
    </w:p>
    <w:p w14:paraId="6E0A91FD" w14:textId="77777777" w:rsidR="00C94564" w:rsidRPr="006D247D" w:rsidRDefault="00754845" w:rsidP="006D247D">
      <w:pPr>
        <w:spacing w:after="0" w:line="240" w:lineRule="auto"/>
        <w:jc w:val="both"/>
        <w:rPr>
          <w:lang w:val="ro-RO"/>
        </w:rPr>
      </w:pPr>
      <w:r w:rsidRPr="006D247D">
        <w:rPr>
          <w:b/>
          <w:lang w:val="ro-RO"/>
        </w:rPr>
        <w:t>Tematica:</w:t>
      </w:r>
    </w:p>
    <w:p w14:paraId="1D84C91B" w14:textId="77777777" w:rsidR="007D1B93" w:rsidRPr="006D247D" w:rsidRDefault="007D1B93" w:rsidP="006D247D">
      <w:pPr>
        <w:numPr>
          <w:ilvl w:val="0"/>
          <w:numId w:val="11"/>
        </w:numPr>
        <w:spacing w:after="0" w:line="240" w:lineRule="auto"/>
        <w:jc w:val="both"/>
        <w:rPr>
          <w:lang w:val="ro-RO"/>
        </w:rPr>
      </w:pPr>
      <w:r w:rsidRPr="006D247D">
        <w:rPr>
          <w:lang w:val="ro-RO"/>
        </w:rPr>
        <w:t xml:space="preserve">Personalul didactic auxiliar. Bibliotecarul – condiții de ocupare, drepturi și obligații. </w:t>
      </w:r>
    </w:p>
    <w:p w14:paraId="1B4A5DE1" w14:textId="77777777" w:rsidR="007D1B93" w:rsidRPr="006D247D" w:rsidRDefault="007D1B93" w:rsidP="006D247D">
      <w:pPr>
        <w:numPr>
          <w:ilvl w:val="0"/>
          <w:numId w:val="12"/>
        </w:numPr>
        <w:spacing w:after="0" w:line="240" w:lineRule="auto"/>
        <w:jc w:val="both"/>
        <w:rPr>
          <w:lang w:val="ro-RO"/>
        </w:rPr>
      </w:pPr>
      <w:r w:rsidRPr="006D247D">
        <w:rPr>
          <w:lang w:val="ro-RO"/>
        </w:rPr>
        <w:t xml:space="preserve">Principii și norme de conduită profesională. Relația bibliotecarului cu utilizatorii și cu instituția. </w:t>
      </w:r>
    </w:p>
    <w:p w14:paraId="1A6EFF26" w14:textId="77777777" w:rsidR="007D1B93" w:rsidRPr="006D247D" w:rsidRDefault="007D1B93" w:rsidP="006D247D">
      <w:pPr>
        <w:numPr>
          <w:ilvl w:val="0"/>
          <w:numId w:val="13"/>
        </w:numPr>
        <w:spacing w:after="0" w:line="240" w:lineRule="auto"/>
        <w:jc w:val="both"/>
        <w:rPr>
          <w:lang w:val="ro-RO"/>
        </w:rPr>
      </w:pPr>
      <w:r w:rsidRPr="006D247D">
        <w:rPr>
          <w:lang w:val="ro-RO"/>
        </w:rPr>
        <w:t xml:space="preserve">Rolul și atribuțiile Casei Corpului Didactic. Biblioteca Casei Corpului Didactic și activitățile de informare și documentare. </w:t>
      </w:r>
    </w:p>
    <w:p w14:paraId="22556B00" w14:textId="77777777" w:rsidR="007D1B93" w:rsidRPr="006D247D" w:rsidRDefault="007D1B93" w:rsidP="006D247D">
      <w:pPr>
        <w:numPr>
          <w:ilvl w:val="0"/>
          <w:numId w:val="14"/>
        </w:numPr>
        <w:spacing w:after="0" w:line="240" w:lineRule="auto"/>
        <w:jc w:val="both"/>
        <w:rPr>
          <w:lang w:val="ro-RO"/>
        </w:rPr>
      </w:pPr>
      <w:r w:rsidRPr="006D247D">
        <w:rPr>
          <w:lang w:val="ro-RO"/>
        </w:rPr>
        <w:t xml:space="preserve">Organizarea și funcționarea bibliotecilor; </w:t>
      </w:r>
    </w:p>
    <w:p w14:paraId="41F6A06A" w14:textId="77777777" w:rsidR="007D1B93" w:rsidRPr="006D247D" w:rsidRDefault="007D1B93" w:rsidP="006D247D">
      <w:pPr>
        <w:numPr>
          <w:ilvl w:val="0"/>
          <w:numId w:val="14"/>
        </w:numPr>
        <w:spacing w:after="0" w:line="240" w:lineRule="auto"/>
        <w:jc w:val="both"/>
        <w:rPr>
          <w:lang w:val="ro-RO"/>
        </w:rPr>
      </w:pPr>
      <w:r w:rsidRPr="006D247D">
        <w:rPr>
          <w:lang w:val="ro-RO"/>
        </w:rPr>
        <w:t xml:space="preserve">Colecțiile bibliotecii: constituire, evidență, organizare și conservare; </w:t>
      </w:r>
    </w:p>
    <w:p w14:paraId="2D74CBF0" w14:textId="77777777" w:rsidR="007D1B93" w:rsidRPr="006D247D" w:rsidRDefault="007D1B93" w:rsidP="006D247D">
      <w:pPr>
        <w:numPr>
          <w:ilvl w:val="0"/>
          <w:numId w:val="14"/>
        </w:numPr>
        <w:spacing w:after="0" w:line="240" w:lineRule="auto"/>
        <w:jc w:val="both"/>
        <w:rPr>
          <w:lang w:val="ro-RO"/>
        </w:rPr>
      </w:pPr>
      <w:r w:rsidRPr="006D247D">
        <w:rPr>
          <w:lang w:val="ro-RO"/>
        </w:rPr>
        <w:t xml:space="preserve">Utilizatorii și serviciile de bibliotecă; </w:t>
      </w:r>
    </w:p>
    <w:p w14:paraId="74C09053" w14:textId="77777777" w:rsidR="007D1B93" w:rsidRPr="006D247D" w:rsidRDefault="007D1B93" w:rsidP="006D247D">
      <w:pPr>
        <w:numPr>
          <w:ilvl w:val="0"/>
          <w:numId w:val="14"/>
        </w:numPr>
        <w:spacing w:after="0" w:line="240" w:lineRule="auto"/>
        <w:jc w:val="both"/>
        <w:rPr>
          <w:lang w:val="ro-RO"/>
        </w:rPr>
      </w:pPr>
      <w:r w:rsidRPr="006D247D">
        <w:rPr>
          <w:lang w:val="ro-RO"/>
        </w:rPr>
        <w:t xml:space="preserve">Atribuțiile și responsabilitățile bibliotecarului. </w:t>
      </w:r>
    </w:p>
    <w:p w14:paraId="7CAD7514" w14:textId="77777777" w:rsidR="007D1B93" w:rsidRPr="006D247D" w:rsidRDefault="007D1B93" w:rsidP="006D247D">
      <w:pPr>
        <w:numPr>
          <w:ilvl w:val="0"/>
          <w:numId w:val="15"/>
        </w:numPr>
        <w:spacing w:after="0" w:line="240" w:lineRule="auto"/>
        <w:jc w:val="both"/>
        <w:rPr>
          <w:lang w:val="ro-RO"/>
        </w:rPr>
      </w:pPr>
      <w:r w:rsidRPr="006D247D">
        <w:rPr>
          <w:lang w:val="ro-RO"/>
        </w:rPr>
        <w:t xml:space="preserve">Biblioteca școlară și rolul acesteia în activitatea educațională; </w:t>
      </w:r>
    </w:p>
    <w:p w14:paraId="2571844B" w14:textId="77777777" w:rsidR="007D1B93" w:rsidRPr="006D247D" w:rsidRDefault="007D1B93" w:rsidP="006D247D">
      <w:pPr>
        <w:numPr>
          <w:ilvl w:val="0"/>
          <w:numId w:val="15"/>
        </w:numPr>
        <w:spacing w:after="0" w:line="240" w:lineRule="auto"/>
        <w:jc w:val="both"/>
        <w:rPr>
          <w:lang w:val="ro-RO"/>
        </w:rPr>
      </w:pPr>
      <w:r w:rsidRPr="006D247D">
        <w:rPr>
          <w:lang w:val="ro-RO"/>
        </w:rPr>
        <w:t xml:space="preserve">Relația bibliotecarului cu elevii, cadrele didactice și personalul instituției. </w:t>
      </w:r>
    </w:p>
    <w:p w14:paraId="315FDB42" w14:textId="77777777" w:rsidR="007D1B93" w:rsidRPr="006D247D" w:rsidRDefault="007D1B93" w:rsidP="006D247D">
      <w:pPr>
        <w:numPr>
          <w:ilvl w:val="0"/>
          <w:numId w:val="16"/>
        </w:numPr>
        <w:spacing w:after="0" w:line="240" w:lineRule="auto"/>
        <w:jc w:val="both"/>
        <w:rPr>
          <w:lang w:val="ro-RO"/>
        </w:rPr>
      </w:pPr>
      <w:r w:rsidRPr="006D247D">
        <w:rPr>
          <w:lang w:val="ro-RO"/>
        </w:rPr>
        <w:t xml:space="preserve">Organizarea și funcționarea bibliotecii; </w:t>
      </w:r>
    </w:p>
    <w:p w14:paraId="456B4C11" w14:textId="77777777" w:rsidR="007D1B93" w:rsidRPr="006D247D" w:rsidRDefault="007D1B93" w:rsidP="006D247D">
      <w:pPr>
        <w:numPr>
          <w:ilvl w:val="0"/>
          <w:numId w:val="16"/>
        </w:numPr>
        <w:spacing w:after="0" w:line="240" w:lineRule="auto"/>
        <w:jc w:val="both"/>
        <w:rPr>
          <w:lang w:val="ro-RO"/>
        </w:rPr>
      </w:pPr>
      <w:r w:rsidRPr="006D247D">
        <w:rPr>
          <w:lang w:val="ro-RO"/>
        </w:rPr>
        <w:t xml:space="preserve">Evidența și gestionarea colecțiilor; </w:t>
      </w:r>
    </w:p>
    <w:p w14:paraId="405200E4" w14:textId="77777777" w:rsidR="007D1B93" w:rsidRPr="006D247D" w:rsidRDefault="007D1B93" w:rsidP="006D247D">
      <w:pPr>
        <w:numPr>
          <w:ilvl w:val="0"/>
          <w:numId w:val="16"/>
        </w:numPr>
        <w:spacing w:after="0" w:line="240" w:lineRule="auto"/>
        <w:jc w:val="both"/>
        <w:rPr>
          <w:lang w:val="ro-RO"/>
        </w:rPr>
      </w:pPr>
      <w:r w:rsidRPr="006D247D">
        <w:rPr>
          <w:lang w:val="ro-RO"/>
        </w:rPr>
        <w:t xml:space="preserve">Serviciile oferite utilizatorilor; </w:t>
      </w:r>
    </w:p>
    <w:p w14:paraId="24F90711" w14:textId="77777777" w:rsidR="007D1B93" w:rsidRPr="006D247D" w:rsidRDefault="007D1B93" w:rsidP="006D247D">
      <w:pPr>
        <w:numPr>
          <w:ilvl w:val="0"/>
          <w:numId w:val="16"/>
        </w:numPr>
        <w:spacing w:after="0" w:line="240" w:lineRule="auto"/>
        <w:jc w:val="both"/>
        <w:rPr>
          <w:lang w:val="ro-RO"/>
        </w:rPr>
      </w:pPr>
      <w:r w:rsidRPr="006D247D">
        <w:rPr>
          <w:lang w:val="ro-RO"/>
        </w:rPr>
        <w:t xml:space="preserve">Activități de informare, documentare și promovare a lecturii; </w:t>
      </w:r>
    </w:p>
    <w:p w14:paraId="0090E1A9" w14:textId="77777777" w:rsidR="007D1B93" w:rsidRPr="006D247D" w:rsidRDefault="007D1B93" w:rsidP="006D247D">
      <w:pPr>
        <w:numPr>
          <w:ilvl w:val="0"/>
          <w:numId w:val="16"/>
        </w:numPr>
        <w:spacing w:after="0" w:line="240" w:lineRule="auto"/>
        <w:jc w:val="both"/>
        <w:rPr>
          <w:lang w:val="ro-RO"/>
        </w:rPr>
      </w:pPr>
      <w:r w:rsidRPr="006D247D">
        <w:rPr>
          <w:lang w:val="ro-RO"/>
        </w:rPr>
        <w:t xml:space="preserve">Atribuțiile bibliotecarului. </w:t>
      </w:r>
    </w:p>
    <w:p w14:paraId="612AF16E" w14:textId="77777777" w:rsidR="007D1B93" w:rsidRPr="006D247D" w:rsidRDefault="007D1B93" w:rsidP="006D247D">
      <w:pPr>
        <w:numPr>
          <w:ilvl w:val="0"/>
          <w:numId w:val="17"/>
        </w:numPr>
        <w:spacing w:after="0" w:line="240" w:lineRule="auto"/>
        <w:jc w:val="both"/>
        <w:rPr>
          <w:lang w:val="ro-RO"/>
        </w:rPr>
      </w:pPr>
      <w:r w:rsidRPr="006D247D">
        <w:rPr>
          <w:lang w:val="ro-RO"/>
        </w:rPr>
        <w:t xml:space="preserve">Organizarea și funcționarea bibliotecii școlare; </w:t>
      </w:r>
    </w:p>
    <w:p w14:paraId="477CE293" w14:textId="77777777" w:rsidR="007D1B93" w:rsidRPr="006D247D" w:rsidRDefault="007D1B93" w:rsidP="006D247D">
      <w:pPr>
        <w:numPr>
          <w:ilvl w:val="0"/>
          <w:numId w:val="17"/>
        </w:numPr>
        <w:spacing w:after="0" w:line="240" w:lineRule="auto"/>
        <w:jc w:val="both"/>
        <w:rPr>
          <w:lang w:val="ro-RO"/>
        </w:rPr>
      </w:pPr>
      <w:r w:rsidRPr="006D247D">
        <w:rPr>
          <w:lang w:val="ro-RO"/>
        </w:rPr>
        <w:t xml:space="preserve">Evidența și organizarea colecțiilor; </w:t>
      </w:r>
    </w:p>
    <w:p w14:paraId="1D0D0489" w14:textId="77777777" w:rsidR="007D1B93" w:rsidRPr="006D247D" w:rsidRDefault="007D1B93" w:rsidP="006D247D">
      <w:pPr>
        <w:numPr>
          <w:ilvl w:val="0"/>
          <w:numId w:val="17"/>
        </w:numPr>
        <w:spacing w:after="0" w:line="240" w:lineRule="auto"/>
        <w:jc w:val="both"/>
        <w:rPr>
          <w:lang w:val="ro-RO"/>
        </w:rPr>
      </w:pPr>
      <w:r w:rsidRPr="006D247D">
        <w:rPr>
          <w:lang w:val="ro-RO"/>
        </w:rPr>
        <w:t xml:space="preserve">Relația cu utilizatorii; </w:t>
      </w:r>
    </w:p>
    <w:p w14:paraId="1773BB29" w14:textId="77777777" w:rsidR="007D1B93" w:rsidRPr="006D247D" w:rsidRDefault="007D1B93" w:rsidP="006D247D">
      <w:pPr>
        <w:numPr>
          <w:ilvl w:val="0"/>
          <w:numId w:val="17"/>
        </w:numPr>
        <w:spacing w:after="0" w:line="240" w:lineRule="auto"/>
        <w:jc w:val="both"/>
        <w:rPr>
          <w:lang w:val="ro-RO"/>
        </w:rPr>
      </w:pPr>
      <w:r w:rsidRPr="006D247D">
        <w:rPr>
          <w:lang w:val="ro-RO"/>
        </w:rPr>
        <w:t xml:space="preserve">Activități de informare și documentare; </w:t>
      </w:r>
    </w:p>
    <w:p w14:paraId="4DDFE0FF" w14:textId="77777777" w:rsidR="007D1B93" w:rsidRPr="006D247D" w:rsidRDefault="007D1B93" w:rsidP="006D247D">
      <w:pPr>
        <w:numPr>
          <w:ilvl w:val="0"/>
          <w:numId w:val="17"/>
        </w:numPr>
        <w:spacing w:after="0" w:line="240" w:lineRule="auto"/>
        <w:jc w:val="both"/>
        <w:rPr>
          <w:lang w:val="ro-RO"/>
        </w:rPr>
      </w:pPr>
      <w:r w:rsidRPr="006D247D">
        <w:rPr>
          <w:lang w:val="ro-RO"/>
        </w:rPr>
        <w:t>Promovarea activității bibliotecii.</w:t>
      </w:r>
    </w:p>
    <w:p w14:paraId="243BDEBB" w14:textId="77777777" w:rsidR="007D1B93" w:rsidRPr="006D247D" w:rsidRDefault="007D1B93" w:rsidP="006D247D">
      <w:pPr>
        <w:spacing w:after="80" w:line="240" w:lineRule="auto"/>
        <w:ind w:left="720"/>
        <w:jc w:val="both"/>
        <w:rPr>
          <w:lang w:val="ro-RO"/>
        </w:rPr>
      </w:pPr>
    </w:p>
    <w:p w14:paraId="6D8008DA" w14:textId="6BE07DBC" w:rsidR="00C94564" w:rsidRPr="006D247D" w:rsidRDefault="00754845" w:rsidP="006D247D">
      <w:pPr>
        <w:spacing w:after="80" w:line="240" w:lineRule="auto"/>
        <w:jc w:val="both"/>
        <w:rPr>
          <w:lang w:val="ro-RO"/>
        </w:rPr>
      </w:pPr>
      <w:r w:rsidRPr="006D247D">
        <w:rPr>
          <w:lang w:val="ro-RO"/>
        </w:rPr>
        <w:t>Locul desfășurării probelor: sediul Casei Corpului Didactic Hunedoara, Deva, Str. George Barițiu nr. 2</w:t>
      </w:r>
      <w:r w:rsidR="00BF466A">
        <w:rPr>
          <w:lang w:val="ro-RO"/>
        </w:rPr>
        <w:t>, cam.109 (Grigore Moisil)</w:t>
      </w:r>
      <w:r w:rsidRPr="006D247D">
        <w:rPr>
          <w:lang w:val="ro-RO"/>
        </w:rPr>
        <w:t>.</w:t>
      </w:r>
    </w:p>
    <w:tbl>
      <w:tblPr>
        <w:tblStyle w:val="Tabelgril"/>
        <w:tblW w:w="0" w:type="auto"/>
        <w:jc w:val="center"/>
        <w:tblLook w:val="04A0" w:firstRow="1" w:lastRow="0" w:firstColumn="1" w:lastColumn="0" w:noHBand="0" w:noVBand="1"/>
      </w:tblPr>
      <w:tblGrid>
        <w:gridCol w:w="629"/>
        <w:gridCol w:w="3359"/>
        <w:gridCol w:w="1994"/>
        <w:gridCol w:w="1994"/>
        <w:gridCol w:w="1994"/>
      </w:tblGrid>
      <w:tr w:rsidR="00C94564" w:rsidRPr="006D247D" w14:paraId="23AE69DD" w14:textId="77777777" w:rsidTr="007D1B93">
        <w:trPr>
          <w:tblHeader/>
          <w:jc w:val="center"/>
        </w:trPr>
        <w:tc>
          <w:tcPr>
            <w:tcW w:w="629" w:type="dxa"/>
            <w:shd w:val="clear" w:color="auto" w:fill="D9EAF7"/>
            <w:vAlign w:val="center"/>
          </w:tcPr>
          <w:p w14:paraId="63E091BF" w14:textId="77777777" w:rsidR="00C94564" w:rsidRPr="006D247D" w:rsidRDefault="00754845" w:rsidP="006D247D">
            <w:pPr>
              <w:jc w:val="both"/>
              <w:rPr>
                <w:lang w:val="ro-RO"/>
              </w:rPr>
            </w:pPr>
            <w:r w:rsidRPr="006D247D">
              <w:rPr>
                <w:b/>
                <w:sz w:val="18"/>
                <w:lang w:val="ro-RO"/>
              </w:rPr>
              <w:t>Nr. crt.</w:t>
            </w:r>
          </w:p>
        </w:tc>
        <w:tc>
          <w:tcPr>
            <w:tcW w:w="3359" w:type="dxa"/>
            <w:shd w:val="clear" w:color="auto" w:fill="D9EAF7"/>
            <w:vAlign w:val="center"/>
          </w:tcPr>
          <w:p w14:paraId="394444A6" w14:textId="77777777" w:rsidR="00C94564" w:rsidRPr="006D247D" w:rsidRDefault="00754845" w:rsidP="006D247D">
            <w:pPr>
              <w:jc w:val="both"/>
              <w:rPr>
                <w:lang w:val="ro-RO"/>
              </w:rPr>
            </w:pPr>
            <w:r w:rsidRPr="006D247D">
              <w:rPr>
                <w:b/>
                <w:sz w:val="18"/>
                <w:lang w:val="ro-RO"/>
              </w:rPr>
              <w:t>Etape de concurs</w:t>
            </w:r>
          </w:p>
        </w:tc>
        <w:tc>
          <w:tcPr>
            <w:tcW w:w="1994" w:type="dxa"/>
            <w:shd w:val="clear" w:color="auto" w:fill="D9EAF7"/>
            <w:vAlign w:val="center"/>
          </w:tcPr>
          <w:p w14:paraId="0B0A5C3D" w14:textId="77777777" w:rsidR="00C94564" w:rsidRPr="006D247D" w:rsidRDefault="00754845" w:rsidP="006D247D">
            <w:pPr>
              <w:jc w:val="both"/>
              <w:rPr>
                <w:lang w:val="ro-RO"/>
              </w:rPr>
            </w:pPr>
            <w:r w:rsidRPr="006D247D">
              <w:rPr>
                <w:b/>
                <w:sz w:val="18"/>
                <w:lang w:val="ro-RO"/>
              </w:rPr>
              <w:t>Data/perioada</w:t>
            </w:r>
          </w:p>
        </w:tc>
        <w:tc>
          <w:tcPr>
            <w:tcW w:w="1994" w:type="dxa"/>
            <w:shd w:val="clear" w:color="auto" w:fill="D9EAF7"/>
            <w:vAlign w:val="center"/>
          </w:tcPr>
          <w:p w14:paraId="27815206" w14:textId="77777777" w:rsidR="00C94564" w:rsidRPr="006D247D" w:rsidRDefault="00754845" w:rsidP="006D247D">
            <w:pPr>
              <w:jc w:val="both"/>
              <w:rPr>
                <w:lang w:val="ro-RO"/>
              </w:rPr>
            </w:pPr>
            <w:r w:rsidRPr="006D247D">
              <w:rPr>
                <w:b/>
                <w:sz w:val="18"/>
                <w:lang w:val="ro-RO"/>
              </w:rPr>
              <w:t>Ora</w:t>
            </w:r>
          </w:p>
        </w:tc>
        <w:tc>
          <w:tcPr>
            <w:tcW w:w="1994" w:type="dxa"/>
            <w:shd w:val="clear" w:color="auto" w:fill="D9EAF7"/>
            <w:vAlign w:val="center"/>
          </w:tcPr>
          <w:p w14:paraId="27347D0F" w14:textId="77777777" w:rsidR="00C94564" w:rsidRPr="006D247D" w:rsidRDefault="00754845" w:rsidP="006D247D">
            <w:pPr>
              <w:jc w:val="both"/>
              <w:rPr>
                <w:lang w:val="ro-RO"/>
              </w:rPr>
            </w:pPr>
            <w:r w:rsidRPr="006D247D">
              <w:rPr>
                <w:b/>
                <w:sz w:val="18"/>
                <w:lang w:val="ro-RO"/>
              </w:rPr>
              <w:t>H.G. nr. 1336/2022</w:t>
            </w:r>
          </w:p>
        </w:tc>
      </w:tr>
      <w:tr w:rsidR="00464F2E" w:rsidRPr="006D247D" w14:paraId="610B7F52" w14:textId="77777777" w:rsidTr="000F0327">
        <w:trPr>
          <w:jc w:val="center"/>
        </w:trPr>
        <w:tc>
          <w:tcPr>
            <w:tcW w:w="629" w:type="dxa"/>
            <w:vAlign w:val="center"/>
          </w:tcPr>
          <w:p w14:paraId="75200CB6" w14:textId="77777777" w:rsidR="00464F2E" w:rsidRPr="006D247D" w:rsidRDefault="00464F2E" w:rsidP="006D247D">
            <w:pPr>
              <w:jc w:val="both"/>
              <w:rPr>
                <w:b/>
                <w:bCs/>
                <w:lang w:val="ro-RO"/>
              </w:rPr>
            </w:pPr>
            <w:r w:rsidRPr="006D247D">
              <w:rPr>
                <w:b/>
                <w:bCs/>
                <w:sz w:val="18"/>
                <w:lang w:val="ro-RO"/>
              </w:rPr>
              <w:t>1.</w:t>
            </w:r>
          </w:p>
        </w:tc>
        <w:tc>
          <w:tcPr>
            <w:tcW w:w="3359" w:type="dxa"/>
            <w:vAlign w:val="center"/>
          </w:tcPr>
          <w:p w14:paraId="6994A29E" w14:textId="77777777" w:rsidR="00464F2E" w:rsidRPr="006D247D" w:rsidRDefault="00464F2E" w:rsidP="006D247D">
            <w:pPr>
              <w:jc w:val="both"/>
              <w:rPr>
                <w:b/>
                <w:bCs/>
                <w:lang w:val="ro-RO"/>
              </w:rPr>
            </w:pPr>
            <w:r w:rsidRPr="006D247D">
              <w:rPr>
                <w:b/>
                <w:bCs/>
                <w:sz w:val="18"/>
                <w:lang w:val="ro-RO"/>
              </w:rPr>
              <w:t>Publicarea anunțului</w:t>
            </w:r>
          </w:p>
        </w:tc>
        <w:tc>
          <w:tcPr>
            <w:tcW w:w="3988" w:type="dxa"/>
            <w:gridSpan w:val="2"/>
            <w:vAlign w:val="center"/>
          </w:tcPr>
          <w:p w14:paraId="65A910B0" w14:textId="05E9DB0E" w:rsidR="00464F2E" w:rsidRPr="006D247D" w:rsidRDefault="00464F2E" w:rsidP="006D247D">
            <w:pPr>
              <w:jc w:val="both"/>
              <w:rPr>
                <w:b/>
                <w:bCs/>
                <w:lang w:val="ro-RO"/>
              </w:rPr>
            </w:pPr>
            <w:r w:rsidRPr="006D247D">
              <w:rPr>
                <w:b/>
                <w:bCs/>
                <w:sz w:val="18"/>
                <w:lang w:val="ro-RO"/>
              </w:rPr>
              <w:t>1</w:t>
            </w:r>
            <w:r w:rsidR="00362882" w:rsidRPr="006D247D">
              <w:rPr>
                <w:b/>
                <w:bCs/>
                <w:sz w:val="18"/>
                <w:lang w:val="ro-RO"/>
              </w:rPr>
              <w:t>1</w:t>
            </w:r>
            <w:r w:rsidRPr="006D247D">
              <w:rPr>
                <w:b/>
                <w:bCs/>
                <w:sz w:val="18"/>
                <w:lang w:val="ro-RO"/>
              </w:rPr>
              <w:t>.09.2026</w:t>
            </w:r>
            <w:r w:rsidR="008A30FD" w:rsidRPr="006D247D">
              <w:rPr>
                <w:b/>
                <w:bCs/>
                <w:sz w:val="18"/>
                <w:lang w:val="ro-RO"/>
              </w:rPr>
              <w:t xml:space="preserve"> (vineri)</w:t>
            </w:r>
          </w:p>
        </w:tc>
        <w:tc>
          <w:tcPr>
            <w:tcW w:w="1994" w:type="dxa"/>
            <w:vAlign w:val="center"/>
          </w:tcPr>
          <w:p w14:paraId="21F221E8" w14:textId="5EACCD7C" w:rsidR="00464F2E" w:rsidRPr="006D247D" w:rsidRDefault="00464F2E" w:rsidP="006D247D">
            <w:pPr>
              <w:jc w:val="both"/>
              <w:rPr>
                <w:b/>
                <w:bCs/>
                <w:lang w:val="ro-RO"/>
              </w:rPr>
            </w:pPr>
          </w:p>
        </w:tc>
      </w:tr>
      <w:tr w:rsidR="00C94564" w:rsidRPr="006D247D" w14:paraId="0006E4F9" w14:textId="77777777" w:rsidTr="007D1B93">
        <w:trPr>
          <w:jc w:val="center"/>
        </w:trPr>
        <w:tc>
          <w:tcPr>
            <w:tcW w:w="629" w:type="dxa"/>
            <w:vAlign w:val="center"/>
          </w:tcPr>
          <w:p w14:paraId="112055EB" w14:textId="77777777" w:rsidR="00C94564" w:rsidRPr="006D247D" w:rsidRDefault="00754845" w:rsidP="006D247D">
            <w:pPr>
              <w:jc w:val="both"/>
              <w:rPr>
                <w:b/>
                <w:bCs/>
                <w:lang w:val="ro-RO"/>
              </w:rPr>
            </w:pPr>
            <w:r w:rsidRPr="006D247D">
              <w:rPr>
                <w:b/>
                <w:bCs/>
                <w:sz w:val="18"/>
                <w:lang w:val="ro-RO"/>
              </w:rPr>
              <w:t>2.</w:t>
            </w:r>
          </w:p>
        </w:tc>
        <w:tc>
          <w:tcPr>
            <w:tcW w:w="3359" w:type="dxa"/>
            <w:vAlign w:val="center"/>
          </w:tcPr>
          <w:p w14:paraId="208CC5C8" w14:textId="77777777" w:rsidR="00C94564" w:rsidRPr="006D247D" w:rsidRDefault="00754845" w:rsidP="006D247D">
            <w:pPr>
              <w:jc w:val="both"/>
              <w:rPr>
                <w:b/>
                <w:bCs/>
                <w:lang w:val="ro-RO"/>
              </w:rPr>
            </w:pPr>
            <w:r w:rsidRPr="006D247D">
              <w:rPr>
                <w:b/>
                <w:bCs/>
                <w:sz w:val="18"/>
                <w:lang w:val="ro-RO"/>
              </w:rPr>
              <w:t>Depunerea dosarelor de concurs</w:t>
            </w:r>
          </w:p>
        </w:tc>
        <w:tc>
          <w:tcPr>
            <w:tcW w:w="1994" w:type="dxa"/>
            <w:vAlign w:val="center"/>
          </w:tcPr>
          <w:p w14:paraId="538C3FFA" w14:textId="2B837C17" w:rsidR="00C94564" w:rsidRPr="006D247D" w:rsidRDefault="00754845" w:rsidP="006D247D">
            <w:pPr>
              <w:jc w:val="both"/>
              <w:rPr>
                <w:b/>
                <w:bCs/>
                <w:lang w:val="ro-RO"/>
              </w:rPr>
            </w:pPr>
            <w:r w:rsidRPr="006D247D">
              <w:rPr>
                <w:b/>
                <w:bCs/>
                <w:sz w:val="18"/>
                <w:lang w:val="ro-RO"/>
              </w:rPr>
              <w:t>1</w:t>
            </w:r>
            <w:r w:rsidR="00362882" w:rsidRPr="006D247D">
              <w:rPr>
                <w:b/>
                <w:bCs/>
                <w:sz w:val="18"/>
                <w:lang w:val="ro-RO"/>
              </w:rPr>
              <w:t>4</w:t>
            </w:r>
            <w:r w:rsidRPr="006D247D">
              <w:rPr>
                <w:b/>
                <w:bCs/>
                <w:sz w:val="18"/>
                <w:lang w:val="ro-RO"/>
              </w:rPr>
              <w:t>.09.2026</w:t>
            </w:r>
            <w:r w:rsidR="008A30FD" w:rsidRPr="006D247D">
              <w:rPr>
                <w:b/>
                <w:bCs/>
                <w:sz w:val="18"/>
                <w:lang w:val="ro-RO"/>
              </w:rPr>
              <w:t xml:space="preserve"> (luni)</w:t>
            </w:r>
            <w:r w:rsidRPr="006D247D">
              <w:rPr>
                <w:b/>
                <w:bCs/>
                <w:sz w:val="18"/>
                <w:lang w:val="ro-RO"/>
              </w:rPr>
              <w:t xml:space="preserve"> – 1</w:t>
            </w:r>
            <w:r w:rsidR="00362882" w:rsidRPr="006D247D">
              <w:rPr>
                <w:b/>
                <w:bCs/>
                <w:sz w:val="18"/>
                <w:lang w:val="ro-RO"/>
              </w:rPr>
              <w:t>8</w:t>
            </w:r>
            <w:r w:rsidRPr="006D247D">
              <w:rPr>
                <w:b/>
                <w:bCs/>
                <w:sz w:val="18"/>
                <w:lang w:val="ro-RO"/>
              </w:rPr>
              <w:t>.09.2026</w:t>
            </w:r>
            <w:r w:rsidR="00362882" w:rsidRPr="006D247D">
              <w:rPr>
                <w:b/>
                <w:bCs/>
                <w:sz w:val="18"/>
                <w:lang w:val="ro-RO"/>
              </w:rPr>
              <w:t xml:space="preserve"> (vineri)</w:t>
            </w:r>
          </w:p>
        </w:tc>
        <w:tc>
          <w:tcPr>
            <w:tcW w:w="1994" w:type="dxa"/>
            <w:vAlign w:val="center"/>
          </w:tcPr>
          <w:p w14:paraId="467F4E1C" w14:textId="77777777" w:rsidR="00C94564" w:rsidRPr="006D247D" w:rsidRDefault="00754845" w:rsidP="006D247D">
            <w:pPr>
              <w:jc w:val="both"/>
              <w:rPr>
                <w:b/>
                <w:bCs/>
                <w:lang w:val="ro-RO"/>
              </w:rPr>
            </w:pPr>
            <w:r w:rsidRPr="006D247D">
              <w:rPr>
                <w:b/>
                <w:bCs/>
                <w:sz w:val="18"/>
                <w:lang w:val="ro-RO"/>
              </w:rPr>
              <w:t>10:00–14:00</w:t>
            </w:r>
          </w:p>
        </w:tc>
        <w:tc>
          <w:tcPr>
            <w:tcW w:w="1994" w:type="dxa"/>
            <w:vAlign w:val="center"/>
          </w:tcPr>
          <w:p w14:paraId="1CE45E6B" w14:textId="77777777" w:rsidR="00C94564" w:rsidRPr="006D247D" w:rsidRDefault="00754845" w:rsidP="006D247D">
            <w:pPr>
              <w:jc w:val="both"/>
              <w:rPr>
                <w:b/>
                <w:bCs/>
                <w:lang w:val="ro-RO"/>
              </w:rPr>
            </w:pPr>
            <w:r w:rsidRPr="006D247D">
              <w:rPr>
                <w:b/>
                <w:bCs/>
                <w:sz w:val="18"/>
                <w:lang w:val="ro-RO"/>
              </w:rPr>
              <w:t>Art. 34</w:t>
            </w:r>
          </w:p>
        </w:tc>
      </w:tr>
      <w:tr w:rsidR="00C94564" w:rsidRPr="006D247D" w14:paraId="74BBBD3E" w14:textId="77777777" w:rsidTr="007D1B93">
        <w:trPr>
          <w:jc w:val="center"/>
        </w:trPr>
        <w:tc>
          <w:tcPr>
            <w:tcW w:w="629" w:type="dxa"/>
            <w:vAlign w:val="center"/>
          </w:tcPr>
          <w:p w14:paraId="238ADD7B" w14:textId="77777777" w:rsidR="00C94564" w:rsidRPr="006D247D" w:rsidRDefault="00754845" w:rsidP="006D247D">
            <w:pPr>
              <w:jc w:val="both"/>
              <w:rPr>
                <w:b/>
                <w:bCs/>
                <w:lang w:val="ro-RO"/>
              </w:rPr>
            </w:pPr>
            <w:r w:rsidRPr="006D247D">
              <w:rPr>
                <w:b/>
                <w:bCs/>
                <w:sz w:val="18"/>
                <w:lang w:val="ro-RO"/>
              </w:rPr>
              <w:t>3.</w:t>
            </w:r>
          </w:p>
        </w:tc>
        <w:tc>
          <w:tcPr>
            <w:tcW w:w="3359" w:type="dxa"/>
            <w:vAlign w:val="center"/>
          </w:tcPr>
          <w:p w14:paraId="215F73EE" w14:textId="77777777" w:rsidR="00C94564" w:rsidRPr="006D247D" w:rsidRDefault="00754845" w:rsidP="006D247D">
            <w:pPr>
              <w:jc w:val="both"/>
              <w:rPr>
                <w:b/>
                <w:bCs/>
                <w:lang w:val="ro-RO"/>
              </w:rPr>
            </w:pPr>
            <w:r w:rsidRPr="006D247D">
              <w:rPr>
                <w:b/>
                <w:bCs/>
                <w:sz w:val="18"/>
                <w:lang w:val="ro-RO"/>
              </w:rPr>
              <w:t>Selecția dosarelor</w:t>
            </w:r>
          </w:p>
        </w:tc>
        <w:tc>
          <w:tcPr>
            <w:tcW w:w="1994" w:type="dxa"/>
            <w:vAlign w:val="center"/>
          </w:tcPr>
          <w:p w14:paraId="65EF3412" w14:textId="7C336279" w:rsidR="00C94564" w:rsidRPr="006D247D" w:rsidRDefault="00362882" w:rsidP="006D247D">
            <w:pPr>
              <w:jc w:val="both"/>
              <w:rPr>
                <w:b/>
                <w:bCs/>
                <w:lang w:val="ro-RO"/>
              </w:rPr>
            </w:pPr>
            <w:r w:rsidRPr="006D247D">
              <w:rPr>
                <w:b/>
                <w:bCs/>
                <w:sz w:val="18"/>
                <w:lang w:val="ro-RO"/>
              </w:rPr>
              <w:t>21</w:t>
            </w:r>
            <w:r w:rsidR="00754845" w:rsidRPr="006D247D">
              <w:rPr>
                <w:b/>
                <w:bCs/>
                <w:sz w:val="18"/>
                <w:lang w:val="ro-RO"/>
              </w:rPr>
              <w:t>.09.2026</w:t>
            </w:r>
            <w:r w:rsidRPr="006D247D">
              <w:rPr>
                <w:b/>
                <w:bCs/>
                <w:sz w:val="18"/>
                <w:lang w:val="ro-RO"/>
              </w:rPr>
              <w:t xml:space="preserve"> (luni)</w:t>
            </w:r>
          </w:p>
        </w:tc>
        <w:tc>
          <w:tcPr>
            <w:tcW w:w="1994" w:type="dxa"/>
            <w:vAlign w:val="center"/>
          </w:tcPr>
          <w:p w14:paraId="24AD82BD" w14:textId="3129F210" w:rsidR="00C94564" w:rsidRPr="006D247D" w:rsidRDefault="00362882" w:rsidP="006D247D">
            <w:pPr>
              <w:jc w:val="both"/>
              <w:rPr>
                <w:b/>
                <w:bCs/>
                <w:lang w:val="ro-RO"/>
              </w:rPr>
            </w:pPr>
            <w:r w:rsidRPr="006D247D">
              <w:rPr>
                <w:b/>
                <w:bCs/>
                <w:sz w:val="18"/>
                <w:lang w:val="ro-RO"/>
              </w:rPr>
              <w:t>14</w:t>
            </w:r>
            <w:r w:rsidR="00754845" w:rsidRPr="006D247D">
              <w:rPr>
                <w:b/>
                <w:bCs/>
                <w:sz w:val="18"/>
                <w:lang w:val="ro-RO"/>
              </w:rPr>
              <w:t>:00</w:t>
            </w:r>
          </w:p>
        </w:tc>
        <w:tc>
          <w:tcPr>
            <w:tcW w:w="1994" w:type="dxa"/>
            <w:vAlign w:val="center"/>
          </w:tcPr>
          <w:p w14:paraId="2F7D4B3A" w14:textId="77777777" w:rsidR="00C94564" w:rsidRPr="006D247D" w:rsidRDefault="00754845" w:rsidP="006D247D">
            <w:pPr>
              <w:jc w:val="both"/>
              <w:rPr>
                <w:b/>
                <w:bCs/>
                <w:lang w:val="ro-RO"/>
              </w:rPr>
            </w:pPr>
            <w:r w:rsidRPr="006D247D">
              <w:rPr>
                <w:b/>
                <w:bCs/>
                <w:sz w:val="18"/>
                <w:lang w:val="ro-RO"/>
              </w:rPr>
              <w:t>Art. 36 alin. (1)</w:t>
            </w:r>
          </w:p>
        </w:tc>
      </w:tr>
      <w:tr w:rsidR="00C94564" w:rsidRPr="006D247D" w14:paraId="7E34ED22" w14:textId="77777777" w:rsidTr="007D1B93">
        <w:trPr>
          <w:jc w:val="center"/>
        </w:trPr>
        <w:tc>
          <w:tcPr>
            <w:tcW w:w="629" w:type="dxa"/>
            <w:vAlign w:val="center"/>
          </w:tcPr>
          <w:p w14:paraId="6157F72C" w14:textId="77777777" w:rsidR="00C94564" w:rsidRPr="006D247D" w:rsidRDefault="00754845" w:rsidP="006D247D">
            <w:pPr>
              <w:jc w:val="both"/>
              <w:rPr>
                <w:lang w:val="ro-RO"/>
              </w:rPr>
            </w:pPr>
            <w:r w:rsidRPr="006D247D">
              <w:rPr>
                <w:sz w:val="18"/>
                <w:lang w:val="ro-RO"/>
              </w:rPr>
              <w:t>4.</w:t>
            </w:r>
          </w:p>
        </w:tc>
        <w:tc>
          <w:tcPr>
            <w:tcW w:w="3359" w:type="dxa"/>
            <w:vAlign w:val="center"/>
          </w:tcPr>
          <w:p w14:paraId="06B2325F" w14:textId="77777777" w:rsidR="00C94564" w:rsidRPr="006D247D" w:rsidRDefault="00754845" w:rsidP="006D247D">
            <w:pPr>
              <w:jc w:val="both"/>
              <w:rPr>
                <w:lang w:val="ro-RO"/>
              </w:rPr>
            </w:pPr>
            <w:r w:rsidRPr="006D247D">
              <w:rPr>
                <w:sz w:val="18"/>
                <w:lang w:val="ro-RO"/>
              </w:rPr>
              <w:t>Afișarea rezultatelor selecției dosarelor</w:t>
            </w:r>
          </w:p>
        </w:tc>
        <w:tc>
          <w:tcPr>
            <w:tcW w:w="1994" w:type="dxa"/>
            <w:vAlign w:val="center"/>
          </w:tcPr>
          <w:p w14:paraId="7D4322C0" w14:textId="4253A597" w:rsidR="00C94564" w:rsidRPr="006D247D" w:rsidRDefault="00362882" w:rsidP="006D247D">
            <w:pPr>
              <w:jc w:val="both"/>
              <w:rPr>
                <w:lang w:val="ro-RO"/>
              </w:rPr>
            </w:pPr>
            <w:r w:rsidRPr="006D247D">
              <w:rPr>
                <w:sz w:val="18"/>
                <w:lang w:val="ro-RO"/>
              </w:rPr>
              <w:t>21</w:t>
            </w:r>
            <w:r w:rsidR="00754845" w:rsidRPr="006D247D">
              <w:rPr>
                <w:sz w:val="18"/>
                <w:lang w:val="ro-RO"/>
              </w:rPr>
              <w:t>.09.2026</w:t>
            </w:r>
          </w:p>
        </w:tc>
        <w:tc>
          <w:tcPr>
            <w:tcW w:w="1994" w:type="dxa"/>
            <w:vAlign w:val="center"/>
          </w:tcPr>
          <w:p w14:paraId="13992174" w14:textId="2A230328" w:rsidR="00C94564" w:rsidRPr="006D247D" w:rsidRDefault="00754845" w:rsidP="006D247D">
            <w:pPr>
              <w:jc w:val="both"/>
              <w:rPr>
                <w:lang w:val="ro-RO"/>
              </w:rPr>
            </w:pPr>
            <w:r w:rsidRPr="006D247D">
              <w:rPr>
                <w:sz w:val="18"/>
                <w:lang w:val="ro-RO"/>
              </w:rPr>
              <w:t>1</w:t>
            </w:r>
            <w:r w:rsidR="00362882" w:rsidRPr="006D247D">
              <w:rPr>
                <w:sz w:val="18"/>
                <w:lang w:val="ro-RO"/>
              </w:rPr>
              <w:t>6</w:t>
            </w:r>
            <w:r w:rsidRPr="006D247D">
              <w:rPr>
                <w:sz w:val="18"/>
                <w:lang w:val="ro-RO"/>
              </w:rPr>
              <w:t>:00</w:t>
            </w:r>
          </w:p>
        </w:tc>
        <w:tc>
          <w:tcPr>
            <w:tcW w:w="1994" w:type="dxa"/>
            <w:vAlign w:val="center"/>
          </w:tcPr>
          <w:p w14:paraId="74A522CC" w14:textId="77777777" w:rsidR="00C94564" w:rsidRPr="006D247D" w:rsidRDefault="00754845" w:rsidP="006D247D">
            <w:pPr>
              <w:jc w:val="both"/>
              <w:rPr>
                <w:lang w:val="ro-RO"/>
              </w:rPr>
            </w:pPr>
            <w:r w:rsidRPr="006D247D">
              <w:rPr>
                <w:sz w:val="18"/>
                <w:lang w:val="ro-RO"/>
              </w:rPr>
              <w:t>Art. 37 alin. (1)</w:t>
            </w:r>
          </w:p>
        </w:tc>
      </w:tr>
      <w:tr w:rsidR="00C94564" w:rsidRPr="006D247D" w14:paraId="65E0BAF0" w14:textId="77777777" w:rsidTr="007D1B93">
        <w:trPr>
          <w:jc w:val="center"/>
        </w:trPr>
        <w:tc>
          <w:tcPr>
            <w:tcW w:w="629" w:type="dxa"/>
            <w:vAlign w:val="center"/>
          </w:tcPr>
          <w:p w14:paraId="4F7A2976" w14:textId="77777777" w:rsidR="00C94564" w:rsidRPr="006D247D" w:rsidRDefault="00754845" w:rsidP="006D247D">
            <w:pPr>
              <w:jc w:val="both"/>
              <w:rPr>
                <w:lang w:val="ro-RO"/>
              </w:rPr>
            </w:pPr>
            <w:r w:rsidRPr="006D247D">
              <w:rPr>
                <w:sz w:val="18"/>
                <w:lang w:val="ro-RO"/>
              </w:rPr>
              <w:t>5.</w:t>
            </w:r>
          </w:p>
        </w:tc>
        <w:tc>
          <w:tcPr>
            <w:tcW w:w="3359" w:type="dxa"/>
            <w:vAlign w:val="center"/>
          </w:tcPr>
          <w:p w14:paraId="1C95744D" w14:textId="77777777" w:rsidR="00C94564" w:rsidRPr="006D247D" w:rsidRDefault="00754845" w:rsidP="006D247D">
            <w:pPr>
              <w:jc w:val="both"/>
              <w:rPr>
                <w:lang w:val="ro-RO"/>
              </w:rPr>
            </w:pPr>
            <w:r w:rsidRPr="006D247D">
              <w:rPr>
                <w:sz w:val="18"/>
                <w:lang w:val="ro-RO"/>
              </w:rPr>
              <w:t>Depunerea contestațiilor privind selecția dosarelor</w:t>
            </w:r>
          </w:p>
        </w:tc>
        <w:tc>
          <w:tcPr>
            <w:tcW w:w="1994" w:type="dxa"/>
            <w:vAlign w:val="center"/>
          </w:tcPr>
          <w:p w14:paraId="6A06C3C7" w14:textId="77777777" w:rsidR="00C94564" w:rsidRDefault="00754845" w:rsidP="006D247D">
            <w:pPr>
              <w:jc w:val="both"/>
              <w:rPr>
                <w:sz w:val="18"/>
                <w:lang w:val="ro-RO"/>
              </w:rPr>
            </w:pPr>
            <w:r w:rsidRPr="006D247D">
              <w:rPr>
                <w:sz w:val="18"/>
                <w:lang w:val="ro-RO"/>
              </w:rPr>
              <w:t>2</w:t>
            </w:r>
            <w:r w:rsidR="00362882" w:rsidRPr="006D247D">
              <w:rPr>
                <w:sz w:val="18"/>
                <w:lang w:val="ro-RO"/>
              </w:rPr>
              <w:t>2</w:t>
            </w:r>
            <w:r w:rsidRPr="006D247D">
              <w:rPr>
                <w:sz w:val="18"/>
                <w:lang w:val="ro-RO"/>
              </w:rPr>
              <w:t>.09.2026</w:t>
            </w:r>
            <w:r w:rsidR="00362882" w:rsidRPr="006D247D">
              <w:rPr>
                <w:sz w:val="18"/>
                <w:lang w:val="ro-RO"/>
              </w:rPr>
              <w:t xml:space="preserve"> (</w:t>
            </w:r>
            <w:r w:rsidR="006D247D" w:rsidRPr="006D247D">
              <w:rPr>
                <w:sz w:val="18"/>
                <w:lang w:val="ro-RO"/>
              </w:rPr>
              <w:t>marți</w:t>
            </w:r>
            <w:r w:rsidR="00362882" w:rsidRPr="006D247D">
              <w:rPr>
                <w:sz w:val="18"/>
                <w:lang w:val="ro-RO"/>
              </w:rPr>
              <w:t>)</w:t>
            </w:r>
          </w:p>
          <w:p w14:paraId="2C9B7F0C" w14:textId="63D8FD48" w:rsidR="006D247D" w:rsidRPr="006D247D" w:rsidRDefault="006D247D" w:rsidP="006D247D">
            <w:pPr>
              <w:jc w:val="both"/>
              <w:rPr>
                <w:lang w:val="ro-RO"/>
              </w:rPr>
            </w:pPr>
            <w:r>
              <w:rPr>
                <w:sz w:val="18"/>
                <w:lang w:val="ro-RO"/>
              </w:rPr>
              <w:t>23.09.2026 (miercuri)</w:t>
            </w:r>
          </w:p>
        </w:tc>
        <w:tc>
          <w:tcPr>
            <w:tcW w:w="1994" w:type="dxa"/>
            <w:vAlign w:val="center"/>
          </w:tcPr>
          <w:p w14:paraId="53B4FB2F" w14:textId="77777777" w:rsidR="00C94564" w:rsidRDefault="00362882" w:rsidP="006D247D">
            <w:pPr>
              <w:jc w:val="both"/>
              <w:rPr>
                <w:sz w:val="18"/>
                <w:lang w:val="ro-RO"/>
              </w:rPr>
            </w:pPr>
            <w:r w:rsidRPr="006D247D">
              <w:rPr>
                <w:sz w:val="18"/>
                <w:lang w:val="ro-RO"/>
              </w:rPr>
              <w:t>10:00-</w:t>
            </w:r>
            <w:r w:rsidR="00754845" w:rsidRPr="006D247D">
              <w:rPr>
                <w:sz w:val="18"/>
                <w:lang w:val="ro-RO"/>
              </w:rPr>
              <w:t>14:00</w:t>
            </w:r>
          </w:p>
          <w:p w14:paraId="6465B75D" w14:textId="3E510B24" w:rsidR="006D247D" w:rsidRPr="006D247D" w:rsidRDefault="006D247D" w:rsidP="006D247D">
            <w:pPr>
              <w:jc w:val="both"/>
              <w:rPr>
                <w:lang w:val="ro-RO"/>
              </w:rPr>
            </w:pPr>
            <w:r w:rsidRPr="006D247D">
              <w:rPr>
                <w:sz w:val="18"/>
                <w:lang w:val="ro-RO"/>
              </w:rPr>
              <w:t>10:00-14:00</w:t>
            </w:r>
          </w:p>
        </w:tc>
        <w:tc>
          <w:tcPr>
            <w:tcW w:w="1994" w:type="dxa"/>
            <w:vAlign w:val="center"/>
          </w:tcPr>
          <w:p w14:paraId="2D3859FB" w14:textId="77777777" w:rsidR="00C94564" w:rsidRPr="006D247D" w:rsidRDefault="00754845" w:rsidP="006D247D">
            <w:pPr>
              <w:jc w:val="both"/>
              <w:rPr>
                <w:lang w:val="ro-RO"/>
              </w:rPr>
            </w:pPr>
            <w:r w:rsidRPr="006D247D">
              <w:rPr>
                <w:sz w:val="18"/>
                <w:lang w:val="ro-RO"/>
              </w:rPr>
              <w:t>Art. 53</w:t>
            </w:r>
          </w:p>
        </w:tc>
      </w:tr>
      <w:tr w:rsidR="00C94564" w:rsidRPr="006D247D" w14:paraId="707B01E4" w14:textId="77777777" w:rsidTr="007D1B93">
        <w:trPr>
          <w:jc w:val="center"/>
        </w:trPr>
        <w:tc>
          <w:tcPr>
            <w:tcW w:w="629" w:type="dxa"/>
            <w:vAlign w:val="center"/>
          </w:tcPr>
          <w:p w14:paraId="79707156" w14:textId="77777777" w:rsidR="00C94564" w:rsidRPr="006D247D" w:rsidRDefault="00754845" w:rsidP="006D247D">
            <w:pPr>
              <w:jc w:val="both"/>
              <w:rPr>
                <w:lang w:val="ro-RO"/>
              </w:rPr>
            </w:pPr>
            <w:r w:rsidRPr="006D247D">
              <w:rPr>
                <w:sz w:val="18"/>
                <w:lang w:val="ro-RO"/>
              </w:rPr>
              <w:t>6.</w:t>
            </w:r>
          </w:p>
        </w:tc>
        <w:tc>
          <w:tcPr>
            <w:tcW w:w="3359" w:type="dxa"/>
            <w:vAlign w:val="center"/>
          </w:tcPr>
          <w:p w14:paraId="69B8DC83" w14:textId="77777777" w:rsidR="00C94564" w:rsidRPr="006D247D" w:rsidRDefault="00754845" w:rsidP="006D247D">
            <w:pPr>
              <w:jc w:val="both"/>
              <w:rPr>
                <w:lang w:val="ro-RO"/>
              </w:rPr>
            </w:pPr>
            <w:r w:rsidRPr="006D247D">
              <w:rPr>
                <w:sz w:val="18"/>
                <w:lang w:val="ro-RO"/>
              </w:rPr>
              <w:t>Soluționarea contestațiilor și afișarea rezultatelor după contestații</w:t>
            </w:r>
          </w:p>
        </w:tc>
        <w:tc>
          <w:tcPr>
            <w:tcW w:w="1994" w:type="dxa"/>
            <w:vAlign w:val="center"/>
          </w:tcPr>
          <w:p w14:paraId="73F0798F" w14:textId="1EBF46CB" w:rsidR="00C94564" w:rsidRPr="006D247D" w:rsidRDefault="00754845" w:rsidP="006D247D">
            <w:pPr>
              <w:jc w:val="both"/>
              <w:rPr>
                <w:lang w:val="ro-RO"/>
              </w:rPr>
            </w:pPr>
            <w:r w:rsidRPr="006D247D">
              <w:rPr>
                <w:sz w:val="18"/>
                <w:lang w:val="ro-RO"/>
              </w:rPr>
              <w:t>2</w:t>
            </w:r>
            <w:r w:rsidR="006D247D">
              <w:rPr>
                <w:sz w:val="18"/>
                <w:lang w:val="ro-RO"/>
              </w:rPr>
              <w:t>3</w:t>
            </w:r>
            <w:r w:rsidRPr="006D247D">
              <w:rPr>
                <w:sz w:val="18"/>
                <w:lang w:val="ro-RO"/>
              </w:rPr>
              <w:t>.09.2026</w:t>
            </w:r>
          </w:p>
        </w:tc>
        <w:tc>
          <w:tcPr>
            <w:tcW w:w="1994" w:type="dxa"/>
            <w:vAlign w:val="center"/>
          </w:tcPr>
          <w:p w14:paraId="6B745955" w14:textId="1262E136" w:rsidR="00C94564" w:rsidRPr="006D247D" w:rsidRDefault="00754845" w:rsidP="006D247D">
            <w:pPr>
              <w:jc w:val="both"/>
              <w:rPr>
                <w:lang w:val="ro-RO"/>
              </w:rPr>
            </w:pPr>
            <w:r w:rsidRPr="006D247D">
              <w:rPr>
                <w:sz w:val="18"/>
                <w:lang w:val="ro-RO"/>
              </w:rPr>
              <w:t>1</w:t>
            </w:r>
            <w:r w:rsidR="00362882" w:rsidRPr="006D247D">
              <w:rPr>
                <w:sz w:val="18"/>
                <w:lang w:val="ro-RO"/>
              </w:rPr>
              <w:t>6</w:t>
            </w:r>
            <w:r w:rsidRPr="006D247D">
              <w:rPr>
                <w:sz w:val="18"/>
                <w:lang w:val="ro-RO"/>
              </w:rPr>
              <w:t>:00</w:t>
            </w:r>
          </w:p>
        </w:tc>
        <w:tc>
          <w:tcPr>
            <w:tcW w:w="1994" w:type="dxa"/>
            <w:vAlign w:val="center"/>
          </w:tcPr>
          <w:p w14:paraId="699411C7" w14:textId="77777777" w:rsidR="00C94564" w:rsidRPr="006D247D" w:rsidRDefault="00754845" w:rsidP="006D247D">
            <w:pPr>
              <w:jc w:val="both"/>
              <w:rPr>
                <w:lang w:val="ro-RO"/>
              </w:rPr>
            </w:pPr>
            <w:r w:rsidRPr="006D247D">
              <w:rPr>
                <w:sz w:val="18"/>
                <w:lang w:val="ro-RO"/>
              </w:rPr>
              <w:t>Art. 54 alin. (3)</w:t>
            </w:r>
          </w:p>
        </w:tc>
      </w:tr>
      <w:tr w:rsidR="00C94564" w:rsidRPr="006D247D" w14:paraId="7841DF53" w14:textId="77777777" w:rsidTr="007D1B93">
        <w:trPr>
          <w:jc w:val="center"/>
        </w:trPr>
        <w:tc>
          <w:tcPr>
            <w:tcW w:w="629" w:type="dxa"/>
            <w:vAlign w:val="center"/>
          </w:tcPr>
          <w:p w14:paraId="3A0478AC" w14:textId="77777777" w:rsidR="00C94564" w:rsidRPr="006D247D" w:rsidRDefault="00754845" w:rsidP="006D247D">
            <w:pPr>
              <w:jc w:val="both"/>
              <w:rPr>
                <w:b/>
                <w:bCs/>
                <w:lang w:val="ro-RO"/>
              </w:rPr>
            </w:pPr>
            <w:r w:rsidRPr="006D247D">
              <w:rPr>
                <w:b/>
                <w:bCs/>
                <w:sz w:val="18"/>
                <w:lang w:val="ro-RO"/>
              </w:rPr>
              <w:t>7.</w:t>
            </w:r>
          </w:p>
        </w:tc>
        <w:tc>
          <w:tcPr>
            <w:tcW w:w="3359" w:type="dxa"/>
            <w:vAlign w:val="center"/>
          </w:tcPr>
          <w:p w14:paraId="5896273D" w14:textId="77777777" w:rsidR="00C94564" w:rsidRPr="006D247D" w:rsidRDefault="00754845" w:rsidP="006D247D">
            <w:pPr>
              <w:jc w:val="both"/>
              <w:rPr>
                <w:b/>
                <w:bCs/>
                <w:lang w:val="ro-RO"/>
              </w:rPr>
            </w:pPr>
            <w:r w:rsidRPr="006D247D">
              <w:rPr>
                <w:b/>
                <w:bCs/>
                <w:sz w:val="18"/>
                <w:lang w:val="ro-RO"/>
              </w:rPr>
              <w:t>Proba scrisă</w:t>
            </w:r>
          </w:p>
        </w:tc>
        <w:tc>
          <w:tcPr>
            <w:tcW w:w="1994" w:type="dxa"/>
            <w:vAlign w:val="center"/>
          </w:tcPr>
          <w:p w14:paraId="136C3750" w14:textId="675FE34D" w:rsidR="00C94564" w:rsidRPr="006D247D" w:rsidRDefault="00754845" w:rsidP="006D247D">
            <w:pPr>
              <w:jc w:val="both"/>
              <w:rPr>
                <w:b/>
                <w:bCs/>
                <w:lang w:val="ro-RO"/>
              </w:rPr>
            </w:pPr>
            <w:r w:rsidRPr="006D247D">
              <w:rPr>
                <w:b/>
                <w:bCs/>
                <w:sz w:val="18"/>
                <w:lang w:val="ro-RO"/>
              </w:rPr>
              <w:t>25.09.2026</w:t>
            </w:r>
            <w:r w:rsidR="00362882" w:rsidRPr="006D247D">
              <w:rPr>
                <w:b/>
                <w:bCs/>
                <w:sz w:val="18"/>
                <w:lang w:val="ro-RO"/>
              </w:rPr>
              <w:t xml:space="preserve"> (vineri)</w:t>
            </w:r>
          </w:p>
        </w:tc>
        <w:tc>
          <w:tcPr>
            <w:tcW w:w="1994" w:type="dxa"/>
            <w:vAlign w:val="center"/>
          </w:tcPr>
          <w:p w14:paraId="3992BDF9" w14:textId="77777777" w:rsidR="00C94564" w:rsidRPr="006D247D" w:rsidRDefault="00754845" w:rsidP="006D247D">
            <w:pPr>
              <w:jc w:val="both"/>
              <w:rPr>
                <w:b/>
                <w:bCs/>
                <w:lang w:val="ro-RO"/>
              </w:rPr>
            </w:pPr>
            <w:r w:rsidRPr="006D247D">
              <w:rPr>
                <w:b/>
                <w:bCs/>
                <w:sz w:val="18"/>
                <w:lang w:val="ro-RO"/>
              </w:rPr>
              <w:t>10:00</w:t>
            </w:r>
          </w:p>
        </w:tc>
        <w:tc>
          <w:tcPr>
            <w:tcW w:w="1994" w:type="dxa"/>
            <w:vAlign w:val="center"/>
          </w:tcPr>
          <w:p w14:paraId="4D8EBEFD" w14:textId="77777777" w:rsidR="00C94564" w:rsidRPr="006D247D" w:rsidRDefault="00754845" w:rsidP="006D247D">
            <w:pPr>
              <w:jc w:val="both"/>
              <w:rPr>
                <w:b/>
                <w:bCs/>
                <w:lang w:val="ro-RO"/>
              </w:rPr>
            </w:pPr>
            <w:r w:rsidRPr="006D247D">
              <w:rPr>
                <w:b/>
                <w:bCs/>
                <w:sz w:val="18"/>
                <w:lang w:val="ro-RO"/>
              </w:rPr>
              <w:t>Art. 38</w:t>
            </w:r>
          </w:p>
        </w:tc>
      </w:tr>
      <w:tr w:rsidR="00C94564" w:rsidRPr="006D247D" w14:paraId="33859738" w14:textId="77777777" w:rsidTr="007D1B93">
        <w:trPr>
          <w:jc w:val="center"/>
        </w:trPr>
        <w:tc>
          <w:tcPr>
            <w:tcW w:w="629" w:type="dxa"/>
            <w:vAlign w:val="center"/>
          </w:tcPr>
          <w:p w14:paraId="1221772E" w14:textId="77777777" w:rsidR="00C94564" w:rsidRPr="006D247D" w:rsidRDefault="00754845" w:rsidP="006D247D">
            <w:pPr>
              <w:jc w:val="both"/>
              <w:rPr>
                <w:lang w:val="ro-RO"/>
              </w:rPr>
            </w:pPr>
            <w:r w:rsidRPr="006D247D">
              <w:rPr>
                <w:sz w:val="18"/>
                <w:lang w:val="ro-RO"/>
              </w:rPr>
              <w:t>8.</w:t>
            </w:r>
          </w:p>
        </w:tc>
        <w:tc>
          <w:tcPr>
            <w:tcW w:w="3359" w:type="dxa"/>
            <w:vAlign w:val="center"/>
          </w:tcPr>
          <w:p w14:paraId="28E5D549" w14:textId="77777777" w:rsidR="00C94564" w:rsidRPr="006D247D" w:rsidRDefault="00754845" w:rsidP="006D247D">
            <w:pPr>
              <w:jc w:val="both"/>
              <w:rPr>
                <w:lang w:val="ro-RO"/>
              </w:rPr>
            </w:pPr>
            <w:r w:rsidRPr="006D247D">
              <w:rPr>
                <w:sz w:val="18"/>
                <w:lang w:val="ro-RO"/>
              </w:rPr>
              <w:t>Afișarea rezultatelor probei scrise</w:t>
            </w:r>
          </w:p>
        </w:tc>
        <w:tc>
          <w:tcPr>
            <w:tcW w:w="1994" w:type="dxa"/>
            <w:vAlign w:val="center"/>
          </w:tcPr>
          <w:p w14:paraId="1434267E" w14:textId="64A420D8" w:rsidR="00C94564" w:rsidRPr="006D247D" w:rsidRDefault="00754845" w:rsidP="006D247D">
            <w:pPr>
              <w:jc w:val="both"/>
              <w:rPr>
                <w:lang w:val="ro-RO"/>
              </w:rPr>
            </w:pPr>
            <w:r w:rsidRPr="006D247D">
              <w:rPr>
                <w:sz w:val="18"/>
                <w:lang w:val="ro-RO"/>
              </w:rPr>
              <w:t>28.09.2026</w:t>
            </w:r>
            <w:r w:rsidR="00362882" w:rsidRPr="006D247D">
              <w:rPr>
                <w:sz w:val="18"/>
                <w:lang w:val="ro-RO"/>
              </w:rPr>
              <w:t xml:space="preserve"> (luni)</w:t>
            </w:r>
          </w:p>
        </w:tc>
        <w:tc>
          <w:tcPr>
            <w:tcW w:w="1994" w:type="dxa"/>
            <w:vAlign w:val="center"/>
          </w:tcPr>
          <w:p w14:paraId="2FB56280" w14:textId="4B0306DA" w:rsidR="00C94564" w:rsidRPr="006D247D" w:rsidRDefault="00754845" w:rsidP="006D247D">
            <w:pPr>
              <w:jc w:val="both"/>
              <w:rPr>
                <w:lang w:val="ro-RO"/>
              </w:rPr>
            </w:pPr>
            <w:r w:rsidRPr="006D247D">
              <w:rPr>
                <w:sz w:val="18"/>
                <w:lang w:val="ro-RO"/>
              </w:rPr>
              <w:t>1</w:t>
            </w:r>
            <w:r w:rsidR="006D247D">
              <w:rPr>
                <w:sz w:val="18"/>
                <w:lang w:val="ro-RO"/>
              </w:rPr>
              <w:t>2</w:t>
            </w:r>
            <w:r w:rsidRPr="006D247D">
              <w:rPr>
                <w:sz w:val="18"/>
                <w:lang w:val="ro-RO"/>
              </w:rPr>
              <w:t>:00</w:t>
            </w:r>
          </w:p>
        </w:tc>
        <w:tc>
          <w:tcPr>
            <w:tcW w:w="1994" w:type="dxa"/>
            <w:vAlign w:val="center"/>
          </w:tcPr>
          <w:p w14:paraId="5C90A137" w14:textId="77777777" w:rsidR="00C94564" w:rsidRPr="006D247D" w:rsidRDefault="00754845" w:rsidP="006D247D">
            <w:pPr>
              <w:jc w:val="both"/>
              <w:rPr>
                <w:lang w:val="ro-RO"/>
              </w:rPr>
            </w:pPr>
            <w:r w:rsidRPr="006D247D">
              <w:rPr>
                <w:sz w:val="18"/>
                <w:lang w:val="ro-RO"/>
              </w:rPr>
              <w:t>Art. 47 alin. (3)</w:t>
            </w:r>
          </w:p>
        </w:tc>
      </w:tr>
      <w:tr w:rsidR="00C94564" w:rsidRPr="006D247D" w14:paraId="487B35D8" w14:textId="77777777" w:rsidTr="007D1B93">
        <w:trPr>
          <w:jc w:val="center"/>
        </w:trPr>
        <w:tc>
          <w:tcPr>
            <w:tcW w:w="629" w:type="dxa"/>
            <w:vAlign w:val="center"/>
          </w:tcPr>
          <w:p w14:paraId="270709D3" w14:textId="77777777" w:rsidR="00C94564" w:rsidRPr="006D247D" w:rsidRDefault="00754845" w:rsidP="006D247D">
            <w:pPr>
              <w:jc w:val="both"/>
              <w:rPr>
                <w:lang w:val="ro-RO"/>
              </w:rPr>
            </w:pPr>
            <w:r w:rsidRPr="006D247D">
              <w:rPr>
                <w:sz w:val="18"/>
                <w:lang w:val="ro-RO"/>
              </w:rPr>
              <w:t>9.</w:t>
            </w:r>
          </w:p>
        </w:tc>
        <w:tc>
          <w:tcPr>
            <w:tcW w:w="3359" w:type="dxa"/>
            <w:vAlign w:val="center"/>
          </w:tcPr>
          <w:p w14:paraId="5410AC42" w14:textId="77777777" w:rsidR="00C94564" w:rsidRPr="006D247D" w:rsidRDefault="00754845" w:rsidP="006D247D">
            <w:pPr>
              <w:jc w:val="both"/>
              <w:rPr>
                <w:lang w:val="ro-RO"/>
              </w:rPr>
            </w:pPr>
            <w:r w:rsidRPr="006D247D">
              <w:rPr>
                <w:sz w:val="18"/>
                <w:lang w:val="ro-RO"/>
              </w:rPr>
              <w:t>Depunerea contestațiilor după proba scrisă</w:t>
            </w:r>
          </w:p>
        </w:tc>
        <w:tc>
          <w:tcPr>
            <w:tcW w:w="1994" w:type="dxa"/>
            <w:vAlign w:val="center"/>
          </w:tcPr>
          <w:p w14:paraId="78E74AD4" w14:textId="5C745A8D" w:rsidR="006D247D" w:rsidRDefault="006D247D" w:rsidP="006D247D">
            <w:pPr>
              <w:jc w:val="both"/>
              <w:rPr>
                <w:sz w:val="18"/>
                <w:lang w:val="ro-RO"/>
              </w:rPr>
            </w:pPr>
            <w:r>
              <w:rPr>
                <w:sz w:val="18"/>
                <w:lang w:val="ro-RO"/>
              </w:rPr>
              <w:t>28.09.2026 (luni)</w:t>
            </w:r>
          </w:p>
          <w:p w14:paraId="1EAD3A31" w14:textId="2AD759B0" w:rsidR="00C94564" w:rsidRPr="006D247D" w:rsidRDefault="00754845" w:rsidP="006D247D">
            <w:pPr>
              <w:jc w:val="both"/>
              <w:rPr>
                <w:lang w:val="ro-RO"/>
              </w:rPr>
            </w:pPr>
            <w:r w:rsidRPr="006D247D">
              <w:rPr>
                <w:sz w:val="18"/>
                <w:lang w:val="ro-RO"/>
              </w:rPr>
              <w:t>29.09.2026</w:t>
            </w:r>
            <w:r w:rsidR="00362882" w:rsidRPr="006D247D">
              <w:rPr>
                <w:sz w:val="18"/>
                <w:lang w:val="ro-RO"/>
              </w:rPr>
              <w:t xml:space="preserve"> (</w:t>
            </w:r>
            <w:r w:rsidR="006D247D" w:rsidRPr="006D247D">
              <w:rPr>
                <w:sz w:val="18"/>
                <w:lang w:val="ro-RO"/>
              </w:rPr>
              <w:t>marți</w:t>
            </w:r>
            <w:r w:rsidR="00362882" w:rsidRPr="006D247D">
              <w:rPr>
                <w:sz w:val="18"/>
                <w:lang w:val="ro-RO"/>
              </w:rPr>
              <w:t>)</w:t>
            </w:r>
          </w:p>
        </w:tc>
        <w:tc>
          <w:tcPr>
            <w:tcW w:w="1994" w:type="dxa"/>
            <w:vAlign w:val="center"/>
          </w:tcPr>
          <w:p w14:paraId="552F0871" w14:textId="57A67B94" w:rsidR="00C94564" w:rsidRDefault="00362882" w:rsidP="006D247D">
            <w:pPr>
              <w:jc w:val="both"/>
              <w:rPr>
                <w:sz w:val="18"/>
                <w:lang w:val="ro-RO"/>
              </w:rPr>
            </w:pPr>
            <w:r w:rsidRPr="006D247D">
              <w:rPr>
                <w:sz w:val="18"/>
                <w:lang w:val="ro-RO"/>
              </w:rPr>
              <w:t>1</w:t>
            </w:r>
            <w:r w:rsidR="006D247D">
              <w:rPr>
                <w:sz w:val="18"/>
                <w:lang w:val="ro-RO"/>
              </w:rPr>
              <w:t>2</w:t>
            </w:r>
            <w:r w:rsidRPr="006D247D">
              <w:rPr>
                <w:sz w:val="18"/>
                <w:lang w:val="ro-RO"/>
              </w:rPr>
              <w:t>:00-</w:t>
            </w:r>
            <w:r w:rsidR="00754845" w:rsidRPr="006D247D">
              <w:rPr>
                <w:sz w:val="18"/>
                <w:lang w:val="ro-RO"/>
              </w:rPr>
              <w:t>1</w:t>
            </w:r>
            <w:r w:rsidR="006D247D">
              <w:rPr>
                <w:sz w:val="18"/>
                <w:lang w:val="ro-RO"/>
              </w:rPr>
              <w:t>6</w:t>
            </w:r>
            <w:r w:rsidR="00754845" w:rsidRPr="006D247D">
              <w:rPr>
                <w:sz w:val="18"/>
                <w:lang w:val="ro-RO"/>
              </w:rPr>
              <w:t>:00</w:t>
            </w:r>
          </w:p>
          <w:p w14:paraId="769E37F3" w14:textId="4EAE4BE2" w:rsidR="006D247D" w:rsidRPr="006D247D" w:rsidRDefault="006D247D" w:rsidP="006D247D">
            <w:pPr>
              <w:jc w:val="both"/>
              <w:rPr>
                <w:lang w:val="ro-RO"/>
              </w:rPr>
            </w:pPr>
            <w:r w:rsidRPr="006D247D">
              <w:rPr>
                <w:sz w:val="18"/>
                <w:lang w:val="ro-RO"/>
              </w:rPr>
              <w:t>10:00-14:00</w:t>
            </w:r>
          </w:p>
        </w:tc>
        <w:tc>
          <w:tcPr>
            <w:tcW w:w="1994" w:type="dxa"/>
            <w:vAlign w:val="center"/>
          </w:tcPr>
          <w:p w14:paraId="2ED5506D" w14:textId="77777777" w:rsidR="00C94564" w:rsidRPr="006D247D" w:rsidRDefault="00754845" w:rsidP="006D247D">
            <w:pPr>
              <w:jc w:val="both"/>
              <w:rPr>
                <w:lang w:val="ro-RO"/>
              </w:rPr>
            </w:pPr>
            <w:r w:rsidRPr="006D247D">
              <w:rPr>
                <w:sz w:val="18"/>
                <w:lang w:val="ro-RO"/>
              </w:rPr>
              <w:t>Art. 53</w:t>
            </w:r>
          </w:p>
        </w:tc>
      </w:tr>
      <w:tr w:rsidR="00C94564" w:rsidRPr="006D247D" w14:paraId="0E3A0649" w14:textId="77777777" w:rsidTr="007D1B93">
        <w:trPr>
          <w:jc w:val="center"/>
        </w:trPr>
        <w:tc>
          <w:tcPr>
            <w:tcW w:w="629" w:type="dxa"/>
            <w:vAlign w:val="center"/>
          </w:tcPr>
          <w:p w14:paraId="39CD8DEA" w14:textId="77777777" w:rsidR="00C94564" w:rsidRPr="006D247D" w:rsidRDefault="00754845" w:rsidP="006D247D">
            <w:pPr>
              <w:jc w:val="both"/>
              <w:rPr>
                <w:lang w:val="ro-RO"/>
              </w:rPr>
            </w:pPr>
            <w:r w:rsidRPr="006D247D">
              <w:rPr>
                <w:sz w:val="18"/>
                <w:lang w:val="ro-RO"/>
              </w:rPr>
              <w:t>10.</w:t>
            </w:r>
          </w:p>
        </w:tc>
        <w:tc>
          <w:tcPr>
            <w:tcW w:w="3359" w:type="dxa"/>
            <w:vAlign w:val="center"/>
          </w:tcPr>
          <w:p w14:paraId="1DCA19CF" w14:textId="77777777" w:rsidR="00C94564" w:rsidRPr="006D247D" w:rsidRDefault="00754845" w:rsidP="006D247D">
            <w:pPr>
              <w:jc w:val="both"/>
              <w:rPr>
                <w:lang w:val="ro-RO"/>
              </w:rPr>
            </w:pPr>
            <w:r w:rsidRPr="006D247D">
              <w:rPr>
                <w:sz w:val="18"/>
                <w:lang w:val="ro-RO"/>
              </w:rPr>
              <w:t>Soluționarea contestațiilor și afișarea rezultatelor după contestații</w:t>
            </w:r>
          </w:p>
        </w:tc>
        <w:tc>
          <w:tcPr>
            <w:tcW w:w="1994" w:type="dxa"/>
            <w:vAlign w:val="center"/>
          </w:tcPr>
          <w:p w14:paraId="6D4CDED5" w14:textId="5C4A85A5" w:rsidR="00C94564" w:rsidRPr="006D247D" w:rsidRDefault="00362882" w:rsidP="006D247D">
            <w:pPr>
              <w:jc w:val="both"/>
              <w:rPr>
                <w:lang w:val="ro-RO"/>
              </w:rPr>
            </w:pPr>
            <w:r w:rsidRPr="006D247D">
              <w:rPr>
                <w:sz w:val="18"/>
                <w:lang w:val="ro-RO"/>
              </w:rPr>
              <w:t>29</w:t>
            </w:r>
            <w:r w:rsidR="00754845" w:rsidRPr="006D247D">
              <w:rPr>
                <w:sz w:val="18"/>
                <w:lang w:val="ro-RO"/>
              </w:rPr>
              <w:t>.09.2026</w:t>
            </w:r>
          </w:p>
        </w:tc>
        <w:tc>
          <w:tcPr>
            <w:tcW w:w="1994" w:type="dxa"/>
            <w:vAlign w:val="center"/>
          </w:tcPr>
          <w:p w14:paraId="390D79E8" w14:textId="43A9A38F" w:rsidR="00C94564" w:rsidRPr="006D247D" w:rsidRDefault="00754845" w:rsidP="006D247D">
            <w:pPr>
              <w:jc w:val="both"/>
              <w:rPr>
                <w:lang w:val="ro-RO"/>
              </w:rPr>
            </w:pPr>
            <w:r w:rsidRPr="006D247D">
              <w:rPr>
                <w:sz w:val="18"/>
                <w:lang w:val="ro-RO"/>
              </w:rPr>
              <w:t>1</w:t>
            </w:r>
            <w:r w:rsidR="00362882" w:rsidRPr="006D247D">
              <w:rPr>
                <w:sz w:val="18"/>
                <w:lang w:val="ro-RO"/>
              </w:rPr>
              <w:t>6</w:t>
            </w:r>
            <w:r w:rsidRPr="006D247D">
              <w:rPr>
                <w:sz w:val="18"/>
                <w:lang w:val="ro-RO"/>
              </w:rPr>
              <w:t>:00</w:t>
            </w:r>
          </w:p>
        </w:tc>
        <w:tc>
          <w:tcPr>
            <w:tcW w:w="1994" w:type="dxa"/>
            <w:vAlign w:val="center"/>
          </w:tcPr>
          <w:p w14:paraId="550A7BBE" w14:textId="77777777" w:rsidR="00C94564" w:rsidRPr="006D247D" w:rsidRDefault="00754845" w:rsidP="006D247D">
            <w:pPr>
              <w:jc w:val="both"/>
              <w:rPr>
                <w:lang w:val="ro-RO"/>
              </w:rPr>
            </w:pPr>
            <w:r w:rsidRPr="006D247D">
              <w:rPr>
                <w:sz w:val="18"/>
                <w:lang w:val="ro-RO"/>
              </w:rPr>
              <w:t>Art. 54 alin. (3)</w:t>
            </w:r>
          </w:p>
        </w:tc>
      </w:tr>
      <w:tr w:rsidR="00C94564" w:rsidRPr="006D247D" w14:paraId="10E079FC" w14:textId="77777777" w:rsidTr="007D1B93">
        <w:trPr>
          <w:jc w:val="center"/>
        </w:trPr>
        <w:tc>
          <w:tcPr>
            <w:tcW w:w="629" w:type="dxa"/>
            <w:vAlign w:val="center"/>
          </w:tcPr>
          <w:p w14:paraId="630FE553" w14:textId="77777777" w:rsidR="00C94564" w:rsidRPr="006D247D" w:rsidRDefault="00754845" w:rsidP="006D247D">
            <w:pPr>
              <w:jc w:val="both"/>
              <w:rPr>
                <w:b/>
                <w:bCs/>
                <w:lang w:val="ro-RO"/>
              </w:rPr>
            </w:pPr>
            <w:r w:rsidRPr="006D247D">
              <w:rPr>
                <w:b/>
                <w:bCs/>
                <w:sz w:val="18"/>
                <w:lang w:val="ro-RO"/>
              </w:rPr>
              <w:t>11.</w:t>
            </w:r>
          </w:p>
        </w:tc>
        <w:tc>
          <w:tcPr>
            <w:tcW w:w="3359" w:type="dxa"/>
            <w:vAlign w:val="center"/>
          </w:tcPr>
          <w:p w14:paraId="73DD93F1" w14:textId="77777777" w:rsidR="00C94564" w:rsidRPr="006D247D" w:rsidRDefault="00754845" w:rsidP="006D247D">
            <w:pPr>
              <w:jc w:val="both"/>
              <w:rPr>
                <w:b/>
                <w:bCs/>
                <w:lang w:val="ro-RO"/>
              </w:rPr>
            </w:pPr>
            <w:r w:rsidRPr="006D247D">
              <w:rPr>
                <w:b/>
                <w:bCs/>
                <w:sz w:val="18"/>
                <w:lang w:val="ro-RO"/>
              </w:rPr>
              <w:t>Interviul</w:t>
            </w:r>
          </w:p>
        </w:tc>
        <w:tc>
          <w:tcPr>
            <w:tcW w:w="1994" w:type="dxa"/>
            <w:vAlign w:val="center"/>
          </w:tcPr>
          <w:p w14:paraId="168168E2" w14:textId="2C041496" w:rsidR="00C94564" w:rsidRPr="006D247D" w:rsidRDefault="00754845" w:rsidP="006D247D">
            <w:pPr>
              <w:jc w:val="both"/>
              <w:rPr>
                <w:b/>
                <w:bCs/>
                <w:lang w:val="ro-RO"/>
              </w:rPr>
            </w:pPr>
            <w:r w:rsidRPr="006D247D">
              <w:rPr>
                <w:b/>
                <w:bCs/>
                <w:sz w:val="18"/>
                <w:lang w:val="ro-RO"/>
              </w:rPr>
              <w:t>30.09.2026</w:t>
            </w:r>
            <w:r w:rsidR="00362882" w:rsidRPr="006D247D">
              <w:rPr>
                <w:b/>
                <w:bCs/>
                <w:sz w:val="18"/>
                <w:lang w:val="ro-RO"/>
              </w:rPr>
              <w:t xml:space="preserve"> </w:t>
            </w:r>
            <w:r w:rsidR="008A30FD" w:rsidRPr="006D247D">
              <w:rPr>
                <w:b/>
                <w:bCs/>
                <w:sz w:val="18"/>
                <w:lang w:val="ro-RO"/>
              </w:rPr>
              <w:t>(miercuri)</w:t>
            </w:r>
          </w:p>
        </w:tc>
        <w:tc>
          <w:tcPr>
            <w:tcW w:w="1994" w:type="dxa"/>
            <w:vAlign w:val="center"/>
          </w:tcPr>
          <w:p w14:paraId="7DA161F7" w14:textId="101A2AC9" w:rsidR="00C94564" w:rsidRPr="006D247D" w:rsidRDefault="00754845" w:rsidP="006D247D">
            <w:pPr>
              <w:jc w:val="both"/>
              <w:rPr>
                <w:b/>
                <w:bCs/>
                <w:lang w:val="ro-RO"/>
              </w:rPr>
            </w:pPr>
            <w:r w:rsidRPr="006D247D">
              <w:rPr>
                <w:b/>
                <w:bCs/>
                <w:sz w:val="18"/>
                <w:lang w:val="ro-RO"/>
              </w:rPr>
              <w:t>1</w:t>
            </w:r>
            <w:r w:rsidR="006D247D">
              <w:rPr>
                <w:b/>
                <w:bCs/>
                <w:sz w:val="18"/>
                <w:lang w:val="ro-RO"/>
              </w:rPr>
              <w:t>0</w:t>
            </w:r>
            <w:r w:rsidRPr="006D247D">
              <w:rPr>
                <w:b/>
                <w:bCs/>
                <w:sz w:val="18"/>
                <w:lang w:val="ro-RO"/>
              </w:rPr>
              <w:t>:00</w:t>
            </w:r>
          </w:p>
        </w:tc>
        <w:tc>
          <w:tcPr>
            <w:tcW w:w="1994" w:type="dxa"/>
            <w:vAlign w:val="center"/>
          </w:tcPr>
          <w:p w14:paraId="333845F4" w14:textId="77777777" w:rsidR="00C94564" w:rsidRPr="006D247D" w:rsidRDefault="00754845" w:rsidP="006D247D">
            <w:pPr>
              <w:jc w:val="both"/>
              <w:rPr>
                <w:b/>
                <w:bCs/>
                <w:lang w:val="ro-RO"/>
              </w:rPr>
            </w:pPr>
            <w:r w:rsidRPr="006D247D">
              <w:rPr>
                <w:b/>
                <w:bCs/>
                <w:sz w:val="18"/>
                <w:lang w:val="ro-RO"/>
              </w:rPr>
              <w:t>Art. 41</w:t>
            </w:r>
          </w:p>
        </w:tc>
      </w:tr>
      <w:tr w:rsidR="00C94564" w:rsidRPr="006D247D" w14:paraId="435B042B" w14:textId="77777777" w:rsidTr="007D1B93">
        <w:trPr>
          <w:jc w:val="center"/>
        </w:trPr>
        <w:tc>
          <w:tcPr>
            <w:tcW w:w="629" w:type="dxa"/>
            <w:vAlign w:val="center"/>
          </w:tcPr>
          <w:p w14:paraId="0EB471F2" w14:textId="77777777" w:rsidR="00C94564" w:rsidRPr="006D247D" w:rsidRDefault="00754845" w:rsidP="006D247D">
            <w:pPr>
              <w:jc w:val="both"/>
              <w:rPr>
                <w:lang w:val="ro-RO"/>
              </w:rPr>
            </w:pPr>
            <w:r w:rsidRPr="006D247D">
              <w:rPr>
                <w:sz w:val="18"/>
                <w:lang w:val="ro-RO"/>
              </w:rPr>
              <w:t>12.</w:t>
            </w:r>
          </w:p>
        </w:tc>
        <w:tc>
          <w:tcPr>
            <w:tcW w:w="3359" w:type="dxa"/>
            <w:vAlign w:val="center"/>
          </w:tcPr>
          <w:p w14:paraId="3B8409A3" w14:textId="77777777" w:rsidR="00C94564" w:rsidRPr="006D247D" w:rsidRDefault="00754845" w:rsidP="006D247D">
            <w:pPr>
              <w:jc w:val="both"/>
              <w:rPr>
                <w:lang w:val="ro-RO"/>
              </w:rPr>
            </w:pPr>
            <w:r w:rsidRPr="006D247D">
              <w:rPr>
                <w:sz w:val="18"/>
                <w:lang w:val="ro-RO"/>
              </w:rPr>
              <w:t>Afișarea rezultatelor la interviu</w:t>
            </w:r>
          </w:p>
        </w:tc>
        <w:tc>
          <w:tcPr>
            <w:tcW w:w="1994" w:type="dxa"/>
            <w:vAlign w:val="center"/>
          </w:tcPr>
          <w:p w14:paraId="537278F2" w14:textId="72655CC3" w:rsidR="00C94564" w:rsidRPr="006D247D" w:rsidRDefault="00362882" w:rsidP="006D247D">
            <w:pPr>
              <w:jc w:val="both"/>
              <w:rPr>
                <w:lang w:val="ro-RO"/>
              </w:rPr>
            </w:pPr>
            <w:r w:rsidRPr="006D247D">
              <w:rPr>
                <w:sz w:val="18"/>
                <w:lang w:val="ro-RO"/>
              </w:rPr>
              <w:t>30</w:t>
            </w:r>
            <w:r w:rsidR="00754845" w:rsidRPr="006D247D">
              <w:rPr>
                <w:sz w:val="18"/>
                <w:lang w:val="ro-RO"/>
              </w:rPr>
              <w:t>.</w:t>
            </w:r>
            <w:r w:rsidRPr="006D247D">
              <w:rPr>
                <w:sz w:val="18"/>
                <w:lang w:val="ro-RO"/>
              </w:rPr>
              <w:t>09</w:t>
            </w:r>
            <w:r w:rsidR="00754845" w:rsidRPr="006D247D">
              <w:rPr>
                <w:sz w:val="18"/>
                <w:lang w:val="ro-RO"/>
              </w:rPr>
              <w:t>.2026</w:t>
            </w:r>
          </w:p>
        </w:tc>
        <w:tc>
          <w:tcPr>
            <w:tcW w:w="1994" w:type="dxa"/>
            <w:vAlign w:val="center"/>
          </w:tcPr>
          <w:p w14:paraId="6996C7BC" w14:textId="212A9504" w:rsidR="00C94564" w:rsidRPr="006D247D" w:rsidRDefault="00754845" w:rsidP="006D247D">
            <w:pPr>
              <w:jc w:val="both"/>
              <w:rPr>
                <w:lang w:val="ro-RO"/>
              </w:rPr>
            </w:pPr>
            <w:r w:rsidRPr="006D247D">
              <w:rPr>
                <w:sz w:val="18"/>
                <w:lang w:val="ro-RO"/>
              </w:rPr>
              <w:t>1</w:t>
            </w:r>
            <w:r w:rsidR="006D247D">
              <w:rPr>
                <w:sz w:val="18"/>
                <w:lang w:val="ro-RO"/>
              </w:rPr>
              <w:t>4</w:t>
            </w:r>
            <w:r w:rsidRPr="006D247D">
              <w:rPr>
                <w:sz w:val="18"/>
                <w:lang w:val="ro-RO"/>
              </w:rPr>
              <w:t>:00</w:t>
            </w:r>
          </w:p>
        </w:tc>
        <w:tc>
          <w:tcPr>
            <w:tcW w:w="1994" w:type="dxa"/>
            <w:vAlign w:val="center"/>
          </w:tcPr>
          <w:p w14:paraId="58795FBF" w14:textId="77777777" w:rsidR="00C94564" w:rsidRPr="006D247D" w:rsidRDefault="00754845" w:rsidP="006D247D">
            <w:pPr>
              <w:jc w:val="both"/>
              <w:rPr>
                <w:lang w:val="ro-RO"/>
              </w:rPr>
            </w:pPr>
            <w:r w:rsidRPr="006D247D">
              <w:rPr>
                <w:sz w:val="18"/>
                <w:lang w:val="ro-RO"/>
              </w:rPr>
              <w:t>Art. 47 alin. (3)</w:t>
            </w:r>
          </w:p>
        </w:tc>
      </w:tr>
      <w:tr w:rsidR="00C94564" w:rsidRPr="006D247D" w14:paraId="655E5A48" w14:textId="77777777" w:rsidTr="007D1B93">
        <w:trPr>
          <w:jc w:val="center"/>
        </w:trPr>
        <w:tc>
          <w:tcPr>
            <w:tcW w:w="629" w:type="dxa"/>
            <w:vAlign w:val="center"/>
          </w:tcPr>
          <w:p w14:paraId="15BBC109" w14:textId="77777777" w:rsidR="00C94564" w:rsidRPr="006D247D" w:rsidRDefault="00754845" w:rsidP="006D247D">
            <w:pPr>
              <w:jc w:val="both"/>
              <w:rPr>
                <w:lang w:val="ro-RO"/>
              </w:rPr>
            </w:pPr>
            <w:r w:rsidRPr="006D247D">
              <w:rPr>
                <w:sz w:val="18"/>
                <w:lang w:val="ro-RO"/>
              </w:rPr>
              <w:t>13.</w:t>
            </w:r>
          </w:p>
        </w:tc>
        <w:tc>
          <w:tcPr>
            <w:tcW w:w="3359" w:type="dxa"/>
            <w:vAlign w:val="center"/>
          </w:tcPr>
          <w:p w14:paraId="5EE940D2" w14:textId="77777777" w:rsidR="00C94564" w:rsidRPr="006D247D" w:rsidRDefault="00754845" w:rsidP="006D247D">
            <w:pPr>
              <w:jc w:val="both"/>
              <w:rPr>
                <w:lang w:val="ro-RO"/>
              </w:rPr>
            </w:pPr>
            <w:r w:rsidRPr="006D247D">
              <w:rPr>
                <w:sz w:val="18"/>
                <w:lang w:val="ro-RO"/>
              </w:rPr>
              <w:t>Depunerea contestațiilor după interviu</w:t>
            </w:r>
          </w:p>
        </w:tc>
        <w:tc>
          <w:tcPr>
            <w:tcW w:w="1994" w:type="dxa"/>
            <w:vAlign w:val="center"/>
          </w:tcPr>
          <w:p w14:paraId="4E855E2D" w14:textId="333644ED" w:rsidR="006D247D" w:rsidRDefault="006D247D" w:rsidP="006D247D">
            <w:pPr>
              <w:jc w:val="both"/>
              <w:rPr>
                <w:sz w:val="18"/>
                <w:lang w:val="ro-RO"/>
              </w:rPr>
            </w:pPr>
            <w:r>
              <w:rPr>
                <w:sz w:val="18"/>
                <w:lang w:val="ro-RO"/>
              </w:rPr>
              <w:t>30.09.2026 (miercuri)</w:t>
            </w:r>
          </w:p>
          <w:p w14:paraId="3568AE3A" w14:textId="229879CC" w:rsidR="00C94564" w:rsidRPr="006D247D" w:rsidRDefault="00754845" w:rsidP="006D247D">
            <w:pPr>
              <w:jc w:val="both"/>
              <w:rPr>
                <w:lang w:val="ro-RO"/>
              </w:rPr>
            </w:pPr>
            <w:r w:rsidRPr="006D247D">
              <w:rPr>
                <w:sz w:val="18"/>
                <w:lang w:val="ro-RO"/>
              </w:rPr>
              <w:t>0</w:t>
            </w:r>
            <w:r w:rsidR="00362882" w:rsidRPr="006D247D">
              <w:rPr>
                <w:sz w:val="18"/>
                <w:lang w:val="ro-RO"/>
              </w:rPr>
              <w:t>1</w:t>
            </w:r>
            <w:r w:rsidRPr="006D247D">
              <w:rPr>
                <w:sz w:val="18"/>
                <w:lang w:val="ro-RO"/>
              </w:rPr>
              <w:t>.10.2026</w:t>
            </w:r>
            <w:r w:rsidR="00362882" w:rsidRPr="006D247D">
              <w:rPr>
                <w:sz w:val="18"/>
                <w:lang w:val="ro-RO"/>
              </w:rPr>
              <w:t xml:space="preserve"> (joi)</w:t>
            </w:r>
          </w:p>
        </w:tc>
        <w:tc>
          <w:tcPr>
            <w:tcW w:w="1994" w:type="dxa"/>
            <w:vAlign w:val="center"/>
          </w:tcPr>
          <w:p w14:paraId="2A90FF2C" w14:textId="11AB27DF" w:rsidR="00C94564" w:rsidRDefault="00754845" w:rsidP="006D247D">
            <w:pPr>
              <w:jc w:val="both"/>
              <w:rPr>
                <w:sz w:val="18"/>
                <w:lang w:val="ro-RO"/>
              </w:rPr>
            </w:pPr>
            <w:r w:rsidRPr="006D247D">
              <w:rPr>
                <w:sz w:val="18"/>
                <w:lang w:val="ro-RO"/>
              </w:rPr>
              <w:t>1</w:t>
            </w:r>
            <w:r w:rsidR="006D247D">
              <w:rPr>
                <w:sz w:val="18"/>
                <w:lang w:val="ro-RO"/>
              </w:rPr>
              <w:t>4</w:t>
            </w:r>
            <w:r w:rsidRPr="006D247D">
              <w:rPr>
                <w:sz w:val="18"/>
                <w:lang w:val="ro-RO"/>
              </w:rPr>
              <w:t>:00</w:t>
            </w:r>
            <w:r w:rsidR="00362882" w:rsidRPr="006D247D">
              <w:rPr>
                <w:sz w:val="18"/>
                <w:lang w:val="ro-RO"/>
              </w:rPr>
              <w:t>-16:00</w:t>
            </w:r>
          </w:p>
          <w:p w14:paraId="0BF0BD2B" w14:textId="7B642535" w:rsidR="006D247D" w:rsidRPr="006D247D" w:rsidRDefault="006D247D" w:rsidP="006D247D">
            <w:pPr>
              <w:jc w:val="both"/>
              <w:rPr>
                <w:lang w:val="ro-RO"/>
              </w:rPr>
            </w:pPr>
            <w:r w:rsidRPr="006D247D">
              <w:rPr>
                <w:sz w:val="18"/>
                <w:lang w:val="ro-RO"/>
              </w:rPr>
              <w:t>10:00-14:00</w:t>
            </w:r>
          </w:p>
        </w:tc>
        <w:tc>
          <w:tcPr>
            <w:tcW w:w="1994" w:type="dxa"/>
            <w:vAlign w:val="center"/>
          </w:tcPr>
          <w:p w14:paraId="2D95C2C9" w14:textId="77777777" w:rsidR="00C94564" w:rsidRPr="006D247D" w:rsidRDefault="00754845" w:rsidP="006D247D">
            <w:pPr>
              <w:jc w:val="both"/>
              <w:rPr>
                <w:lang w:val="ro-RO"/>
              </w:rPr>
            </w:pPr>
            <w:r w:rsidRPr="006D247D">
              <w:rPr>
                <w:sz w:val="18"/>
                <w:lang w:val="ro-RO"/>
              </w:rPr>
              <w:t>Art. 53</w:t>
            </w:r>
          </w:p>
        </w:tc>
      </w:tr>
      <w:tr w:rsidR="00C94564" w:rsidRPr="006D247D" w14:paraId="1C611D46" w14:textId="77777777" w:rsidTr="007D1B93">
        <w:trPr>
          <w:jc w:val="center"/>
        </w:trPr>
        <w:tc>
          <w:tcPr>
            <w:tcW w:w="629" w:type="dxa"/>
            <w:vAlign w:val="center"/>
          </w:tcPr>
          <w:p w14:paraId="6FBA5E03" w14:textId="77777777" w:rsidR="00C94564" w:rsidRPr="006D247D" w:rsidRDefault="00754845" w:rsidP="006D247D">
            <w:pPr>
              <w:jc w:val="both"/>
              <w:rPr>
                <w:lang w:val="ro-RO"/>
              </w:rPr>
            </w:pPr>
            <w:r w:rsidRPr="006D247D">
              <w:rPr>
                <w:sz w:val="18"/>
                <w:lang w:val="ro-RO"/>
              </w:rPr>
              <w:t>14.</w:t>
            </w:r>
          </w:p>
        </w:tc>
        <w:tc>
          <w:tcPr>
            <w:tcW w:w="3359" w:type="dxa"/>
            <w:vAlign w:val="center"/>
          </w:tcPr>
          <w:p w14:paraId="5BB57B78" w14:textId="77777777" w:rsidR="00C94564" w:rsidRPr="006D247D" w:rsidRDefault="00754845" w:rsidP="006D247D">
            <w:pPr>
              <w:jc w:val="both"/>
              <w:rPr>
                <w:lang w:val="ro-RO"/>
              </w:rPr>
            </w:pPr>
            <w:r w:rsidRPr="006D247D">
              <w:rPr>
                <w:sz w:val="18"/>
                <w:lang w:val="ro-RO"/>
              </w:rPr>
              <w:t>Soluționarea contestațiilor și afișarea rezultatelor după interviu</w:t>
            </w:r>
          </w:p>
        </w:tc>
        <w:tc>
          <w:tcPr>
            <w:tcW w:w="1994" w:type="dxa"/>
            <w:vAlign w:val="center"/>
          </w:tcPr>
          <w:p w14:paraId="5C4E9777" w14:textId="00F6A1BA" w:rsidR="00C94564" w:rsidRPr="006D247D" w:rsidRDefault="00754845" w:rsidP="006D247D">
            <w:pPr>
              <w:jc w:val="both"/>
              <w:rPr>
                <w:lang w:val="ro-RO"/>
              </w:rPr>
            </w:pPr>
            <w:r w:rsidRPr="006D247D">
              <w:rPr>
                <w:sz w:val="18"/>
                <w:lang w:val="ro-RO"/>
              </w:rPr>
              <w:t>02.10.2026</w:t>
            </w:r>
            <w:r w:rsidR="00362882" w:rsidRPr="006D247D">
              <w:rPr>
                <w:sz w:val="18"/>
                <w:lang w:val="ro-RO"/>
              </w:rPr>
              <w:t xml:space="preserve"> (vineri)</w:t>
            </w:r>
          </w:p>
        </w:tc>
        <w:tc>
          <w:tcPr>
            <w:tcW w:w="1994" w:type="dxa"/>
            <w:vAlign w:val="center"/>
          </w:tcPr>
          <w:p w14:paraId="4E158726" w14:textId="1968A56B" w:rsidR="00C94564" w:rsidRPr="006D247D" w:rsidRDefault="00754845" w:rsidP="006D247D">
            <w:pPr>
              <w:jc w:val="both"/>
              <w:rPr>
                <w:lang w:val="ro-RO"/>
              </w:rPr>
            </w:pPr>
            <w:r w:rsidRPr="006D247D">
              <w:rPr>
                <w:sz w:val="18"/>
                <w:lang w:val="ro-RO"/>
              </w:rPr>
              <w:t>1</w:t>
            </w:r>
            <w:r w:rsidR="00362882" w:rsidRPr="006D247D">
              <w:rPr>
                <w:sz w:val="18"/>
                <w:lang w:val="ro-RO"/>
              </w:rPr>
              <w:t>3</w:t>
            </w:r>
            <w:r w:rsidRPr="006D247D">
              <w:rPr>
                <w:sz w:val="18"/>
                <w:lang w:val="ro-RO"/>
              </w:rPr>
              <w:t>:00</w:t>
            </w:r>
          </w:p>
        </w:tc>
        <w:tc>
          <w:tcPr>
            <w:tcW w:w="1994" w:type="dxa"/>
            <w:vAlign w:val="center"/>
          </w:tcPr>
          <w:p w14:paraId="2AEE8B42" w14:textId="77777777" w:rsidR="00C94564" w:rsidRPr="006D247D" w:rsidRDefault="00754845" w:rsidP="006D247D">
            <w:pPr>
              <w:jc w:val="both"/>
              <w:rPr>
                <w:lang w:val="ro-RO"/>
              </w:rPr>
            </w:pPr>
            <w:r w:rsidRPr="006D247D">
              <w:rPr>
                <w:sz w:val="18"/>
                <w:lang w:val="ro-RO"/>
              </w:rPr>
              <w:t>Art. 54 alin. (3)</w:t>
            </w:r>
          </w:p>
        </w:tc>
      </w:tr>
      <w:tr w:rsidR="00C94564" w:rsidRPr="006D247D" w14:paraId="31A33FED" w14:textId="77777777" w:rsidTr="007D1B93">
        <w:trPr>
          <w:jc w:val="center"/>
        </w:trPr>
        <w:tc>
          <w:tcPr>
            <w:tcW w:w="629" w:type="dxa"/>
            <w:vAlign w:val="center"/>
          </w:tcPr>
          <w:p w14:paraId="54ACC60B" w14:textId="77777777" w:rsidR="00C94564" w:rsidRPr="006D247D" w:rsidRDefault="00754845" w:rsidP="006D247D">
            <w:pPr>
              <w:jc w:val="both"/>
              <w:rPr>
                <w:lang w:val="ro-RO"/>
              </w:rPr>
            </w:pPr>
            <w:r w:rsidRPr="006D247D">
              <w:rPr>
                <w:sz w:val="18"/>
                <w:lang w:val="ro-RO"/>
              </w:rPr>
              <w:t>15.</w:t>
            </w:r>
          </w:p>
        </w:tc>
        <w:tc>
          <w:tcPr>
            <w:tcW w:w="3359" w:type="dxa"/>
            <w:vAlign w:val="center"/>
          </w:tcPr>
          <w:p w14:paraId="03367602" w14:textId="77777777" w:rsidR="00C94564" w:rsidRPr="006D247D" w:rsidRDefault="00754845" w:rsidP="006D247D">
            <w:pPr>
              <w:jc w:val="both"/>
              <w:rPr>
                <w:lang w:val="ro-RO"/>
              </w:rPr>
            </w:pPr>
            <w:r w:rsidRPr="006D247D">
              <w:rPr>
                <w:sz w:val="18"/>
                <w:lang w:val="ro-RO"/>
              </w:rPr>
              <w:t>Afișarea rezultatelor finale</w:t>
            </w:r>
          </w:p>
        </w:tc>
        <w:tc>
          <w:tcPr>
            <w:tcW w:w="1994" w:type="dxa"/>
            <w:vAlign w:val="center"/>
          </w:tcPr>
          <w:p w14:paraId="5B59CE51" w14:textId="5EEB02F1" w:rsidR="00C94564" w:rsidRPr="006D247D" w:rsidRDefault="00362882" w:rsidP="006D247D">
            <w:pPr>
              <w:jc w:val="both"/>
              <w:rPr>
                <w:lang w:val="ro-RO"/>
              </w:rPr>
            </w:pPr>
            <w:r w:rsidRPr="006D247D">
              <w:rPr>
                <w:sz w:val="18"/>
                <w:lang w:val="ro-RO"/>
              </w:rPr>
              <w:t>02</w:t>
            </w:r>
            <w:r w:rsidR="00754845" w:rsidRPr="006D247D">
              <w:rPr>
                <w:sz w:val="18"/>
                <w:lang w:val="ro-RO"/>
              </w:rPr>
              <w:t>.10.2026</w:t>
            </w:r>
            <w:r w:rsidRPr="006D247D">
              <w:rPr>
                <w:sz w:val="18"/>
                <w:lang w:val="ro-RO"/>
              </w:rPr>
              <w:t xml:space="preserve"> (vineri)</w:t>
            </w:r>
          </w:p>
        </w:tc>
        <w:tc>
          <w:tcPr>
            <w:tcW w:w="1994" w:type="dxa"/>
            <w:vAlign w:val="center"/>
          </w:tcPr>
          <w:p w14:paraId="1F4CDDFC" w14:textId="0883FFF9" w:rsidR="00C94564" w:rsidRPr="006D247D" w:rsidRDefault="00754845" w:rsidP="006D247D">
            <w:pPr>
              <w:jc w:val="both"/>
              <w:rPr>
                <w:lang w:val="ro-RO"/>
              </w:rPr>
            </w:pPr>
            <w:r w:rsidRPr="006D247D">
              <w:rPr>
                <w:sz w:val="18"/>
                <w:lang w:val="ro-RO"/>
              </w:rPr>
              <w:t>1</w:t>
            </w:r>
            <w:r w:rsidR="00362882" w:rsidRPr="006D247D">
              <w:rPr>
                <w:sz w:val="18"/>
                <w:lang w:val="ro-RO"/>
              </w:rPr>
              <w:t>4</w:t>
            </w:r>
            <w:r w:rsidRPr="006D247D">
              <w:rPr>
                <w:sz w:val="18"/>
                <w:lang w:val="ro-RO"/>
              </w:rPr>
              <w:t>:00</w:t>
            </w:r>
          </w:p>
        </w:tc>
        <w:tc>
          <w:tcPr>
            <w:tcW w:w="1994" w:type="dxa"/>
            <w:vAlign w:val="center"/>
          </w:tcPr>
          <w:p w14:paraId="62ECCDE2" w14:textId="77777777" w:rsidR="00C94564" w:rsidRPr="006D247D" w:rsidRDefault="00754845" w:rsidP="006D247D">
            <w:pPr>
              <w:jc w:val="both"/>
              <w:rPr>
                <w:lang w:val="ro-RO"/>
              </w:rPr>
            </w:pPr>
            <w:r w:rsidRPr="006D247D">
              <w:rPr>
                <w:sz w:val="18"/>
                <w:lang w:val="ro-RO"/>
              </w:rPr>
              <w:t>Art. 56 alin. (3)</w:t>
            </w:r>
          </w:p>
        </w:tc>
      </w:tr>
    </w:tbl>
    <w:p w14:paraId="5ED8455B" w14:textId="77777777" w:rsidR="00C94564" w:rsidRPr="006D247D" w:rsidRDefault="00754845" w:rsidP="006D247D">
      <w:pPr>
        <w:spacing w:after="80" w:line="240" w:lineRule="auto"/>
        <w:jc w:val="both"/>
        <w:rPr>
          <w:lang w:val="ro-RO"/>
        </w:rPr>
      </w:pPr>
      <w:r w:rsidRPr="006D247D">
        <w:rPr>
          <w:lang w:val="ro-RO"/>
        </w:rPr>
        <w:t>Punctajul minim pentru a fi declarat admis la proba scrisă și pentru a participa la interviu este de 50 de puncte, pentru funcțiile contractuale de execuție.</w:t>
      </w:r>
    </w:p>
    <w:p w14:paraId="591CB835" w14:textId="77777777" w:rsidR="006D247D" w:rsidRDefault="006D247D" w:rsidP="006D247D">
      <w:pPr>
        <w:spacing w:after="100" w:line="240" w:lineRule="auto"/>
        <w:jc w:val="both"/>
        <w:rPr>
          <w:b/>
          <w:lang w:val="ro-RO"/>
        </w:rPr>
      </w:pPr>
    </w:p>
    <w:p w14:paraId="7F7FEF35" w14:textId="77777777" w:rsidR="006D247D" w:rsidRDefault="006D247D" w:rsidP="006D247D">
      <w:pPr>
        <w:spacing w:after="100" w:line="240" w:lineRule="auto"/>
        <w:jc w:val="both"/>
        <w:rPr>
          <w:b/>
          <w:lang w:val="ro-RO"/>
        </w:rPr>
      </w:pPr>
    </w:p>
    <w:p w14:paraId="29E9A13B" w14:textId="6A08D04B" w:rsidR="00C94564" w:rsidRPr="006D247D" w:rsidRDefault="00754845" w:rsidP="006D247D">
      <w:pPr>
        <w:spacing w:after="100" w:line="240" w:lineRule="auto"/>
        <w:jc w:val="both"/>
        <w:rPr>
          <w:lang w:val="ro-RO"/>
        </w:rPr>
      </w:pPr>
      <w:r w:rsidRPr="006D247D">
        <w:rPr>
          <w:b/>
          <w:lang w:val="ro-RO"/>
        </w:rPr>
        <w:t>Concursul constă în 3 etape succesive, după cum urmează:</w:t>
      </w:r>
    </w:p>
    <w:p w14:paraId="65707860" w14:textId="77777777" w:rsidR="006D247D" w:rsidRPr="006D247D" w:rsidRDefault="00754845" w:rsidP="006D247D">
      <w:pPr>
        <w:spacing w:after="80" w:line="240" w:lineRule="auto"/>
        <w:jc w:val="both"/>
        <w:rPr>
          <w:lang w:val="ro-RO"/>
        </w:rPr>
      </w:pPr>
      <w:r w:rsidRPr="006D247D">
        <w:rPr>
          <w:lang w:val="ro-RO"/>
        </w:rPr>
        <w:t>1. Selecția dosarelor;</w:t>
      </w:r>
    </w:p>
    <w:p w14:paraId="5FDD006D" w14:textId="77777777" w:rsidR="006D247D" w:rsidRPr="006D247D" w:rsidRDefault="00754845" w:rsidP="006D247D">
      <w:pPr>
        <w:spacing w:after="80" w:line="240" w:lineRule="auto"/>
        <w:jc w:val="both"/>
        <w:rPr>
          <w:lang w:val="ro-RO"/>
        </w:rPr>
      </w:pPr>
      <w:r w:rsidRPr="006D247D">
        <w:rPr>
          <w:lang w:val="ro-RO"/>
        </w:rPr>
        <w:t>2. Proba scrisă – poate fi susținută doar de candidații declarați admiși la selecția dosarelor. Proba scrisă constă în testarea cunoștințelor teoretice ale candidaților în vederea ocupării postului pentru care candidează. Durata probei este de o oră, test grilă.</w:t>
      </w:r>
    </w:p>
    <w:p w14:paraId="02DB20DD" w14:textId="38423AF8" w:rsidR="00C94564" w:rsidRPr="006D247D" w:rsidRDefault="00754845" w:rsidP="006D247D">
      <w:pPr>
        <w:spacing w:after="80" w:line="240" w:lineRule="auto"/>
        <w:jc w:val="both"/>
        <w:rPr>
          <w:lang w:val="ro-RO"/>
        </w:rPr>
      </w:pPr>
      <w:r w:rsidRPr="006D247D">
        <w:rPr>
          <w:lang w:val="ro-RO"/>
        </w:rPr>
        <w:t>3. Interviul – în cadrul interviului se testează abilitățile, aptitudinile și motivația candidaților. Interviul se realizează conform planului de interviu întocmit de comisia de concurs, pe baza criteriilor de evaluare. Întrebările și răspunsurile la interviu se consemnează în scris, conform art. 41 din H.G. nr. 1.336/2022, cu modificările și completările ulterioare.</w:t>
      </w:r>
    </w:p>
    <w:p w14:paraId="2B887C41" w14:textId="77777777" w:rsidR="00C94564" w:rsidRPr="006D247D" w:rsidRDefault="00754845" w:rsidP="006D247D">
      <w:pPr>
        <w:spacing w:after="100" w:line="240" w:lineRule="auto"/>
        <w:jc w:val="both"/>
        <w:rPr>
          <w:lang w:val="ro-RO"/>
        </w:rPr>
      </w:pPr>
      <w:r w:rsidRPr="006D247D">
        <w:rPr>
          <w:b/>
          <w:lang w:val="ro-RO"/>
        </w:rPr>
        <w:t>Criteriile de evaluare pentru stabilirea interviului sunt:</w:t>
      </w:r>
    </w:p>
    <w:p w14:paraId="04107714" w14:textId="77777777" w:rsidR="006D247D" w:rsidRPr="006D247D" w:rsidRDefault="00754845" w:rsidP="006D247D">
      <w:pPr>
        <w:spacing w:after="80" w:line="240" w:lineRule="auto"/>
        <w:jc w:val="both"/>
        <w:rPr>
          <w:lang w:val="ro-RO"/>
        </w:rPr>
      </w:pPr>
      <w:r w:rsidRPr="006D247D">
        <w:rPr>
          <w:lang w:val="ro-RO"/>
        </w:rPr>
        <w:t>a) cunoștințe cerute de funcție;</w:t>
      </w:r>
    </w:p>
    <w:p w14:paraId="0723F043" w14:textId="77777777" w:rsidR="006D247D" w:rsidRPr="006D247D" w:rsidRDefault="00754845" w:rsidP="006D247D">
      <w:pPr>
        <w:spacing w:after="80" w:line="240" w:lineRule="auto"/>
        <w:jc w:val="both"/>
        <w:rPr>
          <w:lang w:val="ro-RO"/>
        </w:rPr>
      </w:pPr>
      <w:r w:rsidRPr="006D247D">
        <w:rPr>
          <w:lang w:val="ro-RO"/>
        </w:rPr>
        <w:t>b) capacitatea de analiză și sinteză;</w:t>
      </w:r>
    </w:p>
    <w:p w14:paraId="2A32B5EF" w14:textId="77777777" w:rsidR="006D247D" w:rsidRPr="006D247D" w:rsidRDefault="00754845" w:rsidP="006D247D">
      <w:pPr>
        <w:spacing w:after="80" w:line="240" w:lineRule="auto"/>
        <w:jc w:val="both"/>
        <w:rPr>
          <w:lang w:val="ro-RO"/>
        </w:rPr>
      </w:pPr>
      <w:r w:rsidRPr="006D247D">
        <w:rPr>
          <w:lang w:val="ro-RO"/>
        </w:rPr>
        <w:t>c) motivația candidatului;</w:t>
      </w:r>
    </w:p>
    <w:p w14:paraId="6B7CB937" w14:textId="77777777" w:rsidR="006D247D" w:rsidRPr="006D247D" w:rsidRDefault="00754845" w:rsidP="006D247D">
      <w:pPr>
        <w:spacing w:after="80" w:line="240" w:lineRule="auto"/>
        <w:jc w:val="both"/>
        <w:rPr>
          <w:lang w:val="ro-RO"/>
        </w:rPr>
      </w:pPr>
      <w:r w:rsidRPr="006D247D">
        <w:rPr>
          <w:lang w:val="ro-RO"/>
        </w:rPr>
        <w:t>d) comportamentul în situații de criză;</w:t>
      </w:r>
    </w:p>
    <w:p w14:paraId="2E138569" w14:textId="380B8BED" w:rsidR="00C94564" w:rsidRPr="006D247D" w:rsidRDefault="00754845" w:rsidP="006D247D">
      <w:pPr>
        <w:spacing w:after="80" w:line="240" w:lineRule="auto"/>
        <w:jc w:val="both"/>
        <w:rPr>
          <w:lang w:val="ro-RO"/>
        </w:rPr>
      </w:pPr>
      <w:r w:rsidRPr="006D247D">
        <w:rPr>
          <w:lang w:val="ro-RO"/>
        </w:rPr>
        <w:t>e) inițiativă și creativitate.</w:t>
      </w:r>
    </w:p>
    <w:p w14:paraId="6C40FEBB" w14:textId="0A05F3EA" w:rsidR="006D247D" w:rsidRPr="006D247D" w:rsidRDefault="006D247D" w:rsidP="006D247D">
      <w:pPr>
        <w:pStyle w:val="Titlu1"/>
        <w:ind w:left="1009" w:right="1009"/>
        <w:jc w:val="center"/>
        <w:rPr>
          <w:lang w:val="ro-RO"/>
        </w:rPr>
      </w:pPr>
      <w:r w:rsidRPr="006D247D">
        <w:rPr>
          <w:spacing w:val="-2"/>
          <w:lang w:val="ro-RO"/>
        </w:rPr>
        <w:t>DIRECTOR,</w:t>
      </w:r>
    </w:p>
    <w:p w14:paraId="08265D9C" w14:textId="4736BFDE" w:rsidR="006D247D" w:rsidRPr="006D247D" w:rsidRDefault="006D247D" w:rsidP="00EC535D">
      <w:pPr>
        <w:ind w:left="1009" w:right="1009"/>
        <w:jc w:val="center"/>
        <w:rPr>
          <w:b/>
          <w:lang w:val="ro-RO"/>
        </w:rPr>
      </w:pPr>
      <w:r w:rsidRPr="006D247D">
        <w:rPr>
          <w:b/>
          <w:lang w:val="ro-RO"/>
        </w:rPr>
        <w:t>Prof.</w:t>
      </w:r>
      <w:r w:rsidRPr="006D247D">
        <w:rPr>
          <w:b/>
          <w:spacing w:val="-2"/>
          <w:lang w:val="ro-RO"/>
        </w:rPr>
        <w:t xml:space="preserve"> </w:t>
      </w:r>
      <w:r w:rsidRPr="006D247D">
        <w:rPr>
          <w:b/>
          <w:lang w:val="ro-RO"/>
        </w:rPr>
        <w:t>Iacobescu Raluca Silvia</w:t>
      </w:r>
    </w:p>
    <w:p w14:paraId="50C567FD" w14:textId="2D9FF32E" w:rsidR="00C94564" w:rsidRDefault="00C94564" w:rsidP="006D247D">
      <w:pPr>
        <w:spacing w:after="40" w:line="240" w:lineRule="auto"/>
        <w:jc w:val="both"/>
        <w:rPr>
          <w:lang w:val="ro-RO"/>
        </w:rPr>
      </w:pPr>
    </w:p>
    <w:p w14:paraId="58D34B9D" w14:textId="77777777" w:rsidR="006D247D" w:rsidRDefault="006D247D" w:rsidP="006D247D">
      <w:pPr>
        <w:spacing w:after="40" w:line="240" w:lineRule="auto"/>
        <w:jc w:val="both"/>
        <w:rPr>
          <w:lang w:val="ro-RO"/>
        </w:rPr>
      </w:pPr>
    </w:p>
    <w:p w14:paraId="0F1823FB" w14:textId="77777777" w:rsidR="006D247D" w:rsidRDefault="006D247D" w:rsidP="006D247D">
      <w:pPr>
        <w:spacing w:after="40" w:line="240" w:lineRule="auto"/>
        <w:jc w:val="both"/>
        <w:rPr>
          <w:lang w:val="ro-RO"/>
        </w:rPr>
      </w:pPr>
    </w:p>
    <w:p w14:paraId="3EA45E38" w14:textId="77777777" w:rsidR="006D247D" w:rsidRDefault="006D247D" w:rsidP="006D247D">
      <w:pPr>
        <w:spacing w:after="40" w:line="240" w:lineRule="auto"/>
        <w:jc w:val="both"/>
        <w:rPr>
          <w:lang w:val="ro-RO"/>
        </w:rPr>
      </w:pPr>
    </w:p>
    <w:p w14:paraId="4464A5E2" w14:textId="77777777" w:rsidR="006D247D" w:rsidRDefault="006D247D" w:rsidP="006D247D">
      <w:pPr>
        <w:spacing w:after="40" w:line="240" w:lineRule="auto"/>
        <w:jc w:val="both"/>
        <w:rPr>
          <w:lang w:val="ro-RO"/>
        </w:rPr>
      </w:pPr>
    </w:p>
    <w:p w14:paraId="05F6398E" w14:textId="77777777" w:rsidR="006D247D" w:rsidRDefault="006D247D" w:rsidP="006D247D">
      <w:pPr>
        <w:spacing w:after="40" w:line="240" w:lineRule="auto"/>
        <w:jc w:val="both"/>
        <w:rPr>
          <w:lang w:val="ro-RO"/>
        </w:rPr>
      </w:pPr>
    </w:p>
    <w:p w14:paraId="7E9E2CA7" w14:textId="77777777" w:rsidR="006D247D" w:rsidRDefault="006D247D" w:rsidP="006D247D">
      <w:pPr>
        <w:spacing w:after="40" w:line="240" w:lineRule="auto"/>
        <w:jc w:val="both"/>
        <w:rPr>
          <w:lang w:val="ro-RO"/>
        </w:rPr>
      </w:pPr>
    </w:p>
    <w:p w14:paraId="2332A3E1" w14:textId="77777777" w:rsidR="006D247D" w:rsidRDefault="006D247D" w:rsidP="006D247D">
      <w:pPr>
        <w:spacing w:after="40" w:line="240" w:lineRule="auto"/>
        <w:jc w:val="both"/>
        <w:rPr>
          <w:lang w:val="ro-RO"/>
        </w:rPr>
      </w:pPr>
    </w:p>
    <w:p w14:paraId="03B8A974" w14:textId="77777777" w:rsidR="006D247D" w:rsidRDefault="006D247D" w:rsidP="006D247D">
      <w:pPr>
        <w:spacing w:after="40" w:line="240" w:lineRule="auto"/>
        <w:jc w:val="both"/>
        <w:rPr>
          <w:lang w:val="ro-RO"/>
        </w:rPr>
      </w:pPr>
    </w:p>
    <w:p w14:paraId="4553612A" w14:textId="77777777" w:rsidR="006D247D" w:rsidRDefault="006D247D" w:rsidP="006D247D">
      <w:pPr>
        <w:spacing w:after="40" w:line="240" w:lineRule="auto"/>
        <w:jc w:val="both"/>
        <w:rPr>
          <w:lang w:val="ro-RO"/>
        </w:rPr>
      </w:pPr>
    </w:p>
    <w:p w14:paraId="234C99A1" w14:textId="77777777" w:rsidR="006D247D" w:rsidRDefault="006D247D" w:rsidP="006D247D">
      <w:pPr>
        <w:spacing w:after="40" w:line="240" w:lineRule="auto"/>
        <w:jc w:val="both"/>
        <w:rPr>
          <w:lang w:val="ro-RO"/>
        </w:rPr>
      </w:pPr>
    </w:p>
    <w:p w14:paraId="5BF4A6C5" w14:textId="77777777" w:rsidR="006D247D" w:rsidRDefault="006D247D" w:rsidP="006D247D">
      <w:pPr>
        <w:spacing w:after="40" w:line="240" w:lineRule="auto"/>
        <w:jc w:val="both"/>
        <w:rPr>
          <w:lang w:val="ro-RO"/>
        </w:rPr>
      </w:pPr>
    </w:p>
    <w:p w14:paraId="705613E8" w14:textId="77777777" w:rsidR="006D247D" w:rsidRDefault="006D247D" w:rsidP="006D247D">
      <w:pPr>
        <w:spacing w:after="40" w:line="240" w:lineRule="auto"/>
        <w:jc w:val="both"/>
        <w:rPr>
          <w:lang w:val="ro-RO"/>
        </w:rPr>
      </w:pPr>
    </w:p>
    <w:p w14:paraId="7CB24272" w14:textId="77777777" w:rsidR="006D247D" w:rsidRDefault="006D247D" w:rsidP="006D247D">
      <w:pPr>
        <w:spacing w:after="40" w:line="240" w:lineRule="auto"/>
        <w:jc w:val="both"/>
        <w:rPr>
          <w:lang w:val="ro-RO"/>
        </w:rPr>
      </w:pPr>
    </w:p>
    <w:p w14:paraId="2D670C25" w14:textId="77777777" w:rsidR="006D247D" w:rsidRDefault="006D247D" w:rsidP="006D247D">
      <w:pPr>
        <w:spacing w:after="40" w:line="240" w:lineRule="auto"/>
        <w:jc w:val="both"/>
        <w:rPr>
          <w:lang w:val="ro-RO"/>
        </w:rPr>
      </w:pPr>
    </w:p>
    <w:p w14:paraId="558686FF" w14:textId="77777777" w:rsidR="006D247D" w:rsidRDefault="006D247D" w:rsidP="006D247D">
      <w:pPr>
        <w:spacing w:after="40" w:line="240" w:lineRule="auto"/>
        <w:jc w:val="both"/>
        <w:rPr>
          <w:lang w:val="ro-RO"/>
        </w:rPr>
      </w:pPr>
    </w:p>
    <w:p w14:paraId="048A699F" w14:textId="77777777" w:rsidR="006D247D" w:rsidRDefault="006D247D" w:rsidP="006D247D">
      <w:pPr>
        <w:spacing w:after="40" w:line="240" w:lineRule="auto"/>
        <w:jc w:val="both"/>
        <w:rPr>
          <w:lang w:val="ro-RO"/>
        </w:rPr>
      </w:pPr>
    </w:p>
    <w:p w14:paraId="7CE9770F" w14:textId="77777777" w:rsidR="006D247D" w:rsidRDefault="006D247D" w:rsidP="006D247D">
      <w:pPr>
        <w:spacing w:after="40" w:line="240" w:lineRule="auto"/>
        <w:jc w:val="both"/>
        <w:rPr>
          <w:lang w:val="ro-RO"/>
        </w:rPr>
      </w:pPr>
    </w:p>
    <w:p w14:paraId="6AC61AC3" w14:textId="77777777" w:rsidR="006D247D" w:rsidRDefault="006D247D" w:rsidP="006D247D">
      <w:pPr>
        <w:spacing w:after="40" w:line="240" w:lineRule="auto"/>
        <w:jc w:val="both"/>
        <w:rPr>
          <w:lang w:val="ro-RO"/>
        </w:rPr>
      </w:pPr>
    </w:p>
    <w:p w14:paraId="38784F43" w14:textId="77777777" w:rsidR="006D247D" w:rsidRDefault="006D247D" w:rsidP="006D247D">
      <w:pPr>
        <w:spacing w:after="40" w:line="240" w:lineRule="auto"/>
        <w:jc w:val="both"/>
        <w:rPr>
          <w:lang w:val="ro-RO"/>
        </w:rPr>
      </w:pPr>
    </w:p>
    <w:p w14:paraId="7008C845" w14:textId="77777777" w:rsidR="006D247D" w:rsidRDefault="006D247D" w:rsidP="006D247D">
      <w:pPr>
        <w:spacing w:after="40" w:line="240" w:lineRule="auto"/>
        <w:jc w:val="both"/>
        <w:rPr>
          <w:lang w:val="ro-RO"/>
        </w:rPr>
      </w:pPr>
    </w:p>
    <w:p w14:paraId="140E8B8F" w14:textId="77777777" w:rsidR="006D247D" w:rsidRDefault="006D247D" w:rsidP="006D247D">
      <w:pPr>
        <w:spacing w:after="40" w:line="240" w:lineRule="auto"/>
        <w:jc w:val="both"/>
        <w:rPr>
          <w:lang w:val="ro-RO"/>
        </w:rPr>
      </w:pPr>
    </w:p>
    <w:p w14:paraId="38312A3F" w14:textId="77777777" w:rsidR="006D247D" w:rsidRDefault="006D247D" w:rsidP="006D247D">
      <w:pPr>
        <w:spacing w:after="40" w:line="240" w:lineRule="auto"/>
        <w:jc w:val="both"/>
        <w:rPr>
          <w:lang w:val="ro-RO"/>
        </w:rPr>
      </w:pPr>
    </w:p>
    <w:p w14:paraId="7EBD5110" w14:textId="77777777" w:rsidR="006D247D" w:rsidRDefault="006D247D" w:rsidP="006D247D">
      <w:pPr>
        <w:spacing w:after="40" w:line="240" w:lineRule="auto"/>
        <w:jc w:val="both"/>
        <w:rPr>
          <w:lang w:val="ro-RO"/>
        </w:rPr>
      </w:pPr>
    </w:p>
    <w:p w14:paraId="6DC28310" w14:textId="77777777" w:rsidR="006D247D" w:rsidRDefault="006D247D" w:rsidP="006D247D">
      <w:pPr>
        <w:spacing w:after="40" w:line="240" w:lineRule="auto"/>
        <w:jc w:val="both"/>
        <w:rPr>
          <w:lang w:val="ro-RO"/>
        </w:rPr>
      </w:pPr>
    </w:p>
    <w:p w14:paraId="6C349D66" w14:textId="6EF7507F" w:rsidR="006D247D" w:rsidRPr="006D247D" w:rsidRDefault="006D247D" w:rsidP="006D247D">
      <w:pPr>
        <w:spacing w:after="0" w:line="240" w:lineRule="auto"/>
        <w:ind w:left="9073"/>
        <w:jc w:val="center"/>
        <w:rPr>
          <w:b/>
          <w:sz w:val="20"/>
          <w:lang w:val="ro-RO"/>
        </w:rPr>
      </w:pPr>
      <w:r w:rsidRPr="006D247D">
        <w:rPr>
          <w:b/>
          <w:color w:val="23689B"/>
          <w:sz w:val="20"/>
          <w:lang w:val="ro-RO"/>
        </w:rPr>
        <w:lastRenderedPageBreak/>
        <w:t>Anexa</w:t>
      </w:r>
      <w:r w:rsidRPr="006D247D">
        <w:rPr>
          <w:b/>
          <w:color w:val="23689B"/>
          <w:spacing w:val="-4"/>
          <w:sz w:val="20"/>
          <w:lang w:val="ro-RO"/>
        </w:rPr>
        <w:t xml:space="preserve"> </w:t>
      </w:r>
      <w:r w:rsidRPr="006D247D">
        <w:rPr>
          <w:b/>
          <w:color w:val="23689B"/>
          <w:sz w:val="20"/>
          <w:lang w:val="ro-RO"/>
        </w:rPr>
        <w:t>nr.</w:t>
      </w:r>
      <w:r w:rsidRPr="006D247D">
        <w:rPr>
          <w:b/>
          <w:color w:val="23689B"/>
          <w:spacing w:val="-4"/>
          <w:sz w:val="20"/>
          <w:lang w:val="ro-RO"/>
        </w:rPr>
        <w:t xml:space="preserve"> </w:t>
      </w:r>
      <w:r w:rsidRPr="006D247D">
        <w:rPr>
          <w:b/>
          <w:color w:val="23689B"/>
          <w:spacing w:val="-10"/>
          <w:sz w:val="20"/>
          <w:lang w:val="ro-RO"/>
        </w:rPr>
        <w:t>1</w:t>
      </w:r>
    </w:p>
    <w:p w14:paraId="3987424C" w14:textId="77777777" w:rsidR="006D247D" w:rsidRPr="006D247D" w:rsidRDefault="006D247D" w:rsidP="006D247D">
      <w:pPr>
        <w:spacing w:after="0" w:line="240" w:lineRule="auto"/>
        <w:ind w:left="221"/>
        <w:jc w:val="center"/>
        <w:rPr>
          <w:b/>
          <w:sz w:val="20"/>
          <w:lang w:val="ro-RO"/>
        </w:rPr>
      </w:pPr>
      <w:r w:rsidRPr="006D247D">
        <w:rPr>
          <w:b/>
          <w:sz w:val="20"/>
          <w:lang w:val="ro-RO"/>
        </w:rPr>
        <w:t>Formular</w:t>
      </w:r>
      <w:r w:rsidRPr="006D247D">
        <w:rPr>
          <w:b/>
          <w:spacing w:val="-7"/>
          <w:sz w:val="20"/>
          <w:lang w:val="ro-RO"/>
        </w:rPr>
        <w:t xml:space="preserve"> </w:t>
      </w:r>
      <w:r w:rsidRPr="006D247D">
        <w:rPr>
          <w:b/>
          <w:sz w:val="20"/>
          <w:lang w:val="ro-RO"/>
        </w:rPr>
        <w:t>de</w:t>
      </w:r>
      <w:r w:rsidRPr="006D247D">
        <w:rPr>
          <w:b/>
          <w:spacing w:val="-7"/>
          <w:sz w:val="20"/>
          <w:lang w:val="ro-RO"/>
        </w:rPr>
        <w:t xml:space="preserve"> </w:t>
      </w:r>
      <w:r w:rsidRPr="006D247D">
        <w:rPr>
          <w:b/>
          <w:spacing w:val="-2"/>
          <w:sz w:val="20"/>
          <w:lang w:val="ro-RO"/>
        </w:rPr>
        <w:t>înscriere</w:t>
      </w:r>
    </w:p>
    <w:p w14:paraId="15073B59" w14:textId="77777777" w:rsidR="006D247D" w:rsidRPr="006D247D" w:rsidRDefault="006D247D" w:rsidP="006D247D">
      <w:pPr>
        <w:pStyle w:val="Corptext"/>
        <w:spacing w:after="0" w:line="240" w:lineRule="auto"/>
        <w:rPr>
          <w:b/>
          <w:sz w:val="20"/>
          <w:lang w:val="ro-RO"/>
        </w:rPr>
      </w:pPr>
    </w:p>
    <w:p w14:paraId="517C81B9" w14:textId="77777777" w:rsidR="006D247D" w:rsidRPr="006D247D" w:rsidRDefault="006D247D" w:rsidP="006D247D">
      <w:pPr>
        <w:spacing w:after="0" w:line="240" w:lineRule="auto"/>
        <w:ind w:left="366"/>
        <w:rPr>
          <w:sz w:val="20"/>
          <w:lang w:val="ro-RO"/>
        </w:rPr>
      </w:pPr>
      <w:r w:rsidRPr="006D247D">
        <w:rPr>
          <w:lang w:val="ro-RO"/>
        </w:rPr>
        <w:t>Funcția solicitată: SECRETAR</w:t>
      </w:r>
    </w:p>
    <w:p w14:paraId="30897F7C" w14:textId="77777777" w:rsidR="006D247D" w:rsidRPr="006D247D" w:rsidRDefault="006D247D" w:rsidP="006D247D">
      <w:pPr>
        <w:spacing w:after="0" w:line="240" w:lineRule="auto"/>
        <w:ind w:left="366" w:right="3526"/>
        <w:rPr>
          <w:sz w:val="20"/>
          <w:lang w:val="ro-RO"/>
        </w:rPr>
      </w:pPr>
      <w:r w:rsidRPr="006D247D">
        <w:rPr>
          <w:sz w:val="20"/>
          <w:lang w:val="ro-RO"/>
        </w:rPr>
        <w:t>Numele şi prenumele candidatului:</w:t>
      </w:r>
    </w:p>
    <w:p w14:paraId="25EC7364" w14:textId="77777777" w:rsidR="006D247D" w:rsidRPr="006D247D" w:rsidRDefault="006D247D" w:rsidP="006D247D">
      <w:pPr>
        <w:spacing w:after="0" w:line="240" w:lineRule="auto"/>
        <w:ind w:left="366" w:right="2101"/>
        <w:rPr>
          <w:sz w:val="20"/>
          <w:lang w:val="ro-RO"/>
        </w:rPr>
      </w:pPr>
      <w:r w:rsidRPr="006D247D">
        <w:rPr>
          <w:sz w:val="20"/>
          <w:lang w:val="ro-RO"/>
        </w:rPr>
        <w:t>Datele</w:t>
      </w:r>
      <w:r w:rsidRPr="006D247D">
        <w:rPr>
          <w:spacing w:val="-3"/>
          <w:sz w:val="20"/>
          <w:lang w:val="ro-RO"/>
        </w:rPr>
        <w:t xml:space="preserve"> </w:t>
      </w:r>
      <w:r w:rsidRPr="006D247D">
        <w:rPr>
          <w:sz w:val="20"/>
          <w:lang w:val="ro-RO"/>
        </w:rPr>
        <w:t>de</w:t>
      </w:r>
      <w:r w:rsidRPr="006D247D">
        <w:rPr>
          <w:spacing w:val="-3"/>
          <w:sz w:val="20"/>
          <w:lang w:val="ro-RO"/>
        </w:rPr>
        <w:t xml:space="preserve"> </w:t>
      </w:r>
      <w:r w:rsidRPr="006D247D">
        <w:rPr>
          <w:sz w:val="20"/>
          <w:lang w:val="ro-RO"/>
        </w:rPr>
        <w:t>contact</w:t>
      </w:r>
      <w:r w:rsidRPr="006D247D">
        <w:rPr>
          <w:spacing w:val="-3"/>
          <w:sz w:val="20"/>
          <w:lang w:val="ro-RO"/>
        </w:rPr>
        <w:t xml:space="preserve"> </w:t>
      </w:r>
      <w:r w:rsidRPr="006D247D">
        <w:rPr>
          <w:sz w:val="20"/>
          <w:lang w:val="ro-RO"/>
        </w:rPr>
        <w:t>ale</w:t>
      </w:r>
      <w:r w:rsidRPr="006D247D">
        <w:rPr>
          <w:spacing w:val="-3"/>
          <w:sz w:val="20"/>
          <w:lang w:val="ro-RO"/>
        </w:rPr>
        <w:t xml:space="preserve"> </w:t>
      </w:r>
      <w:r w:rsidRPr="006D247D">
        <w:rPr>
          <w:sz w:val="20"/>
          <w:lang w:val="ro-RO"/>
        </w:rPr>
        <w:t>candidatului</w:t>
      </w:r>
      <w:r w:rsidRPr="006D247D">
        <w:rPr>
          <w:spacing w:val="-4"/>
          <w:sz w:val="20"/>
          <w:lang w:val="ro-RO"/>
        </w:rPr>
        <w:t xml:space="preserve"> </w:t>
      </w:r>
      <w:r w:rsidRPr="006D247D">
        <w:rPr>
          <w:sz w:val="20"/>
          <w:lang w:val="ro-RO"/>
        </w:rPr>
        <w:t>(Se</w:t>
      </w:r>
      <w:r w:rsidRPr="006D247D">
        <w:rPr>
          <w:spacing w:val="-3"/>
          <w:sz w:val="20"/>
          <w:lang w:val="ro-RO"/>
        </w:rPr>
        <w:t xml:space="preserve"> </w:t>
      </w:r>
      <w:r w:rsidRPr="006D247D">
        <w:rPr>
          <w:sz w:val="20"/>
          <w:lang w:val="ro-RO"/>
        </w:rPr>
        <w:t>utilizează</w:t>
      </w:r>
      <w:r w:rsidRPr="006D247D">
        <w:rPr>
          <w:spacing w:val="-3"/>
          <w:sz w:val="20"/>
          <w:lang w:val="ro-RO"/>
        </w:rPr>
        <w:t xml:space="preserve"> </w:t>
      </w:r>
      <w:r w:rsidRPr="006D247D">
        <w:rPr>
          <w:sz w:val="20"/>
          <w:lang w:val="ro-RO"/>
        </w:rPr>
        <w:t>pentru</w:t>
      </w:r>
      <w:r w:rsidRPr="006D247D">
        <w:rPr>
          <w:spacing w:val="-4"/>
          <w:sz w:val="20"/>
          <w:lang w:val="ro-RO"/>
        </w:rPr>
        <w:t xml:space="preserve"> </w:t>
      </w:r>
      <w:r w:rsidRPr="006D247D">
        <w:rPr>
          <w:sz w:val="20"/>
          <w:lang w:val="ro-RO"/>
        </w:rPr>
        <w:t>comunicarea</w:t>
      </w:r>
      <w:r w:rsidRPr="006D247D">
        <w:rPr>
          <w:spacing w:val="-3"/>
          <w:sz w:val="20"/>
          <w:lang w:val="ro-RO"/>
        </w:rPr>
        <w:t xml:space="preserve"> </w:t>
      </w:r>
      <w:r w:rsidRPr="006D247D">
        <w:rPr>
          <w:sz w:val="20"/>
          <w:lang w:val="ro-RO"/>
        </w:rPr>
        <w:t>cu</w:t>
      </w:r>
      <w:r w:rsidRPr="006D247D">
        <w:rPr>
          <w:spacing w:val="-4"/>
          <w:sz w:val="20"/>
          <w:lang w:val="ro-RO"/>
        </w:rPr>
        <w:t xml:space="preserve"> </w:t>
      </w:r>
      <w:r w:rsidRPr="006D247D">
        <w:rPr>
          <w:sz w:val="20"/>
          <w:lang w:val="ro-RO"/>
        </w:rPr>
        <w:t>privire</w:t>
      </w:r>
      <w:r w:rsidRPr="006D247D">
        <w:rPr>
          <w:spacing w:val="-3"/>
          <w:sz w:val="20"/>
          <w:lang w:val="ro-RO"/>
        </w:rPr>
        <w:t xml:space="preserve"> </w:t>
      </w:r>
      <w:r w:rsidRPr="006D247D">
        <w:rPr>
          <w:sz w:val="20"/>
          <w:lang w:val="ro-RO"/>
        </w:rPr>
        <w:t>la</w:t>
      </w:r>
      <w:r w:rsidRPr="006D247D">
        <w:rPr>
          <w:spacing w:val="-3"/>
          <w:sz w:val="20"/>
          <w:lang w:val="ro-RO"/>
        </w:rPr>
        <w:t xml:space="preserve"> </w:t>
      </w:r>
      <w:r w:rsidRPr="006D247D">
        <w:rPr>
          <w:sz w:val="20"/>
          <w:lang w:val="ro-RO"/>
        </w:rPr>
        <w:t xml:space="preserve">concurs.): </w:t>
      </w:r>
      <w:r w:rsidRPr="006D247D">
        <w:rPr>
          <w:spacing w:val="-2"/>
          <w:sz w:val="20"/>
          <w:lang w:val="ro-RO"/>
        </w:rPr>
        <w:t>Adresa:</w:t>
      </w:r>
    </w:p>
    <w:p w14:paraId="7B1397C5" w14:textId="77777777" w:rsidR="006D247D" w:rsidRPr="006D247D" w:rsidRDefault="006D247D" w:rsidP="006D247D">
      <w:pPr>
        <w:spacing w:after="0" w:line="240" w:lineRule="auto"/>
        <w:ind w:left="366"/>
        <w:rPr>
          <w:sz w:val="20"/>
          <w:lang w:val="ro-RO"/>
        </w:rPr>
      </w:pPr>
      <w:r w:rsidRPr="006D247D">
        <w:rPr>
          <w:spacing w:val="-2"/>
          <w:sz w:val="20"/>
          <w:lang w:val="ro-RO"/>
        </w:rPr>
        <w:t>E-mail:</w:t>
      </w:r>
    </w:p>
    <w:p w14:paraId="39B2559B" w14:textId="77777777" w:rsidR="006D247D" w:rsidRPr="006D247D" w:rsidRDefault="006D247D" w:rsidP="006D247D">
      <w:pPr>
        <w:spacing w:after="0" w:line="240" w:lineRule="auto"/>
        <w:ind w:left="366"/>
        <w:rPr>
          <w:sz w:val="20"/>
          <w:lang w:val="ro-RO"/>
        </w:rPr>
      </w:pPr>
      <w:r w:rsidRPr="006D247D">
        <w:rPr>
          <w:spacing w:val="-2"/>
          <w:sz w:val="20"/>
          <w:lang w:val="ro-RO"/>
        </w:rPr>
        <w:t>Telefon:</w:t>
      </w:r>
    </w:p>
    <w:p w14:paraId="098AEAA9" w14:textId="77777777" w:rsidR="006D247D" w:rsidRPr="006D247D" w:rsidRDefault="006D247D" w:rsidP="006D247D">
      <w:pPr>
        <w:spacing w:after="0" w:line="240" w:lineRule="auto"/>
        <w:ind w:left="366"/>
        <w:rPr>
          <w:sz w:val="20"/>
          <w:lang w:val="ro-RO"/>
        </w:rPr>
      </w:pPr>
      <w:r w:rsidRPr="006D247D">
        <w:rPr>
          <w:sz w:val="20"/>
          <w:lang w:val="ro-RO"/>
        </w:rPr>
        <w:t>Persoane</w:t>
      </w:r>
      <w:r w:rsidRPr="006D247D">
        <w:rPr>
          <w:spacing w:val="-5"/>
          <w:sz w:val="20"/>
          <w:lang w:val="ro-RO"/>
        </w:rPr>
        <w:t xml:space="preserve"> </w:t>
      </w:r>
      <w:r w:rsidRPr="006D247D">
        <w:rPr>
          <w:sz w:val="20"/>
          <w:lang w:val="ro-RO"/>
        </w:rPr>
        <w:t>de</w:t>
      </w:r>
      <w:r w:rsidRPr="006D247D">
        <w:rPr>
          <w:spacing w:val="-5"/>
          <w:sz w:val="20"/>
          <w:lang w:val="ro-RO"/>
        </w:rPr>
        <w:t xml:space="preserve"> </w:t>
      </w:r>
      <w:r w:rsidRPr="006D247D">
        <w:rPr>
          <w:sz w:val="20"/>
          <w:lang w:val="ro-RO"/>
        </w:rPr>
        <w:t>contact</w:t>
      </w:r>
      <w:r w:rsidRPr="006D247D">
        <w:rPr>
          <w:spacing w:val="-5"/>
          <w:sz w:val="20"/>
          <w:lang w:val="ro-RO"/>
        </w:rPr>
        <w:t xml:space="preserve"> </w:t>
      </w:r>
      <w:r w:rsidRPr="006D247D">
        <w:rPr>
          <w:sz w:val="20"/>
          <w:lang w:val="ro-RO"/>
        </w:rPr>
        <w:t>pentru</w:t>
      </w:r>
      <w:r w:rsidRPr="006D247D">
        <w:rPr>
          <w:spacing w:val="-5"/>
          <w:sz w:val="20"/>
          <w:lang w:val="ro-RO"/>
        </w:rPr>
        <w:t xml:space="preserve"> </w:t>
      </w:r>
      <w:r w:rsidRPr="006D247D">
        <w:rPr>
          <w:spacing w:val="-2"/>
          <w:sz w:val="20"/>
          <w:lang w:val="ro-RO"/>
        </w:rPr>
        <w:t>recomandări:</w:t>
      </w:r>
    </w:p>
    <w:tbl>
      <w:tblPr>
        <w:tblStyle w:val="TableNormal"/>
        <w:tblW w:w="0" w:type="auto"/>
        <w:tblInd w:w="1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263"/>
        <w:gridCol w:w="2338"/>
        <w:gridCol w:w="994"/>
        <w:gridCol w:w="2862"/>
      </w:tblGrid>
      <w:tr w:rsidR="006D247D" w:rsidRPr="006D247D" w14:paraId="0C53CFF9" w14:textId="77777777" w:rsidTr="00585ECB">
        <w:trPr>
          <w:trHeight w:val="752"/>
        </w:trPr>
        <w:tc>
          <w:tcPr>
            <w:tcW w:w="3263" w:type="dxa"/>
          </w:tcPr>
          <w:p w14:paraId="31591695" w14:textId="77777777" w:rsidR="006D247D" w:rsidRPr="006D247D" w:rsidRDefault="006D247D" w:rsidP="006D247D">
            <w:pPr>
              <w:pStyle w:val="TableParagraph"/>
              <w:ind w:left="0"/>
              <w:rPr>
                <w:sz w:val="20"/>
              </w:rPr>
            </w:pPr>
          </w:p>
          <w:p w14:paraId="41C42D04" w14:textId="77777777" w:rsidR="006D247D" w:rsidRPr="006D247D" w:rsidRDefault="006D247D" w:rsidP="006D247D">
            <w:pPr>
              <w:pStyle w:val="TableParagraph"/>
              <w:ind w:left="710"/>
              <w:rPr>
                <w:sz w:val="20"/>
              </w:rPr>
            </w:pPr>
            <w:r w:rsidRPr="006D247D">
              <w:rPr>
                <w:sz w:val="20"/>
              </w:rPr>
              <w:t>Numele</w:t>
            </w:r>
            <w:r w:rsidRPr="006D247D">
              <w:rPr>
                <w:spacing w:val="-6"/>
                <w:sz w:val="20"/>
              </w:rPr>
              <w:t xml:space="preserve"> </w:t>
            </w:r>
            <w:r w:rsidRPr="006D247D">
              <w:rPr>
                <w:sz w:val="20"/>
              </w:rPr>
              <w:t>şi</w:t>
            </w:r>
            <w:r w:rsidRPr="006D247D">
              <w:rPr>
                <w:spacing w:val="-7"/>
                <w:sz w:val="20"/>
              </w:rPr>
              <w:t xml:space="preserve"> </w:t>
            </w:r>
            <w:r w:rsidRPr="006D247D">
              <w:rPr>
                <w:spacing w:val="-2"/>
                <w:sz w:val="20"/>
              </w:rPr>
              <w:t>prenumele</w:t>
            </w:r>
          </w:p>
        </w:tc>
        <w:tc>
          <w:tcPr>
            <w:tcW w:w="2338" w:type="dxa"/>
          </w:tcPr>
          <w:p w14:paraId="1DFFD8F5" w14:textId="77777777" w:rsidR="006D247D" w:rsidRPr="006D247D" w:rsidRDefault="006D247D" w:rsidP="006D247D">
            <w:pPr>
              <w:pStyle w:val="TableParagraph"/>
              <w:ind w:left="0"/>
              <w:rPr>
                <w:sz w:val="20"/>
              </w:rPr>
            </w:pPr>
          </w:p>
          <w:p w14:paraId="7B32F50F" w14:textId="77777777" w:rsidR="006D247D" w:rsidRPr="006D247D" w:rsidRDefault="006D247D" w:rsidP="006D247D">
            <w:pPr>
              <w:pStyle w:val="TableParagraph"/>
              <w:ind w:left="10"/>
              <w:jc w:val="center"/>
              <w:rPr>
                <w:sz w:val="20"/>
              </w:rPr>
            </w:pPr>
            <w:r w:rsidRPr="006D247D">
              <w:rPr>
                <w:spacing w:val="-2"/>
                <w:sz w:val="20"/>
              </w:rPr>
              <w:t>Instituţia</w:t>
            </w:r>
          </w:p>
        </w:tc>
        <w:tc>
          <w:tcPr>
            <w:tcW w:w="994" w:type="dxa"/>
          </w:tcPr>
          <w:p w14:paraId="6CF03A48" w14:textId="77777777" w:rsidR="006D247D" w:rsidRPr="006D247D" w:rsidRDefault="006D247D" w:rsidP="006D247D">
            <w:pPr>
              <w:pStyle w:val="TableParagraph"/>
              <w:ind w:left="0"/>
              <w:rPr>
                <w:sz w:val="20"/>
              </w:rPr>
            </w:pPr>
          </w:p>
          <w:p w14:paraId="56F8C37B" w14:textId="77777777" w:rsidR="006D247D" w:rsidRPr="006D247D" w:rsidRDefault="006D247D" w:rsidP="006D247D">
            <w:pPr>
              <w:pStyle w:val="TableParagraph"/>
              <w:ind w:left="196"/>
              <w:rPr>
                <w:sz w:val="20"/>
              </w:rPr>
            </w:pPr>
            <w:r w:rsidRPr="006D247D">
              <w:rPr>
                <w:spacing w:val="-2"/>
                <w:sz w:val="20"/>
              </w:rPr>
              <w:t>Funcţia</w:t>
            </w:r>
          </w:p>
        </w:tc>
        <w:tc>
          <w:tcPr>
            <w:tcW w:w="2862" w:type="dxa"/>
          </w:tcPr>
          <w:p w14:paraId="2070321B" w14:textId="77777777" w:rsidR="006D247D" w:rsidRPr="006D247D" w:rsidRDefault="006D247D" w:rsidP="006D247D">
            <w:pPr>
              <w:pStyle w:val="TableParagraph"/>
              <w:ind w:left="0"/>
              <w:rPr>
                <w:sz w:val="20"/>
              </w:rPr>
            </w:pPr>
          </w:p>
          <w:p w14:paraId="0B3F0948" w14:textId="77777777" w:rsidR="006D247D" w:rsidRPr="006D247D" w:rsidRDefault="006D247D" w:rsidP="006D247D">
            <w:pPr>
              <w:pStyle w:val="TableParagraph"/>
              <w:ind w:left="651"/>
              <w:rPr>
                <w:sz w:val="20"/>
              </w:rPr>
            </w:pPr>
            <w:r w:rsidRPr="006D247D">
              <w:rPr>
                <w:sz w:val="20"/>
              </w:rPr>
              <w:t>Numărul</w:t>
            </w:r>
            <w:r w:rsidRPr="006D247D">
              <w:rPr>
                <w:spacing w:val="-6"/>
                <w:sz w:val="20"/>
              </w:rPr>
              <w:t xml:space="preserve"> </w:t>
            </w:r>
            <w:r w:rsidRPr="006D247D">
              <w:rPr>
                <w:sz w:val="20"/>
              </w:rPr>
              <w:t>de</w:t>
            </w:r>
            <w:r w:rsidRPr="006D247D">
              <w:rPr>
                <w:spacing w:val="-5"/>
                <w:sz w:val="20"/>
              </w:rPr>
              <w:t xml:space="preserve"> </w:t>
            </w:r>
            <w:r w:rsidRPr="006D247D">
              <w:rPr>
                <w:spacing w:val="-2"/>
                <w:sz w:val="20"/>
              </w:rPr>
              <w:t>telefon</w:t>
            </w:r>
          </w:p>
        </w:tc>
      </w:tr>
      <w:tr w:rsidR="006D247D" w:rsidRPr="006D247D" w14:paraId="0D0CA255" w14:textId="77777777" w:rsidTr="00585ECB">
        <w:trPr>
          <w:trHeight w:val="635"/>
        </w:trPr>
        <w:tc>
          <w:tcPr>
            <w:tcW w:w="3263" w:type="dxa"/>
          </w:tcPr>
          <w:p w14:paraId="065E3B82" w14:textId="77777777" w:rsidR="006D247D" w:rsidRPr="006D247D" w:rsidRDefault="006D247D" w:rsidP="006D247D">
            <w:pPr>
              <w:pStyle w:val="TableParagraph"/>
              <w:ind w:left="0"/>
              <w:rPr>
                <w:sz w:val="18"/>
              </w:rPr>
            </w:pPr>
          </w:p>
        </w:tc>
        <w:tc>
          <w:tcPr>
            <w:tcW w:w="2338" w:type="dxa"/>
          </w:tcPr>
          <w:p w14:paraId="681D989B" w14:textId="77777777" w:rsidR="006D247D" w:rsidRPr="006D247D" w:rsidRDefault="006D247D" w:rsidP="006D247D">
            <w:pPr>
              <w:pStyle w:val="TableParagraph"/>
              <w:ind w:left="0"/>
              <w:rPr>
                <w:sz w:val="18"/>
              </w:rPr>
            </w:pPr>
          </w:p>
        </w:tc>
        <w:tc>
          <w:tcPr>
            <w:tcW w:w="994" w:type="dxa"/>
          </w:tcPr>
          <w:p w14:paraId="52745CDB" w14:textId="77777777" w:rsidR="006D247D" w:rsidRPr="006D247D" w:rsidRDefault="006D247D" w:rsidP="006D247D">
            <w:pPr>
              <w:pStyle w:val="TableParagraph"/>
              <w:ind w:left="0"/>
              <w:rPr>
                <w:sz w:val="18"/>
              </w:rPr>
            </w:pPr>
          </w:p>
        </w:tc>
        <w:tc>
          <w:tcPr>
            <w:tcW w:w="2862" w:type="dxa"/>
          </w:tcPr>
          <w:p w14:paraId="551B22A3" w14:textId="77777777" w:rsidR="006D247D" w:rsidRPr="006D247D" w:rsidRDefault="006D247D" w:rsidP="006D247D">
            <w:pPr>
              <w:pStyle w:val="TableParagraph"/>
              <w:ind w:left="0"/>
              <w:rPr>
                <w:sz w:val="18"/>
              </w:rPr>
            </w:pPr>
          </w:p>
        </w:tc>
      </w:tr>
    </w:tbl>
    <w:p w14:paraId="38BC458F" w14:textId="77777777" w:rsidR="006D247D" w:rsidRPr="006D247D" w:rsidRDefault="006D247D" w:rsidP="006D247D">
      <w:pPr>
        <w:pStyle w:val="Corptext"/>
        <w:spacing w:after="0" w:line="240" w:lineRule="auto"/>
        <w:rPr>
          <w:sz w:val="20"/>
          <w:lang w:val="ro-RO"/>
        </w:rPr>
      </w:pPr>
    </w:p>
    <w:p w14:paraId="29C55F02" w14:textId="77777777" w:rsidR="006D247D" w:rsidRPr="006D247D" w:rsidRDefault="006D247D" w:rsidP="006D247D">
      <w:pPr>
        <w:pStyle w:val="Corptext"/>
        <w:spacing w:after="0" w:line="240" w:lineRule="auto"/>
        <w:rPr>
          <w:sz w:val="20"/>
          <w:lang w:val="ro-RO"/>
        </w:rPr>
      </w:pPr>
    </w:p>
    <w:p w14:paraId="13DAA453" w14:textId="77777777" w:rsidR="006D247D" w:rsidRPr="006D247D" w:rsidRDefault="006D247D" w:rsidP="006D247D">
      <w:pPr>
        <w:spacing w:after="0" w:line="240" w:lineRule="auto"/>
        <w:ind w:left="366"/>
        <w:jc w:val="both"/>
        <w:rPr>
          <w:sz w:val="20"/>
          <w:lang w:val="ro-RO"/>
        </w:rPr>
      </w:pPr>
      <w:r w:rsidRPr="006D247D">
        <w:rPr>
          <w:lang w:val="ro-RO"/>
        </w:rPr>
        <w:t>Anexez prezentei cereri dosarul cu actele solicitate pentru ocuparea postului de secretar.</w:t>
      </w:r>
    </w:p>
    <w:p w14:paraId="45DEBA67" w14:textId="77777777" w:rsidR="006D247D" w:rsidRPr="006D247D" w:rsidRDefault="006D247D" w:rsidP="006D247D">
      <w:pPr>
        <w:spacing w:after="0" w:line="240" w:lineRule="auto"/>
        <w:ind w:left="366"/>
        <w:jc w:val="both"/>
        <w:rPr>
          <w:sz w:val="20"/>
          <w:lang w:val="ro-RO"/>
        </w:rPr>
      </w:pPr>
      <w:r w:rsidRPr="006D247D">
        <w:rPr>
          <w:sz w:val="20"/>
          <w:lang w:val="ro-RO"/>
        </w:rPr>
        <w:t>Menţionez</w:t>
      </w:r>
      <w:r w:rsidRPr="006D247D">
        <w:rPr>
          <w:spacing w:val="-5"/>
          <w:sz w:val="20"/>
          <w:lang w:val="ro-RO"/>
        </w:rPr>
        <w:t xml:space="preserve"> </w:t>
      </w:r>
      <w:r w:rsidRPr="006D247D">
        <w:rPr>
          <w:sz w:val="20"/>
          <w:lang w:val="ro-RO"/>
        </w:rPr>
        <w:t>că</w:t>
      </w:r>
      <w:r w:rsidRPr="006D247D">
        <w:rPr>
          <w:spacing w:val="-5"/>
          <w:sz w:val="20"/>
          <w:lang w:val="ro-RO"/>
        </w:rPr>
        <w:t xml:space="preserve"> </w:t>
      </w:r>
      <w:r w:rsidRPr="006D247D">
        <w:rPr>
          <w:sz w:val="20"/>
          <w:lang w:val="ro-RO"/>
        </w:rPr>
        <w:t>am</w:t>
      </w:r>
      <w:r w:rsidRPr="006D247D">
        <w:rPr>
          <w:spacing w:val="-6"/>
          <w:sz w:val="20"/>
          <w:lang w:val="ro-RO"/>
        </w:rPr>
        <w:t xml:space="preserve"> </w:t>
      </w:r>
      <w:r w:rsidRPr="006D247D">
        <w:rPr>
          <w:sz w:val="20"/>
          <w:lang w:val="ro-RO"/>
        </w:rPr>
        <w:t>luat</w:t>
      </w:r>
      <w:r w:rsidRPr="006D247D">
        <w:rPr>
          <w:spacing w:val="-3"/>
          <w:sz w:val="20"/>
          <w:lang w:val="ro-RO"/>
        </w:rPr>
        <w:t xml:space="preserve"> </w:t>
      </w:r>
      <w:r w:rsidRPr="006D247D">
        <w:rPr>
          <w:sz w:val="20"/>
          <w:lang w:val="ro-RO"/>
        </w:rPr>
        <w:t>cunoştinţă</w:t>
      </w:r>
      <w:r w:rsidRPr="006D247D">
        <w:rPr>
          <w:spacing w:val="-5"/>
          <w:sz w:val="20"/>
          <w:lang w:val="ro-RO"/>
        </w:rPr>
        <w:t xml:space="preserve"> </w:t>
      </w:r>
      <w:r w:rsidRPr="006D247D">
        <w:rPr>
          <w:sz w:val="20"/>
          <w:lang w:val="ro-RO"/>
        </w:rPr>
        <w:t>de</w:t>
      </w:r>
      <w:r w:rsidRPr="006D247D">
        <w:rPr>
          <w:spacing w:val="-5"/>
          <w:sz w:val="20"/>
          <w:lang w:val="ro-RO"/>
        </w:rPr>
        <w:t xml:space="preserve"> </w:t>
      </w:r>
      <w:r w:rsidRPr="006D247D">
        <w:rPr>
          <w:sz w:val="20"/>
          <w:lang w:val="ro-RO"/>
        </w:rPr>
        <w:t>condiţiile</w:t>
      </w:r>
      <w:r w:rsidRPr="006D247D">
        <w:rPr>
          <w:spacing w:val="-5"/>
          <w:sz w:val="20"/>
          <w:lang w:val="ro-RO"/>
        </w:rPr>
        <w:t xml:space="preserve"> </w:t>
      </w:r>
      <w:r w:rsidRPr="006D247D">
        <w:rPr>
          <w:sz w:val="20"/>
          <w:lang w:val="ro-RO"/>
        </w:rPr>
        <w:t>de</w:t>
      </w:r>
      <w:r w:rsidRPr="006D247D">
        <w:rPr>
          <w:spacing w:val="-4"/>
          <w:sz w:val="20"/>
          <w:lang w:val="ro-RO"/>
        </w:rPr>
        <w:t xml:space="preserve"> </w:t>
      </w:r>
      <w:r w:rsidRPr="006D247D">
        <w:rPr>
          <w:sz w:val="20"/>
          <w:lang w:val="ro-RO"/>
        </w:rPr>
        <w:t>desfăşurare</w:t>
      </w:r>
      <w:r w:rsidRPr="006D247D">
        <w:rPr>
          <w:spacing w:val="-5"/>
          <w:sz w:val="20"/>
          <w:lang w:val="ro-RO"/>
        </w:rPr>
        <w:t xml:space="preserve"> </w:t>
      </w:r>
      <w:r w:rsidRPr="006D247D">
        <w:rPr>
          <w:sz w:val="20"/>
          <w:lang w:val="ro-RO"/>
        </w:rPr>
        <w:t>a</w:t>
      </w:r>
      <w:r w:rsidRPr="006D247D">
        <w:rPr>
          <w:spacing w:val="-5"/>
          <w:sz w:val="20"/>
          <w:lang w:val="ro-RO"/>
        </w:rPr>
        <w:t xml:space="preserve"> </w:t>
      </w:r>
      <w:r w:rsidRPr="006D247D">
        <w:rPr>
          <w:spacing w:val="-2"/>
          <w:sz w:val="20"/>
          <w:lang w:val="ro-RO"/>
        </w:rPr>
        <w:t>concursului.</w:t>
      </w:r>
    </w:p>
    <w:p w14:paraId="0CA1C861" w14:textId="77777777" w:rsidR="006D247D" w:rsidRPr="006D247D" w:rsidRDefault="006D247D" w:rsidP="006D247D">
      <w:pPr>
        <w:spacing w:after="0" w:line="240" w:lineRule="auto"/>
        <w:ind w:left="140" w:right="138"/>
        <w:jc w:val="both"/>
        <w:rPr>
          <w:sz w:val="20"/>
          <w:lang w:val="ro-RO"/>
        </w:rPr>
      </w:pPr>
      <w:r w:rsidRPr="006D247D">
        <w:rPr>
          <w:sz w:val="20"/>
          <w:lang w:val="ro-RO"/>
        </w:rPr>
        <w:t>Cunoscând</w:t>
      </w:r>
      <w:r w:rsidRPr="006D247D">
        <w:rPr>
          <w:spacing w:val="-3"/>
          <w:sz w:val="20"/>
          <w:lang w:val="ro-RO"/>
        </w:rPr>
        <w:t xml:space="preserve"> </w:t>
      </w:r>
      <w:r w:rsidRPr="006D247D">
        <w:rPr>
          <w:sz w:val="20"/>
          <w:lang w:val="ro-RO"/>
        </w:rPr>
        <w:t>prevederile</w:t>
      </w:r>
      <w:r w:rsidRPr="006D247D">
        <w:rPr>
          <w:spacing w:val="-3"/>
          <w:sz w:val="20"/>
          <w:lang w:val="ro-RO"/>
        </w:rPr>
        <w:t xml:space="preserve"> </w:t>
      </w:r>
      <w:r w:rsidRPr="006D247D">
        <w:rPr>
          <w:color w:val="0000FF"/>
          <w:sz w:val="20"/>
          <w:u w:val="single" w:color="0000FF"/>
          <w:lang w:val="ro-RO"/>
        </w:rPr>
        <w:t>art.</w:t>
      </w:r>
      <w:r w:rsidRPr="006D247D">
        <w:rPr>
          <w:color w:val="0000FF"/>
          <w:spacing w:val="-4"/>
          <w:sz w:val="20"/>
          <w:u w:val="single" w:color="0000FF"/>
          <w:lang w:val="ro-RO"/>
        </w:rPr>
        <w:t xml:space="preserve"> </w:t>
      </w:r>
      <w:r w:rsidRPr="006D247D">
        <w:rPr>
          <w:color w:val="0000FF"/>
          <w:sz w:val="20"/>
          <w:u w:val="single" w:color="0000FF"/>
          <w:lang w:val="ro-RO"/>
        </w:rPr>
        <w:t>4</w:t>
      </w:r>
      <w:r w:rsidRPr="006D247D">
        <w:rPr>
          <w:color w:val="0000FF"/>
          <w:spacing w:val="-6"/>
          <w:sz w:val="20"/>
          <w:u w:val="single" w:color="0000FF"/>
          <w:lang w:val="ro-RO"/>
        </w:rPr>
        <w:t xml:space="preserve"> </w:t>
      </w:r>
      <w:r w:rsidRPr="006D247D">
        <w:rPr>
          <w:color w:val="0000FF"/>
          <w:sz w:val="20"/>
          <w:u w:val="single" w:color="0000FF"/>
          <w:lang w:val="ro-RO"/>
        </w:rPr>
        <w:t>pct.</w:t>
      </w:r>
      <w:r w:rsidRPr="006D247D">
        <w:rPr>
          <w:color w:val="0000FF"/>
          <w:spacing w:val="-4"/>
          <w:sz w:val="20"/>
          <w:u w:val="single" w:color="0000FF"/>
          <w:lang w:val="ro-RO"/>
        </w:rPr>
        <w:t xml:space="preserve"> </w:t>
      </w:r>
      <w:r w:rsidRPr="006D247D">
        <w:rPr>
          <w:color w:val="0000FF"/>
          <w:sz w:val="20"/>
          <w:u w:val="single" w:color="0000FF"/>
          <w:lang w:val="ro-RO"/>
        </w:rPr>
        <w:t>2</w:t>
      </w:r>
      <w:r w:rsidRPr="006D247D">
        <w:rPr>
          <w:color w:val="0000FF"/>
          <w:spacing w:val="-2"/>
          <w:sz w:val="20"/>
          <w:lang w:val="ro-RO"/>
        </w:rPr>
        <w:t xml:space="preserve"> </w:t>
      </w:r>
      <w:r w:rsidRPr="006D247D">
        <w:rPr>
          <w:sz w:val="20"/>
          <w:lang w:val="ro-RO"/>
        </w:rPr>
        <w:t>şi</w:t>
      </w:r>
      <w:r w:rsidRPr="006D247D">
        <w:rPr>
          <w:spacing w:val="-5"/>
          <w:sz w:val="20"/>
          <w:lang w:val="ro-RO"/>
        </w:rPr>
        <w:t xml:space="preserve"> </w:t>
      </w:r>
      <w:r w:rsidRPr="006D247D">
        <w:rPr>
          <w:color w:val="0000FF"/>
          <w:sz w:val="20"/>
          <w:u w:val="single" w:color="0000FF"/>
          <w:lang w:val="ro-RO"/>
        </w:rPr>
        <w:t>11</w:t>
      </w:r>
      <w:r w:rsidRPr="006D247D">
        <w:rPr>
          <w:color w:val="0000FF"/>
          <w:spacing w:val="-7"/>
          <w:sz w:val="20"/>
          <w:lang w:val="ro-RO"/>
        </w:rPr>
        <w:t xml:space="preserve"> </w:t>
      </w:r>
      <w:r w:rsidRPr="006D247D">
        <w:rPr>
          <w:sz w:val="20"/>
          <w:lang w:val="ro-RO"/>
        </w:rPr>
        <w:t>şi</w:t>
      </w:r>
      <w:r w:rsidRPr="006D247D">
        <w:rPr>
          <w:spacing w:val="-5"/>
          <w:sz w:val="20"/>
          <w:lang w:val="ro-RO"/>
        </w:rPr>
        <w:t xml:space="preserve"> </w:t>
      </w:r>
      <w:r w:rsidRPr="006D247D">
        <w:rPr>
          <w:color w:val="0000FF"/>
          <w:sz w:val="20"/>
          <w:u w:val="single" w:color="0000FF"/>
          <w:lang w:val="ro-RO"/>
        </w:rPr>
        <w:t>art.</w:t>
      </w:r>
      <w:r w:rsidRPr="006D247D">
        <w:rPr>
          <w:color w:val="0000FF"/>
          <w:spacing w:val="-4"/>
          <w:sz w:val="20"/>
          <w:u w:val="single" w:color="0000FF"/>
          <w:lang w:val="ro-RO"/>
        </w:rPr>
        <w:t xml:space="preserve"> </w:t>
      </w:r>
      <w:r w:rsidRPr="006D247D">
        <w:rPr>
          <w:color w:val="0000FF"/>
          <w:sz w:val="20"/>
          <w:u w:val="single" w:color="0000FF"/>
          <w:lang w:val="ro-RO"/>
        </w:rPr>
        <w:t>6</w:t>
      </w:r>
      <w:r w:rsidRPr="006D247D">
        <w:rPr>
          <w:color w:val="0000FF"/>
          <w:spacing w:val="-6"/>
          <w:sz w:val="20"/>
          <w:u w:val="single" w:color="0000FF"/>
          <w:lang w:val="ro-RO"/>
        </w:rPr>
        <w:t xml:space="preserve"> </w:t>
      </w:r>
      <w:r w:rsidRPr="006D247D">
        <w:rPr>
          <w:color w:val="0000FF"/>
          <w:sz w:val="20"/>
          <w:u w:val="single" w:color="0000FF"/>
          <w:lang w:val="ro-RO"/>
        </w:rPr>
        <w:t>alin.</w:t>
      </w:r>
      <w:r w:rsidRPr="006D247D">
        <w:rPr>
          <w:color w:val="0000FF"/>
          <w:spacing w:val="-4"/>
          <w:sz w:val="20"/>
          <w:u w:val="single" w:color="0000FF"/>
          <w:lang w:val="ro-RO"/>
        </w:rPr>
        <w:t xml:space="preserve"> </w:t>
      </w:r>
      <w:r w:rsidRPr="006D247D">
        <w:rPr>
          <w:color w:val="0000FF"/>
          <w:sz w:val="20"/>
          <w:u w:val="single" w:color="0000FF"/>
          <w:lang w:val="ro-RO"/>
        </w:rPr>
        <w:t>(1)</w:t>
      </w:r>
      <w:r w:rsidRPr="006D247D">
        <w:rPr>
          <w:color w:val="0000FF"/>
          <w:spacing w:val="-4"/>
          <w:sz w:val="20"/>
          <w:u w:val="single" w:color="0000FF"/>
          <w:lang w:val="ro-RO"/>
        </w:rPr>
        <w:t xml:space="preserve"> </w:t>
      </w:r>
      <w:r w:rsidRPr="006D247D">
        <w:rPr>
          <w:color w:val="0000FF"/>
          <w:sz w:val="20"/>
          <w:u w:val="single" w:color="0000FF"/>
          <w:lang w:val="ro-RO"/>
        </w:rPr>
        <w:t>lit.</w:t>
      </w:r>
      <w:r w:rsidRPr="006D247D">
        <w:rPr>
          <w:color w:val="0000FF"/>
          <w:spacing w:val="-7"/>
          <w:sz w:val="20"/>
          <w:u w:val="single" w:color="0000FF"/>
          <w:lang w:val="ro-RO"/>
        </w:rPr>
        <w:t xml:space="preserve"> </w:t>
      </w:r>
      <w:r w:rsidRPr="006D247D">
        <w:rPr>
          <w:color w:val="0000FF"/>
          <w:sz w:val="20"/>
          <w:u w:val="single" w:color="0000FF"/>
          <w:lang w:val="ro-RO"/>
        </w:rPr>
        <w:t>a)</w:t>
      </w:r>
      <w:r w:rsidRPr="006D247D">
        <w:rPr>
          <w:color w:val="0000FF"/>
          <w:spacing w:val="-3"/>
          <w:sz w:val="20"/>
          <w:u w:val="single" w:color="0000FF"/>
          <w:lang w:val="ro-RO"/>
        </w:rPr>
        <w:t xml:space="preserve"> </w:t>
      </w:r>
      <w:r w:rsidRPr="006D247D">
        <w:rPr>
          <w:color w:val="0000FF"/>
          <w:sz w:val="20"/>
          <w:u w:val="single" w:color="0000FF"/>
          <w:lang w:val="ro-RO"/>
        </w:rPr>
        <w:t>din</w:t>
      </w:r>
      <w:r w:rsidRPr="006D247D">
        <w:rPr>
          <w:color w:val="0000FF"/>
          <w:spacing w:val="-6"/>
          <w:sz w:val="20"/>
          <w:u w:val="single" w:color="0000FF"/>
          <w:lang w:val="ro-RO"/>
        </w:rPr>
        <w:t xml:space="preserve"> </w:t>
      </w:r>
      <w:r w:rsidRPr="006D247D">
        <w:rPr>
          <w:color w:val="0000FF"/>
          <w:sz w:val="20"/>
          <w:u w:val="single" w:color="0000FF"/>
          <w:lang w:val="ro-RO"/>
        </w:rPr>
        <w:t>Regulamentul</w:t>
      </w:r>
      <w:r w:rsidRPr="006D247D">
        <w:rPr>
          <w:color w:val="0000FF"/>
          <w:spacing w:val="-5"/>
          <w:sz w:val="20"/>
          <w:u w:val="single" w:color="0000FF"/>
          <w:lang w:val="ro-RO"/>
        </w:rPr>
        <w:t xml:space="preserve"> </w:t>
      </w:r>
      <w:r w:rsidRPr="006D247D">
        <w:rPr>
          <w:color w:val="0000FF"/>
          <w:sz w:val="20"/>
          <w:u w:val="single" w:color="0000FF"/>
          <w:lang w:val="ro-RO"/>
        </w:rPr>
        <w:t>(UE)</w:t>
      </w:r>
      <w:r w:rsidRPr="006D247D">
        <w:rPr>
          <w:color w:val="0000FF"/>
          <w:spacing w:val="-4"/>
          <w:sz w:val="20"/>
          <w:u w:val="single" w:color="0000FF"/>
          <w:lang w:val="ro-RO"/>
        </w:rPr>
        <w:t xml:space="preserve"> </w:t>
      </w:r>
      <w:r w:rsidRPr="006D247D">
        <w:rPr>
          <w:color w:val="0000FF"/>
          <w:sz w:val="20"/>
          <w:u w:val="single" w:color="0000FF"/>
          <w:lang w:val="ro-RO"/>
        </w:rPr>
        <w:t>2016/679</w:t>
      </w:r>
      <w:r w:rsidRPr="006D247D">
        <w:rPr>
          <w:color w:val="0000FF"/>
          <w:sz w:val="20"/>
          <w:lang w:val="ro-RO"/>
        </w:rPr>
        <w:t xml:space="preserve"> </w:t>
      </w:r>
      <w:r w:rsidRPr="006D247D">
        <w:rPr>
          <w:sz w:val="20"/>
          <w:lang w:val="ro-RO"/>
        </w:rPr>
        <w:t>al</w:t>
      </w:r>
      <w:r w:rsidRPr="006D247D">
        <w:rPr>
          <w:spacing w:val="-7"/>
          <w:sz w:val="20"/>
          <w:lang w:val="ro-RO"/>
        </w:rPr>
        <w:t xml:space="preserve"> </w:t>
      </w:r>
      <w:r w:rsidRPr="006D247D">
        <w:rPr>
          <w:sz w:val="20"/>
          <w:lang w:val="ro-RO"/>
        </w:rPr>
        <w:t>Parlamentului</w:t>
      </w:r>
      <w:r w:rsidRPr="006D247D">
        <w:rPr>
          <w:spacing w:val="-5"/>
          <w:sz w:val="20"/>
          <w:lang w:val="ro-RO"/>
        </w:rPr>
        <w:t xml:space="preserve"> </w:t>
      </w:r>
      <w:r w:rsidRPr="006D247D">
        <w:rPr>
          <w:sz w:val="20"/>
          <w:lang w:val="ro-RO"/>
        </w:rPr>
        <w:t>European</w:t>
      </w:r>
      <w:r w:rsidRPr="006D247D">
        <w:rPr>
          <w:spacing w:val="-6"/>
          <w:sz w:val="20"/>
          <w:lang w:val="ro-RO"/>
        </w:rPr>
        <w:t xml:space="preserve"> </w:t>
      </w:r>
      <w:r w:rsidRPr="006D247D">
        <w:rPr>
          <w:sz w:val="20"/>
          <w:lang w:val="ro-RO"/>
        </w:rPr>
        <w:t>şi al</w:t>
      </w:r>
      <w:r w:rsidRPr="006D247D">
        <w:rPr>
          <w:spacing w:val="-12"/>
          <w:sz w:val="20"/>
          <w:lang w:val="ro-RO"/>
        </w:rPr>
        <w:t xml:space="preserve"> </w:t>
      </w:r>
      <w:r w:rsidRPr="006D247D">
        <w:rPr>
          <w:sz w:val="20"/>
          <w:lang w:val="ro-RO"/>
        </w:rPr>
        <w:t>Consiliului</w:t>
      </w:r>
      <w:r w:rsidRPr="006D247D">
        <w:rPr>
          <w:spacing w:val="-12"/>
          <w:sz w:val="20"/>
          <w:lang w:val="ro-RO"/>
        </w:rPr>
        <w:t xml:space="preserve"> </w:t>
      </w:r>
      <w:r w:rsidRPr="006D247D">
        <w:rPr>
          <w:sz w:val="20"/>
          <w:lang w:val="ro-RO"/>
        </w:rPr>
        <w:t>din</w:t>
      </w:r>
      <w:r w:rsidRPr="006D247D">
        <w:rPr>
          <w:spacing w:val="-13"/>
          <w:sz w:val="20"/>
          <w:lang w:val="ro-RO"/>
        </w:rPr>
        <w:t xml:space="preserve"> </w:t>
      </w:r>
      <w:r w:rsidRPr="006D247D">
        <w:rPr>
          <w:sz w:val="20"/>
          <w:lang w:val="ro-RO"/>
        </w:rPr>
        <w:t>27</w:t>
      </w:r>
      <w:r w:rsidRPr="006D247D">
        <w:rPr>
          <w:spacing w:val="-11"/>
          <w:sz w:val="20"/>
          <w:lang w:val="ro-RO"/>
        </w:rPr>
        <w:t xml:space="preserve"> </w:t>
      </w:r>
      <w:r w:rsidRPr="006D247D">
        <w:rPr>
          <w:sz w:val="20"/>
          <w:lang w:val="ro-RO"/>
        </w:rPr>
        <w:t>aprilie</w:t>
      </w:r>
      <w:r w:rsidRPr="006D247D">
        <w:rPr>
          <w:spacing w:val="-12"/>
          <w:sz w:val="20"/>
          <w:lang w:val="ro-RO"/>
        </w:rPr>
        <w:t xml:space="preserve"> </w:t>
      </w:r>
      <w:r w:rsidRPr="006D247D">
        <w:rPr>
          <w:sz w:val="20"/>
          <w:lang w:val="ro-RO"/>
        </w:rPr>
        <w:t>2016</w:t>
      </w:r>
      <w:r w:rsidRPr="006D247D">
        <w:rPr>
          <w:spacing w:val="-11"/>
          <w:sz w:val="20"/>
          <w:lang w:val="ro-RO"/>
        </w:rPr>
        <w:t xml:space="preserve"> </w:t>
      </w:r>
      <w:r w:rsidRPr="006D247D">
        <w:rPr>
          <w:sz w:val="20"/>
          <w:lang w:val="ro-RO"/>
        </w:rPr>
        <w:t>privind</w:t>
      </w:r>
      <w:r w:rsidRPr="006D247D">
        <w:rPr>
          <w:spacing w:val="-11"/>
          <w:sz w:val="20"/>
          <w:lang w:val="ro-RO"/>
        </w:rPr>
        <w:t xml:space="preserve"> </w:t>
      </w:r>
      <w:r w:rsidRPr="006D247D">
        <w:rPr>
          <w:sz w:val="20"/>
          <w:lang w:val="ro-RO"/>
        </w:rPr>
        <w:t>protecţia</w:t>
      </w:r>
      <w:r w:rsidRPr="006D247D">
        <w:rPr>
          <w:spacing w:val="-11"/>
          <w:sz w:val="20"/>
          <w:lang w:val="ro-RO"/>
        </w:rPr>
        <w:t xml:space="preserve"> </w:t>
      </w:r>
      <w:r w:rsidRPr="006D247D">
        <w:rPr>
          <w:sz w:val="20"/>
          <w:lang w:val="ro-RO"/>
        </w:rPr>
        <w:t>persoanelor</w:t>
      </w:r>
      <w:r w:rsidRPr="006D247D">
        <w:rPr>
          <w:spacing w:val="-11"/>
          <w:sz w:val="20"/>
          <w:lang w:val="ro-RO"/>
        </w:rPr>
        <w:t xml:space="preserve"> </w:t>
      </w:r>
      <w:r w:rsidRPr="006D247D">
        <w:rPr>
          <w:sz w:val="20"/>
          <w:lang w:val="ro-RO"/>
        </w:rPr>
        <w:t>fizice</w:t>
      </w:r>
      <w:r w:rsidRPr="006D247D">
        <w:rPr>
          <w:spacing w:val="-5"/>
          <w:sz w:val="20"/>
          <w:lang w:val="ro-RO"/>
        </w:rPr>
        <w:t xml:space="preserve"> </w:t>
      </w:r>
      <w:r w:rsidRPr="006D247D">
        <w:rPr>
          <w:sz w:val="20"/>
          <w:lang w:val="ro-RO"/>
        </w:rPr>
        <w:t>în</w:t>
      </w:r>
      <w:r w:rsidRPr="006D247D">
        <w:rPr>
          <w:spacing w:val="-13"/>
          <w:sz w:val="20"/>
          <w:lang w:val="ro-RO"/>
        </w:rPr>
        <w:t xml:space="preserve"> </w:t>
      </w:r>
      <w:r w:rsidRPr="006D247D">
        <w:rPr>
          <w:sz w:val="20"/>
          <w:lang w:val="ro-RO"/>
        </w:rPr>
        <w:t>ceea</w:t>
      </w:r>
      <w:r w:rsidRPr="006D247D">
        <w:rPr>
          <w:spacing w:val="-11"/>
          <w:sz w:val="20"/>
          <w:lang w:val="ro-RO"/>
        </w:rPr>
        <w:t xml:space="preserve"> </w:t>
      </w:r>
      <w:r w:rsidRPr="006D247D">
        <w:rPr>
          <w:sz w:val="20"/>
          <w:lang w:val="ro-RO"/>
        </w:rPr>
        <w:t>ce</w:t>
      </w:r>
      <w:r w:rsidRPr="006D247D">
        <w:rPr>
          <w:spacing w:val="-11"/>
          <w:sz w:val="20"/>
          <w:lang w:val="ro-RO"/>
        </w:rPr>
        <w:t xml:space="preserve"> </w:t>
      </w:r>
      <w:r w:rsidRPr="006D247D">
        <w:rPr>
          <w:sz w:val="20"/>
          <w:lang w:val="ro-RO"/>
        </w:rPr>
        <w:t>priveşte</w:t>
      </w:r>
      <w:r w:rsidRPr="006D247D">
        <w:rPr>
          <w:spacing w:val="-12"/>
          <w:sz w:val="20"/>
          <w:lang w:val="ro-RO"/>
        </w:rPr>
        <w:t xml:space="preserve"> </w:t>
      </w:r>
      <w:r w:rsidRPr="006D247D">
        <w:rPr>
          <w:sz w:val="20"/>
          <w:lang w:val="ro-RO"/>
        </w:rPr>
        <w:t>prelucrarea</w:t>
      </w:r>
      <w:r w:rsidRPr="006D247D">
        <w:rPr>
          <w:spacing w:val="-11"/>
          <w:sz w:val="20"/>
          <w:lang w:val="ro-RO"/>
        </w:rPr>
        <w:t xml:space="preserve"> </w:t>
      </w:r>
      <w:r w:rsidRPr="006D247D">
        <w:rPr>
          <w:sz w:val="20"/>
          <w:lang w:val="ro-RO"/>
        </w:rPr>
        <w:t>datelor</w:t>
      </w:r>
      <w:r w:rsidRPr="006D247D">
        <w:rPr>
          <w:spacing w:val="-11"/>
          <w:sz w:val="20"/>
          <w:lang w:val="ro-RO"/>
        </w:rPr>
        <w:t xml:space="preserve"> </w:t>
      </w:r>
      <w:r w:rsidRPr="006D247D">
        <w:rPr>
          <w:sz w:val="20"/>
          <w:lang w:val="ro-RO"/>
        </w:rPr>
        <w:t>cu</w:t>
      </w:r>
      <w:r w:rsidRPr="006D247D">
        <w:rPr>
          <w:spacing w:val="-12"/>
          <w:sz w:val="20"/>
          <w:lang w:val="ro-RO"/>
        </w:rPr>
        <w:t xml:space="preserve"> </w:t>
      </w:r>
      <w:r w:rsidRPr="006D247D">
        <w:rPr>
          <w:sz w:val="20"/>
          <w:lang w:val="ro-RO"/>
        </w:rPr>
        <w:t>caracter</w:t>
      </w:r>
      <w:r w:rsidRPr="006D247D">
        <w:rPr>
          <w:spacing w:val="-11"/>
          <w:sz w:val="20"/>
          <w:lang w:val="ro-RO"/>
        </w:rPr>
        <w:t xml:space="preserve"> </w:t>
      </w:r>
      <w:r w:rsidRPr="006D247D">
        <w:rPr>
          <w:sz w:val="20"/>
          <w:lang w:val="ro-RO"/>
        </w:rPr>
        <w:t>personal şi</w:t>
      </w:r>
      <w:r w:rsidRPr="006D247D">
        <w:rPr>
          <w:spacing w:val="-8"/>
          <w:sz w:val="20"/>
          <w:lang w:val="ro-RO"/>
        </w:rPr>
        <w:t xml:space="preserve"> </w:t>
      </w:r>
      <w:r w:rsidRPr="006D247D">
        <w:rPr>
          <w:sz w:val="20"/>
          <w:lang w:val="ro-RO"/>
        </w:rPr>
        <w:t>privind</w:t>
      </w:r>
      <w:r w:rsidRPr="006D247D">
        <w:rPr>
          <w:spacing w:val="-7"/>
          <w:sz w:val="20"/>
          <w:lang w:val="ro-RO"/>
        </w:rPr>
        <w:t xml:space="preserve"> </w:t>
      </w:r>
      <w:r w:rsidRPr="006D247D">
        <w:rPr>
          <w:sz w:val="20"/>
          <w:lang w:val="ro-RO"/>
        </w:rPr>
        <w:t>libera</w:t>
      </w:r>
      <w:r w:rsidRPr="006D247D">
        <w:rPr>
          <w:spacing w:val="-7"/>
          <w:sz w:val="20"/>
          <w:lang w:val="ro-RO"/>
        </w:rPr>
        <w:t xml:space="preserve"> </w:t>
      </w:r>
      <w:r w:rsidRPr="006D247D">
        <w:rPr>
          <w:sz w:val="20"/>
          <w:lang w:val="ro-RO"/>
        </w:rPr>
        <w:t>circulaţie</w:t>
      </w:r>
      <w:r w:rsidRPr="006D247D">
        <w:rPr>
          <w:spacing w:val="-8"/>
          <w:sz w:val="20"/>
          <w:lang w:val="ro-RO"/>
        </w:rPr>
        <w:t xml:space="preserve"> </w:t>
      </w:r>
      <w:r w:rsidRPr="006D247D">
        <w:rPr>
          <w:sz w:val="20"/>
          <w:lang w:val="ro-RO"/>
        </w:rPr>
        <w:t>a</w:t>
      </w:r>
      <w:r w:rsidRPr="006D247D">
        <w:rPr>
          <w:spacing w:val="-7"/>
          <w:sz w:val="20"/>
          <w:lang w:val="ro-RO"/>
        </w:rPr>
        <w:t xml:space="preserve"> </w:t>
      </w:r>
      <w:r w:rsidRPr="006D247D">
        <w:rPr>
          <w:sz w:val="20"/>
          <w:lang w:val="ro-RO"/>
        </w:rPr>
        <w:t>acestor</w:t>
      </w:r>
      <w:r w:rsidRPr="006D247D">
        <w:rPr>
          <w:spacing w:val="-7"/>
          <w:sz w:val="20"/>
          <w:lang w:val="ro-RO"/>
        </w:rPr>
        <w:t xml:space="preserve"> </w:t>
      </w:r>
      <w:r w:rsidRPr="006D247D">
        <w:rPr>
          <w:sz w:val="20"/>
          <w:lang w:val="ro-RO"/>
        </w:rPr>
        <w:t>date</w:t>
      </w:r>
      <w:r w:rsidRPr="006D247D">
        <w:rPr>
          <w:spacing w:val="-7"/>
          <w:sz w:val="20"/>
          <w:lang w:val="ro-RO"/>
        </w:rPr>
        <w:t xml:space="preserve"> </w:t>
      </w:r>
      <w:r w:rsidRPr="006D247D">
        <w:rPr>
          <w:sz w:val="20"/>
          <w:lang w:val="ro-RO"/>
        </w:rPr>
        <w:t>şi</w:t>
      </w:r>
      <w:r w:rsidRPr="006D247D">
        <w:rPr>
          <w:spacing w:val="-8"/>
          <w:sz w:val="20"/>
          <w:lang w:val="ro-RO"/>
        </w:rPr>
        <w:t xml:space="preserve"> </w:t>
      </w:r>
      <w:r w:rsidRPr="006D247D">
        <w:rPr>
          <w:sz w:val="20"/>
          <w:lang w:val="ro-RO"/>
        </w:rPr>
        <w:t>de</w:t>
      </w:r>
      <w:r w:rsidRPr="006D247D">
        <w:rPr>
          <w:spacing w:val="-7"/>
          <w:sz w:val="20"/>
          <w:lang w:val="ro-RO"/>
        </w:rPr>
        <w:t xml:space="preserve"> </w:t>
      </w:r>
      <w:r w:rsidRPr="006D247D">
        <w:rPr>
          <w:sz w:val="20"/>
          <w:lang w:val="ro-RO"/>
        </w:rPr>
        <w:t>abrogare</w:t>
      </w:r>
      <w:r w:rsidRPr="006D247D">
        <w:rPr>
          <w:spacing w:val="-7"/>
          <w:sz w:val="20"/>
          <w:lang w:val="ro-RO"/>
        </w:rPr>
        <w:t xml:space="preserve"> </w:t>
      </w:r>
      <w:r w:rsidRPr="006D247D">
        <w:rPr>
          <w:sz w:val="20"/>
          <w:lang w:val="ro-RO"/>
        </w:rPr>
        <w:t>a</w:t>
      </w:r>
      <w:r w:rsidRPr="006D247D">
        <w:rPr>
          <w:spacing w:val="-5"/>
          <w:sz w:val="20"/>
          <w:lang w:val="ro-RO"/>
        </w:rPr>
        <w:t xml:space="preserve"> </w:t>
      </w:r>
      <w:r w:rsidRPr="006D247D">
        <w:rPr>
          <w:color w:val="0000FF"/>
          <w:sz w:val="20"/>
          <w:u w:val="single" w:color="0000FF"/>
          <w:lang w:val="ro-RO"/>
        </w:rPr>
        <w:t>Directivei</w:t>
      </w:r>
      <w:r w:rsidRPr="006D247D">
        <w:rPr>
          <w:color w:val="0000FF"/>
          <w:spacing w:val="-8"/>
          <w:sz w:val="20"/>
          <w:u w:val="single" w:color="0000FF"/>
          <w:lang w:val="ro-RO"/>
        </w:rPr>
        <w:t xml:space="preserve"> </w:t>
      </w:r>
      <w:r w:rsidRPr="006D247D">
        <w:rPr>
          <w:color w:val="0000FF"/>
          <w:sz w:val="20"/>
          <w:u w:val="single" w:color="0000FF"/>
          <w:lang w:val="ro-RO"/>
        </w:rPr>
        <w:t>95/46/CE</w:t>
      </w:r>
      <w:r w:rsidRPr="006D247D">
        <w:rPr>
          <w:color w:val="0000FF"/>
          <w:spacing w:val="-6"/>
          <w:sz w:val="20"/>
          <w:u w:val="single" w:color="0000FF"/>
          <w:lang w:val="ro-RO"/>
        </w:rPr>
        <w:t xml:space="preserve"> </w:t>
      </w:r>
      <w:r w:rsidRPr="006D247D">
        <w:rPr>
          <w:color w:val="0000FF"/>
          <w:sz w:val="20"/>
          <w:u w:val="single" w:color="0000FF"/>
          <w:lang w:val="ro-RO"/>
        </w:rPr>
        <w:t>(Regulamentul</w:t>
      </w:r>
      <w:r w:rsidRPr="006D247D">
        <w:rPr>
          <w:color w:val="0000FF"/>
          <w:spacing w:val="-8"/>
          <w:sz w:val="20"/>
          <w:u w:val="single" w:color="0000FF"/>
          <w:lang w:val="ro-RO"/>
        </w:rPr>
        <w:t xml:space="preserve"> </w:t>
      </w:r>
      <w:r w:rsidRPr="006D247D">
        <w:rPr>
          <w:color w:val="0000FF"/>
          <w:sz w:val="20"/>
          <w:u w:val="single" w:color="0000FF"/>
          <w:lang w:val="ro-RO"/>
        </w:rPr>
        <w:t>general</w:t>
      </w:r>
      <w:r w:rsidRPr="006D247D">
        <w:rPr>
          <w:color w:val="0000FF"/>
          <w:spacing w:val="-6"/>
          <w:sz w:val="20"/>
          <w:lang w:val="ro-RO"/>
        </w:rPr>
        <w:t xml:space="preserve"> </w:t>
      </w:r>
      <w:r w:rsidRPr="006D247D">
        <w:rPr>
          <w:sz w:val="20"/>
          <w:lang w:val="ro-RO"/>
        </w:rPr>
        <w:t>privind</w:t>
      </w:r>
      <w:r w:rsidRPr="006D247D">
        <w:rPr>
          <w:spacing w:val="-7"/>
          <w:sz w:val="20"/>
          <w:lang w:val="ro-RO"/>
        </w:rPr>
        <w:t xml:space="preserve"> </w:t>
      </w:r>
      <w:r w:rsidRPr="006D247D">
        <w:rPr>
          <w:sz w:val="20"/>
          <w:lang w:val="ro-RO"/>
        </w:rPr>
        <w:t>protecţia</w:t>
      </w:r>
      <w:r w:rsidRPr="006D247D">
        <w:rPr>
          <w:spacing w:val="-7"/>
          <w:sz w:val="20"/>
          <w:lang w:val="ro-RO"/>
        </w:rPr>
        <w:t xml:space="preserve"> </w:t>
      </w:r>
      <w:r w:rsidRPr="006D247D">
        <w:rPr>
          <w:sz w:val="20"/>
          <w:lang w:val="ro-RO"/>
        </w:rPr>
        <w:t>datelor), în ceea ce priveşte consimţământul cu privire la prelucrarea datelor cu caracter personal declar următoarele:</w:t>
      </w:r>
    </w:p>
    <w:p w14:paraId="3590E53D" w14:textId="77777777" w:rsidR="006D247D" w:rsidRPr="006D247D" w:rsidRDefault="006D247D" w:rsidP="006D247D">
      <w:pPr>
        <w:spacing w:after="0" w:line="240" w:lineRule="auto"/>
        <w:ind w:left="366" w:right="7242"/>
        <w:jc w:val="both"/>
        <w:rPr>
          <w:sz w:val="20"/>
          <w:lang w:val="ro-RO"/>
        </w:rPr>
      </w:pPr>
      <w:r w:rsidRPr="006D247D">
        <w:rPr>
          <w:sz w:val="20"/>
          <w:lang w:val="ro-RO"/>
        </w:rPr>
        <w:t>Îmi exprim consimţământul [ ]</w:t>
      </w:r>
      <w:r w:rsidRPr="006D247D">
        <w:rPr>
          <w:spacing w:val="40"/>
          <w:sz w:val="20"/>
          <w:lang w:val="ro-RO"/>
        </w:rPr>
        <w:t xml:space="preserve"> </w:t>
      </w:r>
    </w:p>
    <w:p w14:paraId="12B73140" w14:textId="77777777" w:rsidR="006D247D" w:rsidRPr="006D247D" w:rsidRDefault="006D247D" w:rsidP="006D247D">
      <w:pPr>
        <w:spacing w:after="0" w:line="240" w:lineRule="auto"/>
        <w:ind w:left="366" w:right="7242"/>
        <w:jc w:val="both"/>
        <w:rPr>
          <w:sz w:val="20"/>
          <w:lang w:val="ro-RO"/>
        </w:rPr>
      </w:pPr>
      <w:r w:rsidRPr="006D247D">
        <w:rPr>
          <w:sz w:val="20"/>
          <w:lang w:val="ro-RO"/>
        </w:rPr>
        <w:t>îmi</w:t>
      </w:r>
      <w:r w:rsidRPr="006D247D">
        <w:rPr>
          <w:spacing w:val="-5"/>
          <w:sz w:val="20"/>
          <w:lang w:val="ro-RO"/>
        </w:rPr>
        <w:t xml:space="preserve"> </w:t>
      </w:r>
      <w:r w:rsidRPr="006D247D">
        <w:rPr>
          <w:sz w:val="20"/>
          <w:lang w:val="ro-RO"/>
        </w:rPr>
        <w:t>exprim</w:t>
      </w:r>
      <w:r w:rsidRPr="006D247D">
        <w:rPr>
          <w:spacing w:val="-7"/>
          <w:sz w:val="20"/>
          <w:lang w:val="ro-RO"/>
        </w:rPr>
        <w:t xml:space="preserve"> </w:t>
      </w:r>
      <w:r w:rsidRPr="006D247D">
        <w:rPr>
          <w:sz w:val="20"/>
          <w:lang w:val="ro-RO"/>
        </w:rPr>
        <w:t>consimţământul</w:t>
      </w:r>
      <w:r w:rsidRPr="006D247D">
        <w:rPr>
          <w:spacing w:val="-5"/>
          <w:sz w:val="20"/>
          <w:lang w:val="ro-RO"/>
        </w:rPr>
        <w:t xml:space="preserve"> </w:t>
      </w:r>
      <w:r w:rsidRPr="006D247D">
        <w:rPr>
          <w:sz w:val="20"/>
          <w:lang w:val="ro-RO"/>
        </w:rPr>
        <w:t>[</w:t>
      </w:r>
      <w:r w:rsidRPr="006D247D">
        <w:rPr>
          <w:spacing w:val="-4"/>
          <w:sz w:val="20"/>
          <w:lang w:val="ro-RO"/>
        </w:rPr>
        <w:t xml:space="preserve"> </w:t>
      </w:r>
      <w:r w:rsidRPr="006D247D">
        <w:rPr>
          <w:spacing w:val="-10"/>
          <w:sz w:val="20"/>
          <w:lang w:val="ro-RO"/>
        </w:rPr>
        <w:t>]</w:t>
      </w:r>
    </w:p>
    <w:p w14:paraId="18E920CB" w14:textId="77777777" w:rsidR="006D247D" w:rsidRPr="006D247D" w:rsidRDefault="006D247D" w:rsidP="006D247D">
      <w:pPr>
        <w:spacing w:after="0" w:line="240" w:lineRule="auto"/>
        <w:ind w:left="366" w:right="137"/>
        <w:jc w:val="both"/>
        <w:rPr>
          <w:sz w:val="20"/>
          <w:lang w:val="ro-RO"/>
        </w:rPr>
      </w:pPr>
      <w:r w:rsidRPr="006D247D">
        <w:rPr>
          <w:sz w:val="20"/>
          <w:lang w:val="ro-RO"/>
        </w:rPr>
        <w:t>cu privire la transmiterea informaţiilor şi documentelor, inclusiv date cu caracter personal necesare îndeplinirii atribuţiilor membrilor comisiei de concurs, membrilor comisiei de soluţionare a contestaţiilor şi ale secretarului, în format electronic. Îmi exprim consimţământul [ ]</w:t>
      </w:r>
    </w:p>
    <w:p w14:paraId="429BDC98" w14:textId="77777777" w:rsidR="006D247D" w:rsidRPr="006D247D" w:rsidRDefault="006D247D" w:rsidP="006D247D">
      <w:pPr>
        <w:spacing w:after="0" w:line="240" w:lineRule="auto"/>
        <w:ind w:left="592"/>
        <w:jc w:val="both"/>
        <w:rPr>
          <w:sz w:val="20"/>
          <w:lang w:val="ro-RO"/>
        </w:rPr>
      </w:pPr>
      <w:r w:rsidRPr="006D247D">
        <w:rPr>
          <w:sz w:val="20"/>
          <w:lang w:val="ro-RO"/>
        </w:rPr>
        <w:t>Nu</w:t>
      </w:r>
      <w:r w:rsidRPr="006D247D">
        <w:rPr>
          <w:spacing w:val="-6"/>
          <w:sz w:val="20"/>
          <w:lang w:val="ro-RO"/>
        </w:rPr>
        <w:t xml:space="preserve"> </w:t>
      </w:r>
      <w:r w:rsidRPr="006D247D">
        <w:rPr>
          <w:sz w:val="20"/>
          <w:lang w:val="ro-RO"/>
        </w:rPr>
        <w:t>îmi</w:t>
      </w:r>
      <w:r w:rsidRPr="006D247D">
        <w:rPr>
          <w:spacing w:val="-5"/>
          <w:sz w:val="20"/>
          <w:lang w:val="ro-RO"/>
        </w:rPr>
        <w:t xml:space="preserve"> </w:t>
      </w:r>
      <w:r w:rsidRPr="006D247D">
        <w:rPr>
          <w:sz w:val="20"/>
          <w:lang w:val="ro-RO"/>
        </w:rPr>
        <w:t>exprim</w:t>
      </w:r>
      <w:r w:rsidRPr="006D247D">
        <w:rPr>
          <w:spacing w:val="-7"/>
          <w:sz w:val="20"/>
          <w:lang w:val="ro-RO"/>
        </w:rPr>
        <w:t xml:space="preserve"> </w:t>
      </w:r>
      <w:r w:rsidRPr="006D247D">
        <w:rPr>
          <w:sz w:val="20"/>
          <w:lang w:val="ro-RO"/>
        </w:rPr>
        <w:t>consimţământul</w:t>
      </w:r>
      <w:r w:rsidRPr="006D247D">
        <w:rPr>
          <w:spacing w:val="-5"/>
          <w:sz w:val="20"/>
          <w:lang w:val="ro-RO"/>
        </w:rPr>
        <w:t xml:space="preserve"> </w:t>
      </w:r>
      <w:r w:rsidRPr="006D247D">
        <w:rPr>
          <w:sz w:val="20"/>
          <w:lang w:val="ro-RO"/>
        </w:rPr>
        <w:t>[</w:t>
      </w:r>
      <w:r w:rsidRPr="006D247D">
        <w:rPr>
          <w:spacing w:val="-4"/>
          <w:sz w:val="20"/>
          <w:lang w:val="ro-RO"/>
        </w:rPr>
        <w:t xml:space="preserve"> </w:t>
      </w:r>
      <w:r w:rsidRPr="006D247D">
        <w:rPr>
          <w:spacing w:val="-10"/>
          <w:sz w:val="20"/>
          <w:lang w:val="ro-RO"/>
        </w:rPr>
        <w:t>]</w:t>
      </w:r>
    </w:p>
    <w:p w14:paraId="706A8CAE" w14:textId="77777777" w:rsidR="006D247D" w:rsidRPr="006D247D" w:rsidRDefault="006D247D" w:rsidP="006D247D">
      <w:pPr>
        <w:spacing w:after="0" w:line="240" w:lineRule="auto"/>
        <w:ind w:left="366" w:right="135"/>
        <w:jc w:val="both"/>
        <w:rPr>
          <w:sz w:val="20"/>
          <w:lang w:val="ro-RO"/>
        </w:rPr>
      </w:pPr>
      <w:r w:rsidRPr="006D247D">
        <w:rPr>
          <w:sz w:val="20"/>
          <w:lang w:val="ro-RO"/>
        </w:rPr>
        <w:t>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privată a cărei activitate presupune contactul direct cu copii, persoane în vârstă,</w:t>
      </w:r>
      <w:r w:rsidRPr="006D247D">
        <w:rPr>
          <w:spacing w:val="-7"/>
          <w:sz w:val="20"/>
          <w:lang w:val="ro-RO"/>
        </w:rPr>
        <w:t xml:space="preserve"> </w:t>
      </w:r>
      <w:r w:rsidRPr="006D247D">
        <w:rPr>
          <w:sz w:val="20"/>
          <w:lang w:val="ro-RO"/>
        </w:rPr>
        <w:t>persoane</w:t>
      </w:r>
      <w:r w:rsidRPr="006D247D">
        <w:rPr>
          <w:spacing w:val="-7"/>
          <w:sz w:val="20"/>
          <w:lang w:val="ro-RO"/>
        </w:rPr>
        <w:t xml:space="preserve"> </w:t>
      </w:r>
      <w:r w:rsidRPr="006D247D">
        <w:rPr>
          <w:sz w:val="20"/>
          <w:lang w:val="ro-RO"/>
        </w:rPr>
        <w:t>cu</w:t>
      </w:r>
      <w:r w:rsidRPr="006D247D">
        <w:rPr>
          <w:spacing w:val="-9"/>
          <w:sz w:val="20"/>
          <w:lang w:val="ro-RO"/>
        </w:rPr>
        <w:t xml:space="preserve"> </w:t>
      </w:r>
      <w:r w:rsidRPr="006D247D">
        <w:rPr>
          <w:sz w:val="20"/>
          <w:lang w:val="ro-RO"/>
        </w:rPr>
        <w:t>dizabilităţi</w:t>
      </w:r>
      <w:r w:rsidRPr="006D247D">
        <w:rPr>
          <w:spacing w:val="-6"/>
          <w:sz w:val="20"/>
          <w:lang w:val="ro-RO"/>
        </w:rPr>
        <w:t xml:space="preserve"> </w:t>
      </w:r>
      <w:r w:rsidRPr="006D247D">
        <w:rPr>
          <w:sz w:val="20"/>
          <w:lang w:val="ro-RO"/>
        </w:rPr>
        <w:t>sau</w:t>
      </w:r>
      <w:r w:rsidRPr="006D247D">
        <w:rPr>
          <w:spacing w:val="-9"/>
          <w:sz w:val="20"/>
          <w:lang w:val="ro-RO"/>
        </w:rPr>
        <w:t xml:space="preserve"> </w:t>
      </w:r>
      <w:r w:rsidRPr="006D247D">
        <w:rPr>
          <w:sz w:val="20"/>
          <w:lang w:val="ro-RO"/>
        </w:rPr>
        <w:t>alte</w:t>
      </w:r>
      <w:r w:rsidRPr="006D247D">
        <w:rPr>
          <w:spacing w:val="-7"/>
          <w:sz w:val="20"/>
          <w:lang w:val="ro-RO"/>
        </w:rPr>
        <w:t xml:space="preserve"> </w:t>
      </w:r>
      <w:r w:rsidRPr="006D247D">
        <w:rPr>
          <w:sz w:val="20"/>
          <w:lang w:val="ro-RO"/>
        </w:rPr>
        <w:t>categorii</w:t>
      </w:r>
      <w:r w:rsidRPr="006D247D">
        <w:rPr>
          <w:spacing w:val="-8"/>
          <w:sz w:val="20"/>
          <w:lang w:val="ro-RO"/>
        </w:rPr>
        <w:t xml:space="preserve"> </w:t>
      </w:r>
      <w:r w:rsidRPr="006D247D">
        <w:rPr>
          <w:sz w:val="20"/>
          <w:lang w:val="ro-RO"/>
        </w:rPr>
        <w:t>de</w:t>
      </w:r>
      <w:r w:rsidRPr="006D247D">
        <w:rPr>
          <w:spacing w:val="-7"/>
          <w:sz w:val="20"/>
          <w:lang w:val="ro-RO"/>
        </w:rPr>
        <w:t xml:space="preserve"> </w:t>
      </w:r>
      <w:r w:rsidRPr="006D247D">
        <w:rPr>
          <w:sz w:val="20"/>
          <w:lang w:val="ro-RO"/>
        </w:rPr>
        <w:t>persoane</w:t>
      </w:r>
      <w:r w:rsidRPr="006D247D">
        <w:rPr>
          <w:spacing w:val="-5"/>
          <w:sz w:val="20"/>
          <w:lang w:val="ro-RO"/>
        </w:rPr>
        <w:t xml:space="preserve"> </w:t>
      </w:r>
      <w:r w:rsidRPr="006D247D">
        <w:rPr>
          <w:sz w:val="20"/>
          <w:lang w:val="ro-RO"/>
        </w:rPr>
        <w:t>vulnerabile</w:t>
      </w:r>
      <w:r w:rsidRPr="006D247D">
        <w:rPr>
          <w:spacing w:val="-8"/>
          <w:sz w:val="20"/>
          <w:lang w:val="ro-RO"/>
        </w:rPr>
        <w:t xml:space="preserve"> </w:t>
      </w:r>
      <w:r w:rsidRPr="006D247D">
        <w:rPr>
          <w:sz w:val="20"/>
          <w:lang w:val="ro-RO"/>
        </w:rPr>
        <w:t>ori</w:t>
      </w:r>
      <w:r w:rsidRPr="006D247D">
        <w:rPr>
          <w:spacing w:val="-8"/>
          <w:sz w:val="20"/>
          <w:lang w:val="ro-RO"/>
        </w:rPr>
        <w:t xml:space="preserve"> </w:t>
      </w:r>
      <w:r w:rsidRPr="006D247D">
        <w:rPr>
          <w:sz w:val="20"/>
          <w:lang w:val="ro-RO"/>
        </w:rPr>
        <w:t>care</w:t>
      </w:r>
      <w:r w:rsidRPr="006D247D">
        <w:rPr>
          <w:spacing w:val="-7"/>
          <w:sz w:val="20"/>
          <w:lang w:val="ro-RO"/>
        </w:rPr>
        <w:t xml:space="preserve"> </w:t>
      </w:r>
      <w:r w:rsidRPr="006D247D">
        <w:rPr>
          <w:sz w:val="20"/>
          <w:lang w:val="ro-RO"/>
        </w:rPr>
        <w:t>presupune</w:t>
      </w:r>
      <w:r w:rsidRPr="006D247D">
        <w:rPr>
          <w:spacing w:val="-5"/>
          <w:sz w:val="20"/>
          <w:lang w:val="ro-RO"/>
        </w:rPr>
        <w:t xml:space="preserve"> </w:t>
      </w:r>
      <w:r w:rsidRPr="006D247D">
        <w:rPr>
          <w:sz w:val="20"/>
          <w:lang w:val="ro-RO"/>
        </w:rPr>
        <w:t>examinarea</w:t>
      </w:r>
      <w:r w:rsidRPr="006D247D">
        <w:rPr>
          <w:spacing w:val="-5"/>
          <w:sz w:val="20"/>
          <w:lang w:val="ro-RO"/>
        </w:rPr>
        <w:t xml:space="preserve"> </w:t>
      </w:r>
      <w:r w:rsidRPr="006D247D">
        <w:rPr>
          <w:sz w:val="20"/>
          <w:lang w:val="ro-RO"/>
        </w:rPr>
        <w:t>fizică</w:t>
      </w:r>
      <w:r w:rsidRPr="006D247D">
        <w:rPr>
          <w:spacing w:val="-7"/>
          <w:sz w:val="20"/>
          <w:lang w:val="ro-RO"/>
        </w:rPr>
        <w:t xml:space="preserve"> </w:t>
      </w:r>
      <w:r w:rsidRPr="006D247D">
        <w:rPr>
          <w:sz w:val="20"/>
          <w:lang w:val="ro-RO"/>
        </w:rPr>
        <w:t>sau</w:t>
      </w:r>
      <w:r w:rsidRPr="006D247D">
        <w:rPr>
          <w:spacing w:val="-9"/>
          <w:sz w:val="20"/>
          <w:lang w:val="ro-RO"/>
        </w:rPr>
        <w:t xml:space="preserve"> </w:t>
      </w:r>
      <w:r w:rsidRPr="006D247D">
        <w:rPr>
          <w:sz w:val="20"/>
          <w:lang w:val="ro-RO"/>
        </w:rPr>
        <w:t>evaluarea psihologică</w:t>
      </w:r>
      <w:r w:rsidRPr="006D247D">
        <w:rPr>
          <w:spacing w:val="-2"/>
          <w:sz w:val="20"/>
          <w:lang w:val="ro-RO"/>
        </w:rPr>
        <w:t xml:space="preserve"> </w:t>
      </w:r>
      <w:r w:rsidRPr="006D247D">
        <w:rPr>
          <w:sz w:val="20"/>
          <w:lang w:val="ro-RO"/>
        </w:rPr>
        <w:t>a unei</w:t>
      </w:r>
      <w:r w:rsidRPr="006D247D">
        <w:rPr>
          <w:spacing w:val="-2"/>
          <w:sz w:val="20"/>
          <w:lang w:val="ro-RO"/>
        </w:rPr>
        <w:t xml:space="preserve"> </w:t>
      </w:r>
      <w:r w:rsidRPr="006D247D">
        <w:rPr>
          <w:sz w:val="20"/>
          <w:lang w:val="ro-RO"/>
        </w:rPr>
        <w:t>persoane,</w:t>
      </w:r>
      <w:r w:rsidRPr="006D247D">
        <w:rPr>
          <w:spacing w:val="-1"/>
          <w:sz w:val="20"/>
          <w:lang w:val="ro-RO"/>
        </w:rPr>
        <w:t xml:space="preserve"> </w:t>
      </w:r>
      <w:r w:rsidRPr="006D247D">
        <w:rPr>
          <w:sz w:val="20"/>
          <w:lang w:val="ro-RO"/>
        </w:rPr>
        <w:t>cunoscând</w:t>
      </w:r>
      <w:r w:rsidRPr="006D247D">
        <w:rPr>
          <w:spacing w:val="-1"/>
          <w:sz w:val="20"/>
          <w:lang w:val="ro-RO"/>
        </w:rPr>
        <w:t xml:space="preserve"> </w:t>
      </w:r>
      <w:r w:rsidRPr="006D247D">
        <w:rPr>
          <w:sz w:val="20"/>
          <w:lang w:val="ro-RO"/>
        </w:rPr>
        <w:t>că</w:t>
      </w:r>
      <w:r w:rsidRPr="006D247D">
        <w:rPr>
          <w:spacing w:val="-2"/>
          <w:sz w:val="20"/>
          <w:lang w:val="ro-RO"/>
        </w:rPr>
        <w:t xml:space="preserve"> </w:t>
      </w:r>
      <w:r w:rsidRPr="006D247D">
        <w:rPr>
          <w:sz w:val="20"/>
          <w:lang w:val="ro-RO"/>
        </w:rPr>
        <w:t>pot</w:t>
      </w:r>
      <w:r w:rsidRPr="006D247D">
        <w:rPr>
          <w:spacing w:val="-3"/>
          <w:sz w:val="20"/>
          <w:lang w:val="ro-RO"/>
        </w:rPr>
        <w:t xml:space="preserve"> </w:t>
      </w:r>
      <w:r w:rsidRPr="006D247D">
        <w:rPr>
          <w:sz w:val="20"/>
          <w:lang w:val="ro-RO"/>
        </w:rPr>
        <w:t>reveni</w:t>
      </w:r>
      <w:r w:rsidRPr="006D247D">
        <w:rPr>
          <w:spacing w:val="-3"/>
          <w:sz w:val="20"/>
          <w:lang w:val="ro-RO"/>
        </w:rPr>
        <w:t xml:space="preserve"> </w:t>
      </w:r>
      <w:r w:rsidRPr="006D247D">
        <w:rPr>
          <w:sz w:val="20"/>
          <w:lang w:val="ro-RO"/>
        </w:rPr>
        <w:t>oricând</w:t>
      </w:r>
      <w:r w:rsidRPr="006D247D">
        <w:rPr>
          <w:spacing w:val="-1"/>
          <w:sz w:val="20"/>
          <w:lang w:val="ro-RO"/>
        </w:rPr>
        <w:t xml:space="preserve"> </w:t>
      </w:r>
      <w:r w:rsidRPr="006D247D">
        <w:rPr>
          <w:sz w:val="20"/>
          <w:lang w:val="ro-RO"/>
        </w:rPr>
        <w:t>asupra</w:t>
      </w:r>
      <w:r w:rsidRPr="006D247D">
        <w:rPr>
          <w:spacing w:val="-2"/>
          <w:sz w:val="20"/>
          <w:lang w:val="ro-RO"/>
        </w:rPr>
        <w:t xml:space="preserve"> </w:t>
      </w:r>
      <w:r w:rsidRPr="006D247D">
        <w:rPr>
          <w:sz w:val="20"/>
          <w:lang w:val="ro-RO"/>
        </w:rPr>
        <w:t>consimţământului</w:t>
      </w:r>
      <w:r w:rsidRPr="006D247D">
        <w:rPr>
          <w:spacing w:val="-3"/>
          <w:sz w:val="20"/>
          <w:lang w:val="ro-RO"/>
        </w:rPr>
        <w:t xml:space="preserve"> </w:t>
      </w:r>
      <w:r w:rsidRPr="006D247D">
        <w:rPr>
          <w:sz w:val="20"/>
          <w:lang w:val="ro-RO"/>
        </w:rPr>
        <w:t>acordat</w:t>
      </w:r>
      <w:r w:rsidRPr="006D247D">
        <w:rPr>
          <w:spacing w:val="-2"/>
          <w:sz w:val="20"/>
          <w:lang w:val="ro-RO"/>
        </w:rPr>
        <w:t xml:space="preserve"> </w:t>
      </w:r>
      <w:r w:rsidRPr="006D247D">
        <w:rPr>
          <w:sz w:val="20"/>
          <w:lang w:val="ro-RO"/>
        </w:rPr>
        <w:t>prin</w:t>
      </w:r>
      <w:r w:rsidRPr="006D247D">
        <w:rPr>
          <w:spacing w:val="-4"/>
          <w:sz w:val="20"/>
          <w:lang w:val="ro-RO"/>
        </w:rPr>
        <w:t xml:space="preserve"> </w:t>
      </w:r>
      <w:r w:rsidRPr="006D247D">
        <w:rPr>
          <w:sz w:val="20"/>
          <w:lang w:val="ro-RO"/>
        </w:rPr>
        <w:t>prezentul formular.Îmi exprim consimţământul [ ]</w:t>
      </w:r>
    </w:p>
    <w:p w14:paraId="42A3EAC5" w14:textId="77777777" w:rsidR="006D247D" w:rsidRPr="006D247D" w:rsidRDefault="006D247D" w:rsidP="006D247D">
      <w:pPr>
        <w:spacing w:after="0" w:line="240" w:lineRule="auto"/>
        <w:ind w:left="592"/>
        <w:jc w:val="both"/>
        <w:rPr>
          <w:sz w:val="20"/>
          <w:lang w:val="ro-RO"/>
        </w:rPr>
      </w:pPr>
      <w:r w:rsidRPr="006D247D">
        <w:rPr>
          <w:sz w:val="20"/>
          <w:lang w:val="ro-RO"/>
        </w:rPr>
        <w:t>Nu</w:t>
      </w:r>
      <w:r w:rsidRPr="006D247D">
        <w:rPr>
          <w:spacing w:val="-6"/>
          <w:sz w:val="20"/>
          <w:lang w:val="ro-RO"/>
        </w:rPr>
        <w:t xml:space="preserve"> </w:t>
      </w:r>
      <w:r w:rsidRPr="006D247D">
        <w:rPr>
          <w:sz w:val="20"/>
          <w:lang w:val="ro-RO"/>
        </w:rPr>
        <w:t>îmi</w:t>
      </w:r>
      <w:r w:rsidRPr="006D247D">
        <w:rPr>
          <w:spacing w:val="-5"/>
          <w:sz w:val="20"/>
          <w:lang w:val="ro-RO"/>
        </w:rPr>
        <w:t xml:space="preserve"> </w:t>
      </w:r>
      <w:r w:rsidRPr="006D247D">
        <w:rPr>
          <w:sz w:val="20"/>
          <w:lang w:val="ro-RO"/>
        </w:rPr>
        <w:t>exprim</w:t>
      </w:r>
      <w:r w:rsidRPr="006D247D">
        <w:rPr>
          <w:spacing w:val="-7"/>
          <w:sz w:val="20"/>
          <w:lang w:val="ro-RO"/>
        </w:rPr>
        <w:t xml:space="preserve"> </w:t>
      </w:r>
      <w:r w:rsidRPr="006D247D">
        <w:rPr>
          <w:sz w:val="20"/>
          <w:lang w:val="ro-RO"/>
        </w:rPr>
        <w:t>consimţământul</w:t>
      </w:r>
      <w:r w:rsidRPr="006D247D">
        <w:rPr>
          <w:spacing w:val="-5"/>
          <w:sz w:val="20"/>
          <w:lang w:val="ro-RO"/>
        </w:rPr>
        <w:t xml:space="preserve"> </w:t>
      </w:r>
      <w:r w:rsidRPr="006D247D">
        <w:rPr>
          <w:sz w:val="20"/>
          <w:lang w:val="ro-RO"/>
        </w:rPr>
        <w:t>[</w:t>
      </w:r>
      <w:r w:rsidRPr="006D247D">
        <w:rPr>
          <w:spacing w:val="-4"/>
          <w:sz w:val="20"/>
          <w:lang w:val="ro-RO"/>
        </w:rPr>
        <w:t xml:space="preserve"> </w:t>
      </w:r>
      <w:r w:rsidRPr="006D247D">
        <w:rPr>
          <w:spacing w:val="-10"/>
          <w:sz w:val="20"/>
          <w:lang w:val="ro-RO"/>
        </w:rPr>
        <w:t>]</w:t>
      </w:r>
    </w:p>
    <w:p w14:paraId="25724F46" w14:textId="77777777" w:rsidR="006D247D" w:rsidRPr="006D247D" w:rsidRDefault="006D247D" w:rsidP="006D247D">
      <w:pPr>
        <w:spacing w:after="0" w:line="240" w:lineRule="auto"/>
        <w:ind w:left="366" w:right="137"/>
        <w:jc w:val="both"/>
        <w:rPr>
          <w:sz w:val="20"/>
          <w:lang w:val="ro-RO"/>
        </w:rPr>
      </w:pPr>
      <w:r w:rsidRPr="006D247D">
        <w:rPr>
          <w:sz w:val="20"/>
          <w:lang w:val="ro-RO"/>
        </w:rPr>
        <w:t>ca instituţia organizatoare a concursului să solicite organelor abilitate în condiţiile legii extrasul de pe cazierul judiciar cu scopul angajării, cunoscând că pot reveni oricând asupra consimţământului acordat prin prezentul formular.</w:t>
      </w:r>
    </w:p>
    <w:p w14:paraId="2D5803C0" w14:textId="77777777" w:rsidR="006D247D" w:rsidRPr="006D247D" w:rsidRDefault="006D247D" w:rsidP="006D247D">
      <w:pPr>
        <w:spacing w:after="0" w:line="240" w:lineRule="auto"/>
        <w:ind w:left="366" w:right="137"/>
        <w:jc w:val="both"/>
        <w:rPr>
          <w:sz w:val="20"/>
          <w:lang w:val="ro-RO"/>
        </w:rPr>
      </w:pPr>
      <w:r w:rsidRPr="006D247D">
        <w:rPr>
          <w:sz w:val="20"/>
          <w:lang w:val="ro-RO"/>
        </w:rPr>
        <w:t>Declar pe propria răspundere că în perioada lucrată nu mi s-a aplicat nicio sancţiune disciplinară/mi s-a aplicat sancţiunea disciplinară ................................. .</w:t>
      </w:r>
    </w:p>
    <w:p w14:paraId="2494B5FE" w14:textId="77777777" w:rsidR="006D247D" w:rsidRPr="006D247D" w:rsidRDefault="006D247D" w:rsidP="006D247D">
      <w:pPr>
        <w:spacing w:after="0" w:line="240" w:lineRule="auto"/>
        <w:ind w:left="140" w:right="141" w:firstLine="226"/>
        <w:jc w:val="both"/>
        <w:rPr>
          <w:sz w:val="20"/>
          <w:lang w:val="ro-RO"/>
        </w:rPr>
      </w:pPr>
      <w:r w:rsidRPr="006D247D">
        <w:rPr>
          <w:lang w:val="ro-RO"/>
        </w:rPr>
        <w:t>Declar pe propria răspundere, cunoscând prevederile art. 326 din Codul penal cu privire la falsul în declarații, că datele furnizate în acest formular sunt adevărate.</w:t>
      </w:r>
    </w:p>
    <w:p w14:paraId="7816918F" w14:textId="77777777" w:rsidR="006D247D" w:rsidRPr="006D247D" w:rsidRDefault="006D247D" w:rsidP="006D247D">
      <w:pPr>
        <w:pStyle w:val="Corptext"/>
        <w:spacing w:after="0" w:line="240" w:lineRule="auto"/>
        <w:rPr>
          <w:sz w:val="20"/>
          <w:lang w:val="ro-RO"/>
        </w:rPr>
      </w:pPr>
    </w:p>
    <w:p w14:paraId="14DB154F" w14:textId="77777777" w:rsidR="006D247D" w:rsidRPr="006D247D" w:rsidRDefault="006D247D" w:rsidP="006D247D">
      <w:pPr>
        <w:pStyle w:val="Corptext"/>
        <w:spacing w:after="0" w:line="240" w:lineRule="auto"/>
        <w:rPr>
          <w:sz w:val="20"/>
          <w:lang w:val="ro-RO"/>
        </w:rPr>
      </w:pPr>
    </w:p>
    <w:p w14:paraId="33CD4301" w14:textId="77777777" w:rsidR="006D247D" w:rsidRPr="006D247D" w:rsidRDefault="006D247D" w:rsidP="006D247D">
      <w:pPr>
        <w:spacing w:after="0" w:line="240" w:lineRule="auto"/>
        <w:ind w:left="366"/>
        <w:rPr>
          <w:sz w:val="20"/>
          <w:lang w:val="ro-RO"/>
        </w:rPr>
      </w:pPr>
      <w:r w:rsidRPr="006D247D">
        <w:rPr>
          <w:spacing w:val="-2"/>
          <w:sz w:val="20"/>
          <w:lang w:val="ro-RO"/>
        </w:rPr>
        <w:t>Data:</w:t>
      </w:r>
    </w:p>
    <w:p w14:paraId="649045E4" w14:textId="77777777" w:rsidR="006D247D" w:rsidRPr="006D247D" w:rsidRDefault="006D247D" w:rsidP="006D247D">
      <w:pPr>
        <w:spacing w:after="0" w:line="240" w:lineRule="auto"/>
        <w:ind w:left="366"/>
        <w:rPr>
          <w:sz w:val="20"/>
          <w:lang w:val="ro-RO"/>
        </w:rPr>
      </w:pPr>
      <w:r w:rsidRPr="006D247D">
        <w:rPr>
          <w:spacing w:val="-2"/>
          <w:sz w:val="20"/>
          <w:lang w:val="ro-RO"/>
        </w:rPr>
        <w:t>Semnătura:</w:t>
      </w:r>
    </w:p>
    <w:p w14:paraId="0DD63571" w14:textId="77777777" w:rsidR="006D247D" w:rsidRPr="006D247D" w:rsidRDefault="006D247D" w:rsidP="006D247D">
      <w:pPr>
        <w:spacing w:after="0" w:line="240" w:lineRule="auto"/>
        <w:rPr>
          <w:sz w:val="20"/>
          <w:lang w:val="ro-RO"/>
        </w:rPr>
        <w:sectPr w:rsidR="006D247D" w:rsidRPr="006D247D" w:rsidSect="006D247D">
          <w:footerReference w:type="default" r:id="rId8"/>
          <w:pgSz w:w="11910" w:h="16840"/>
          <w:pgMar w:top="1320" w:right="566" w:bottom="360" w:left="992" w:header="270" w:footer="622" w:gutter="0"/>
          <w:cols w:space="720"/>
        </w:sectPr>
      </w:pPr>
    </w:p>
    <w:p w14:paraId="6DCCDBF5" w14:textId="77777777" w:rsidR="006D247D" w:rsidRPr="006D247D" w:rsidRDefault="006D247D" w:rsidP="006D247D">
      <w:pPr>
        <w:spacing w:after="0" w:line="240" w:lineRule="auto"/>
        <w:ind w:right="139"/>
        <w:jc w:val="right"/>
        <w:rPr>
          <w:b/>
          <w:sz w:val="20"/>
          <w:lang w:val="ro-RO"/>
        </w:rPr>
      </w:pPr>
      <w:r w:rsidRPr="006D247D">
        <w:rPr>
          <w:b/>
          <w:color w:val="23689B"/>
          <w:sz w:val="20"/>
          <w:lang w:val="ro-RO"/>
        </w:rPr>
        <w:lastRenderedPageBreak/>
        <w:t>Anexa</w:t>
      </w:r>
      <w:r w:rsidRPr="006D247D">
        <w:rPr>
          <w:b/>
          <w:color w:val="23689B"/>
          <w:spacing w:val="-4"/>
          <w:sz w:val="20"/>
          <w:lang w:val="ro-RO"/>
        </w:rPr>
        <w:t xml:space="preserve"> </w:t>
      </w:r>
      <w:r w:rsidRPr="006D247D">
        <w:rPr>
          <w:b/>
          <w:color w:val="23689B"/>
          <w:sz w:val="20"/>
          <w:lang w:val="ro-RO"/>
        </w:rPr>
        <w:t>nr.</w:t>
      </w:r>
      <w:r w:rsidRPr="006D247D">
        <w:rPr>
          <w:b/>
          <w:color w:val="23689B"/>
          <w:spacing w:val="-3"/>
          <w:sz w:val="20"/>
          <w:lang w:val="ro-RO"/>
        </w:rPr>
        <w:t xml:space="preserve"> </w:t>
      </w:r>
      <w:r w:rsidRPr="006D247D">
        <w:rPr>
          <w:b/>
          <w:color w:val="23689B"/>
          <w:spacing w:val="-10"/>
          <w:sz w:val="20"/>
          <w:lang w:val="ro-RO"/>
        </w:rPr>
        <w:t>2</w:t>
      </w:r>
    </w:p>
    <w:p w14:paraId="671F30C6" w14:textId="77777777" w:rsidR="006D247D" w:rsidRPr="006D247D" w:rsidRDefault="006D247D" w:rsidP="006D247D">
      <w:pPr>
        <w:pStyle w:val="Corptext"/>
        <w:spacing w:after="0" w:line="240" w:lineRule="auto"/>
        <w:rPr>
          <w:b/>
          <w:sz w:val="20"/>
          <w:lang w:val="ro-RO"/>
        </w:rPr>
      </w:pPr>
    </w:p>
    <w:p w14:paraId="329F15FD" w14:textId="77777777" w:rsidR="006D247D" w:rsidRPr="006D247D" w:rsidRDefault="006D247D" w:rsidP="006D247D">
      <w:pPr>
        <w:spacing w:after="0" w:line="240" w:lineRule="auto"/>
        <w:ind w:left="366"/>
        <w:rPr>
          <w:sz w:val="20"/>
          <w:lang w:val="ro-RO"/>
        </w:rPr>
      </w:pPr>
      <w:r w:rsidRPr="006D247D">
        <w:rPr>
          <w:sz w:val="20"/>
          <w:lang w:val="ro-RO"/>
        </w:rPr>
        <w:t>Denumirea</w:t>
      </w:r>
      <w:r w:rsidRPr="006D247D">
        <w:rPr>
          <w:spacing w:val="-11"/>
          <w:sz w:val="20"/>
          <w:lang w:val="ro-RO"/>
        </w:rPr>
        <w:t xml:space="preserve"> </w:t>
      </w:r>
      <w:r w:rsidRPr="006D247D">
        <w:rPr>
          <w:spacing w:val="-2"/>
          <w:sz w:val="20"/>
          <w:lang w:val="ro-RO"/>
        </w:rPr>
        <w:t>angajatorului</w:t>
      </w:r>
    </w:p>
    <w:p w14:paraId="1C1B60A1" w14:textId="77777777" w:rsidR="006D247D" w:rsidRPr="006D247D" w:rsidRDefault="006D247D" w:rsidP="006D247D">
      <w:pPr>
        <w:spacing w:after="0" w:line="240" w:lineRule="auto"/>
        <w:ind w:left="366" w:right="4495"/>
        <w:rPr>
          <w:sz w:val="20"/>
          <w:lang w:val="ro-RO"/>
        </w:rPr>
      </w:pPr>
      <w:r w:rsidRPr="006D247D">
        <w:rPr>
          <w:sz w:val="20"/>
          <w:lang w:val="ro-RO"/>
        </w:rPr>
        <w:t>Datele</w:t>
      </w:r>
      <w:r w:rsidRPr="006D247D">
        <w:rPr>
          <w:spacing w:val="-6"/>
          <w:sz w:val="20"/>
          <w:lang w:val="ro-RO"/>
        </w:rPr>
        <w:t xml:space="preserve"> </w:t>
      </w:r>
      <w:r w:rsidRPr="006D247D">
        <w:rPr>
          <w:sz w:val="20"/>
          <w:lang w:val="ro-RO"/>
        </w:rPr>
        <w:t>de</w:t>
      </w:r>
      <w:r w:rsidRPr="006D247D">
        <w:rPr>
          <w:spacing w:val="-6"/>
          <w:sz w:val="20"/>
          <w:lang w:val="ro-RO"/>
        </w:rPr>
        <w:t xml:space="preserve"> </w:t>
      </w:r>
      <w:r w:rsidRPr="006D247D">
        <w:rPr>
          <w:sz w:val="20"/>
          <w:lang w:val="ro-RO"/>
        </w:rPr>
        <w:t>identificare</w:t>
      </w:r>
      <w:r w:rsidRPr="006D247D">
        <w:rPr>
          <w:spacing w:val="-6"/>
          <w:sz w:val="20"/>
          <w:lang w:val="ro-RO"/>
        </w:rPr>
        <w:t xml:space="preserve"> </w:t>
      </w:r>
      <w:r w:rsidRPr="006D247D">
        <w:rPr>
          <w:sz w:val="20"/>
          <w:lang w:val="ro-RO"/>
        </w:rPr>
        <w:t>ale</w:t>
      </w:r>
      <w:r w:rsidRPr="006D247D">
        <w:rPr>
          <w:spacing w:val="-6"/>
          <w:sz w:val="20"/>
          <w:lang w:val="ro-RO"/>
        </w:rPr>
        <w:t xml:space="preserve"> </w:t>
      </w:r>
      <w:r w:rsidRPr="006D247D">
        <w:rPr>
          <w:sz w:val="20"/>
          <w:lang w:val="ro-RO"/>
        </w:rPr>
        <w:t>angajatorului</w:t>
      </w:r>
      <w:r w:rsidRPr="006D247D">
        <w:rPr>
          <w:spacing w:val="-7"/>
          <w:sz w:val="20"/>
          <w:lang w:val="ro-RO"/>
        </w:rPr>
        <w:t xml:space="preserve"> </w:t>
      </w:r>
      <w:r w:rsidRPr="006D247D">
        <w:rPr>
          <w:sz w:val="20"/>
          <w:lang w:val="ro-RO"/>
        </w:rPr>
        <w:t>(adresă</w:t>
      </w:r>
      <w:r w:rsidRPr="006D247D">
        <w:rPr>
          <w:spacing w:val="-6"/>
          <w:sz w:val="20"/>
          <w:lang w:val="ro-RO"/>
        </w:rPr>
        <w:t xml:space="preserve"> </w:t>
      </w:r>
      <w:r w:rsidRPr="006D247D">
        <w:rPr>
          <w:sz w:val="20"/>
          <w:lang w:val="ro-RO"/>
        </w:rPr>
        <w:t>completă,</w:t>
      </w:r>
      <w:r w:rsidRPr="006D247D">
        <w:rPr>
          <w:spacing w:val="-5"/>
          <w:sz w:val="20"/>
          <w:lang w:val="ro-RO"/>
        </w:rPr>
        <w:t xml:space="preserve"> </w:t>
      </w:r>
      <w:r w:rsidRPr="006D247D">
        <w:rPr>
          <w:sz w:val="20"/>
          <w:lang w:val="ro-RO"/>
        </w:rPr>
        <w:t>CUI) Datele de contact ale angajatorului (telefon, fax)</w:t>
      </w:r>
    </w:p>
    <w:p w14:paraId="6156D288" w14:textId="405F4898" w:rsidR="006D247D" w:rsidRPr="006D247D" w:rsidRDefault="006D247D" w:rsidP="006D247D">
      <w:pPr>
        <w:spacing w:after="0" w:line="240" w:lineRule="auto"/>
        <w:ind w:left="366" w:right="8193"/>
        <w:rPr>
          <w:sz w:val="20"/>
          <w:lang w:val="ro-RO"/>
        </w:rPr>
      </w:pPr>
      <w:r w:rsidRPr="006D247D">
        <w:rPr>
          <w:sz w:val="20"/>
          <w:lang w:val="ro-RO"/>
        </w:rPr>
        <w:t>Nr.</w:t>
      </w:r>
      <w:r w:rsidRPr="006D247D">
        <w:rPr>
          <w:spacing w:val="-13"/>
          <w:sz w:val="20"/>
          <w:lang w:val="ro-RO"/>
        </w:rPr>
        <w:t xml:space="preserve"> </w:t>
      </w:r>
      <w:r w:rsidRPr="006D247D">
        <w:rPr>
          <w:sz w:val="20"/>
          <w:lang w:val="ro-RO"/>
        </w:rPr>
        <w:t>de</w:t>
      </w:r>
      <w:r w:rsidRPr="006D247D">
        <w:rPr>
          <w:spacing w:val="-12"/>
          <w:sz w:val="20"/>
          <w:lang w:val="ro-RO"/>
        </w:rPr>
        <w:t xml:space="preserve"> </w:t>
      </w:r>
      <w:r w:rsidRPr="006D247D">
        <w:rPr>
          <w:sz w:val="20"/>
          <w:lang w:val="ro-RO"/>
        </w:rPr>
        <w:t>nregistrare Data înregistrării</w:t>
      </w:r>
    </w:p>
    <w:p w14:paraId="5AD7A7A3" w14:textId="77777777" w:rsidR="006D247D" w:rsidRPr="006D247D" w:rsidRDefault="006D247D" w:rsidP="006D247D">
      <w:pPr>
        <w:pStyle w:val="Corptext"/>
        <w:spacing w:after="0" w:line="240" w:lineRule="auto"/>
        <w:rPr>
          <w:sz w:val="20"/>
          <w:lang w:val="ro-RO"/>
        </w:rPr>
      </w:pPr>
    </w:p>
    <w:p w14:paraId="1E46F833" w14:textId="77777777" w:rsidR="006D247D" w:rsidRPr="006D247D" w:rsidRDefault="006D247D" w:rsidP="006D247D">
      <w:pPr>
        <w:pStyle w:val="Corptext"/>
        <w:spacing w:after="0" w:line="240" w:lineRule="auto"/>
        <w:rPr>
          <w:sz w:val="20"/>
          <w:lang w:val="ro-RO"/>
        </w:rPr>
      </w:pPr>
    </w:p>
    <w:p w14:paraId="23AC8A28" w14:textId="77777777" w:rsidR="006D247D" w:rsidRPr="006D247D" w:rsidRDefault="006D247D" w:rsidP="006D247D">
      <w:pPr>
        <w:pStyle w:val="Corptext"/>
        <w:spacing w:after="0" w:line="240" w:lineRule="auto"/>
        <w:rPr>
          <w:sz w:val="20"/>
          <w:lang w:val="ro-RO"/>
        </w:rPr>
      </w:pPr>
    </w:p>
    <w:p w14:paraId="2D3CDAE7" w14:textId="77777777" w:rsidR="006D247D" w:rsidRPr="006D247D" w:rsidRDefault="006D247D" w:rsidP="006D247D">
      <w:pPr>
        <w:pStyle w:val="Corptext"/>
        <w:spacing w:after="0" w:line="240" w:lineRule="auto"/>
        <w:rPr>
          <w:sz w:val="20"/>
          <w:lang w:val="ro-RO"/>
        </w:rPr>
      </w:pPr>
    </w:p>
    <w:p w14:paraId="12A69681" w14:textId="77777777" w:rsidR="006D247D" w:rsidRPr="006D247D" w:rsidRDefault="006D247D" w:rsidP="006D247D">
      <w:pPr>
        <w:spacing w:after="0" w:line="240" w:lineRule="auto"/>
        <w:ind w:left="223"/>
        <w:jc w:val="center"/>
        <w:rPr>
          <w:b/>
          <w:sz w:val="20"/>
          <w:lang w:val="ro-RO"/>
        </w:rPr>
      </w:pPr>
      <w:r w:rsidRPr="006D247D">
        <w:rPr>
          <w:b/>
          <w:spacing w:val="-2"/>
          <w:sz w:val="20"/>
          <w:lang w:val="ro-RO"/>
        </w:rPr>
        <w:t>ADEVERINŢĂ</w:t>
      </w:r>
    </w:p>
    <w:p w14:paraId="1BE88A63" w14:textId="77777777" w:rsidR="006D247D" w:rsidRPr="006D247D" w:rsidRDefault="006D247D" w:rsidP="006D247D">
      <w:pPr>
        <w:pStyle w:val="Corptext"/>
        <w:spacing w:after="0" w:line="240" w:lineRule="auto"/>
        <w:rPr>
          <w:b/>
          <w:sz w:val="20"/>
          <w:lang w:val="ro-RO"/>
        </w:rPr>
      </w:pPr>
    </w:p>
    <w:p w14:paraId="4311C24B" w14:textId="77777777" w:rsidR="006D247D" w:rsidRPr="006D247D" w:rsidRDefault="006D247D" w:rsidP="006D247D">
      <w:pPr>
        <w:pStyle w:val="Corptext"/>
        <w:spacing w:after="0" w:line="240" w:lineRule="auto"/>
        <w:rPr>
          <w:b/>
          <w:sz w:val="20"/>
          <w:lang w:val="ro-RO"/>
        </w:rPr>
      </w:pPr>
    </w:p>
    <w:p w14:paraId="1B579848" w14:textId="1C5B9CAB" w:rsidR="006D247D" w:rsidRPr="006D247D" w:rsidRDefault="006D247D" w:rsidP="006D247D">
      <w:pPr>
        <w:tabs>
          <w:tab w:val="left" w:leader="dot" w:pos="10156"/>
        </w:tabs>
        <w:spacing w:after="0" w:line="240" w:lineRule="auto"/>
        <w:ind w:left="592"/>
        <w:rPr>
          <w:sz w:val="20"/>
          <w:lang w:val="ro-RO"/>
        </w:rPr>
      </w:pPr>
      <w:r w:rsidRPr="006D247D">
        <w:rPr>
          <w:spacing w:val="-2"/>
          <w:sz w:val="20"/>
          <w:lang w:val="ro-RO"/>
        </w:rPr>
        <w:t>Prin</w:t>
      </w:r>
      <w:r w:rsidRPr="006D247D">
        <w:rPr>
          <w:spacing w:val="-1"/>
          <w:sz w:val="20"/>
          <w:lang w:val="ro-RO"/>
        </w:rPr>
        <w:t xml:space="preserve"> </w:t>
      </w:r>
      <w:r w:rsidRPr="006D247D">
        <w:rPr>
          <w:spacing w:val="-2"/>
          <w:sz w:val="20"/>
          <w:lang w:val="ro-RO"/>
        </w:rPr>
        <w:t>prezenta</w:t>
      </w:r>
      <w:r w:rsidRPr="006D247D">
        <w:rPr>
          <w:spacing w:val="2"/>
          <w:sz w:val="20"/>
          <w:lang w:val="ro-RO"/>
        </w:rPr>
        <w:t xml:space="preserve"> </w:t>
      </w:r>
      <w:r w:rsidRPr="006D247D">
        <w:rPr>
          <w:spacing w:val="-2"/>
          <w:sz w:val="20"/>
          <w:lang w:val="ro-RO"/>
        </w:rPr>
        <w:t>se</w:t>
      </w:r>
      <w:r w:rsidRPr="006D247D">
        <w:rPr>
          <w:spacing w:val="1"/>
          <w:sz w:val="20"/>
          <w:lang w:val="ro-RO"/>
        </w:rPr>
        <w:t xml:space="preserve"> </w:t>
      </w:r>
      <w:r w:rsidRPr="006D247D">
        <w:rPr>
          <w:spacing w:val="-2"/>
          <w:sz w:val="20"/>
          <w:lang w:val="ro-RO"/>
        </w:rPr>
        <w:t>atestă</w:t>
      </w:r>
      <w:r w:rsidRPr="006D247D">
        <w:rPr>
          <w:spacing w:val="1"/>
          <w:sz w:val="20"/>
          <w:lang w:val="ro-RO"/>
        </w:rPr>
        <w:t xml:space="preserve"> </w:t>
      </w:r>
      <w:r w:rsidRPr="006D247D">
        <w:rPr>
          <w:spacing w:val="-2"/>
          <w:sz w:val="20"/>
          <w:lang w:val="ro-RO"/>
        </w:rPr>
        <w:t>faptul</w:t>
      </w:r>
      <w:r w:rsidRPr="006D247D">
        <w:rPr>
          <w:sz w:val="20"/>
          <w:lang w:val="ro-RO"/>
        </w:rPr>
        <w:t xml:space="preserve"> </w:t>
      </w:r>
      <w:r w:rsidRPr="006D247D">
        <w:rPr>
          <w:spacing w:val="-2"/>
          <w:sz w:val="20"/>
          <w:lang w:val="ro-RO"/>
        </w:rPr>
        <w:t>că</w:t>
      </w:r>
      <w:r w:rsidRPr="006D247D">
        <w:rPr>
          <w:spacing w:val="2"/>
          <w:sz w:val="20"/>
          <w:lang w:val="ro-RO"/>
        </w:rPr>
        <w:t xml:space="preserve"> </w:t>
      </w:r>
      <w:r w:rsidRPr="006D247D">
        <w:rPr>
          <w:spacing w:val="-2"/>
          <w:sz w:val="20"/>
          <w:lang w:val="ro-RO"/>
        </w:rPr>
        <w:t>dl/dna</w:t>
      </w:r>
      <w:r w:rsidRPr="006D247D">
        <w:rPr>
          <w:spacing w:val="2"/>
          <w:sz w:val="20"/>
          <w:lang w:val="ro-RO"/>
        </w:rPr>
        <w:t xml:space="preserve"> </w:t>
      </w:r>
      <w:r w:rsidRPr="006D247D">
        <w:rPr>
          <w:spacing w:val="-2"/>
          <w:sz w:val="20"/>
          <w:lang w:val="ro-RO"/>
        </w:rPr>
        <w:t>..........................,</w:t>
      </w:r>
      <w:r w:rsidRPr="006D247D">
        <w:rPr>
          <w:spacing w:val="-1"/>
          <w:sz w:val="20"/>
          <w:lang w:val="ro-RO"/>
        </w:rPr>
        <w:t xml:space="preserve"> </w:t>
      </w:r>
      <w:r w:rsidRPr="006D247D">
        <w:rPr>
          <w:spacing w:val="-2"/>
          <w:sz w:val="20"/>
          <w:lang w:val="ro-RO"/>
        </w:rPr>
        <w:t>posesor/posesoare</w:t>
      </w:r>
      <w:r w:rsidRPr="006D247D">
        <w:rPr>
          <w:spacing w:val="2"/>
          <w:sz w:val="20"/>
          <w:lang w:val="ro-RO"/>
        </w:rPr>
        <w:t xml:space="preserve"> </w:t>
      </w:r>
      <w:r w:rsidRPr="006D247D">
        <w:rPr>
          <w:spacing w:val="-2"/>
          <w:sz w:val="20"/>
          <w:lang w:val="ro-RO"/>
        </w:rPr>
        <w:t>al/a</w:t>
      </w:r>
      <w:r w:rsidRPr="006D247D">
        <w:rPr>
          <w:spacing w:val="2"/>
          <w:sz w:val="20"/>
          <w:lang w:val="ro-RO"/>
        </w:rPr>
        <w:t xml:space="preserve"> </w:t>
      </w:r>
      <w:r w:rsidRPr="006D247D">
        <w:rPr>
          <w:spacing w:val="-2"/>
          <w:sz w:val="20"/>
          <w:lang w:val="ro-RO"/>
        </w:rPr>
        <w:t>B.I./C.I. .............</w:t>
      </w:r>
      <w:r w:rsidRPr="006D247D">
        <w:rPr>
          <w:spacing w:val="-1"/>
          <w:sz w:val="20"/>
          <w:lang w:val="ro-RO"/>
        </w:rPr>
        <w:t xml:space="preserve"> </w:t>
      </w:r>
      <w:r w:rsidRPr="006D247D">
        <w:rPr>
          <w:spacing w:val="-2"/>
          <w:sz w:val="20"/>
          <w:lang w:val="ro-RO"/>
        </w:rPr>
        <w:t>seria</w:t>
      </w:r>
      <w:r w:rsidRPr="006D247D">
        <w:rPr>
          <w:spacing w:val="2"/>
          <w:sz w:val="20"/>
          <w:lang w:val="ro-RO"/>
        </w:rPr>
        <w:t xml:space="preserve"> </w:t>
      </w:r>
      <w:r w:rsidRPr="006D247D">
        <w:rPr>
          <w:spacing w:val="-2"/>
          <w:sz w:val="20"/>
          <w:lang w:val="ro-RO"/>
        </w:rPr>
        <w:t>.......</w:t>
      </w:r>
      <w:r w:rsidRPr="006D247D">
        <w:rPr>
          <w:spacing w:val="1"/>
          <w:sz w:val="20"/>
          <w:lang w:val="ro-RO"/>
        </w:rPr>
        <w:t xml:space="preserve"> </w:t>
      </w:r>
      <w:r w:rsidRPr="006D247D">
        <w:rPr>
          <w:spacing w:val="-5"/>
          <w:sz w:val="20"/>
          <w:lang w:val="ro-RO"/>
        </w:rPr>
        <w:t>nr</w:t>
      </w:r>
      <w:r w:rsidRPr="006D247D">
        <w:rPr>
          <w:spacing w:val="-10"/>
          <w:sz w:val="20"/>
          <w:lang w:val="ro-RO"/>
        </w:rPr>
        <w:t>,</w:t>
      </w:r>
    </w:p>
    <w:p w14:paraId="55468564" w14:textId="794C7CDB" w:rsidR="006D247D" w:rsidRPr="006D247D" w:rsidRDefault="006D247D" w:rsidP="006D247D">
      <w:pPr>
        <w:spacing w:after="0" w:line="240" w:lineRule="auto"/>
        <w:ind w:left="366"/>
        <w:rPr>
          <w:sz w:val="20"/>
          <w:lang w:val="ro-RO"/>
        </w:rPr>
      </w:pPr>
      <w:r w:rsidRPr="006D247D">
        <w:rPr>
          <w:sz w:val="20"/>
          <w:lang w:val="ro-RO"/>
        </w:rPr>
        <w:t>CNP</w:t>
      </w:r>
      <w:r w:rsidRPr="006D247D">
        <w:rPr>
          <w:spacing w:val="69"/>
          <w:w w:val="150"/>
          <w:sz w:val="20"/>
          <w:lang w:val="ro-RO"/>
        </w:rPr>
        <w:t xml:space="preserve"> </w:t>
      </w:r>
      <w:r w:rsidRPr="006D247D">
        <w:rPr>
          <w:sz w:val="20"/>
          <w:lang w:val="ro-RO"/>
        </w:rPr>
        <w:t>.......................,</w:t>
      </w:r>
      <w:r w:rsidRPr="006D247D">
        <w:rPr>
          <w:spacing w:val="67"/>
          <w:w w:val="150"/>
          <w:sz w:val="20"/>
          <w:lang w:val="ro-RO"/>
        </w:rPr>
        <w:t xml:space="preserve"> </w:t>
      </w:r>
      <w:r w:rsidRPr="006D247D">
        <w:rPr>
          <w:sz w:val="20"/>
          <w:lang w:val="ro-RO"/>
        </w:rPr>
        <w:t>a</w:t>
      </w:r>
      <w:r w:rsidRPr="006D247D">
        <w:rPr>
          <w:spacing w:val="66"/>
          <w:w w:val="150"/>
          <w:sz w:val="20"/>
          <w:lang w:val="ro-RO"/>
        </w:rPr>
        <w:t xml:space="preserve"> </w:t>
      </w:r>
      <w:r w:rsidRPr="006D247D">
        <w:rPr>
          <w:sz w:val="20"/>
          <w:lang w:val="ro-RO"/>
        </w:rPr>
        <w:t>fost/este</w:t>
      </w:r>
      <w:r w:rsidRPr="006D247D">
        <w:rPr>
          <w:spacing w:val="69"/>
          <w:w w:val="150"/>
          <w:sz w:val="20"/>
          <w:lang w:val="ro-RO"/>
        </w:rPr>
        <w:t xml:space="preserve"> </w:t>
      </w:r>
      <w:r w:rsidRPr="006D247D">
        <w:rPr>
          <w:sz w:val="20"/>
          <w:lang w:val="ro-RO"/>
        </w:rPr>
        <w:t>angajatul/angajata</w:t>
      </w:r>
      <w:r w:rsidRPr="006D247D">
        <w:rPr>
          <w:spacing w:val="68"/>
          <w:w w:val="150"/>
          <w:sz w:val="20"/>
          <w:lang w:val="ro-RO"/>
        </w:rPr>
        <w:t xml:space="preserve"> </w:t>
      </w:r>
      <w:r w:rsidRPr="006D247D">
        <w:rPr>
          <w:sz w:val="20"/>
          <w:lang w:val="ro-RO"/>
        </w:rPr>
        <w:t>......................,</w:t>
      </w:r>
      <w:r w:rsidRPr="006D247D">
        <w:rPr>
          <w:spacing w:val="69"/>
          <w:w w:val="150"/>
          <w:sz w:val="20"/>
          <w:lang w:val="ro-RO"/>
        </w:rPr>
        <w:t xml:space="preserve"> </w:t>
      </w:r>
      <w:r w:rsidRPr="006D247D">
        <w:rPr>
          <w:sz w:val="20"/>
          <w:lang w:val="ro-RO"/>
        </w:rPr>
        <w:t>în</w:t>
      </w:r>
      <w:r w:rsidRPr="006D247D">
        <w:rPr>
          <w:spacing w:val="67"/>
          <w:w w:val="150"/>
          <w:sz w:val="20"/>
          <w:lang w:val="ro-RO"/>
        </w:rPr>
        <w:t xml:space="preserve"> </w:t>
      </w:r>
      <w:r w:rsidRPr="006D247D">
        <w:rPr>
          <w:sz w:val="20"/>
          <w:lang w:val="ro-RO"/>
        </w:rPr>
        <w:t>baza</w:t>
      </w:r>
      <w:r w:rsidRPr="006D247D">
        <w:rPr>
          <w:spacing w:val="68"/>
          <w:w w:val="150"/>
          <w:sz w:val="20"/>
          <w:lang w:val="ro-RO"/>
        </w:rPr>
        <w:t xml:space="preserve"> </w:t>
      </w:r>
      <w:r w:rsidRPr="006D247D">
        <w:rPr>
          <w:sz w:val="20"/>
          <w:lang w:val="ro-RO"/>
        </w:rPr>
        <w:t>actului</w:t>
      </w:r>
      <w:r w:rsidRPr="006D247D">
        <w:rPr>
          <w:spacing w:val="70"/>
          <w:w w:val="150"/>
          <w:sz w:val="20"/>
          <w:lang w:val="ro-RO"/>
        </w:rPr>
        <w:t xml:space="preserve"> </w:t>
      </w:r>
      <w:r w:rsidRPr="006D247D">
        <w:rPr>
          <w:sz w:val="20"/>
          <w:lang w:val="ro-RO"/>
        </w:rPr>
        <w:t>administrativ</w:t>
      </w:r>
      <w:r w:rsidRPr="006D247D">
        <w:rPr>
          <w:spacing w:val="66"/>
          <w:w w:val="150"/>
          <w:sz w:val="20"/>
          <w:lang w:val="ro-RO"/>
        </w:rPr>
        <w:t xml:space="preserve"> </w:t>
      </w:r>
      <w:r w:rsidRPr="006D247D">
        <w:rPr>
          <w:sz w:val="20"/>
          <w:lang w:val="ro-RO"/>
        </w:rPr>
        <w:t>de</w:t>
      </w:r>
      <w:r w:rsidRPr="006D247D">
        <w:rPr>
          <w:spacing w:val="69"/>
          <w:w w:val="150"/>
          <w:sz w:val="20"/>
          <w:lang w:val="ro-RO"/>
        </w:rPr>
        <w:t xml:space="preserve"> </w:t>
      </w:r>
      <w:r w:rsidRPr="006D247D">
        <w:rPr>
          <w:sz w:val="20"/>
          <w:lang w:val="ro-RO"/>
        </w:rPr>
        <w:t>numire</w:t>
      </w:r>
      <w:r w:rsidRPr="006D247D">
        <w:rPr>
          <w:spacing w:val="68"/>
          <w:w w:val="150"/>
          <w:sz w:val="20"/>
          <w:lang w:val="ro-RO"/>
        </w:rPr>
        <w:t xml:space="preserve"> </w:t>
      </w:r>
      <w:r w:rsidRPr="006D247D">
        <w:rPr>
          <w:spacing w:val="-5"/>
          <w:sz w:val="20"/>
          <w:lang w:val="ro-RO"/>
        </w:rPr>
        <w:t xml:space="preserve">nr. </w:t>
      </w:r>
      <w:r w:rsidRPr="006D247D">
        <w:rPr>
          <w:sz w:val="20"/>
          <w:lang w:val="ro-RO"/>
        </w:rPr>
        <w:t>................./contractului</w:t>
      </w:r>
      <w:r w:rsidRPr="006D247D">
        <w:rPr>
          <w:spacing w:val="64"/>
          <w:sz w:val="20"/>
          <w:lang w:val="ro-RO"/>
        </w:rPr>
        <w:t xml:space="preserve"> </w:t>
      </w:r>
      <w:r w:rsidRPr="006D247D">
        <w:rPr>
          <w:sz w:val="20"/>
          <w:lang w:val="ro-RO"/>
        </w:rPr>
        <w:t>individual</w:t>
      </w:r>
      <w:r w:rsidRPr="006D247D">
        <w:rPr>
          <w:spacing w:val="40"/>
          <w:sz w:val="20"/>
          <w:lang w:val="ro-RO"/>
        </w:rPr>
        <w:t xml:space="preserve"> </w:t>
      </w:r>
      <w:r w:rsidRPr="006D247D">
        <w:rPr>
          <w:sz w:val="20"/>
          <w:lang w:val="ro-RO"/>
        </w:rPr>
        <w:t>de</w:t>
      </w:r>
      <w:r w:rsidRPr="006D247D">
        <w:rPr>
          <w:spacing w:val="64"/>
          <w:sz w:val="20"/>
          <w:lang w:val="ro-RO"/>
        </w:rPr>
        <w:t xml:space="preserve"> </w:t>
      </w:r>
      <w:r w:rsidRPr="006D247D">
        <w:rPr>
          <w:sz w:val="20"/>
          <w:lang w:val="ro-RO"/>
        </w:rPr>
        <w:t>muncă,</w:t>
      </w:r>
      <w:r w:rsidRPr="006D247D">
        <w:rPr>
          <w:spacing w:val="40"/>
          <w:sz w:val="20"/>
          <w:lang w:val="ro-RO"/>
        </w:rPr>
        <w:t xml:space="preserve"> </w:t>
      </w:r>
      <w:r w:rsidRPr="006D247D">
        <w:rPr>
          <w:sz w:val="20"/>
          <w:lang w:val="ro-RO"/>
        </w:rPr>
        <w:t>cu</w:t>
      </w:r>
      <w:r w:rsidRPr="006D247D">
        <w:rPr>
          <w:spacing w:val="40"/>
          <w:sz w:val="20"/>
          <w:lang w:val="ro-RO"/>
        </w:rPr>
        <w:t xml:space="preserve"> </w:t>
      </w:r>
      <w:r w:rsidRPr="006D247D">
        <w:rPr>
          <w:sz w:val="20"/>
          <w:lang w:val="ro-RO"/>
        </w:rPr>
        <w:t>normă</w:t>
      </w:r>
      <w:r w:rsidRPr="006D247D">
        <w:rPr>
          <w:spacing w:val="40"/>
          <w:sz w:val="20"/>
          <w:lang w:val="ro-RO"/>
        </w:rPr>
        <w:t xml:space="preserve"> </w:t>
      </w:r>
      <w:r w:rsidRPr="006D247D">
        <w:rPr>
          <w:sz w:val="20"/>
          <w:lang w:val="ro-RO"/>
        </w:rPr>
        <w:t>întreagă/cu</w:t>
      </w:r>
      <w:r w:rsidRPr="006D247D">
        <w:rPr>
          <w:spacing w:val="40"/>
          <w:sz w:val="20"/>
          <w:lang w:val="ro-RO"/>
        </w:rPr>
        <w:t xml:space="preserve"> </w:t>
      </w:r>
      <w:r w:rsidRPr="006D247D">
        <w:rPr>
          <w:sz w:val="20"/>
          <w:lang w:val="ro-RO"/>
        </w:rPr>
        <w:t>timp</w:t>
      </w:r>
      <w:r w:rsidRPr="006D247D">
        <w:rPr>
          <w:spacing w:val="40"/>
          <w:sz w:val="20"/>
          <w:lang w:val="ro-RO"/>
        </w:rPr>
        <w:t xml:space="preserve"> </w:t>
      </w:r>
      <w:r w:rsidRPr="006D247D">
        <w:rPr>
          <w:sz w:val="20"/>
          <w:lang w:val="ro-RO"/>
        </w:rPr>
        <w:t>parţial</w:t>
      </w:r>
      <w:r w:rsidRPr="006D247D">
        <w:rPr>
          <w:spacing w:val="40"/>
          <w:sz w:val="20"/>
          <w:lang w:val="ro-RO"/>
        </w:rPr>
        <w:t xml:space="preserve"> </w:t>
      </w:r>
      <w:r w:rsidRPr="006D247D">
        <w:rPr>
          <w:sz w:val="20"/>
          <w:lang w:val="ro-RO"/>
        </w:rPr>
        <w:t>de</w:t>
      </w:r>
      <w:r w:rsidRPr="006D247D">
        <w:rPr>
          <w:spacing w:val="40"/>
          <w:sz w:val="20"/>
          <w:lang w:val="ro-RO"/>
        </w:rPr>
        <w:t xml:space="preserve"> </w:t>
      </w:r>
      <w:r w:rsidRPr="006D247D">
        <w:rPr>
          <w:sz w:val="20"/>
          <w:lang w:val="ro-RO"/>
        </w:rPr>
        <w:t>......</w:t>
      </w:r>
      <w:r w:rsidRPr="006D247D">
        <w:rPr>
          <w:spacing w:val="40"/>
          <w:sz w:val="20"/>
          <w:lang w:val="ro-RO"/>
        </w:rPr>
        <w:t xml:space="preserve"> </w:t>
      </w:r>
      <w:r w:rsidRPr="006D247D">
        <w:rPr>
          <w:sz w:val="20"/>
          <w:lang w:val="ro-RO"/>
        </w:rPr>
        <w:t>ore/zi,</w:t>
      </w:r>
      <w:r w:rsidRPr="006D247D">
        <w:rPr>
          <w:spacing w:val="40"/>
          <w:sz w:val="20"/>
          <w:lang w:val="ro-RO"/>
        </w:rPr>
        <w:t xml:space="preserve"> </w:t>
      </w:r>
      <w:r w:rsidRPr="006D247D">
        <w:rPr>
          <w:sz w:val="20"/>
          <w:lang w:val="ro-RO"/>
        </w:rPr>
        <w:t>încheiat</w:t>
      </w:r>
      <w:r w:rsidRPr="006D247D">
        <w:rPr>
          <w:spacing w:val="40"/>
          <w:sz w:val="20"/>
          <w:lang w:val="ro-RO"/>
        </w:rPr>
        <w:t xml:space="preserve"> </w:t>
      </w:r>
      <w:r w:rsidRPr="006D247D">
        <w:rPr>
          <w:sz w:val="20"/>
          <w:lang w:val="ro-RO"/>
        </w:rPr>
        <w:t>pe</w:t>
      </w:r>
      <w:r w:rsidRPr="006D247D">
        <w:rPr>
          <w:spacing w:val="40"/>
          <w:sz w:val="20"/>
          <w:lang w:val="ro-RO"/>
        </w:rPr>
        <w:t xml:space="preserve"> </w:t>
      </w:r>
      <w:r w:rsidRPr="006D247D">
        <w:rPr>
          <w:sz w:val="20"/>
          <w:lang w:val="ro-RO"/>
        </w:rPr>
        <w:t>durată</w:t>
      </w:r>
      <w:r w:rsidRPr="006D247D">
        <w:rPr>
          <w:spacing w:val="40"/>
          <w:sz w:val="20"/>
          <w:lang w:val="ro-RO"/>
        </w:rPr>
        <w:t xml:space="preserve"> </w:t>
      </w:r>
      <w:r w:rsidRPr="006D247D">
        <w:rPr>
          <w:sz w:val="20"/>
          <w:lang w:val="ro-RO"/>
        </w:rPr>
        <w:t>nedeterminată/determinată,</w:t>
      </w:r>
      <w:r w:rsidRPr="006D247D">
        <w:rPr>
          <w:spacing w:val="26"/>
          <w:sz w:val="20"/>
          <w:lang w:val="ro-RO"/>
        </w:rPr>
        <w:t xml:space="preserve"> </w:t>
      </w:r>
      <w:r w:rsidRPr="006D247D">
        <w:rPr>
          <w:sz w:val="20"/>
          <w:lang w:val="ro-RO"/>
        </w:rPr>
        <w:t>respectiv</w:t>
      </w:r>
      <w:r w:rsidRPr="006D247D">
        <w:rPr>
          <w:spacing w:val="24"/>
          <w:sz w:val="20"/>
          <w:lang w:val="ro-RO"/>
        </w:rPr>
        <w:t xml:space="preserve"> </w:t>
      </w:r>
      <w:r w:rsidRPr="006D247D">
        <w:rPr>
          <w:sz w:val="20"/>
          <w:lang w:val="ro-RO"/>
        </w:rPr>
        <w:t>.....,</w:t>
      </w:r>
      <w:r w:rsidRPr="006D247D">
        <w:rPr>
          <w:spacing w:val="25"/>
          <w:sz w:val="20"/>
          <w:lang w:val="ro-RO"/>
        </w:rPr>
        <w:t xml:space="preserve"> </w:t>
      </w:r>
      <w:r w:rsidRPr="006D247D">
        <w:rPr>
          <w:sz w:val="20"/>
          <w:lang w:val="ro-RO"/>
        </w:rPr>
        <w:t>înregistrat</w:t>
      </w:r>
      <w:r w:rsidRPr="006D247D">
        <w:rPr>
          <w:spacing w:val="26"/>
          <w:sz w:val="20"/>
          <w:lang w:val="ro-RO"/>
        </w:rPr>
        <w:t xml:space="preserve"> </w:t>
      </w:r>
      <w:r w:rsidRPr="006D247D">
        <w:rPr>
          <w:sz w:val="20"/>
          <w:lang w:val="ro-RO"/>
        </w:rPr>
        <w:t>în</w:t>
      </w:r>
      <w:r w:rsidRPr="006D247D">
        <w:rPr>
          <w:spacing w:val="25"/>
          <w:sz w:val="20"/>
          <w:lang w:val="ro-RO"/>
        </w:rPr>
        <w:t xml:space="preserve"> </w:t>
      </w:r>
      <w:r w:rsidRPr="006D247D">
        <w:rPr>
          <w:sz w:val="20"/>
          <w:lang w:val="ro-RO"/>
        </w:rPr>
        <w:t>registrul</w:t>
      </w:r>
      <w:r w:rsidRPr="006D247D">
        <w:rPr>
          <w:spacing w:val="27"/>
          <w:sz w:val="20"/>
          <w:lang w:val="ro-RO"/>
        </w:rPr>
        <w:t xml:space="preserve"> </w:t>
      </w:r>
      <w:r w:rsidRPr="006D247D">
        <w:rPr>
          <w:sz w:val="20"/>
          <w:lang w:val="ro-RO"/>
        </w:rPr>
        <w:t>general</w:t>
      </w:r>
      <w:r w:rsidRPr="006D247D">
        <w:rPr>
          <w:spacing w:val="26"/>
          <w:sz w:val="20"/>
          <w:lang w:val="ro-RO"/>
        </w:rPr>
        <w:t xml:space="preserve"> </w:t>
      </w:r>
      <w:r w:rsidRPr="006D247D">
        <w:rPr>
          <w:sz w:val="20"/>
          <w:lang w:val="ro-RO"/>
        </w:rPr>
        <w:t>de</w:t>
      </w:r>
      <w:r w:rsidRPr="006D247D">
        <w:rPr>
          <w:spacing w:val="25"/>
          <w:sz w:val="20"/>
          <w:lang w:val="ro-RO"/>
        </w:rPr>
        <w:t xml:space="preserve"> </w:t>
      </w:r>
      <w:r w:rsidRPr="006D247D">
        <w:rPr>
          <w:sz w:val="20"/>
          <w:lang w:val="ro-RO"/>
        </w:rPr>
        <w:t>evidenţă</w:t>
      </w:r>
      <w:r w:rsidRPr="006D247D">
        <w:rPr>
          <w:spacing w:val="26"/>
          <w:sz w:val="20"/>
          <w:lang w:val="ro-RO"/>
        </w:rPr>
        <w:t xml:space="preserve"> </w:t>
      </w:r>
      <w:r w:rsidRPr="006D247D">
        <w:rPr>
          <w:sz w:val="20"/>
          <w:lang w:val="ro-RO"/>
        </w:rPr>
        <w:t>a</w:t>
      </w:r>
      <w:r w:rsidRPr="006D247D">
        <w:rPr>
          <w:spacing w:val="25"/>
          <w:sz w:val="20"/>
          <w:lang w:val="ro-RO"/>
        </w:rPr>
        <w:t xml:space="preserve"> </w:t>
      </w:r>
      <w:r w:rsidRPr="006D247D">
        <w:rPr>
          <w:sz w:val="20"/>
          <w:lang w:val="ro-RO"/>
        </w:rPr>
        <w:t>salariaţilor</w:t>
      </w:r>
      <w:r w:rsidRPr="006D247D">
        <w:rPr>
          <w:spacing w:val="27"/>
          <w:sz w:val="20"/>
          <w:lang w:val="ro-RO"/>
        </w:rPr>
        <w:t xml:space="preserve"> </w:t>
      </w:r>
      <w:r w:rsidRPr="006D247D">
        <w:rPr>
          <w:sz w:val="20"/>
          <w:lang w:val="ro-RO"/>
        </w:rPr>
        <w:t>cu</w:t>
      </w:r>
      <w:r w:rsidRPr="006D247D">
        <w:rPr>
          <w:spacing w:val="25"/>
          <w:sz w:val="20"/>
          <w:lang w:val="ro-RO"/>
        </w:rPr>
        <w:t xml:space="preserve"> </w:t>
      </w:r>
      <w:r w:rsidRPr="006D247D">
        <w:rPr>
          <w:sz w:val="20"/>
          <w:lang w:val="ro-RO"/>
        </w:rPr>
        <w:t>nr.</w:t>
      </w:r>
      <w:r w:rsidRPr="006D247D">
        <w:rPr>
          <w:spacing w:val="25"/>
          <w:sz w:val="20"/>
          <w:lang w:val="ro-RO"/>
        </w:rPr>
        <w:t xml:space="preserve"> </w:t>
      </w:r>
      <w:r w:rsidRPr="006D247D">
        <w:rPr>
          <w:spacing w:val="-2"/>
          <w:sz w:val="20"/>
          <w:lang w:val="ro-RO"/>
        </w:rPr>
        <w:t>......./.</w:t>
      </w:r>
      <w:r w:rsidRPr="006D247D">
        <w:rPr>
          <w:sz w:val="20"/>
          <w:lang w:val="ro-RO"/>
        </w:rPr>
        <w:t>,</w:t>
      </w:r>
      <w:r w:rsidRPr="006D247D">
        <w:rPr>
          <w:spacing w:val="28"/>
          <w:sz w:val="20"/>
          <w:lang w:val="ro-RO"/>
        </w:rPr>
        <w:t xml:space="preserve"> </w:t>
      </w:r>
      <w:r w:rsidRPr="006D247D">
        <w:rPr>
          <w:spacing w:val="-5"/>
          <w:sz w:val="20"/>
          <w:lang w:val="ro-RO"/>
        </w:rPr>
        <w:t>în</w:t>
      </w:r>
      <w:r w:rsidRPr="006D247D">
        <w:rPr>
          <w:spacing w:val="-2"/>
          <w:sz w:val="20"/>
          <w:lang w:val="ro-RO"/>
        </w:rPr>
        <w:t>funcţia/meseria/ocupaţia</w:t>
      </w:r>
      <w:r w:rsidRPr="006D247D">
        <w:rPr>
          <w:spacing w:val="28"/>
          <w:sz w:val="20"/>
          <w:lang w:val="ro-RO"/>
        </w:rPr>
        <w:t xml:space="preserve"> </w:t>
      </w:r>
      <w:r w:rsidRPr="006D247D">
        <w:rPr>
          <w:spacing w:val="-4"/>
          <w:sz w:val="20"/>
          <w:lang w:val="ro-RO"/>
        </w:rPr>
        <w:t>de^1)………………</w:t>
      </w:r>
      <w:r w:rsidRPr="006D247D">
        <w:rPr>
          <w:sz w:val="20"/>
          <w:lang w:val="ro-RO"/>
        </w:rPr>
        <w:t xml:space="preserve"> Pentru</w:t>
      </w:r>
      <w:r w:rsidRPr="006D247D">
        <w:rPr>
          <w:spacing w:val="-7"/>
          <w:sz w:val="20"/>
          <w:lang w:val="ro-RO"/>
        </w:rPr>
        <w:t xml:space="preserve"> </w:t>
      </w:r>
      <w:r w:rsidRPr="006D247D">
        <w:rPr>
          <w:sz w:val="20"/>
          <w:lang w:val="ro-RO"/>
        </w:rPr>
        <w:t>exercitarea</w:t>
      </w:r>
      <w:r w:rsidRPr="006D247D">
        <w:rPr>
          <w:spacing w:val="-6"/>
          <w:sz w:val="20"/>
          <w:lang w:val="ro-RO"/>
        </w:rPr>
        <w:t xml:space="preserve"> </w:t>
      </w:r>
      <w:r w:rsidRPr="006D247D">
        <w:rPr>
          <w:sz w:val="20"/>
          <w:lang w:val="ro-RO"/>
        </w:rPr>
        <w:t>atribuţiilor</w:t>
      </w:r>
      <w:r w:rsidRPr="006D247D">
        <w:rPr>
          <w:spacing w:val="-6"/>
          <w:sz w:val="20"/>
          <w:lang w:val="ro-RO"/>
        </w:rPr>
        <w:t xml:space="preserve"> </w:t>
      </w:r>
      <w:r w:rsidRPr="006D247D">
        <w:rPr>
          <w:sz w:val="20"/>
          <w:lang w:val="ro-RO"/>
        </w:rPr>
        <w:t>stabilite</w:t>
      </w:r>
      <w:r w:rsidRPr="006D247D">
        <w:rPr>
          <w:spacing w:val="-6"/>
          <w:sz w:val="20"/>
          <w:lang w:val="ro-RO"/>
        </w:rPr>
        <w:t xml:space="preserve"> </w:t>
      </w:r>
      <w:r w:rsidRPr="006D247D">
        <w:rPr>
          <w:sz w:val="20"/>
          <w:lang w:val="ro-RO"/>
        </w:rPr>
        <w:t>în</w:t>
      </w:r>
      <w:r w:rsidRPr="006D247D">
        <w:rPr>
          <w:spacing w:val="-6"/>
          <w:sz w:val="20"/>
          <w:lang w:val="ro-RO"/>
        </w:rPr>
        <w:t xml:space="preserve"> </w:t>
      </w:r>
      <w:r w:rsidRPr="006D247D">
        <w:rPr>
          <w:sz w:val="20"/>
          <w:lang w:val="ro-RO"/>
        </w:rPr>
        <w:t>fişa</w:t>
      </w:r>
      <w:r w:rsidRPr="006D247D">
        <w:rPr>
          <w:spacing w:val="-6"/>
          <w:sz w:val="20"/>
          <w:lang w:val="ro-RO"/>
        </w:rPr>
        <w:t xml:space="preserve"> </w:t>
      </w:r>
      <w:r w:rsidRPr="006D247D">
        <w:rPr>
          <w:sz w:val="20"/>
          <w:lang w:val="ro-RO"/>
        </w:rPr>
        <w:t>postului</w:t>
      </w:r>
      <w:r w:rsidRPr="006D247D">
        <w:rPr>
          <w:spacing w:val="-7"/>
          <w:sz w:val="20"/>
          <w:lang w:val="ro-RO"/>
        </w:rPr>
        <w:t xml:space="preserve"> </w:t>
      </w:r>
      <w:r w:rsidRPr="006D247D">
        <w:rPr>
          <w:sz w:val="20"/>
          <w:lang w:val="ro-RO"/>
        </w:rPr>
        <w:t>aferentă</w:t>
      </w:r>
      <w:r w:rsidRPr="006D247D">
        <w:rPr>
          <w:spacing w:val="-6"/>
          <w:sz w:val="20"/>
          <w:lang w:val="ro-RO"/>
        </w:rPr>
        <w:t xml:space="preserve"> </w:t>
      </w:r>
      <w:r w:rsidRPr="006D247D">
        <w:rPr>
          <w:spacing w:val="-2"/>
          <w:sz w:val="20"/>
          <w:lang w:val="ro-RO"/>
        </w:rPr>
        <w:t xml:space="preserve">contractului </w:t>
      </w:r>
      <w:r w:rsidRPr="006D247D">
        <w:rPr>
          <w:sz w:val="20"/>
          <w:lang w:val="ro-RO"/>
        </w:rPr>
        <w:t>individual</w:t>
      </w:r>
      <w:r w:rsidRPr="006D247D">
        <w:rPr>
          <w:spacing w:val="37"/>
          <w:sz w:val="20"/>
          <w:lang w:val="ro-RO"/>
        </w:rPr>
        <w:t xml:space="preserve"> </w:t>
      </w:r>
      <w:r w:rsidRPr="006D247D">
        <w:rPr>
          <w:sz w:val="20"/>
          <w:lang w:val="ro-RO"/>
        </w:rPr>
        <w:t>de</w:t>
      </w:r>
      <w:r w:rsidRPr="006D247D">
        <w:rPr>
          <w:spacing w:val="40"/>
          <w:sz w:val="20"/>
          <w:lang w:val="ro-RO"/>
        </w:rPr>
        <w:t xml:space="preserve"> </w:t>
      </w:r>
      <w:r w:rsidRPr="006D247D">
        <w:rPr>
          <w:sz w:val="20"/>
          <w:lang w:val="ro-RO"/>
        </w:rPr>
        <w:t>muncă/actului</w:t>
      </w:r>
      <w:r w:rsidRPr="006D247D">
        <w:rPr>
          <w:spacing w:val="39"/>
          <w:sz w:val="20"/>
          <w:lang w:val="ro-RO"/>
        </w:rPr>
        <w:t xml:space="preserve"> </w:t>
      </w:r>
      <w:r w:rsidRPr="006D247D">
        <w:rPr>
          <w:sz w:val="20"/>
          <w:lang w:val="ro-RO"/>
        </w:rPr>
        <w:t>administrativ</w:t>
      </w:r>
      <w:r w:rsidRPr="006D247D">
        <w:rPr>
          <w:spacing w:val="36"/>
          <w:sz w:val="20"/>
          <w:lang w:val="ro-RO"/>
        </w:rPr>
        <w:t xml:space="preserve"> </w:t>
      </w:r>
      <w:r w:rsidRPr="006D247D">
        <w:rPr>
          <w:sz w:val="20"/>
          <w:lang w:val="ro-RO"/>
        </w:rPr>
        <w:t>de</w:t>
      </w:r>
      <w:r w:rsidRPr="006D247D">
        <w:rPr>
          <w:spacing w:val="37"/>
          <w:sz w:val="20"/>
          <w:lang w:val="ro-RO"/>
        </w:rPr>
        <w:t xml:space="preserve"> </w:t>
      </w:r>
      <w:r w:rsidRPr="006D247D">
        <w:rPr>
          <w:sz w:val="20"/>
          <w:lang w:val="ro-RO"/>
        </w:rPr>
        <w:t>numire</w:t>
      </w:r>
      <w:r w:rsidRPr="006D247D">
        <w:rPr>
          <w:spacing w:val="37"/>
          <w:sz w:val="20"/>
          <w:lang w:val="ro-RO"/>
        </w:rPr>
        <w:t xml:space="preserve"> </w:t>
      </w:r>
      <w:r w:rsidRPr="006D247D">
        <w:rPr>
          <w:sz w:val="20"/>
          <w:lang w:val="ro-RO"/>
        </w:rPr>
        <w:t>au</w:t>
      </w:r>
      <w:r w:rsidRPr="006D247D">
        <w:rPr>
          <w:spacing w:val="36"/>
          <w:sz w:val="20"/>
          <w:lang w:val="ro-RO"/>
        </w:rPr>
        <w:t xml:space="preserve"> </w:t>
      </w:r>
      <w:r w:rsidRPr="006D247D">
        <w:rPr>
          <w:sz w:val="20"/>
          <w:lang w:val="ro-RO"/>
        </w:rPr>
        <w:t>fost</w:t>
      </w:r>
      <w:r w:rsidRPr="006D247D">
        <w:rPr>
          <w:spacing w:val="37"/>
          <w:sz w:val="20"/>
          <w:lang w:val="ro-RO"/>
        </w:rPr>
        <w:t xml:space="preserve"> </w:t>
      </w:r>
      <w:r w:rsidRPr="006D247D">
        <w:rPr>
          <w:sz w:val="20"/>
          <w:lang w:val="ro-RO"/>
        </w:rPr>
        <w:t>solicitate</w:t>
      </w:r>
      <w:r w:rsidRPr="006D247D">
        <w:rPr>
          <w:spacing w:val="37"/>
          <w:sz w:val="20"/>
          <w:lang w:val="ro-RO"/>
        </w:rPr>
        <w:t xml:space="preserve"> </w:t>
      </w:r>
      <w:r w:rsidRPr="006D247D">
        <w:rPr>
          <w:sz w:val="20"/>
          <w:lang w:val="ro-RO"/>
        </w:rPr>
        <w:t>studii</w:t>
      </w:r>
      <w:r w:rsidRPr="006D247D">
        <w:rPr>
          <w:spacing w:val="38"/>
          <w:sz w:val="20"/>
          <w:lang w:val="ro-RO"/>
        </w:rPr>
        <w:t xml:space="preserve"> </w:t>
      </w:r>
      <w:r w:rsidRPr="006D247D">
        <w:rPr>
          <w:sz w:val="20"/>
          <w:lang w:val="ro-RO"/>
        </w:rPr>
        <w:t>de</w:t>
      </w:r>
      <w:r w:rsidRPr="006D247D">
        <w:rPr>
          <w:spacing w:val="37"/>
          <w:sz w:val="20"/>
          <w:lang w:val="ro-RO"/>
        </w:rPr>
        <w:t xml:space="preserve"> </w:t>
      </w:r>
      <w:r w:rsidRPr="006D247D">
        <w:rPr>
          <w:sz w:val="20"/>
          <w:lang w:val="ro-RO"/>
        </w:rPr>
        <w:t>nivel^2)</w:t>
      </w:r>
      <w:r w:rsidRPr="006D247D">
        <w:rPr>
          <w:spacing w:val="38"/>
          <w:sz w:val="20"/>
          <w:lang w:val="ro-RO"/>
        </w:rPr>
        <w:t xml:space="preserve"> </w:t>
      </w:r>
      <w:r w:rsidRPr="006D247D">
        <w:rPr>
          <w:sz w:val="20"/>
          <w:lang w:val="ro-RO"/>
        </w:rPr>
        <w:t>...................</w:t>
      </w:r>
      <w:r w:rsidRPr="006D247D">
        <w:rPr>
          <w:spacing w:val="37"/>
          <w:sz w:val="20"/>
          <w:lang w:val="ro-RO"/>
        </w:rPr>
        <w:t xml:space="preserve"> </w:t>
      </w:r>
      <w:r w:rsidRPr="006D247D">
        <w:rPr>
          <w:sz w:val="20"/>
          <w:lang w:val="ro-RO"/>
        </w:rPr>
        <w:t>în</w:t>
      </w:r>
      <w:r w:rsidRPr="006D247D">
        <w:rPr>
          <w:spacing w:val="36"/>
          <w:sz w:val="20"/>
          <w:lang w:val="ro-RO"/>
        </w:rPr>
        <w:t xml:space="preserve"> </w:t>
      </w:r>
      <w:r w:rsidRPr="006D247D">
        <w:rPr>
          <w:spacing w:val="-2"/>
          <w:sz w:val="20"/>
          <w:lang w:val="ro-RO"/>
        </w:rPr>
        <w:t>specialitatea.......................</w:t>
      </w:r>
      <w:r w:rsidRPr="006D247D">
        <w:rPr>
          <w:spacing w:val="29"/>
          <w:sz w:val="20"/>
          <w:lang w:val="ro-RO"/>
        </w:rPr>
        <w:t xml:space="preserve"> </w:t>
      </w:r>
      <w:r w:rsidRPr="006D247D">
        <w:rPr>
          <w:spacing w:val="-12"/>
          <w:sz w:val="20"/>
          <w:lang w:val="ro-RO"/>
        </w:rPr>
        <w:t>.</w:t>
      </w:r>
    </w:p>
    <w:p w14:paraId="54C5B6D4" w14:textId="3E2C12D2" w:rsidR="006D247D" w:rsidRPr="006D247D" w:rsidRDefault="006D247D" w:rsidP="006D247D">
      <w:pPr>
        <w:tabs>
          <w:tab w:val="left" w:leader="dot" w:pos="10120"/>
        </w:tabs>
        <w:spacing w:after="0" w:line="240" w:lineRule="auto"/>
        <w:ind w:left="592"/>
        <w:rPr>
          <w:sz w:val="20"/>
          <w:lang w:val="ro-RO"/>
        </w:rPr>
      </w:pPr>
      <w:r w:rsidRPr="006D247D">
        <w:rPr>
          <w:sz w:val="20"/>
          <w:lang w:val="ro-RO"/>
        </w:rPr>
        <w:t>Pe</w:t>
      </w:r>
      <w:r w:rsidRPr="006D247D">
        <w:rPr>
          <w:spacing w:val="28"/>
          <w:sz w:val="20"/>
          <w:lang w:val="ro-RO"/>
        </w:rPr>
        <w:t xml:space="preserve"> </w:t>
      </w:r>
      <w:r w:rsidRPr="006D247D">
        <w:rPr>
          <w:sz w:val="20"/>
          <w:lang w:val="ro-RO"/>
        </w:rPr>
        <w:t>durata</w:t>
      </w:r>
      <w:r w:rsidRPr="006D247D">
        <w:rPr>
          <w:spacing w:val="29"/>
          <w:sz w:val="20"/>
          <w:lang w:val="ro-RO"/>
        </w:rPr>
        <w:t xml:space="preserve"> </w:t>
      </w:r>
      <w:r w:rsidRPr="006D247D">
        <w:rPr>
          <w:sz w:val="20"/>
          <w:lang w:val="ro-RO"/>
        </w:rPr>
        <w:t>executării</w:t>
      </w:r>
      <w:r w:rsidRPr="006D247D">
        <w:rPr>
          <w:spacing w:val="28"/>
          <w:sz w:val="20"/>
          <w:lang w:val="ro-RO"/>
        </w:rPr>
        <w:t xml:space="preserve"> </w:t>
      </w:r>
      <w:r w:rsidRPr="006D247D">
        <w:rPr>
          <w:sz w:val="20"/>
          <w:lang w:val="ro-RO"/>
        </w:rPr>
        <w:t>contractului</w:t>
      </w:r>
      <w:r w:rsidRPr="006D247D">
        <w:rPr>
          <w:spacing w:val="29"/>
          <w:sz w:val="20"/>
          <w:lang w:val="ro-RO"/>
        </w:rPr>
        <w:t xml:space="preserve"> </w:t>
      </w:r>
      <w:r w:rsidRPr="006D247D">
        <w:rPr>
          <w:sz w:val="20"/>
          <w:lang w:val="ro-RO"/>
        </w:rPr>
        <w:t>individual</w:t>
      </w:r>
      <w:r w:rsidRPr="006D247D">
        <w:rPr>
          <w:spacing w:val="28"/>
          <w:sz w:val="20"/>
          <w:lang w:val="ro-RO"/>
        </w:rPr>
        <w:t xml:space="preserve"> </w:t>
      </w:r>
      <w:r w:rsidRPr="006D247D">
        <w:rPr>
          <w:sz w:val="20"/>
          <w:lang w:val="ro-RO"/>
        </w:rPr>
        <w:t>de</w:t>
      </w:r>
      <w:r w:rsidRPr="006D247D">
        <w:rPr>
          <w:spacing w:val="32"/>
          <w:sz w:val="20"/>
          <w:lang w:val="ro-RO"/>
        </w:rPr>
        <w:t xml:space="preserve"> </w:t>
      </w:r>
      <w:r w:rsidRPr="006D247D">
        <w:rPr>
          <w:sz w:val="20"/>
          <w:lang w:val="ro-RO"/>
        </w:rPr>
        <w:t>muncă/raporturilor</w:t>
      </w:r>
      <w:r w:rsidRPr="006D247D">
        <w:rPr>
          <w:spacing w:val="29"/>
          <w:sz w:val="20"/>
          <w:lang w:val="ro-RO"/>
        </w:rPr>
        <w:t xml:space="preserve"> </w:t>
      </w:r>
      <w:r w:rsidRPr="006D247D">
        <w:rPr>
          <w:sz w:val="20"/>
          <w:lang w:val="ro-RO"/>
        </w:rPr>
        <w:t>de</w:t>
      </w:r>
      <w:r w:rsidRPr="006D247D">
        <w:rPr>
          <w:spacing w:val="28"/>
          <w:sz w:val="20"/>
          <w:lang w:val="ro-RO"/>
        </w:rPr>
        <w:t xml:space="preserve"> </w:t>
      </w:r>
      <w:r w:rsidRPr="006D247D">
        <w:rPr>
          <w:sz w:val="20"/>
          <w:lang w:val="ro-RO"/>
        </w:rPr>
        <w:t>serviciu,</w:t>
      </w:r>
      <w:r w:rsidRPr="006D247D">
        <w:rPr>
          <w:spacing w:val="29"/>
          <w:sz w:val="20"/>
          <w:lang w:val="ro-RO"/>
        </w:rPr>
        <w:t xml:space="preserve"> </w:t>
      </w:r>
      <w:r w:rsidRPr="006D247D">
        <w:rPr>
          <w:spacing w:val="-2"/>
          <w:sz w:val="20"/>
          <w:lang w:val="ro-RO"/>
        </w:rPr>
        <w:t>dl/dna</w:t>
      </w:r>
      <w:r w:rsidRPr="006D247D">
        <w:rPr>
          <w:sz w:val="20"/>
          <w:lang w:val="ro-RO"/>
        </w:rPr>
        <w:tab/>
      </w:r>
      <w:r w:rsidRPr="006D247D">
        <w:rPr>
          <w:spacing w:val="-10"/>
          <w:sz w:val="20"/>
          <w:lang w:val="ro-RO"/>
        </w:rPr>
        <w:t xml:space="preserve">a </w:t>
      </w:r>
      <w:r w:rsidRPr="006D247D">
        <w:rPr>
          <w:sz w:val="20"/>
          <w:lang w:val="ro-RO"/>
        </w:rPr>
        <w:t>dobândit:</w:t>
      </w:r>
      <w:r w:rsidRPr="006D247D">
        <w:rPr>
          <w:b/>
          <w:color w:val="23689B"/>
          <w:sz w:val="20"/>
          <w:lang w:val="ro-RO"/>
        </w:rPr>
        <w:t>–</w:t>
      </w:r>
      <w:r w:rsidRPr="006D247D">
        <w:rPr>
          <w:b/>
          <w:color w:val="23689B"/>
          <w:spacing w:val="-7"/>
          <w:sz w:val="20"/>
          <w:lang w:val="ro-RO"/>
        </w:rPr>
        <w:t xml:space="preserve"> </w:t>
      </w:r>
      <w:r w:rsidRPr="006D247D">
        <w:rPr>
          <w:sz w:val="20"/>
          <w:lang w:val="ro-RO"/>
        </w:rPr>
        <w:t>vechime</w:t>
      </w:r>
      <w:r w:rsidRPr="006D247D">
        <w:rPr>
          <w:spacing w:val="-7"/>
          <w:sz w:val="20"/>
          <w:lang w:val="ro-RO"/>
        </w:rPr>
        <w:t xml:space="preserve"> </w:t>
      </w:r>
      <w:r w:rsidRPr="006D247D">
        <w:rPr>
          <w:sz w:val="20"/>
          <w:lang w:val="ro-RO"/>
        </w:rPr>
        <w:t>în</w:t>
      </w:r>
      <w:r w:rsidRPr="006D247D">
        <w:rPr>
          <w:spacing w:val="-6"/>
          <w:sz w:val="20"/>
          <w:lang w:val="ro-RO"/>
        </w:rPr>
        <w:t xml:space="preserve"> </w:t>
      </w:r>
      <w:r w:rsidRPr="006D247D">
        <w:rPr>
          <w:sz w:val="20"/>
          <w:lang w:val="ro-RO"/>
        </w:rPr>
        <w:t>muncă:</w:t>
      </w:r>
      <w:r w:rsidRPr="006D247D">
        <w:rPr>
          <w:spacing w:val="-5"/>
          <w:sz w:val="20"/>
          <w:lang w:val="ro-RO"/>
        </w:rPr>
        <w:t xml:space="preserve"> </w:t>
      </w:r>
      <w:r w:rsidRPr="006D247D">
        <w:rPr>
          <w:sz w:val="20"/>
          <w:lang w:val="ro-RO"/>
        </w:rPr>
        <w:t>.....................</w:t>
      </w:r>
      <w:r w:rsidRPr="006D247D">
        <w:rPr>
          <w:spacing w:val="-7"/>
          <w:sz w:val="20"/>
          <w:lang w:val="ro-RO"/>
        </w:rPr>
        <w:t xml:space="preserve"> </w:t>
      </w:r>
      <w:r w:rsidRPr="006D247D">
        <w:rPr>
          <w:sz w:val="20"/>
          <w:lang w:val="ro-RO"/>
        </w:rPr>
        <w:t>ani</w:t>
      </w:r>
      <w:r w:rsidRPr="006D247D">
        <w:rPr>
          <w:spacing w:val="-2"/>
          <w:sz w:val="20"/>
          <w:lang w:val="ro-RO"/>
        </w:rPr>
        <w:t xml:space="preserve"> </w:t>
      </w:r>
      <w:r w:rsidRPr="006D247D">
        <w:rPr>
          <w:sz w:val="20"/>
          <w:lang w:val="ro-RO"/>
        </w:rPr>
        <w:t>........</w:t>
      </w:r>
      <w:r w:rsidRPr="006D247D">
        <w:rPr>
          <w:spacing w:val="-9"/>
          <w:sz w:val="20"/>
          <w:lang w:val="ro-RO"/>
        </w:rPr>
        <w:t xml:space="preserve"> </w:t>
      </w:r>
      <w:r w:rsidRPr="006D247D">
        <w:rPr>
          <w:spacing w:val="-4"/>
          <w:sz w:val="20"/>
          <w:lang w:val="ro-RO"/>
        </w:rPr>
        <w:t>luni………..</w:t>
      </w:r>
      <w:r w:rsidRPr="006D247D">
        <w:rPr>
          <w:spacing w:val="-2"/>
          <w:sz w:val="20"/>
          <w:lang w:val="ro-RO"/>
        </w:rPr>
        <w:t>zile;</w:t>
      </w:r>
    </w:p>
    <w:p w14:paraId="4003BFDA" w14:textId="77777777" w:rsidR="006D247D" w:rsidRPr="006D247D" w:rsidRDefault="006D247D" w:rsidP="006D247D">
      <w:pPr>
        <w:tabs>
          <w:tab w:val="left" w:leader="dot" w:pos="6206"/>
        </w:tabs>
        <w:spacing w:after="0" w:line="240" w:lineRule="auto"/>
        <w:ind w:left="366"/>
        <w:rPr>
          <w:sz w:val="20"/>
          <w:lang w:val="ro-RO"/>
        </w:rPr>
      </w:pPr>
      <w:r w:rsidRPr="006D247D">
        <w:rPr>
          <w:b/>
          <w:color w:val="23689B"/>
          <w:sz w:val="20"/>
          <w:lang w:val="ro-RO"/>
        </w:rPr>
        <w:t>–</w:t>
      </w:r>
      <w:r w:rsidRPr="006D247D">
        <w:rPr>
          <w:b/>
          <w:color w:val="23689B"/>
          <w:spacing w:val="-6"/>
          <w:sz w:val="20"/>
          <w:lang w:val="ro-RO"/>
        </w:rPr>
        <w:t xml:space="preserve"> </w:t>
      </w:r>
      <w:r w:rsidRPr="006D247D">
        <w:rPr>
          <w:sz w:val="20"/>
          <w:lang w:val="ro-RO"/>
        </w:rPr>
        <w:t>vechime</w:t>
      </w:r>
      <w:r w:rsidRPr="006D247D">
        <w:rPr>
          <w:spacing w:val="-7"/>
          <w:sz w:val="20"/>
          <w:lang w:val="ro-RO"/>
        </w:rPr>
        <w:t xml:space="preserve"> </w:t>
      </w:r>
      <w:r w:rsidRPr="006D247D">
        <w:rPr>
          <w:sz w:val="20"/>
          <w:lang w:val="ro-RO"/>
        </w:rPr>
        <w:t>în</w:t>
      </w:r>
      <w:r w:rsidRPr="006D247D">
        <w:rPr>
          <w:spacing w:val="-6"/>
          <w:sz w:val="20"/>
          <w:lang w:val="ro-RO"/>
        </w:rPr>
        <w:t xml:space="preserve"> </w:t>
      </w:r>
      <w:r w:rsidRPr="006D247D">
        <w:rPr>
          <w:sz w:val="20"/>
          <w:lang w:val="ro-RO"/>
        </w:rPr>
        <w:t>specialitatea</w:t>
      </w:r>
      <w:r w:rsidRPr="006D247D">
        <w:rPr>
          <w:spacing w:val="-7"/>
          <w:sz w:val="20"/>
          <w:lang w:val="ro-RO"/>
        </w:rPr>
        <w:t xml:space="preserve"> </w:t>
      </w:r>
      <w:r w:rsidRPr="006D247D">
        <w:rPr>
          <w:sz w:val="20"/>
          <w:lang w:val="ro-RO"/>
        </w:rPr>
        <w:t>studiilor:</w:t>
      </w:r>
      <w:r w:rsidRPr="006D247D">
        <w:rPr>
          <w:spacing w:val="-8"/>
          <w:sz w:val="20"/>
          <w:lang w:val="ro-RO"/>
        </w:rPr>
        <w:t xml:space="preserve"> </w:t>
      </w:r>
      <w:r w:rsidRPr="006D247D">
        <w:rPr>
          <w:sz w:val="20"/>
          <w:lang w:val="ro-RO"/>
        </w:rPr>
        <w:t>....................</w:t>
      </w:r>
      <w:r w:rsidRPr="006D247D">
        <w:rPr>
          <w:spacing w:val="-9"/>
          <w:sz w:val="20"/>
          <w:lang w:val="ro-RO"/>
        </w:rPr>
        <w:t xml:space="preserve"> </w:t>
      </w:r>
      <w:r w:rsidRPr="006D247D">
        <w:rPr>
          <w:sz w:val="20"/>
          <w:lang w:val="ro-RO"/>
        </w:rPr>
        <w:t>ani</w:t>
      </w:r>
      <w:r w:rsidRPr="006D247D">
        <w:rPr>
          <w:spacing w:val="-7"/>
          <w:sz w:val="20"/>
          <w:lang w:val="ro-RO"/>
        </w:rPr>
        <w:t xml:space="preserve"> </w:t>
      </w:r>
      <w:r w:rsidRPr="006D247D">
        <w:rPr>
          <w:sz w:val="20"/>
          <w:lang w:val="ro-RO"/>
        </w:rPr>
        <w:t>.............</w:t>
      </w:r>
      <w:r w:rsidRPr="006D247D">
        <w:rPr>
          <w:spacing w:val="-9"/>
          <w:sz w:val="20"/>
          <w:lang w:val="ro-RO"/>
        </w:rPr>
        <w:t xml:space="preserve"> </w:t>
      </w:r>
      <w:r w:rsidRPr="006D247D">
        <w:rPr>
          <w:spacing w:val="-4"/>
          <w:sz w:val="20"/>
          <w:lang w:val="ro-RO"/>
        </w:rPr>
        <w:t>luni</w:t>
      </w:r>
      <w:r w:rsidRPr="006D247D">
        <w:rPr>
          <w:sz w:val="20"/>
          <w:lang w:val="ro-RO"/>
        </w:rPr>
        <w:tab/>
      </w:r>
      <w:r w:rsidRPr="006D247D">
        <w:rPr>
          <w:spacing w:val="-2"/>
          <w:sz w:val="20"/>
          <w:lang w:val="ro-RO"/>
        </w:rPr>
        <w:t>zile.</w:t>
      </w:r>
    </w:p>
    <w:p w14:paraId="6AE3EA0E" w14:textId="77777777" w:rsidR="006D247D" w:rsidRPr="006D247D" w:rsidRDefault="006D247D" w:rsidP="006D247D">
      <w:pPr>
        <w:pStyle w:val="Corptext"/>
        <w:spacing w:after="0" w:line="240" w:lineRule="auto"/>
        <w:rPr>
          <w:sz w:val="20"/>
          <w:lang w:val="ro-RO"/>
        </w:rPr>
      </w:pPr>
    </w:p>
    <w:tbl>
      <w:tblPr>
        <w:tblStyle w:val="TableNormal"/>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60"/>
        <w:gridCol w:w="1771"/>
        <w:gridCol w:w="1020"/>
        <w:gridCol w:w="2102"/>
        <w:gridCol w:w="4077"/>
      </w:tblGrid>
      <w:tr w:rsidR="006D247D" w:rsidRPr="009B68B2" w14:paraId="031CFC8A" w14:textId="77777777" w:rsidTr="00585ECB">
        <w:trPr>
          <w:trHeight w:val="486"/>
        </w:trPr>
        <w:tc>
          <w:tcPr>
            <w:tcW w:w="360" w:type="dxa"/>
          </w:tcPr>
          <w:p w14:paraId="44970F73" w14:textId="77777777" w:rsidR="006D247D" w:rsidRPr="006D247D" w:rsidRDefault="006D247D" w:rsidP="006D247D">
            <w:pPr>
              <w:pStyle w:val="TableParagraph"/>
              <w:ind w:left="9" w:right="72"/>
              <w:rPr>
                <w:sz w:val="20"/>
              </w:rPr>
            </w:pPr>
            <w:r w:rsidRPr="006D247D">
              <w:rPr>
                <w:spacing w:val="-4"/>
                <w:sz w:val="20"/>
              </w:rPr>
              <w:t>Nr. crt.</w:t>
            </w:r>
          </w:p>
        </w:tc>
        <w:tc>
          <w:tcPr>
            <w:tcW w:w="1771" w:type="dxa"/>
          </w:tcPr>
          <w:p w14:paraId="72388C0F" w14:textId="77777777" w:rsidR="006D247D" w:rsidRPr="006D247D" w:rsidRDefault="006D247D" w:rsidP="006D247D">
            <w:pPr>
              <w:pStyle w:val="TableParagraph"/>
              <w:ind w:left="9"/>
              <w:rPr>
                <w:sz w:val="20"/>
              </w:rPr>
            </w:pPr>
            <w:r w:rsidRPr="006D247D">
              <w:rPr>
                <w:sz w:val="20"/>
              </w:rPr>
              <w:t>Mutaţia</w:t>
            </w:r>
            <w:r w:rsidRPr="006D247D">
              <w:rPr>
                <w:spacing w:val="-8"/>
                <w:sz w:val="20"/>
              </w:rPr>
              <w:t xml:space="preserve"> </w:t>
            </w:r>
            <w:r w:rsidRPr="006D247D">
              <w:rPr>
                <w:spacing w:val="-2"/>
                <w:sz w:val="20"/>
              </w:rPr>
              <w:t>intervenită</w:t>
            </w:r>
          </w:p>
        </w:tc>
        <w:tc>
          <w:tcPr>
            <w:tcW w:w="1020" w:type="dxa"/>
          </w:tcPr>
          <w:p w14:paraId="7E62211E" w14:textId="77777777" w:rsidR="006D247D" w:rsidRPr="006D247D" w:rsidRDefault="006D247D" w:rsidP="006D247D">
            <w:pPr>
              <w:pStyle w:val="TableParagraph"/>
              <w:ind w:left="7" w:right="-15"/>
              <w:rPr>
                <w:sz w:val="20"/>
              </w:rPr>
            </w:pPr>
            <w:r w:rsidRPr="006D247D">
              <w:rPr>
                <w:spacing w:val="-2"/>
                <w:sz w:val="20"/>
              </w:rPr>
              <w:t>Anul/luna/zi</w:t>
            </w:r>
          </w:p>
        </w:tc>
        <w:tc>
          <w:tcPr>
            <w:tcW w:w="2102" w:type="dxa"/>
          </w:tcPr>
          <w:p w14:paraId="159D7DE7" w14:textId="77777777" w:rsidR="006D247D" w:rsidRPr="006D247D" w:rsidRDefault="006D247D" w:rsidP="006D247D">
            <w:pPr>
              <w:pStyle w:val="TableParagraph"/>
              <w:ind w:left="8"/>
              <w:rPr>
                <w:sz w:val="20"/>
              </w:rPr>
            </w:pPr>
            <w:r w:rsidRPr="006D247D">
              <w:rPr>
                <w:spacing w:val="-2"/>
                <w:sz w:val="20"/>
              </w:rPr>
              <w:t>Meseria/Funcţia/Ocupaţia</w:t>
            </w:r>
          </w:p>
        </w:tc>
        <w:tc>
          <w:tcPr>
            <w:tcW w:w="4077" w:type="dxa"/>
          </w:tcPr>
          <w:p w14:paraId="55F3C016" w14:textId="77777777" w:rsidR="006D247D" w:rsidRPr="006D247D" w:rsidRDefault="006D247D" w:rsidP="006D247D">
            <w:pPr>
              <w:pStyle w:val="TableParagraph"/>
              <w:ind w:left="11"/>
              <w:rPr>
                <w:sz w:val="20"/>
              </w:rPr>
            </w:pPr>
            <w:r w:rsidRPr="006D247D">
              <w:rPr>
                <w:sz w:val="20"/>
              </w:rPr>
              <w:t>Nr.</w:t>
            </w:r>
            <w:r w:rsidRPr="006D247D">
              <w:rPr>
                <w:spacing w:val="-4"/>
                <w:sz w:val="20"/>
              </w:rPr>
              <w:t xml:space="preserve"> </w:t>
            </w:r>
            <w:r w:rsidRPr="006D247D">
              <w:rPr>
                <w:sz w:val="20"/>
              </w:rPr>
              <w:t>şi</w:t>
            </w:r>
            <w:r w:rsidRPr="006D247D">
              <w:rPr>
                <w:spacing w:val="-5"/>
                <w:sz w:val="20"/>
              </w:rPr>
              <w:t xml:space="preserve"> </w:t>
            </w:r>
            <w:r w:rsidRPr="006D247D">
              <w:rPr>
                <w:sz w:val="20"/>
              </w:rPr>
              <w:t>data</w:t>
            </w:r>
            <w:r w:rsidRPr="006D247D">
              <w:rPr>
                <w:spacing w:val="-4"/>
                <w:sz w:val="20"/>
              </w:rPr>
              <w:t xml:space="preserve"> </w:t>
            </w:r>
            <w:r w:rsidRPr="006D247D">
              <w:rPr>
                <w:sz w:val="20"/>
              </w:rPr>
              <w:t>actului</w:t>
            </w:r>
            <w:r w:rsidRPr="006D247D">
              <w:rPr>
                <w:spacing w:val="-5"/>
                <w:sz w:val="20"/>
              </w:rPr>
              <w:t xml:space="preserve"> </w:t>
            </w:r>
            <w:r w:rsidRPr="006D247D">
              <w:rPr>
                <w:sz w:val="20"/>
              </w:rPr>
              <w:t>pe</w:t>
            </w:r>
            <w:r w:rsidRPr="006D247D">
              <w:rPr>
                <w:spacing w:val="-4"/>
                <w:sz w:val="20"/>
              </w:rPr>
              <w:t xml:space="preserve"> </w:t>
            </w:r>
            <w:r w:rsidRPr="006D247D">
              <w:rPr>
                <w:sz w:val="20"/>
              </w:rPr>
              <w:t>baza</w:t>
            </w:r>
            <w:r w:rsidRPr="006D247D">
              <w:rPr>
                <w:spacing w:val="-4"/>
                <w:sz w:val="20"/>
              </w:rPr>
              <w:t xml:space="preserve"> </w:t>
            </w:r>
            <w:r w:rsidRPr="006D247D">
              <w:rPr>
                <w:sz w:val="20"/>
              </w:rPr>
              <w:t>căruia</w:t>
            </w:r>
            <w:r w:rsidRPr="006D247D">
              <w:rPr>
                <w:spacing w:val="-4"/>
                <w:sz w:val="20"/>
              </w:rPr>
              <w:t xml:space="preserve"> </w:t>
            </w:r>
            <w:r w:rsidRPr="006D247D">
              <w:rPr>
                <w:sz w:val="20"/>
              </w:rPr>
              <w:t>se</w:t>
            </w:r>
            <w:r w:rsidRPr="006D247D">
              <w:rPr>
                <w:spacing w:val="-1"/>
                <w:sz w:val="20"/>
              </w:rPr>
              <w:t xml:space="preserve"> </w:t>
            </w:r>
            <w:r w:rsidRPr="006D247D">
              <w:rPr>
                <w:sz w:val="20"/>
              </w:rPr>
              <w:t>face</w:t>
            </w:r>
            <w:r w:rsidRPr="006D247D">
              <w:rPr>
                <w:spacing w:val="-4"/>
                <w:sz w:val="20"/>
              </w:rPr>
              <w:t xml:space="preserve"> </w:t>
            </w:r>
            <w:r w:rsidRPr="006D247D">
              <w:rPr>
                <w:spacing w:val="-2"/>
                <w:sz w:val="20"/>
              </w:rPr>
              <w:t>înscrierea</w:t>
            </w:r>
          </w:p>
        </w:tc>
      </w:tr>
      <w:tr w:rsidR="006D247D" w:rsidRPr="009B68B2" w14:paraId="405B355D" w14:textId="77777777" w:rsidTr="00585ECB">
        <w:trPr>
          <w:trHeight w:val="485"/>
        </w:trPr>
        <w:tc>
          <w:tcPr>
            <w:tcW w:w="360" w:type="dxa"/>
            <w:tcBorders>
              <w:bottom w:val="single" w:sz="12" w:space="0" w:color="000000"/>
            </w:tcBorders>
          </w:tcPr>
          <w:p w14:paraId="0A10E6DE" w14:textId="77777777" w:rsidR="006D247D" w:rsidRPr="006D247D" w:rsidRDefault="006D247D" w:rsidP="006D247D">
            <w:pPr>
              <w:pStyle w:val="TableParagraph"/>
              <w:ind w:left="0"/>
              <w:rPr>
                <w:sz w:val="18"/>
              </w:rPr>
            </w:pPr>
          </w:p>
        </w:tc>
        <w:tc>
          <w:tcPr>
            <w:tcW w:w="1771" w:type="dxa"/>
            <w:tcBorders>
              <w:bottom w:val="single" w:sz="12" w:space="0" w:color="000000"/>
            </w:tcBorders>
          </w:tcPr>
          <w:p w14:paraId="457596FC" w14:textId="77777777" w:rsidR="006D247D" w:rsidRPr="006D247D" w:rsidRDefault="006D247D" w:rsidP="006D247D">
            <w:pPr>
              <w:pStyle w:val="TableParagraph"/>
              <w:ind w:left="0"/>
              <w:rPr>
                <w:sz w:val="18"/>
              </w:rPr>
            </w:pPr>
          </w:p>
        </w:tc>
        <w:tc>
          <w:tcPr>
            <w:tcW w:w="1020" w:type="dxa"/>
            <w:tcBorders>
              <w:bottom w:val="single" w:sz="12" w:space="0" w:color="000000"/>
            </w:tcBorders>
          </w:tcPr>
          <w:p w14:paraId="4B2E2531" w14:textId="77777777" w:rsidR="006D247D" w:rsidRPr="006D247D" w:rsidRDefault="006D247D" w:rsidP="006D247D">
            <w:pPr>
              <w:pStyle w:val="TableParagraph"/>
              <w:ind w:left="0"/>
              <w:rPr>
                <w:sz w:val="18"/>
              </w:rPr>
            </w:pPr>
          </w:p>
        </w:tc>
        <w:tc>
          <w:tcPr>
            <w:tcW w:w="2102" w:type="dxa"/>
            <w:tcBorders>
              <w:bottom w:val="single" w:sz="12" w:space="0" w:color="000000"/>
            </w:tcBorders>
          </w:tcPr>
          <w:p w14:paraId="4455A9AF" w14:textId="77777777" w:rsidR="006D247D" w:rsidRPr="006D247D" w:rsidRDefault="006D247D" w:rsidP="006D247D">
            <w:pPr>
              <w:pStyle w:val="TableParagraph"/>
              <w:ind w:left="0"/>
              <w:rPr>
                <w:sz w:val="18"/>
              </w:rPr>
            </w:pPr>
          </w:p>
        </w:tc>
        <w:tc>
          <w:tcPr>
            <w:tcW w:w="4077" w:type="dxa"/>
            <w:tcBorders>
              <w:bottom w:val="single" w:sz="12" w:space="0" w:color="000000"/>
            </w:tcBorders>
          </w:tcPr>
          <w:p w14:paraId="255B7318" w14:textId="77777777" w:rsidR="006D247D" w:rsidRPr="006D247D" w:rsidRDefault="006D247D" w:rsidP="006D247D">
            <w:pPr>
              <w:pStyle w:val="TableParagraph"/>
              <w:ind w:left="0"/>
              <w:rPr>
                <w:sz w:val="18"/>
              </w:rPr>
            </w:pPr>
          </w:p>
        </w:tc>
      </w:tr>
    </w:tbl>
    <w:p w14:paraId="061AFBDE" w14:textId="77777777" w:rsidR="006D247D" w:rsidRPr="006D247D" w:rsidRDefault="006D247D" w:rsidP="006D247D">
      <w:pPr>
        <w:spacing w:after="0" w:line="240" w:lineRule="auto"/>
        <w:ind w:left="366"/>
        <w:rPr>
          <w:sz w:val="20"/>
          <w:lang w:val="ro-RO"/>
        </w:rPr>
      </w:pPr>
      <w:r w:rsidRPr="006D247D">
        <w:rPr>
          <w:sz w:val="20"/>
          <w:lang w:val="ro-RO"/>
        </w:rPr>
        <w:t>Pe</w:t>
      </w:r>
      <w:r w:rsidRPr="006D247D">
        <w:rPr>
          <w:spacing w:val="36"/>
          <w:sz w:val="20"/>
          <w:lang w:val="ro-RO"/>
        </w:rPr>
        <w:t xml:space="preserve"> </w:t>
      </w:r>
      <w:r w:rsidRPr="006D247D">
        <w:rPr>
          <w:sz w:val="20"/>
          <w:lang w:val="ro-RO"/>
        </w:rPr>
        <w:t>durata</w:t>
      </w:r>
      <w:r w:rsidRPr="006D247D">
        <w:rPr>
          <w:spacing w:val="39"/>
          <w:sz w:val="20"/>
          <w:lang w:val="ro-RO"/>
        </w:rPr>
        <w:t xml:space="preserve"> </w:t>
      </w:r>
      <w:r w:rsidRPr="006D247D">
        <w:rPr>
          <w:sz w:val="20"/>
          <w:lang w:val="ro-RO"/>
        </w:rPr>
        <w:t>executării</w:t>
      </w:r>
      <w:r w:rsidRPr="006D247D">
        <w:rPr>
          <w:spacing w:val="38"/>
          <w:sz w:val="20"/>
          <w:lang w:val="ro-RO"/>
        </w:rPr>
        <w:t xml:space="preserve"> </w:t>
      </w:r>
      <w:r w:rsidRPr="006D247D">
        <w:rPr>
          <w:sz w:val="20"/>
          <w:lang w:val="ro-RO"/>
        </w:rPr>
        <w:t>contractului</w:t>
      </w:r>
      <w:r w:rsidRPr="006D247D">
        <w:rPr>
          <w:spacing w:val="38"/>
          <w:sz w:val="20"/>
          <w:lang w:val="ro-RO"/>
        </w:rPr>
        <w:t xml:space="preserve"> </w:t>
      </w:r>
      <w:r w:rsidRPr="006D247D">
        <w:rPr>
          <w:sz w:val="20"/>
          <w:lang w:val="ro-RO"/>
        </w:rPr>
        <w:t>individual</w:t>
      </w:r>
      <w:r w:rsidRPr="006D247D">
        <w:rPr>
          <w:spacing w:val="38"/>
          <w:sz w:val="20"/>
          <w:lang w:val="ro-RO"/>
        </w:rPr>
        <w:t xml:space="preserve"> </w:t>
      </w:r>
      <w:r w:rsidRPr="006D247D">
        <w:rPr>
          <w:sz w:val="20"/>
          <w:lang w:val="ro-RO"/>
        </w:rPr>
        <w:t>de</w:t>
      </w:r>
      <w:r w:rsidRPr="006D247D">
        <w:rPr>
          <w:spacing w:val="38"/>
          <w:sz w:val="20"/>
          <w:lang w:val="ro-RO"/>
        </w:rPr>
        <w:t xml:space="preserve"> </w:t>
      </w:r>
      <w:r w:rsidRPr="006D247D">
        <w:rPr>
          <w:sz w:val="20"/>
          <w:lang w:val="ro-RO"/>
        </w:rPr>
        <w:t>muncă/raporturilor</w:t>
      </w:r>
      <w:r w:rsidRPr="006D247D">
        <w:rPr>
          <w:spacing w:val="39"/>
          <w:sz w:val="20"/>
          <w:lang w:val="ro-RO"/>
        </w:rPr>
        <w:t xml:space="preserve"> </w:t>
      </w:r>
      <w:r w:rsidRPr="006D247D">
        <w:rPr>
          <w:sz w:val="20"/>
          <w:lang w:val="ro-RO"/>
        </w:rPr>
        <w:t>de</w:t>
      </w:r>
      <w:r w:rsidRPr="006D247D">
        <w:rPr>
          <w:spacing w:val="36"/>
          <w:sz w:val="20"/>
          <w:lang w:val="ro-RO"/>
        </w:rPr>
        <w:t xml:space="preserve"> </w:t>
      </w:r>
      <w:r w:rsidRPr="006D247D">
        <w:rPr>
          <w:sz w:val="20"/>
          <w:lang w:val="ro-RO"/>
        </w:rPr>
        <w:t>serviciu</w:t>
      </w:r>
      <w:r w:rsidRPr="006D247D">
        <w:rPr>
          <w:spacing w:val="37"/>
          <w:sz w:val="20"/>
          <w:lang w:val="ro-RO"/>
        </w:rPr>
        <w:t xml:space="preserve"> </w:t>
      </w:r>
      <w:r w:rsidRPr="006D247D">
        <w:rPr>
          <w:sz w:val="20"/>
          <w:lang w:val="ro-RO"/>
        </w:rPr>
        <w:t>au</w:t>
      </w:r>
      <w:r w:rsidRPr="006D247D">
        <w:rPr>
          <w:spacing w:val="37"/>
          <w:sz w:val="20"/>
          <w:lang w:val="ro-RO"/>
        </w:rPr>
        <w:t xml:space="preserve"> </w:t>
      </w:r>
      <w:r w:rsidRPr="006D247D">
        <w:rPr>
          <w:sz w:val="20"/>
          <w:lang w:val="ro-RO"/>
        </w:rPr>
        <w:t>intervenit</w:t>
      </w:r>
      <w:r w:rsidRPr="006D247D">
        <w:rPr>
          <w:spacing w:val="38"/>
          <w:sz w:val="20"/>
          <w:lang w:val="ro-RO"/>
        </w:rPr>
        <w:t xml:space="preserve"> </w:t>
      </w:r>
      <w:r w:rsidRPr="006D247D">
        <w:rPr>
          <w:sz w:val="20"/>
          <w:lang w:val="ro-RO"/>
        </w:rPr>
        <w:t>următoarele</w:t>
      </w:r>
      <w:r w:rsidRPr="006D247D">
        <w:rPr>
          <w:spacing w:val="40"/>
          <w:sz w:val="20"/>
          <w:lang w:val="ro-RO"/>
        </w:rPr>
        <w:t xml:space="preserve"> </w:t>
      </w:r>
      <w:r w:rsidRPr="006D247D">
        <w:rPr>
          <w:sz w:val="20"/>
          <w:lang w:val="ro-RO"/>
        </w:rPr>
        <w:t>mutaţii (modificarea, suspendarea, încetarea contractului individual de muncă/raporturilor de serviciu):</w:t>
      </w:r>
    </w:p>
    <w:p w14:paraId="543D2746" w14:textId="77777777" w:rsidR="006D247D" w:rsidRPr="006D247D" w:rsidRDefault="006D247D" w:rsidP="006D247D">
      <w:pPr>
        <w:tabs>
          <w:tab w:val="left" w:leader="dot" w:pos="6390"/>
        </w:tabs>
        <w:spacing w:after="0" w:line="240" w:lineRule="auto"/>
        <w:ind w:left="366" w:hanging="6"/>
        <w:rPr>
          <w:sz w:val="20"/>
          <w:lang w:val="ro-RO"/>
        </w:rPr>
      </w:pPr>
      <w:r w:rsidRPr="006D247D">
        <w:rPr>
          <w:sz w:val="20"/>
          <w:lang w:val="ro-RO"/>
        </w:rPr>
        <w:t>În</w:t>
      </w:r>
      <w:r w:rsidRPr="006D247D">
        <w:rPr>
          <w:spacing w:val="-6"/>
          <w:sz w:val="20"/>
          <w:lang w:val="ro-RO"/>
        </w:rPr>
        <w:t xml:space="preserve"> </w:t>
      </w:r>
      <w:r w:rsidRPr="006D247D">
        <w:rPr>
          <w:sz w:val="20"/>
          <w:lang w:val="ro-RO"/>
        </w:rPr>
        <w:t>perioada</w:t>
      </w:r>
      <w:r w:rsidRPr="006D247D">
        <w:rPr>
          <w:spacing w:val="-5"/>
          <w:sz w:val="20"/>
          <w:lang w:val="ro-RO"/>
        </w:rPr>
        <w:t xml:space="preserve"> </w:t>
      </w:r>
      <w:r w:rsidRPr="006D247D">
        <w:rPr>
          <w:sz w:val="20"/>
          <w:lang w:val="ro-RO"/>
        </w:rPr>
        <w:t>lucrată</w:t>
      </w:r>
      <w:r w:rsidRPr="006D247D">
        <w:rPr>
          <w:spacing w:val="-5"/>
          <w:sz w:val="20"/>
          <w:lang w:val="ro-RO"/>
        </w:rPr>
        <w:t xml:space="preserve"> </w:t>
      </w:r>
      <w:r w:rsidRPr="006D247D">
        <w:rPr>
          <w:sz w:val="20"/>
          <w:lang w:val="ro-RO"/>
        </w:rPr>
        <w:t>a</w:t>
      </w:r>
      <w:r w:rsidRPr="006D247D">
        <w:rPr>
          <w:spacing w:val="-5"/>
          <w:sz w:val="20"/>
          <w:lang w:val="ro-RO"/>
        </w:rPr>
        <w:t xml:space="preserve"> </w:t>
      </w:r>
      <w:r w:rsidRPr="006D247D">
        <w:rPr>
          <w:sz w:val="20"/>
          <w:lang w:val="ro-RO"/>
        </w:rPr>
        <w:t>avut</w:t>
      </w:r>
      <w:r w:rsidRPr="006D247D">
        <w:rPr>
          <w:spacing w:val="-5"/>
          <w:sz w:val="20"/>
          <w:lang w:val="ro-RO"/>
        </w:rPr>
        <w:t xml:space="preserve"> </w:t>
      </w:r>
      <w:r w:rsidRPr="006D247D">
        <w:rPr>
          <w:sz w:val="20"/>
          <w:lang w:val="ro-RO"/>
        </w:rPr>
        <w:t>..............</w:t>
      </w:r>
      <w:r w:rsidRPr="006D247D">
        <w:rPr>
          <w:spacing w:val="-5"/>
          <w:sz w:val="20"/>
          <w:lang w:val="ro-RO"/>
        </w:rPr>
        <w:t xml:space="preserve"> </w:t>
      </w:r>
      <w:r w:rsidRPr="006D247D">
        <w:rPr>
          <w:sz w:val="20"/>
          <w:lang w:val="ro-RO"/>
        </w:rPr>
        <w:t>zile</w:t>
      </w:r>
      <w:r w:rsidRPr="006D247D">
        <w:rPr>
          <w:spacing w:val="-7"/>
          <w:sz w:val="20"/>
          <w:lang w:val="ro-RO"/>
        </w:rPr>
        <w:t xml:space="preserve"> </w:t>
      </w:r>
      <w:r w:rsidRPr="006D247D">
        <w:rPr>
          <w:sz w:val="20"/>
          <w:lang w:val="ro-RO"/>
        </w:rPr>
        <w:t>de</w:t>
      </w:r>
      <w:r w:rsidRPr="006D247D">
        <w:rPr>
          <w:spacing w:val="-5"/>
          <w:sz w:val="20"/>
          <w:lang w:val="ro-RO"/>
        </w:rPr>
        <w:t xml:space="preserve"> </w:t>
      </w:r>
      <w:r w:rsidRPr="006D247D">
        <w:rPr>
          <w:sz w:val="20"/>
          <w:lang w:val="ro-RO"/>
        </w:rPr>
        <w:t>absenţe</w:t>
      </w:r>
      <w:r w:rsidRPr="006D247D">
        <w:rPr>
          <w:spacing w:val="-5"/>
          <w:sz w:val="20"/>
          <w:lang w:val="ro-RO"/>
        </w:rPr>
        <w:t xml:space="preserve"> </w:t>
      </w:r>
      <w:r w:rsidRPr="006D247D">
        <w:rPr>
          <w:sz w:val="20"/>
          <w:lang w:val="ro-RO"/>
        </w:rPr>
        <w:t>nemotivate</w:t>
      </w:r>
      <w:r w:rsidRPr="006D247D">
        <w:rPr>
          <w:spacing w:val="-4"/>
          <w:sz w:val="20"/>
          <w:lang w:val="ro-RO"/>
        </w:rPr>
        <w:t xml:space="preserve"> </w:t>
      </w:r>
      <w:r w:rsidRPr="006D247D">
        <w:rPr>
          <w:spacing w:val="-5"/>
          <w:sz w:val="20"/>
          <w:lang w:val="ro-RO"/>
        </w:rPr>
        <w:t>şi</w:t>
      </w:r>
      <w:r w:rsidRPr="006D247D">
        <w:rPr>
          <w:sz w:val="20"/>
          <w:lang w:val="ro-RO"/>
        </w:rPr>
        <w:tab/>
        <w:t>zile</w:t>
      </w:r>
      <w:r w:rsidRPr="006D247D">
        <w:rPr>
          <w:spacing w:val="-5"/>
          <w:sz w:val="20"/>
          <w:lang w:val="ro-RO"/>
        </w:rPr>
        <w:t xml:space="preserve"> </w:t>
      </w:r>
      <w:r w:rsidRPr="006D247D">
        <w:rPr>
          <w:sz w:val="20"/>
          <w:lang w:val="ro-RO"/>
        </w:rPr>
        <w:t>de</w:t>
      </w:r>
      <w:r w:rsidRPr="006D247D">
        <w:rPr>
          <w:spacing w:val="-5"/>
          <w:sz w:val="20"/>
          <w:lang w:val="ro-RO"/>
        </w:rPr>
        <w:t xml:space="preserve"> </w:t>
      </w:r>
      <w:r w:rsidRPr="006D247D">
        <w:rPr>
          <w:sz w:val="20"/>
          <w:lang w:val="ro-RO"/>
        </w:rPr>
        <w:t>concediu</w:t>
      </w:r>
      <w:r w:rsidRPr="006D247D">
        <w:rPr>
          <w:spacing w:val="-5"/>
          <w:sz w:val="20"/>
          <w:lang w:val="ro-RO"/>
        </w:rPr>
        <w:t xml:space="preserve"> </w:t>
      </w:r>
      <w:r w:rsidRPr="006D247D">
        <w:rPr>
          <w:sz w:val="20"/>
          <w:lang w:val="ro-RO"/>
        </w:rPr>
        <w:t>fără</w:t>
      </w:r>
      <w:r w:rsidRPr="006D247D">
        <w:rPr>
          <w:spacing w:val="-5"/>
          <w:sz w:val="20"/>
          <w:lang w:val="ro-RO"/>
        </w:rPr>
        <w:t xml:space="preserve"> </w:t>
      </w:r>
      <w:r w:rsidRPr="006D247D">
        <w:rPr>
          <w:spacing w:val="-2"/>
          <w:sz w:val="20"/>
          <w:lang w:val="ro-RO"/>
        </w:rPr>
        <w:t>plată.</w:t>
      </w:r>
    </w:p>
    <w:p w14:paraId="6161EFD5" w14:textId="77777777" w:rsidR="006D247D" w:rsidRPr="006D247D" w:rsidRDefault="006D247D" w:rsidP="006D247D">
      <w:pPr>
        <w:tabs>
          <w:tab w:val="left" w:leader="dot" w:pos="4877"/>
        </w:tabs>
        <w:spacing w:after="0" w:line="240" w:lineRule="auto"/>
        <w:ind w:left="366" w:hanging="6"/>
        <w:rPr>
          <w:sz w:val="20"/>
          <w:lang w:val="ro-RO"/>
        </w:rPr>
      </w:pPr>
      <w:r w:rsidRPr="006D247D">
        <w:rPr>
          <w:sz w:val="20"/>
          <w:lang w:val="ro-RO"/>
        </w:rPr>
        <w:t xml:space="preserve">        </w:t>
      </w:r>
    </w:p>
    <w:p w14:paraId="4D27B8C8" w14:textId="51CEF8F9" w:rsidR="006D247D" w:rsidRPr="006D247D" w:rsidRDefault="006D247D" w:rsidP="006D247D">
      <w:pPr>
        <w:tabs>
          <w:tab w:val="left" w:leader="dot" w:pos="4877"/>
        </w:tabs>
        <w:spacing w:after="0" w:line="240" w:lineRule="auto"/>
        <w:ind w:left="366" w:hanging="6"/>
        <w:rPr>
          <w:sz w:val="20"/>
          <w:lang w:val="ro-RO"/>
        </w:rPr>
      </w:pPr>
      <w:r w:rsidRPr="006D247D">
        <w:rPr>
          <w:sz w:val="20"/>
          <w:lang w:val="ro-RO"/>
        </w:rPr>
        <w:t xml:space="preserve"> În</w:t>
      </w:r>
      <w:r w:rsidRPr="006D247D">
        <w:rPr>
          <w:spacing w:val="-2"/>
          <w:sz w:val="20"/>
          <w:lang w:val="ro-RO"/>
        </w:rPr>
        <w:t xml:space="preserve"> </w:t>
      </w:r>
      <w:r w:rsidRPr="006D247D">
        <w:rPr>
          <w:sz w:val="20"/>
          <w:lang w:val="ro-RO"/>
        </w:rPr>
        <w:t>perioada</w:t>
      </w:r>
      <w:r w:rsidRPr="006D247D">
        <w:rPr>
          <w:spacing w:val="1"/>
          <w:sz w:val="20"/>
          <w:lang w:val="ro-RO"/>
        </w:rPr>
        <w:t xml:space="preserve"> </w:t>
      </w:r>
      <w:r w:rsidRPr="006D247D">
        <w:rPr>
          <w:sz w:val="20"/>
          <w:lang w:val="ro-RO"/>
        </w:rPr>
        <w:t>lucrată,</w:t>
      </w:r>
      <w:r w:rsidRPr="006D247D">
        <w:rPr>
          <w:spacing w:val="1"/>
          <w:sz w:val="20"/>
          <w:lang w:val="ro-RO"/>
        </w:rPr>
        <w:t xml:space="preserve"> </w:t>
      </w:r>
      <w:r w:rsidRPr="006D247D">
        <w:rPr>
          <w:spacing w:val="-2"/>
          <w:sz w:val="20"/>
          <w:lang w:val="ro-RO"/>
        </w:rPr>
        <w:t>dlui/dnei</w:t>
      </w:r>
      <w:r w:rsidRPr="006D247D">
        <w:rPr>
          <w:sz w:val="20"/>
          <w:lang w:val="ro-RO"/>
        </w:rPr>
        <w:tab/>
        <w:t>nu</w:t>
      </w:r>
      <w:r w:rsidRPr="006D247D">
        <w:rPr>
          <w:spacing w:val="-1"/>
          <w:sz w:val="20"/>
          <w:lang w:val="ro-RO"/>
        </w:rPr>
        <w:t xml:space="preserve"> </w:t>
      </w:r>
      <w:r w:rsidRPr="006D247D">
        <w:rPr>
          <w:sz w:val="20"/>
          <w:lang w:val="ro-RO"/>
        </w:rPr>
        <w:t>i</w:t>
      </w:r>
      <w:r w:rsidRPr="006D247D">
        <w:rPr>
          <w:spacing w:val="-1"/>
          <w:sz w:val="20"/>
          <w:lang w:val="ro-RO"/>
        </w:rPr>
        <w:t xml:space="preserve"> </w:t>
      </w:r>
      <w:r w:rsidRPr="006D247D">
        <w:rPr>
          <w:sz w:val="20"/>
          <w:lang w:val="ro-RO"/>
        </w:rPr>
        <w:t>s-a</w:t>
      </w:r>
      <w:r w:rsidRPr="006D247D">
        <w:rPr>
          <w:spacing w:val="1"/>
          <w:sz w:val="20"/>
          <w:lang w:val="ro-RO"/>
        </w:rPr>
        <w:t xml:space="preserve"> </w:t>
      </w:r>
      <w:r w:rsidRPr="006D247D">
        <w:rPr>
          <w:sz w:val="20"/>
          <w:lang w:val="ro-RO"/>
        </w:rPr>
        <w:t>aplicat</w:t>
      </w:r>
      <w:r w:rsidRPr="006D247D">
        <w:rPr>
          <w:spacing w:val="1"/>
          <w:sz w:val="20"/>
          <w:lang w:val="ro-RO"/>
        </w:rPr>
        <w:t xml:space="preserve"> </w:t>
      </w:r>
      <w:r w:rsidRPr="006D247D">
        <w:rPr>
          <w:sz w:val="20"/>
          <w:lang w:val="ro-RO"/>
        </w:rPr>
        <w:t>nicio</w:t>
      </w:r>
      <w:r w:rsidRPr="006D247D">
        <w:rPr>
          <w:spacing w:val="1"/>
          <w:sz w:val="20"/>
          <w:lang w:val="ro-RO"/>
        </w:rPr>
        <w:t xml:space="preserve"> </w:t>
      </w:r>
      <w:r w:rsidRPr="006D247D">
        <w:rPr>
          <w:sz w:val="20"/>
          <w:lang w:val="ro-RO"/>
        </w:rPr>
        <w:t>sancţiune</w:t>
      </w:r>
      <w:r w:rsidRPr="006D247D">
        <w:rPr>
          <w:spacing w:val="1"/>
          <w:sz w:val="20"/>
          <w:lang w:val="ro-RO"/>
        </w:rPr>
        <w:t xml:space="preserve"> </w:t>
      </w:r>
      <w:r w:rsidRPr="006D247D">
        <w:rPr>
          <w:sz w:val="20"/>
          <w:lang w:val="ro-RO"/>
        </w:rPr>
        <w:t>disciplinară/i</w:t>
      </w:r>
      <w:r w:rsidRPr="006D247D">
        <w:rPr>
          <w:spacing w:val="1"/>
          <w:sz w:val="20"/>
          <w:lang w:val="ro-RO"/>
        </w:rPr>
        <w:t xml:space="preserve"> </w:t>
      </w:r>
      <w:r w:rsidRPr="006D247D">
        <w:rPr>
          <w:sz w:val="20"/>
          <w:lang w:val="ro-RO"/>
        </w:rPr>
        <w:t>s-a</w:t>
      </w:r>
      <w:r w:rsidRPr="006D247D">
        <w:rPr>
          <w:spacing w:val="1"/>
          <w:sz w:val="20"/>
          <w:lang w:val="ro-RO"/>
        </w:rPr>
        <w:t xml:space="preserve"> </w:t>
      </w:r>
      <w:r w:rsidRPr="006D247D">
        <w:rPr>
          <w:sz w:val="20"/>
          <w:lang w:val="ro-RO"/>
        </w:rPr>
        <w:t>aplicat</w:t>
      </w:r>
      <w:r w:rsidRPr="006D247D">
        <w:rPr>
          <w:spacing w:val="1"/>
          <w:sz w:val="20"/>
          <w:lang w:val="ro-RO"/>
        </w:rPr>
        <w:t xml:space="preserve"> </w:t>
      </w:r>
      <w:r w:rsidRPr="006D247D">
        <w:rPr>
          <w:spacing w:val="-2"/>
          <w:sz w:val="20"/>
          <w:lang w:val="ro-RO"/>
        </w:rPr>
        <w:t>sancţiunea disciplinară</w:t>
      </w:r>
      <w:r w:rsidRPr="006D247D">
        <w:rPr>
          <w:spacing w:val="28"/>
          <w:sz w:val="20"/>
          <w:lang w:val="ro-RO"/>
        </w:rPr>
        <w:t xml:space="preserve"> </w:t>
      </w:r>
      <w:r w:rsidRPr="006D247D">
        <w:rPr>
          <w:spacing w:val="-2"/>
          <w:sz w:val="20"/>
          <w:lang w:val="ro-RO"/>
        </w:rPr>
        <w:t>.................................</w:t>
      </w:r>
      <w:r w:rsidRPr="006D247D">
        <w:rPr>
          <w:spacing w:val="28"/>
          <w:sz w:val="20"/>
          <w:lang w:val="ro-RO"/>
        </w:rPr>
        <w:t xml:space="preserve"> </w:t>
      </w:r>
      <w:r w:rsidRPr="006D247D">
        <w:rPr>
          <w:spacing w:val="-10"/>
          <w:sz w:val="20"/>
          <w:lang w:val="ro-RO"/>
        </w:rPr>
        <w:t>.</w:t>
      </w:r>
    </w:p>
    <w:p w14:paraId="6A59D847" w14:textId="77777777" w:rsidR="006D247D" w:rsidRPr="006D247D" w:rsidRDefault="006D247D" w:rsidP="006D247D">
      <w:pPr>
        <w:spacing w:after="0" w:line="240" w:lineRule="auto"/>
        <w:ind w:left="366" w:hanging="6"/>
        <w:rPr>
          <w:sz w:val="20"/>
          <w:lang w:val="ro-RO"/>
        </w:rPr>
      </w:pPr>
    </w:p>
    <w:p w14:paraId="07E89FA2" w14:textId="66E495F5" w:rsidR="006D247D" w:rsidRPr="006D247D" w:rsidRDefault="006D247D" w:rsidP="006D247D">
      <w:pPr>
        <w:spacing w:after="0" w:line="240" w:lineRule="auto"/>
        <w:ind w:left="366" w:hanging="6"/>
        <w:rPr>
          <w:sz w:val="20"/>
          <w:lang w:val="ro-RO"/>
        </w:rPr>
      </w:pPr>
      <w:r w:rsidRPr="006D247D">
        <w:rPr>
          <w:sz w:val="20"/>
          <w:lang w:val="ro-RO"/>
        </w:rPr>
        <w:t>Cunoscând</w:t>
      </w:r>
      <w:r w:rsidRPr="006D247D">
        <w:rPr>
          <w:spacing w:val="39"/>
          <w:sz w:val="20"/>
          <w:lang w:val="ro-RO"/>
        </w:rPr>
        <w:t xml:space="preserve"> </w:t>
      </w:r>
      <w:r w:rsidRPr="006D247D">
        <w:rPr>
          <w:sz w:val="20"/>
          <w:lang w:val="ro-RO"/>
        </w:rPr>
        <w:t>normele</w:t>
      </w:r>
      <w:r w:rsidRPr="006D247D">
        <w:rPr>
          <w:spacing w:val="38"/>
          <w:sz w:val="20"/>
          <w:lang w:val="ro-RO"/>
        </w:rPr>
        <w:t xml:space="preserve"> </w:t>
      </w:r>
      <w:r w:rsidRPr="006D247D">
        <w:rPr>
          <w:sz w:val="20"/>
          <w:lang w:val="ro-RO"/>
        </w:rPr>
        <w:t>penale</w:t>
      </w:r>
      <w:r w:rsidRPr="006D247D">
        <w:rPr>
          <w:spacing w:val="38"/>
          <w:sz w:val="20"/>
          <w:lang w:val="ro-RO"/>
        </w:rPr>
        <w:t xml:space="preserve"> </w:t>
      </w:r>
      <w:r w:rsidRPr="006D247D">
        <w:rPr>
          <w:sz w:val="20"/>
          <w:lang w:val="ro-RO"/>
        </w:rPr>
        <w:t>incidente</w:t>
      </w:r>
      <w:r w:rsidRPr="006D247D">
        <w:rPr>
          <w:spacing w:val="38"/>
          <w:sz w:val="20"/>
          <w:lang w:val="ro-RO"/>
        </w:rPr>
        <w:t xml:space="preserve"> </w:t>
      </w:r>
      <w:r w:rsidRPr="006D247D">
        <w:rPr>
          <w:sz w:val="20"/>
          <w:lang w:val="ro-RO"/>
        </w:rPr>
        <w:t>în</w:t>
      </w:r>
      <w:r w:rsidRPr="006D247D">
        <w:rPr>
          <w:spacing w:val="39"/>
          <w:sz w:val="20"/>
          <w:lang w:val="ro-RO"/>
        </w:rPr>
        <w:t xml:space="preserve"> </w:t>
      </w:r>
      <w:r w:rsidRPr="006D247D">
        <w:rPr>
          <w:sz w:val="20"/>
          <w:lang w:val="ro-RO"/>
        </w:rPr>
        <w:t>materia</w:t>
      </w:r>
      <w:r w:rsidRPr="006D247D">
        <w:rPr>
          <w:spacing w:val="40"/>
          <w:sz w:val="20"/>
          <w:lang w:val="ro-RO"/>
        </w:rPr>
        <w:t xml:space="preserve"> </w:t>
      </w:r>
      <w:r w:rsidRPr="006D247D">
        <w:rPr>
          <w:sz w:val="20"/>
          <w:lang w:val="ro-RO"/>
        </w:rPr>
        <w:t>falsului</w:t>
      </w:r>
      <w:r w:rsidRPr="006D247D">
        <w:rPr>
          <w:spacing w:val="37"/>
          <w:sz w:val="20"/>
          <w:lang w:val="ro-RO"/>
        </w:rPr>
        <w:t xml:space="preserve"> </w:t>
      </w:r>
      <w:r w:rsidRPr="006D247D">
        <w:rPr>
          <w:sz w:val="20"/>
          <w:lang w:val="ro-RO"/>
        </w:rPr>
        <w:t>în</w:t>
      </w:r>
      <w:r w:rsidRPr="006D247D">
        <w:rPr>
          <w:spacing w:val="36"/>
          <w:sz w:val="20"/>
          <w:lang w:val="ro-RO"/>
        </w:rPr>
        <w:t xml:space="preserve"> </w:t>
      </w:r>
      <w:r w:rsidRPr="006D247D">
        <w:rPr>
          <w:sz w:val="20"/>
          <w:lang w:val="ro-RO"/>
        </w:rPr>
        <w:t>declaraţii,</w:t>
      </w:r>
      <w:r w:rsidRPr="006D247D">
        <w:rPr>
          <w:spacing w:val="38"/>
          <w:sz w:val="20"/>
          <w:lang w:val="ro-RO"/>
        </w:rPr>
        <w:t xml:space="preserve"> </w:t>
      </w:r>
      <w:r w:rsidRPr="006D247D">
        <w:rPr>
          <w:sz w:val="20"/>
          <w:lang w:val="ro-RO"/>
        </w:rPr>
        <w:t>certificăm</w:t>
      </w:r>
      <w:r w:rsidRPr="006D247D">
        <w:rPr>
          <w:spacing w:val="34"/>
          <w:sz w:val="20"/>
          <w:lang w:val="ro-RO"/>
        </w:rPr>
        <w:t xml:space="preserve"> </w:t>
      </w:r>
      <w:r w:rsidRPr="006D247D">
        <w:rPr>
          <w:sz w:val="20"/>
          <w:lang w:val="ro-RO"/>
        </w:rPr>
        <w:t>că</w:t>
      </w:r>
      <w:r w:rsidRPr="006D247D">
        <w:rPr>
          <w:spacing w:val="38"/>
          <w:sz w:val="20"/>
          <w:lang w:val="ro-RO"/>
        </w:rPr>
        <w:t xml:space="preserve"> </w:t>
      </w:r>
      <w:r w:rsidRPr="006D247D">
        <w:rPr>
          <w:sz w:val="20"/>
          <w:lang w:val="ro-RO"/>
        </w:rPr>
        <w:t>datele</w:t>
      </w:r>
      <w:r w:rsidRPr="006D247D">
        <w:rPr>
          <w:spacing w:val="38"/>
          <w:sz w:val="20"/>
          <w:lang w:val="ro-RO"/>
        </w:rPr>
        <w:t xml:space="preserve"> </w:t>
      </w:r>
      <w:r w:rsidRPr="006D247D">
        <w:rPr>
          <w:sz w:val="20"/>
          <w:lang w:val="ro-RO"/>
        </w:rPr>
        <w:t>cuprinse</w:t>
      </w:r>
      <w:r w:rsidRPr="006D247D">
        <w:rPr>
          <w:spacing w:val="38"/>
          <w:sz w:val="20"/>
          <w:lang w:val="ro-RO"/>
        </w:rPr>
        <w:t xml:space="preserve"> </w:t>
      </w:r>
      <w:r w:rsidRPr="006D247D">
        <w:rPr>
          <w:sz w:val="20"/>
          <w:lang w:val="ro-RO"/>
        </w:rPr>
        <w:t>în</w:t>
      </w:r>
      <w:r w:rsidRPr="006D247D">
        <w:rPr>
          <w:spacing w:val="38"/>
          <w:sz w:val="20"/>
          <w:lang w:val="ro-RO"/>
        </w:rPr>
        <w:t xml:space="preserve"> </w:t>
      </w:r>
      <w:r w:rsidRPr="006D247D">
        <w:rPr>
          <w:sz w:val="20"/>
          <w:lang w:val="ro-RO"/>
        </w:rPr>
        <w:t>prezenta adeverinţă sunt reale, exacte şi complete.</w:t>
      </w:r>
    </w:p>
    <w:p w14:paraId="0240CE91" w14:textId="77777777" w:rsidR="006D247D" w:rsidRPr="006D247D" w:rsidRDefault="006D247D" w:rsidP="006D247D">
      <w:pPr>
        <w:pStyle w:val="Corptext"/>
        <w:spacing w:after="0" w:line="240" w:lineRule="auto"/>
        <w:rPr>
          <w:sz w:val="20"/>
          <w:lang w:val="ro-RO"/>
        </w:rPr>
      </w:pPr>
    </w:p>
    <w:p w14:paraId="0B413372" w14:textId="77777777" w:rsidR="006D247D" w:rsidRPr="006D247D" w:rsidRDefault="006D247D" w:rsidP="006D247D">
      <w:pPr>
        <w:spacing w:after="0" w:line="240" w:lineRule="auto"/>
        <w:ind w:left="366"/>
        <w:rPr>
          <w:sz w:val="20"/>
          <w:lang w:val="ro-RO"/>
        </w:rPr>
      </w:pPr>
      <w:r w:rsidRPr="006D247D">
        <w:rPr>
          <w:spacing w:val="-4"/>
          <w:sz w:val="20"/>
          <w:lang w:val="ro-RO"/>
        </w:rPr>
        <w:t>Data</w:t>
      </w:r>
    </w:p>
    <w:p w14:paraId="5F5F5AAE" w14:textId="77777777" w:rsidR="006D247D" w:rsidRPr="006D247D" w:rsidRDefault="006D247D" w:rsidP="006D247D">
      <w:pPr>
        <w:spacing w:after="0" w:line="240" w:lineRule="auto"/>
        <w:ind w:left="366"/>
        <w:rPr>
          <w:sz w:val="20"/>
          <w:lang w:val="ro-RO"/>
        </w:rPr>
      </w:pPr>
      <w:r w:rsidRPr="006D247D">
        <w:rPr>
          <w:spacing w:val="-2"/>
          <w:sz w:val="20"/>
          <w:lang w:val="ro-RO"/>
        </w:rPr>
        <w:t>..................</w:t>
      </w:r>
    </w:p>
    <w:p w14:paraId="6826B3DE" w14:textId="77777777" w:rsidR="006D247D" w:rsidRPr="006D247D" w:rsidRDefault="006D247D" w:rsidP="006D247D">
      <w:pPr>
        <w:spacing w:after="0" w:line="240" w:lineRule="auto"/>
        <w:ind w:left="219"/>
        <w:jc w:val="center"/>
        <w:rPr>
          <w:sz w:val="20"/>
          <w:lang w:val="ro-RO"/>
        </w:rPr>
      </w:pPr>
      <w:r w:rsidRPr="006D247D">
        <w:rPr>
          <w:sz w:val="20"/>
          <w:lang w:val="ro-RO"/>
        </w:rPr>
        <w:t>Numele</w:t>
      </w:r>
      <w:r w:rsidRPr="006D247D">
        <w:rPr>
          <w:spacing w:val="-7"/>
          <w:sz w:val="20"/>
          <w:lang w:val="ro-RO"/>
        </w:rPr>
        <w:t xml:space="preserve"> </w:t>
      </w:r>
      <w:r w:rsidRPr="006D247D">
        <w:rPr>
          <w:sz w:val="20"/>
          <w:lang w:val="ro-RO"/>
        </w:rPr>
        <w:t>şi</w:t>
      </w:r>
      <w:r w:rsidRPr="006D247D">
        <w:rPr>
          <w:spacing w:val="-5"/>
          <w:sz w:val="20"/>
          <w:lang w:val="ro-RO"/>
        </w:rPr>
        <w:t xml:space="preserve"> </w:t>
      </w:r>
      <w:r w:rsidRPr="006D247D">
        <w:rPr>
          <w:sz w:val="20"/>
          <w:lang w:val="ro-RO"/>
        </w:rPr>
        <w:t>prenumele</w:t>
      </w:r>
      <w:r w:rsidRPr="006D247D">
        <w:rPr>
          <w:spacing w:val="-7"/>
          <w:sz w:val="20"/>
          <w:lang w:val="ro-RO"/>
        </w:rPr>
        <w:t xml:space="preserve"> </w:t>
      </w:r>
      <w:r w:rsidRPr="006D247D">
        <w:rPr>
          <w:sz w:val="20"/>
          <w:lang w:val="ro-RO"/>
        </w:rPr>
        <w:t>reprezentantului</w:t>
      </w:r>
      <w:r w:rsidRPr="006D247D">
        <w:rPr>
          <w:spacing w:val="-7"/>
          <w:sz w:val="20"/>
          <w:lang w:val="ro-RO"/>
        </w:rPr>
        <w:t xml:space="preserve"> </w:t>
      </w:r>
      <w:r w:rsidRPr="006D247D">
        <w:rPr>
          <w:sz w:val="20"/>
          <w:lang w:val="ro-RO"/>
        </w:rPr>
        <w:t>legal</w:t>
      </w:r>
      <w:r w:rsidRPr="006D247D">
        <w:rPr>
          <w:spacing w:val="-7"/>
          <w:sz w:val="20"/>
          <w:lang w:val="ro-RO"/>
        </w:rPr>
        <w:t xml:space="preserve"> </w:t>
      </w:r>
      <w:r w:rsidRPr="006D247D">
        <w:rPr>
          <w:sz w:val="20"/>
          <w:lang w:val="ro-RO"/>
        </w:rPr>
        <w:t>al</w:t>
      </w:r>
      <w:r w:rsidRPr="006D247D">
        <w:rPr>
          <w:spacing w:val="-6"/>
          <w:sz w:val="20"/>
          <w:lang w:val="ro-RO"/>
        </w:rPr>
        <w:t xml:space="preserve"> </w:t>
      </w:r>
      <w:r w:rsidRPr="006D247D">
        <w:rPr>
          <w:spacing w:val="-2"/>
          <w:sz w:val="20"/>
          <w:lang w:val="ro-RO"/>
        </w:rPr>
        <w:t>angajatorului^3)</w:t>
      </w:r>
    </w:p>
    <w:p w14:paraId="2FCF476E" w14:textId="77777777" w:rsidR="006D247D" w:rsidRPr="006D247D" w:rsidRDefault="006D247D" w:rsidP="006D247D">
      <w:pPr>
        <w:spacing w:after="0" w:line="240" w:lineRule="auto"/>
        <w:ind w:left="228"/>
        <w:jc w:val="center"/>
        <w:rPr>
          <w:sz w:val="20"/>
          <w:lang w:val="ro-RO"/>
        </w:rPr>
      </w:pPr>
      <w:r w:rsidRPr="006D247D">
        <w:rPr>
          <w:spacing w:val="-2"/>
          <w:sz w:val="20"/>
          <w:lang w:val="ro-RO"/>
        </w:rPr>
        <w:t>..............................................</w:t>
      </w:r>
    </w:p>
    <w:p w14:paraId="3DF4237F" w14:textId="77777777" w:rsidR="006D247D" w:rsidRPr="006D247D" w:rsidRDefault="006D247D" w:rsidP="006D247D">
      <w:pPr>
        <w:spacing w:after="0" w:line="240" w:lineRule="auto"/>
        <w:ind w:left="218"/>
        <w:jc w:val="center"/>
        <w:rPr>
          <w:sz w:val="20"/>
          <w:lang w:val="ro-RO"/>
        </w:rPr>
      </w:pPr>
      <w:r w:rsidRPr="006D247D">
        <w:rPr>
          <w:sz w:val="20"/>
          <w:lang w:val="ro-RO"/>
        </w:rPr>
        <w:t>Semnătura</w:t>
      </w:r>
      <w:r w:rsidRPr="006D247D">
        <w:rPr>
          <w:spacing w:val="-8"/>
          <w:sz w:val="20"/>
          <w:lang w:val="ro-RO"/>
        </w:rPr>
        <w:t xml:space="preserve"> </w:t>
      </w:r>
      <w:r w:rsidRPr="006D247D">
        <w:rPr>
          <w:sz w:val="20"/>
          <w:lang w:val="ro-RO"/>
        </w:rPr>
        <w:t>reprezentantului</w:t>
      </w:r>
      <w:r w:rsidRPr="006D247D">
        <w:rPr>
          <w:spacing w:val="-8"/>
          <w:sz w:val="20"/>
          <w:lang w:val="ro-RO"/>
        </w:rPr>
        <w:t xml:space="preserve"> </w:t>
      </w:r>
      <w:r w:rsidRPr="006D247D">
        <w:rPr>
          <w:sz w:val="20"/>
          <w:lang w:val="ro-RO"/>
        </w:rPr>
        <w:t>legal</w:t>
      </w:r>
      <w:r w:rsidRPr="006D247D">
        <w:rPr>
          <w:spacing w:val="-8"/>
          <w:sz w:val="20"/>
          <w:lang w:val="ro-RO"/>
        </w:rPr>
        <w:t xml:space="preserve"> </w:t>
      </w:r>
      <w:r w:rsidRPr="006D247D">
        <w:rPr>
          <w:sz w:val="20"/>
          <w:lang w:val="ro-RO"/>
        </w:rPr>
        <w:t>al</w:t>
      </w:r>
      <w:r w:rsidRPr="006D247D">
        <w:rPr>
          <w:spacing w:val="-7"/>
          <w:sz w:val="20"/>
          <w:lang w:val="ro-RO"/>
        </w:rPr>
        <w:t xml:space="preserve"> </w:t>
      </w:r>
      <w:r w:rsidRPr="006D247D">
        <w:rPr>
          <w:spacing w:val="-2"/>
          <w:sz w:val="20"/>
          <w:lang w:val="ro-RO"/>
        </w:rPr>
        <w:t>angajatorului</w:t>
      </w:r>
    </w:p>
    <w:p w14:paraId="5A02A57D" w14:textId="77777777" w:rsidR="006D247D" w:rsidRPr="006D247D" w:rsidRDefault="006D247D" w:rsidP="006D247D">
      <w:pPr>
        <w:pStyle w:val="Corptext"/>
        <w:spacing w:after="0" w:line="240" w:lineRule="auto"/>
        <w:rPr>
          <w:sz w:val="20"/>
          <w:lang w:val="ro-RO"/>
        </w:rPr>
      </w:pPr>
    </w:p>
    <w:p w14:paraId="32938AE5" w14:textId="77777777" w:rsidR="006D247D" w:rsidRPr="006D247D" w:rsidRDefault="006D247D" w:rsidP="006D247D">
      <w:pPr>
        <w:spacing w:after="0" w:line="240" w:lineRule="auto"/>
        <w:ind w:left="228"/>
        <w:jc w:val="center"/>
        <w:rPr>
          <w:sz w:val="20"/>
          <w:lang w:val="ro-RO"/>
        </w:rPr>
      </w:pPr>
      <w:r w:rsidRPr="006D247D">
        <w:rPr>
          <w:spacing w:val="-2"/>
          <w:sz w:val="20"/>
          <w:lang w:val="ro-RO"/>
        </w:rPr>
        <w:t>..............................................</w:t>
      </w:r>
    </w:p>
    <w:p w14:paraId="61444EE7" w14:textId="77777777" w:rsidR="006D247D" w:rsidRPr="006D247D" w:rsidRDefault="006D247D" w:rsidP="006D247D">
      <w:pPr>
        <w:spacing w:after="0" w:line="240" w:lineRule="auto"/>
        <w:ind w:left="220"/>
        <w:jc w:val="center"/>
        <w:rPr>
          <w:sz w:val="20"/>
          <w:lang w:val="ro-RO"/>
        </w:rPr>
      </w:pPr>
      <w:r w:rsidRPr="006D247D">
        <w:rPr>
          <w:sz w:val="20"/>
          <w:lang w:val="ro-RO"/>
        </w:rPr>
        <w:t>Ştampila</w:t>
      </w:r>
      <w:r w:rsidRPr="006D247D">
        <w:rPr>
          <w:spacing w:val="-9"/>
          <w:sz w:val="20"/>
          <w:lang w:val="ro-RO"/>
        </w:rPr>
        <w:t xml:space="preserve"> </w:t>
      </w:r>
      <w:r w:rsidRPr="006D247D">
        <w:rPr>
          <w:spacing w:val="-2"/>
          <w:sz w:val="20"/>
          <w:lang w:val="ro-RO"/>
        </w:rPr>
        <w:t>angajatorului</w:t>
      </w:r>
    </w:p>
    <w:p w14:paraId="1493DA59" w14:textId="77777777" w:rsidR="006D247D" w:rsidRPr="006D247D" w:rsidRDefault="006D247D" w:rsidP="006D247D">
      <w:pPr>
        <w:pStyle w:val="Corptext"/>
        <w:spacing w:after="0" w:line="240" w:lineRule="auto"/>
        <w:rPr>
          <w:sz w:val="20"/>
          <w:lang w:val="ro-RO"/>
        </w:rPr>
      </w:pPr>
    </w:p>
    <w:p w14:paraId="6597D215" w14:textId="77777777" w:rsidR="006D247D" w:rsidRPr="006D247D" w:rsidRDefault="006D247D" w:rsidP="006D247D">
      <w:pPr>
        <w:pStyle w:val="Corptext"/>
        <w:spacing w:after="0" w:line="240" w:lineRule="auto"/>
        <w:rPr>
          <w:sz w:val="20"/>
          <w:lang w:val="ro-RO"/>
        </w:rPr>
      </w:pPr>
    </w:p>
    <w:p w14:paraId="5A64D6FA" w14:textId="77777777" w:rsidR="006D247D" w:rsidRPr="006D247D" w:rsidRDefault="006D247D" w:rsidP="006D247D">
      <w:pPr>
        <w:pStyle w:val="Corptext"/>
        <w:spacing w:after="0" w:line="240" w:lineRule="auto"/>
        <w:rPr>
          <w:sz w:val="20"/>
          <w:lang w:val="ro-RO"/>
        </w:rPr>
      </w:pPr>
    </w:p>
    <w:p w14:paraId="072C476D" w14:textId="77777777" w:rsidR="006D247D" w:rsidRPr="006D247D" w:rsidRDefault="006D247D" w:rsidP="006D247D">
      <w:pPr>
        <w:pStyle w:val="Corptext"/>
        <w:spacing w:after="0" w:line="240" w:lineRule="auto"/>
        <w:rPr>
          <w:sz w:val="20"/>
          <w:lang w:val="ro-RO"/>
        </w:rPr>
      </w:pPr>
    </w:p>
    <w:p w14:paraId="1803A978" w14:textId="2D375FB4" w:rsidR="006D247D" w:rsidRPr="006D247D" w:rsidRDefault="006D247D" w:rsidP="006D247D">
      <w:pPr>
        <w:pStyle w:val="Corptext"/>
        <w:spacing w:after="0" w:line="240" w:lineRule="auto"/>
        <w:rPr>
          <w:sz w:val="16"/>
          <w:lang w:val="ro-RO"/>
        </w:rPr>
      </w:pPr>
      <w:r w:rsidRPr="006D247D">
        <w:rPr>
          <w:sz w:val="16"/>
          <w:lang w:val="ro-RO"/>
        </w:rPr>
        <w:t xml:space="preserve">              ^1)</w:t>
      </w:r>
      <w:r w:rsidRPr="006D247D">
        <w:rPr>
          <w:spacing w:val="-6"/>
          <w:sz w:val="16"/>
          <w:lang w:val="ro-RO"/>
        </w:rPr>
        <w:t xml:space="preserve"> </w:t>
      </w:r>
      <w:r w:rsidRPr="006D247D">
        <w:rPr>
          <w:sz w:val="16"/>
          <w:lang w:val="ro-RO"/>
        </w:rPr>
        <w:t>Prin</w:t>
      </w:r>
      <w:r w:rsidRPr="006D247D">
        <w:rPr>
          <w:spacing w:val="-6"/>
          <w:sz w:val="16"/>
          <w:lang w:val="ro-RO"/>
        </w:rPr>
        <w:t xml:space="preserve"> </w:t>
      </w:r>
      <w:r w:rsidRPr="006D247D">
        <w:rPr>
          <w:sz w:val="16"/>
          <w:lang w:val="ro-RO"/>
        </w:rPr>
        <w:t>raportare</w:t>
      </w:r>
      <w:r w:rsidRPr="006D247D">
        <w:rPr>
          <w:spacing w:val="-6"/>
          <w:sz w:val="16"/>
          <w:lang w:val="ro-RO"/>
        </w:rPr>
        <w:t xml:space="preserve"> </w:t>
      </w:r>
      <w:r w:rsidRPr="006D247D">
        <w:rPr>
          <w:sz w:val="16"/>
          <w:lang w:val="ro-RO"/>
        </w:rPr>
        <w:t>la</w:t>
      </w:r>
      <w:r w:rsidRPr="006D247D">
        <w:rPr>
          <w:spacing w:val="-4"/>
          <w:sz w:val="16"/>
          <w:lang w:val="ro-RO"/>
        </w:rPr>
        <w:t xml:space="preserve"> </w:t>
      </w:r>
      <w:r w:rsidRPr="006D247D">
        <w:rPr>
          <w:sz w:val="16"/>
          <w:lang w:val="ro-RO"/>
        </w:rPr>
        <w:t>Clasificarea</w:t>
      </w:r>
      <w:r w:rsidRPr="006D247D">
        <w:rPr>
          <w:spacing w:val="-4"/>
          <w:sz w:val="16"/>
          <w:lang w:val="ro-RO"/>
        </w:rPr>
        <w:t xml:space="preserve"> </w:t>
      </w:r>
      <w:r w:rsidRPr="006D247D">
        <w:rPr>
          <w:sz w:val="16"/>
          <w:lang w:val="ro-RO"/>
        </w:rPr>
        <w:t>ocupaţiilor</w:t>
      </w:r>
      <w:r w:rsidRPr="006D247D">
        <w:rPr>
          <w:spacing w:val="-6"/>
          <w:sz w:val="16"/>
          <w:lang w:val="ro-RO"/>
        </w:rPr>
        <w:t xml:space="preserve"> </w:t>
      </w:r>
      <w:r w:rsidRPr="006D247D">
        <w:rPr>
          <w:sz w:val="16"/>
          <w:lang w:val="ro-RO"/>
        </w:rPr>
        <w:t>din</w:t>
      </w:r>
      <w:r w:rsidRPr="006D247D">
        <w:rPr>
          <w:spacing w:val="-5"/>
          <w:sz w:val="16"/>
          <w:lang w:val="ro-RO"/>
        </w:rPr>
        <w:t xml:space="preserve"> </w:t>
      </w:r>
      <w:r w:rsidRPr="006D247D">
        <w:rPr>
          <w:sz w:val="16"/>
          <w:lang w:val="ro-RO"/>
        </w:rPr>
        <w:t>România</w:t>
      </w:r>
      <w:r w:rsidRPr="006D247D">
        <w:rPr>
          <w:spacing w:val="-4"/>
          <w:sz w:val="16"/>
          <w:lang w:val="ro-RO"/>
        </w:rPr>
        <w:t xml:space="preserve"> </w:t>
      </w:r>
      <w:r w:rsidRPr="006D247D">
        <w:rPr>
          <w:sz w:val="16"/>
          <w:lang w:val="ro-RO"/>
        </w:rPr>
        <w:t>şi</w:t>
      </w:r>
      <w:r w:rsidRPr="006D247D">
        <w:rPr>
          <w:spacing w:val="-6"/>
          <w:sz w:val="16"/>
          <w:lang w:val="ro-RO"/>
        </w:rPr>
        <w:t xml:space="preserve"> </w:t>
      </w:r>
      <w:r w:rsidRPr="006D247D">
        <w:rPr>
          <w:sz w:val="16"/>
          <w:lang w:val="ro-RO"/>
        </w:rPr>
        <w:t>la</w:t>
      </w:r>
      <w:r w:rsidRPr="006D247D">
        <w:rPr>
          <w:spacing w:val="-4"/>
          <w:sz w:val="16"/>
          <w:lang w:val="ro-RO"/>
        </w:rPr>
        <w:t xml:space="preserve"> </w:t>
      </w:r>
      <w:r w:rsidRPr="006D247D">
        <w:rPr>
          <w:sz w:val="16"/>
          <w:lang w:val="ro-RO"/>
        </w:rPr>
        <w:t>actele</w:t>
      </w:r>
      <w:r w:rsidRPr="006D247D">
        <w:rPr>
          <w:spacing w:val="-7"/>
          <w:sz w:val="16"/>
          <w:lang w:val="ro-RO"/>
        </w:rPr>
        <w:t xml:space="preserve"> </w:t>
      </w:r>
      <w:r w:rsidRPr="006D247D">
        <w:rPr>
          <w:sz w:val="16"/>
          <w:lang w:val="ro-RO"/>
        </w:rPr>
        <w:t>normative</w:t>
      </w:r>
      <w:r w:rsidRPr="006D247D">
        <w:rPr>
          <w:spacing w:val="-6"/>
          <w:sz w:val="16"/>
          <w:lang w:val="ro-RO"/>
        </w:rPr>
        <w:t xml:space="preserve"> </w:t>
      </w:r>
      <w:r w:rsidRPr="006D247D">
        <w:rPr>
          <w:sz w:val="16"/>
          <w:lang w:val="ro-RO"/>
        </w:rPr>
        <w:t>care</w:t>
      </w:r>
      <w:r w:rsidRPr="006D247D">
        <w:rPr>
          <w:spacing w:val="-7"/>
          <w:sz w:val="16"/>
          <w:lang w:val="ro-RO"/>
        </w:rPr>
        <w:t xml:space="preserve"> </w:t>
      </w:r>
      <w:r w:rsidRPr="006D247D">
        <w:rPr>
          <w:sz w:val="16"/>
          <w:lang w:val="ro-RO"/>
        </w:rPr>
        <w:t>stabilesc</w:t>
      </w:r>
      <w:r w:rsidRPr="006D247D">
        <w:rPr>
          <w:spacing w:val="-3"/>
          <w:sz w:val="16"/>
          <w:lang w:val="ro-RO"/>
        </w:rPr>
        <w:t xml:space="preserve"> </w:t>
      </w:r>
      <w:r w:rsidRPr="006D247D">
        <w:rPr>
          <w:spacing w:val="-2"/>
          <w:sz w:val="16"/>
          <w:lang w:val="ro-RO"/>
        </w:rPr>
        <w:t>funcţii.</w:t>
      </w:r>
    </w:p>
    <w:p w14:paraId="5F892C45" w14:textId="77777777" w:rsidR="006D247D" w:rsidRPr="006D247D" w:rsidRDefault="006D247D" w:rsidP="006D247D">
      <w:pPr>
        <w:spacing w:after="0" w:line="240" w:lineRule="auto"/>
        <w:ind w:left="592"/>
        <w:rPr>
          <w:sz w:val="16"/>
          <w:lang w:val="ro-RO"/>
        </w:rPr>
      </w:pPr>
      <w:r w:rsidRPr="006D247D">
        <w:rPr>
          <w:sz w:val="16"/>
          <w:lang w:val="ro-RO"/>
        </w:rPr>
        <w:t>^2)</w:t>
      </w:r>
      <w:r w:rsidRPr="006D247D">
        <w:rPr>
          <w:spacing w:val="-5"/>
          <w:sz w:val="16"/>
          <w:lang w:val="ro-RO"/>
        </w:rPr>
        <w:t xml:space="preserve"> </w:t>
      </w:r>
      <w:r w:rsidRPr="006D247D">
        <w:rPr>
          <w:sz w:val="16"/>
          <w:lang w:val="ro-RO"/>
        </w:rPr>
        <w:t>Se</w:t>
      </w:r>
      <w:r w:rsidRPr="006D247D">
        <w:rPr>
          <w:spacing w:val="-6"/>
          <w:sz w:val="16"/>
          <w:lang w:val="ro-RO"/>
        </w:rPr>
        <w:t xml:space="preserve"> </w:t>
      </w:r>
      <w:r w:rsidRPr="006D247D">
        <w:rPr>
          <w:sz w:val="16"/>
          <w:lang w:val="ro-RO"/>
        </w:rPr>
        <w:t>va</w:t>
      </w:r>
      <w:r w:rsidRPr="006D247D">
        <w:rPr>
          <w:spacing w:val="-3"/>
          <w:sz w:val="16"/>
          <w:lang w:val="ro-RO"/>
        </w:rPr>
        <w:t xml:space="preserve"> </w:t>
      </w:r>
      <w:r w:rsidRPr="006D247D">
        <w:rPr>
          <w:sz w:val="16"/>
          <w:lang w:val="ro-RO"/>
        </w:rPr>
        <w:t>indica</w:t>
      </w:r>
      <w:r w:rsidRPr="006D247D">
        <w:rPr>
          <w:spacing w:val="-6"/>
          <w:sz w:val="16"/>
          <w:lang w:val="ro-RO"/>
        </w:rPr>
        <w:t xml:space="preserve"> </w:t>
      </w:r>
      <w:r w:rsidRPr="006D247D">
        <w:rPr>
          <w:sz w:val="16"/>
          <w:lang w:val="ro-RO"/>
        </w:rPr>
        <w:t>nivelul</w:t>
      </w:r>
      <w:r w:rsidRPr="006D247D">
        <w:rPr>
          <w:spacing w:val="-5"/>
          <w:sz w:val="16"/>
          <w:lang w:val="ro-RO"/>
        </w:rPr>
        <w:t xml:space="preserve"> </w:t>
      </w:r>
      <w:r w:rsidRPr="006D247D">
        <w:rPr>
          <w:sz w:val="16"/>
          <w:lang w:val="ro-RO"/>
        </w:rPr>
        <w:t>de</w:t>
      </w:r>
      <w:r w:rsidRPr="006D247D">
        <w:rPr>
          <w:spacing w:val="-6"/>
          <w:sz w:val="16"/>
          <w:lang w:val="ro-RO"/>
        </w:rPr>
        <w:t xml:space="preserve"> </w:t>
      </w:r>
      <w:r w:rsidRPr="006D247D">
        <w:rPr>
          <w:sz w:val="16"/>
          <w:lang w:val="ro-RO"/>
        </w:rPr>
        <w:t>studii</w:t>
      </w:r>
      <w:r w:rsidRPr="006D247D">
        <w:rPr>
          <w:spacing w:val="-5"/>
          <w:sz w:val="16"/>
          <w:lang w:val="ro-RO"/>
        </w:rPr>
        <w:t xml:space="preserve"> </w:t>
      </w:r>
      <w:r w:rsidRPr="006D247D">
        <w:rPr>
          <w:sz w:val="16"/>
          <w:lang w:val="ro-RO"/>
        </w:rPr>
        <w:t>(mediu/superior</w:t>
      </w:r>
      <w:r w:rsidRPr="006D247D">
        <w:rPr>
          <w:spacing w:val="-5"/>
          <w:sz w:val="16"/>
          <w:lang w:val="ro-RO"/>
        </w:rPr>
        <w:t xml:space="preserve"> </w:t>
      </w:r>
      <w:r w:rsidRPr="006D247D">
        <w:rPr>
          <w:sz w:val="16"/>
          <w:lang w:val="ro-RO"/>
        </w:rPr>
        <w:t>de</w:t>
      </w:r>
      <w:r w:rsidRPr="006D247D">
        <w:rPr>
          <w:spacing w:val="-6"/>
          <w:sz w:val="16"/>
          <w:lang w:val="ro-RO"/>
        </w:rPr>
        <w:t xml:space="preserve"> </w:t>
      </w:r>
      <w:r w:rsidRPr="006D247D">
        <w:rPr>
          <w:sz w:val="16"/>
          <w:lang w:val="ro-RO"/>
        </w:rPr>
        <w:t>scurtă</w:t>
      </w:r>
      <w:r w:rsidRPr="006D247D">
        <w:rPr>
          <w:spacing w:val="-5"/>
          <w:sz w:val="16"/>
          <w:lang w:val="ro-RO"/>
        </w:rPr>
        <w:t xml:space="preserve"> </w:t>
      </w:r>
      <w:r w:rsidRPr="006D247D">
        <w:rPr>
          <w:spacing w:val="-2"/>
          <w:sz w:val="16"/>
          <w:lang w:val="ro-RO"/>
        </w:rPr>
        <w:t>durată/superior).</w:t>
      </w:r>
    </w:p>
    <w:p w14:paraId="2C743E71" w14:textId="77777777" w:rsidR="006D247D" w:rsidRPr="006D247D" w:rsidRDefault="006D247D" w:rsidP="006D247D">
      <w:pPr>
        <w:spacing w:after="0" w:line="240" w:lineRule="auto"/>
        <w:ind w:left="592"/>
        <w:rPr>
          <w:sz w:val="16"/>
          <w:lang w:val="ro-RO"/>
        </w:rPr>
      </w:pPr>
      <w:r w:rsidRPr="006D247D">
        <w:rPr>
          <w:sz w:val="16"/>
          <w:lang w:val="ro-RO"/>
        </w:rPr>
        <w:t>^3)</w:t>
      </w:r>
      <w:r w:rsidRPr="006D247D">
        <w:rPr>
          <w:spacing w:val="-9"/>
          <w:sz w:val="16"/>
          <w:lang w:val="ro-RO"/>
        </w:rPr>
        <w:t xml:space="preserve"> </w:t>
      </w:r>
      <w:r w:rsidRPr="006D247D">
        <w:rPr>
          <w:sz w:val="16"/>
          <w:lang w:val="ro-RO"/>
        </w:rPr>
        <w:t>Persoana</w:t>
      </w:r>
      <w:r w:rsidRPr="006D247D">
        <w:rPr>
          <w:spacing w:val="-8"/>
          <w:sz w:val="16"/>
          <w:lang w:val="ro-RO"/>
        </w:rPr>
        <w:t xml:space="preserve"> </w:t>
      </w:r>
      <w:r w:rsidRPr="006D247D">
        <w:rPr>
          <w:sz w:val="16"/>
          <w:lang w:val="ro-RO"/>
        </w:rPr>
        <w:t>care,</w:t>
      </w:r>
      <w:r w:rsidRPr="006D247D">
        <w:rPr>
          <w:spacing w:val="-7"/>
          <w:sz w:val="16"/>
          <w:lang w:val="ro-RO"/>
        </w:rPr>
        <w:t xml:space="preserve"> </w:t>
      </w:r>
      <w:r w:rsidRPr="006D247D">
        <w:rPr>
          <w:sz w:val="16"/>
          <w:lang w:val="ro-RO"/>
        </w:rPr>
        <w:t>potrivit</w:t>
      </w:r>
      <w:r w:rsidRPr="006D247D">
        <w:rPr>
          <w:spacing w:val="-5"/>
          <w:sz w:val="16"/>
          <w:lang w:val="ro-RO"/>
        </w:rPr>
        <w:t xml:space="preserve"> </w:t>
      </w:r>
      <w:r w:rsidRPr="006D247D">
        <w:rPr>
          <w:sz w:val="16"/>
          <w:lang w:val="ro-RO"/>
        </w:rPr>
        <w:t>legii/actelor</w:t>
      </w:r>
      <w:r w:rsidRPr="006D247D">
        <w:rPr>
          <w:spacing w:val="-7"/>
          <w:sz w:val="16"/>
          <w:lang w:val="ro-RO"/>
        </w:rPr>
        <w:t xml:space="preserve"> </w:t>
      </w:r>
      <w:r w:rsidRPr="006D247D">
        <w:rPr>
          <w:sz w:val="16"/>
          <w:lang w:val="ro-RO"/>
        </w:rPr>
        <w:t>juridice</w:t>
      </w:r>
      <w:r w:rsidRPr="006D247D">
        <w:rPr>
          <w:spacing w:val="-8"/>
          <w:sz w:val="16"/>
          <w:lang w:val="ro-RO"/>
        </w:rPr>
        <w:t xml:space="preserve"> </w:t>
      </w:r>
      <w:r w:rsidRPr="006D247D">
        <w:rPr>
          <w:sz w:val="16"/>
          <w:lang w:val="ro-RO"/>
        </w:rPr>
        <w:t>constitutive/altor</w:t>
      </w:r>
      <w:r w:rsidRPr="006D247D">
        <w:rPr>
          <w:spacing w:val="-6"/>
          <w:sz w:val="16"/>
          <w:lang w:val="ro-RO"/>
        </w:rPr>
        <w:t xml:space="preserve"> </w:t>
      </w:r>
      <w:r w:rsidRPr="006D247D">
        <w:rPr>
          <w:sz w:val="16"/>
          <w:lang w:val="ro-RO"/>
        </w:rPr>
        <w:t>tipuri</w:t>
      </w:r>
      <w:r w:rsidRPr="006D247D">
        <w:rPr>
          <w:spacing w:val="-7"/>
          <w:sz w:val="16"/>
          <w:lang w:val="ro-RO"/>
        </w:rPr>
        <w:t xml:space="preserve"> </w:t>
      </w:r>
      <w:r w:rsidRPr="006D247D">
        <w:rPr>
          <w:sz w:val="16"/>
          <w:lang w:val="ro-RO"/>
        </w:rPr>
        <w:t>de</w:t>
      </w:r>
      <w:r w:rsidRPr="006D247D">
        <w:rPr>
          <w:spacing w:val="-8"/>
          <w:sz w:val="16"/>
          <w:lang w:val="ro-RO"/>
        </w:rPr>
        <w:t xml:space="preserve"> </w:t>
      </w:r>
      <w:r w:rsidRPr="006D247D">
        <w:rPr>
          <w:sz w:val="16"/>
          <w:lang w:val="ro-RO"/>
        </w:rPr>
        <w:t>acte</w:t>
      </w:r>
      <w:r w:rsidRPr="006D247D">
        <w:rPr>
          <w:spacing w:val="-7"/>
          <w:sz w:val="16"/>
          <w:lang w:val="ro-RO"/>
        </w:rPr>
        <w:t xml:space="preserve"> </w:t>
      </w:r>
      <w:r w:rsidRPr="006D247D">
        <w:rPr>
          <w:sz w:val="16"/>
          <w:lang w:val="ro-RO"/>
        </w:rPr>
        <w:t>legale,</w:t>
      </w:r>
      <w:r w:rsidRPr="006D247D">
        <w:rPr>
          <w:spacing w:val="-5"/>
          <w:sz w:val="16"/>
          <w:lang w:val="ro-RO"/>
        </w:rPr>
        <w:t xml:space="preserve"> </w:t>
      </w:r>
      <w:r w:rsidRPr="006D247D">
        <w:rPr>
          <w:sz w:val="16"/>
          <w:lang w:val="ro-RO"/>
        </w:rPr>
        <w:t>reprezintă</w:t>
      </w:r>
      <w:r w:rsidRPr="006D247D">
        <w:rPr>
          <w:spacing w:val="-5"/>
          <w:sz w:val="16"/>
          <w:lang w:val="ro-RO"/>
        </w:rPr>
        <w:t xml:space="preserve"> </w:t>
      </w:r>
      <w:r w:rsidRPr="006D247D">
        <w:rPr>
          <w:sz w:val="16"/>
          <w:lang w:val="ro-RO"/>
        </w:rPr>
        <w:t>angajatorul</w:t>
      </w:r>
      <w:r w:rsidRPr="006D247D">
        <w:rPr>
          <w:spacing w:val="-7"/>
          <w:sz w:val="16"/>
          <w:lang w:val="ro-RO"/>
        </w:rPr>
        <w:t xml:space="preserve"> </w:t>
      </w:r>
      <w:r w:rsidRPr="006D247D">
        <w:rPr>
          <w:sz w:val="16"/>
          <w:lang w:val="ro-RO"/>
        </w:rPr>
        <w:t>în</w:t>
      </w:r>
      <w:r w:rsidRPr="006D247D">
        <w:rPr>
          <w:spacing w:val="-5"/>
          <w:sz w:val="16"/>
          <w:lang w:val="ro-RO"/>
        </w:rPr>
        <w:t xml:space="preserve"> </w:t>
      </w:r>
      <w:r w:rsidRPr="006D247D">
        <w:rPr>
          <w:sz w:val="16"/>
          <w:lang w:val="ro-RO"/>
        </w:rPr>
        <w:t>relaţiile</w:t>
      </w:r>
      <w:r w:rsidRPr="006D247D">
        <w:rPr>
          <w:spacing w:val="-7"/>
          <w:sz w:val="16"/>
          <w:lang w:val="ro-RO"/>
        </w:rPr>
        <w:t xml:space="preserve"> </w:t>
      </w:r>
      <w:r w:rsidRPr="006D247D">
        <w:rPr>
          <w:sz w:val="16"/>
          <w:lang w:val="ro-RO"/>
        </w:rPr>
        <w:t>cu</w:t>
      </w:r>
      <w:r w:rsidRPr="006D247D">
        <w:rPr>
          <w:spacing w:val="-5"/>
          <w:sz w:val="16"/>
          <w:lang w:val="ro-RO"/>
        </w:rPr>
        <w:t xml:space="preserve"> </w:t>
      </w:r>
      <w:r w:rsidRPr="006D247D">
        <w:rPr>
          <w:spacing w:val="-2"/>
          <w:sz w:val="16"/>
          <w:lang w:val="ro-RO"/>
        </w:rPr>
        <w:t>terţii.</w:t>
      </w:r>
    </w:p>
    <w:p w14:paraId="028C33B2" w14:textId="77777777" w:rsidR="006D247D" w:rsidRPr="006D247D" w:rsidRDefault="006D247D" w:rsidP="006D247D">
      <w:pPr>
        <w:rPr>
          <w:sz w:val="16"/>
          <w:lang w:val="ro-RO"/>
        </w:rPr>
      </w:pPr>
    </w:p>
    <w:sectPr w:rsidR="006D247D" w:rsidRPr="006D247D" w:rsidSect="00034616">
      <w:footerReference w:type="default" r:id="rId9"/>
      <w:pgSz w:w="12240" w:h="15840"/>
      <w:pgMar w:top="1020" w:right="1134" w:bottom="102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D6F4C" w14:textId="77777777" w:rsidR="00BC0AD4" w:rsidRDefault="00BC0AD4">
      <w:pPr>
        <w:spacing w:after="0" w:line="240" w:lineRule="auto"/>
      </w:pPr>
      <w:r>
        <w:separator/>
      </w:r>
    </w:p>
  </w:endnote>
  <w:endnote w:type="continuationSeparator" w:id="0">
    <w:p w14:paraId="033D4B09" w14:textId="77777777" w:rsidR="00BC0AD4" w:rsidRDefault="00BC0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572E4" w14:textId="77777777" w:rsidR="006D247D" w:rsidRDefault="006D247D">
    <w:pPr>
      <w:pStyle w:val="Corptext"/>
      <w:spacing w:line="14" w:lineRule="auto"/>
      <w:rPr>
        <w:sz w:val="20"/>
      </w:rPr>
    </w:pPr>
    <w:r>
      <w:rPr>
        <w:noProof/>
        <w:sz w:val="20"/>
      </w:rPr>
      <mc:AlternateContent>
        <mc:Choice Requires="wps">
          <w:drawing>
            <wp:anchor distT="0" distB="0" distL="0" distR="0" simplePos="0" relativeHeight="251659264" behindDoc="1" locked="0" layoutInCell="1" allowOverlap="1" wp14:anchorId="7D3234DE" wp14:editId="0A23294E">
              <wp:simplePos x="0" y="0"/>
              <wp:positionH relativeFrom="page">
                <wp:posOffset>5130165</wp:posOffset>
              </wp:positionH>
              <wp:positionV relativeFrom="page">
                <wp:posOffset>10157790</wp:posOffset>
              </wp:positionV>
              <wp:extent cx="1996439" cy="37592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6439" cy="375920"/>
                      </a:xfrm>
                      <a:prstGeom prst="rect">
                        <a:avLst/>
                      </a:prstGeom>
                    </wps:spPr>
                    <wps:txbx>
                      <w:txbxContent>
                        <w:p w14:paraId="4EB1B735" w14:textId="77777777" w:rsidR="006D247D" w:rsidRDefault="006D247D">
                          <w:pPr>
                            <w:ind w:left="706" w:firstLine="696"/>
                            <w:rPr>
                              <w:rFonts w:ascii="Calibri"/>
                              <w:i/>
                              <w:sz w:val="16"/>
                            </w:rPr>
                          </w:pPr>
                        </w:p>
                      </w:txbxContent>
                    </wps:txbx>
                    <wps:bodyPr wrap="square" lIns="0" tIns="0" rIns="0" bIns="0" rtlCol="0">
                      <a:noAutofit/>
                    </wps:bodyPr>
                  </wps:wsp>
                </a:graphicData>
              </a:graphic>
            </wp:anchor>
          </w:drawing>
        </mc:Choice>
        <mc:Fallback>
          <w:pict>
            <v:shapetype w14:anchorId="7D3234DE" id="_x0000_t202" coordsize="21600,21600" o:spt="202" path="m,l,21600r21600,l21600,xe">
              <v:stroke joinstyle="miter"/>
              <v:path gradientshapeok="t" o:connecttype="rect"/>
            </v:shapetype>
            <v:shape id="Textbox 5" o:spid="_x0000_s1026" type="#_x0000_t202" style="position:absolute;margin-left:403.95pt;margin-top:799.85pt;width:157.2pt;height:29.6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" filled="f" stroked="f">
              <v:textbox inset="0,0,0,0">
                <w:txbxContent>
                  <w:p w14:paraId="4EB1B735" w14:textId="77777777" w:rsidR="006D247D" w:rsidRDefault="006D247D">
                    <w:pPr>
                      <w:ind w:left="706" w:firstLine="696"/>
                      <w:rPr>
                        <w:rFonts w:ascii="Calibri"/>
                        <w:i/>
                        <w:sz w:val="16"/>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FB1AE" w14:textId="77777777" w:rsidR="00C94564" w:rsidRDefault="00754845">
    <w:pPr>
      <w:pStyle w:val="Subsol"/>
      <w:jc w:val="center"/>
    </w:pPr>
    <w:r>
      <w:rPr>
        <w:sz w:val="16"/>
      </w:rPr>
      <w:t>330065 – Deva, Str. George Barițiu nr. 2, Județul Hunedoara | Tel./Fax: 0254/232.452 | www.ccdhunedoara.ro | casacorpuluididactichunedoara@gmail.com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E61A1" w14:textId="77777777" w:rsidR="00BC0AD4" w:rsidRDefault="00BC0AD4">
      <w:pPr>
        <w:spacing w:after="0" w:line="240" w:lineRule="auto"/>
      </w:pPr>
      <w:r>
        <w:separator/>
      </w:r>
    </w:p>
  </w:footnote>
  <w:footnote w:type="continuationSeparator" w:id="0">
    <w:p w14:paraId="3B4A4B39" w14:textId="77777777" w:rsidR="00BC0AD4" w:rsidRDefault="00BC0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tat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tat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umarcator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umarcator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erotat"/>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cumarcatori"/>
      <w:lvlText w:val=""/>
      <w:lvlJc w:val="left"/>
      <w:pPr>
        <w:tabs>
          <w:tab w:val="num" w:pos="360"/>
        </w:tabs>
        <w:ind w:left="360" w:hanging="360"/>
      </w:pPr>
      <w:rPr>
        <w:rFonts w:ascii="Symbol" w:hAnsi="Symbol" w:hint="default"/>
      </w:rPr>
    </w:lvl>
  </w:abstractNum>
  <w:abstractNum w:abstractNumId="9" w15:restartNumberingAfterBreak="0">
    <w:nsid w:val="01251D98"/>
    <w:multiLevelType w:val="multilevel"/>
    <w:tmpl w:val="15B05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A4A67C5"/>
    <w:multiLevelType w:val="hybridMultilevel"/>
    <w:tmpl w:val="8FDEBDE8"/>
    <w:lvl w:ilvl="0" w:tplc="F712181E">
      <w:start w:val="1"/>
      <w:numFmt w:val="lowerLetter"/>
      <w:lvlText w:val="%1)"/>
      <w:lvlJc w:val="left"/>
      <w:pPr>
        <w:ind w:left="386" w:hanging="246"/>
        <w:jc w:val="left"/>
      </w:pPr>
      <w:rPr>
        <w:rFonts w:ascii="Times New Roman" w:eastAsia="Times New Roman" w:hAnsi="Times New Roman" w:cs="Times New Roman" w:hint="default"/>
        <w:b w:val="0"/>
        <w:bCs w:val="0"/>
        <w:i w:val="0"/>
        <w:iCs w:val="0"/>
        <w:spacing w:val="-1"/>
        <w:w w:val="100"/>
        <w:sz w:val="24"/>
        <w:szCs w:val="24"/>
        <w:lang w:val="ro-RO" w:eastAsia="en-US" w:bidi="ar-SA"/>
      </w:rPr>
    </w:lvl>
    <w:lvl w:ilvl="1" w:tplc="80A0DAFC">
      <w:numFmt w:val="bullet"/>
      <w:lvlText w:val="•"/>
      <w:lvlJc w:val="left"/>
      <w:pPr>
        <w:ind w:left="1376" w:hanging="246"/>
      </w:pPr>
      <w:rPr>
        <w:rFonts w:hint="default"/>
        <w:lang w:val="ro-RO" w:eastAsia="en-US" w:bidi="ar-SA"/>
      </w:rPr>
    </w:lvl>
    <w:lvl w:ilvl="2" w:tplc="AE1E1F34">
      <w:numFmt w:val="bullet"/>
      <w:lvlText w:val="•"/>
      <w:lvlJc w:val="left"/>
      <w:pPr>
        <w:ind w:left="2373" w:hanging="246"/>
      </w:pPr>
      <w:rPr>
        <w:rFonts w:hint="default"/>
        <w:lang w:val="ro-RO" w:eastAsia="en-US" w:bidi="ar-SA"/>
      </w:rPr>
    </w:lvl>
    <w:lvl w:ilvl="3" w:tplc="82AA3E6C">
      <w:numFmt w:val="bullet"/>
      <w:lvlText w:val="•"/>
      <w:lvlJc w:val="left"/>
      <w:pPr>
        <w:ind w:left="3370" w:hanging="246"/>
      </w:pPr>
      <w:rPr>
        <w:rFonts w:hint="default"/>
        <w:lang w:val="ro-RO" w:eastAsia="en-US" w:bidi="ar-SA"/>
      </w:rPr>
    </w:lvl>
    <w:lvl w:ilvl="4" w:tplc="0A1C306C">
      <w:numFmt w:val="bullet"/>
      <w:lvlText w:val="•"/>
      <w:lvlJc w:val="left"/>
      <w:pPr>
        <w:ind w:left="4367" w:hanging="246"/>
      </w:pPr>
      <w:rPr>
        <w:rFonts w:hint="default"/>
        <w:lang w:val="ro-RO" w:eastAsia="en-US" w:bidi="ar-SA"/>
      </w:rPr>
    </w:lvl>
    <w:lvl w:ilvl="5" w:tplc="F6A240E0">
      <w:numFmt w:val="bullet"/>
      <w:lvlText w:val="•"/>
      <w:lvlJc w:val="left"/>
      <w:pPr>
        <w:ind w:left="5364" w:hanging="246"/>
      </w:pPr>
      <w:rPr>
        <w:rFonts w:hint="default"/>
        <w:lang w:val="ro-RO" w:eastAsia="en-US" w:bidi="ar-SA"/>
      </w:rPr>
    </w:lvl>
    <w:lvl w:ilvl="6" w:tplc="6798D11C">
      <w:numFmt w:val="bullet"/>
      <w:lvlText w:val="•"/>
      <w:lvlJc w:val="left"/>
      <w:pPr>
        <w:ind w:left="6361" w:hanging="246"/>
      </w:pPr>
      <w:rPr>
        <w:rFonts w:hint="default"/>
        <w:lang w:val="ro-RO" w:eastAsia="en-US" w:bidi="ar-SA"/>
      </w:rPr>
    </w:lvl>
    <w:lvl w:ilvl="7" w:tplc="A8846CDA">
      <w:numFmt w:val="bullet"/>
      <w:lvlText w:val="•"/>
      <w:lvlJc w:val="left"/>
      <w:pPr>
        <w:ind w:left="7357" w:hanging="246"/>
      </w:pPr>
      <w:rPr>
        <w:rFonts w:hint="default"/>
        <w:lang w:val="ro-RO" w:eastAsia="en-US" w:bidi="ar-SA"/>
      </w:rPr>
    </w:lvl>
    <w:lvl w:ilvl="8" w:tplc="8294DC3C">
      <w:numFmt w:val="bullet"/>
      <w:lvlText w:val="•"/>
      <w:lvlJc w:val="left"/>
      <w:pPr>
        <w:ind w:left="8354" w:hanging="246"/>
      </w:pPr>
      <w:rPr>
        <w:rFonts w:hint="default"/>
        <w:lang w:val="ro-RO" w:eastAsia="en-US" w:bidi="ar-SA"/>
      </w:rPr>
    </w:lvl>
  </w:abstractNum>
  <w:abstractNum w:abstractNumId="11" w15:restartNumberingAfterBreak="0">
    <w:nsid w:val="15FD38E5"/>
    <w:multiLevelType w:val="multilevel"/>
    <w:tmpl w:val="EBE8D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1D7063"/>
    <w:multiLevelType w:val="multilevel"/>
    <w:tmpl w:val="A15CB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984B85"/>
    <w:multiLevelType w:val="multilevel"/>
    <w:tmpl w:val="E7DA2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3F347D"/>
    <w:multiLevelType w:val="hybridMultilevel"/>
    <w:tmpl w:val="CAF4A0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407F61"/>
    <w:multiLevelType w:val="multilevel"/>
    <w:tmpl w:val="E16A4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921469"/>
    <w:multiLevelType w:val="multilevel"/>
    <w:tmpl w:val="76309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96063F"/>
    <w:multiLevelType w:val="multilevel"/>
    <w:tmpl w:val="858E3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8931755">
    <w:abstractNumId w:val="8"/>
  </w:num>
  <w:num w:numId="2" w16cid:durableId="2140225611">
    <w:abstractNumId w:val="6"/>
  </w:num>
  <w:num w:numId="3" w16cid:durableId="1293247844">
    <w:abstractNumId w:val="5"/>
  </w:num>
  <w:num w:numId="4" w16cid:durableId="1334188292">
    <w:abstractNumId w:val="4"/>
  </w:num>
  <w:num w:numId="5" w16cid:durableId="569078754">
    <w:abstractNumId w:val="7"/>
  </w:num>
  <w:num w:numId="6" w16cid:durableId="1999729118">
    <w:abstractNumId w:val="3"/>
  </w:num>
  <w:num w:numId="7" w16cid:durableId="1390299224">
    <w:abstractNumId w:val="2"/>
  </w:num>
  <w:num w:numId="8" w16cid:durableId="1819028873">
    <w:abstractNumId w:val="1"/>
  </w:num>
  <w:num w:numId="9" w16cid:durableId="1611430592">
    <w:abstractNumId w:val="0"/>
  </w:num>
  <w:num w:numId="10" w16cid:durableId="1638291940">
    <w:abstractNumId w:val="14"/>
  </w:num>
  <w:num w:numId="11" w16cid:durableId="709493311">
    <w:abstractNumId w:val="13"/>
  </w:num>
  <w:num w:numId="12" w16cid:durableId="263465986">
    <w:abstractNumId w:val="11"/>
  </w:num>
  <w:num w:numId="13" w16cid:durableId="1847017346">
    <w:abstractNumId w:val="9"/>
  </w:num>
  <w:num w:numId="14" w16cid:durableId="1910000188">
    <w:abstractNumId w:val="12"/>
  </w:num>
  <w:num w:numId="15" w16cid:durableId="2035186736">
    <w:abstractNumId w:val="16"/>
  </w:num>
  <w:num w:numId="16" w16cid:durableId="723212397">
    <w:abstractNumId w:val="15"/>
  </w:num>
  <w:num w:numId="17" w16cid:durableId="807212294">
    <w:abstractNumId w:val="17"/>
  </w:num>
  <w:num w:numId="18" w16cid:durableId="9909107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6063C"/>
    <w:rsid w:val="001432DE"/>
    <w:rsid w:val="0015074B"/>
    <w:rsid w:val="0029639D"/>
    <w:rsid w:val="00326F90"/>
    <w:rsid w:val="00362882"/>
    <w:rsid w:val="003B4A11"/>
    <w:rsid w:val="00464F2E"/>
    <w:rsid w:val="004D53F0"/>
    <w:rsid w:val="004F1EA5"/>
    <w:rsid w:val="00633E1B"/>
    <w:rsid w:val="006D247D"/>
    <w:rsid w:val="006F6F1D"/>
    <w:rsid w:val="00754845"/>
    <w:rsid w:val="007D1B93"/>
    <w:rsid w:val="008A30FD"/>
    <w:rsid w:val="009B68B2"/>
    <w:rsid w:val="009D4710"/>
    <w:rsid w:val="00AA1D8D"/>
    <w:rsid w:val="00B47730"/>
    <w:rsid w:val="00BB5080"/>
    <w:rsid w:val="00BC0AD4"/>
    <w:rsid w:val="00BF466A"/>
    <w:rsid w:val="00C94564"/>
    <w:rsid w:val="00CB0664"/>
    <w:rsid w:val="00D917FD"/>
    <w:rsid w:val="00EC3173"/>
    <w:rsid w:val="00EC535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0837E0"/>
  <w14:defaultImageDpi w14:val="300"/>
  <w15:docId w15:val="{69B98577-3531-42F4-8BB9-CE1B63B2D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4"/>
    </w:rPr>
  </w:style>
  <w:style w:type="paragraph" w:styleId="Titlu1">
    <w:name w:val="heading 1"/>
    <w:basedOn w:val="Normal"/>
    <w:next w:val="Normal"/>
    <w:link w:val="Titlu1Caracte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next w:val="Normal"/>
    <w:link w:val="Titlu2Caracte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lu3">
    <w:name w:val="heading 3"/>
    <w:basedOn w:val="Normal"/>
    <w:next w:val="Normal"/>
    <w:link w:val="Titlu3Caracte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lu7">
    <w:name w:val="heading 7"/>
    <w:basedOn w:val="Normal"/>
    <w:next w:val="Normal"/>
    <w:link w:val="Titlu7Caracte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lu9">
    <w:name w:val="heading 9"/>
    <w:basedOn w:val="Normal"/>
    <w:next w:val="Normal"/>
    <w:link w:val="Titlu9Caracte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E618BF"/>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E618BF"/>
  </w:style>
  <w:style w:type="paragraph" w:styleId="Subsol">
    <w:name w:val="footer"/>
    <w:basedOn w:val="Normal"/>
    <w:link w:val="SubsolCaracter"/>
    <w:uiPriority w:val="99"/>
    <w:unhideWhenUsed/>
    <w:rsid w:val="00E618BF"/>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E618BF"/>
  </w:style>
  <w:style w:type="paragraph" w:styleId="Frspaiere">
    <w:name w:val="No Spacing"/>
    <w:uiPriority w:val="1"/>
    <w:qFormat/>
    <w:rsid w:val="00FC693F"/>
    <w:pPr>
      <w:spacing w:after="0" w:line="240" w:lineRule="auto"/>
    </w:pPr>
  </w:style>
  <w:style w:type="character" w:customStyle="1" w:styleId="Titlu1Caracter">
    <w:name w:val="Titlu 1 Caracter"/>
    <w:basedOn w:val="Fontdeparagrafimplicit"/>
    <w:link w:val="Titlu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lu2Caracter">
    <w:name w:val="Titlu 2 Caracter"/>
    <w:basedOn w:val="Fontdeparagrafimplicit"/>
    <w:link w:val="Titlu2"/>
    <w:uiPriority w:val="9"/>
    <w:rsid w:val="00FC693F"/>
    <w:rPr>
      <w:rFonts w:asciiTheme="majorHAnsi" w:eastAsiaTheme="majorEastAsia" w:hAnsiTheme="majorHAnsi" w:cstheme="majorBidi"/>
      <w:b/>
      <w:bCs/>
      <w:color w:val="4F81BD" w:themeColor="accent1"/>
      <w:sz w:val="26"/>
      <w:szCs w:val="26"/>
    </w:rPr>
  </w:style>
  <w:style w:type="character" w:customStyle="1" w:styleId="Titlu3Caracter">
    <w:name w:val="Titlu 3 Caracter"/>
    <w:basedOn w:val="Fontdeparagrafimplicit"/>
    <w:link w:val="Titlu3"/>
    <w:uiPriority w:val="9"/>
    <w:rsid w:val="00FC693F"/>
    <w:rPr>
      <w:rFonts w:asciiTheme="majorHAnsi" w:eastAsiaTheme="majorEastAsia" w:hAnsiTheme="majorHAnsi" w:cstheme="majorBidi"/>
      <w:b/>
      <w:bCs/>
      <w:color w:val="4F81BD" w:themeColor="accent1"/>
    </w:rPr>
  </w:style>
  <w:style w:type="paragraph" w:styleId="Titlu">
    <w:name w:val="Title"/>
    <w:basedOn w:val="Normal"/>
    <w:next w:val="Normal"/>
    <w:link w:val="TitluCaracte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uCaracter">
    <w:name w:val="Titlu Caracter"/>
    <w:basedOn w:val="Fontdeparagrafimplicit"/>
    <w:link w:val="Titl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u">
    <w:name w:val="Subtitle"/>
    <w:basedOn w:val="Normal"/>
    <w:next w:val="Normal"/>
    <w:link w:val="SubtitluCaracte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uCaracter">
    <w:name w:val="Subtitlu Caracter"/>
    <w:basedOn w:val="Fontdeparagrafimplicit"/>
    <w:link w:val="Subtitlu"/>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f">
    <w:name w:val="List Paragraph"/>
    <w:basedOn w:val="Normal"/>
    <w:uiPriority w:val="1"/>
    <w:qFormat/>
    <w:rsid w:val="00FC693F"/>
    <w:pPr>
      <w:ind w:left="720"/>
      <w:contextualSpacing/>
    </w:pPr>
  </w:style>
  <w:style w:type="paragraph" w:styleId="Corptext">
    <w:name w:val="Body Text"/>
    <w:basedOn w:val="Normal"/>
    <w:link w:val="CorptextCaracter"/>
    <w:uiPriority w:val="99"/>
    <w:unhideWhenUsed/>
    <w:rsid w:val="00AA1D8D"/>
    <w:pPr>
      <w:spacing w:after="120"/>
    </w:pPr>
  </w:style>
  <w:style w:type="character" w:customStyle="1" w:styleId="CorptextCaracter">
    <w:name w:val="Corp text Caracter"/>
    <w:basedOn w:val="Fontdeparagrafimplicit"/>
    <w:link w:val="Corptext"/>
    <w:uiPriority w:val="99"/>
    <w:rsid w:val="00AA1D8D"/>
  </w:style>
  <w:style w:type="paragraph" w:styleId="Corptext2">
    <w:name w:val="Body Text 2"/>
    <w:basedOn w:val="Normal"/>
    <w:link w:val="Corptext2Caracter"/>
    <w:uiPriority w:val="99"/>
    <w:unhideWhenUsed/>
    <w:rsid w:val="00AA1D8D"/>
    <w:pPr>
      <w:spacing w:after="120" w:line="480" w:lineRule="auto"/>
    </w:pPr>
  </w:style>
  <w:style w:type="character" w:customStyle="1" w:styleId="Corptext2Caracter">
    <w:name w:val="Corp text 2 Caracter"/>
    <w:basedOn w:val="Fontdeparagrafimplicit"/>
    <w:link w:val="Corptext2"/>
    <w:uiPriority w:val="99"/>
    <w:rsid w:val="00AA1D8D"/>
  </w:style>
  <w:style w:type="paragraph" w:styleId="Corptext3">
    <w:name w:val="Body Text 3"/>
    <w:basedOn w:val="Normal"/>
    <w:link w:val="Corptext3Caracter"/>
    <w:uiPriority w:val="99"/>
    <w:unhideWhenUsed/>
    <w:rsid w:val="00AA1D8D"/>
    <w:pPr>
      <w:spacing w:after="120"/>
    </w:pPr>
    <w:rPr>
      <w:sz w:val="16"/>
      <w:szCs w:val="16"/>
    </w:rPr>
  </w:style>
  <w:style w:type="character" w:customStyle="1" w:styleId="Corptext3Caracter">
    <w:name w:val="Corp text 3 Caracter"/>
    <w:basedOn w:val="Fontdeparagrafimplicit"/>
    <w:link w:val="Corp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cumarcatori">
    <w:name w:val="List Bullet"/>
    <w:basedOn w:val="Normal"/>
    <w:uiPriority w:val="99"/>
    <w:unhideWhenUsed/>
    <w:rsid w:val="00326F90"/>
    <w:pPr>
      <w:numPr>
        <w:numId w:val="1"/>
      </w:numPr>
      <w:contextualSpacing/>
    </w:pPr>
  </w:style>
  <w:style w:type="paragraph" w:styleId="Listacumarcatori2">
    <w:name w:val="List Bullet 2"/>
    <w:basedOn w:val="Normal"/>
    <w:uiPriority w:val="99"/>
    <w:unhideWhenUsed/>
    <w:rsid w:val="00326F90"/>
    <w:pPr>
      <w:numPr>
        <w:numId w:val="2"/>
      </w:numPr>
      <w:contextualSpacing/>
    </w:pPr>
  </w:style>
  <w:style w:type="paragraph" w:styleId="Listacumarcatori3">
    <w:name w:val="List Bullet 3"/>
    <w:basedOn w:val="Normal"/>
    <w:uiPriority w:val="99"/>
    <w:unhideWhenUsed/>
    <w:rsid w:val="00326F90"/>
    <w:pPr>
      <w:numPr>
        <w:numId w:val="3"/>
      </w:numPr>
      <w:contextualSpacing/>
    </w:pPr>
  </w:style>
  <w:style w:type="paragraph" w:styleId="Listnumerotat">
    <w:name w:val="List Number"/>
    <w:basedOn w:val="Normal"/>
    <w:uiPriority w:val="99"/>
    <w:unhideWhenUsed/>
    <w:rsid w:val="00326F90"/>
    <w:pPr>
      <w:numPr>
        <w:numId w:val="5"/>
      </w:numPr>
      <w:contextualSpacing/>
    </w:pPr>
  </w:style>
  <w:style w:type="paragraph" w:styleId="Listanumerotat2">
    <w:name w:val="List Number 2"/>
    <w:basedOn w:val="Normal"/>
    <w:uiPriority w:val="99"/>
    <w:unhideWhenUsed/>
    <w:rsid w:val="0029639D"/>
    <w:pPr>
      <w:numPr>
        <w:numId w:val="6"/>
      </w:numPr>
      <w:contextualSpacing/>
    </w:pPr>
  </w:style>
  <w:style w:type="paragraph" w:styleId="Listanumerotat3">
    <w:name w:val="List Number 3"/>
    <w:basedOn w:val="Normal"/>
    <w:uiPriority w:val="99"/>
    <w:unhideWhenUsed/>
    <w:rsid w:val="0029639D"/>
    <w:pPr>
      <w:numPr>
        <w:numId w:val="7"/>
      </w:numPr>
      <w:contextualSpacing/>
    </w:pPr>
  </w:style>
  <w:style w:type="paragraph" w:styleId="Listcontinuare">
    <w:name w:val="List Continue"/>
    <w:basedOn w:val="Normal"/>
    <w:uiPriority w:val="99"/>
    <w:unhideWhenUsed/>
    <w:rsid w:val="0029639D"/>
    <w:pPr>
      <w:spacing w:after="120"/>
      <w:ind w:left="360"/>
      <w:contextualSpacing/>
    </w:pPr>
  </w:style>
  <w:style w:type="paragraph" w:styleId="Listcontinuare2">
    <w:name w:val="List Continue 2"/>
    <w:basedOn w:val="Normal"/>
    <w:uiPriority w:val="99"/>
    <w:unhideWhenUsed/>
    <w:rsid w:val="0029639D"/>
    <w:pPr>
      <w:spacing w:after="120"/>
      <w:ind w:left="720"/>
      <w:contextualSpacing/>
    </w:pPr>
  </w:style>
  <w:style w:type="paragraph" w:styleId="Listcontinuare3">
    <w:name w:val="List Continue 3"/>
    <w:basedOn w:val="Normal"/>
    <w:uiPriority w:val="99"/>
    <w:unhideWhenUsed/>
    <w:rsid w:val="0029639D"/>
    <w:pPr>
      <w:spacing w:after="120"/>
      <w:ind w:left="1080"/>
      <w:contextualSpacing/>
    </w:pPr>
  </w:style>
  <w:style w:type="paragraph" w:styleId="Textmacrocomand">
    <w:name w:val="macro"/>
    <w:link w:val="TextmacrocomandCaracte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crocomandCaracter">
    <w:name w:val="Text macrocomandă Caracter"/>
    <w:basedOn w:val="Fontdeparagrafimplicit"/>
    <w:link w:val="Textmacrocomand"/>
    <w:uiPriority w:val="99"/>
    <w:rsid w:val="0029639D"/>
    <w:rPr>
      <w:rFonts w:ascii="Courier" w:hAnsi="Courier"/>
      <w:sz w:val="20"/>
      <w:szCs w:val="20"/>
    </w:rPr>
  </w:style>
  <w:style w:type="paragraph" w:styleId="Citat">
    <w:name w:val="Quote"/>
    <w:basedOn w:val="Normal"/>
    <w:next w:val="Normal"/>
    <w:link w:val="CitatCaracter"/>
    <w:uiPriority w:val="29"/>
    <w:qFormat/>
    <w:rsid w:val="00FC693F"/>
    <w:rPr>
      <w:i/>
      <w:iCs/>
      <w:color w:val="000000" w:themeColor="text1"/>
    </w:rPr>
  </w:style>
  <w:style w:type="character" w:customStyle="1" w:styleId="CitatCaracter">
    <w:name w:val="Citat Caracter"/>
    <w:basedOn w:val="Fontdeparagrafimplicit"/>
    <w:link w:val="Citat"/>
    <w:uiPriority w:val="29"/>
    <w:rsid w:val="00FC693F"/>
    <w:rPr>
      <w:i/>
      <w:iCs/>
      <w:color w:val="000000" w:themeColor="text1"/>
    </w:rPr>
  </w:style>
  <w:style w:type="character" w:customStyle="1" w:styleId="Titlu4Caracter">
    <w:name w:val="Titlu 4 Caracter"/>
    <w:basedOn w:val="Fontdeparagrafimplicit"/>
    <w:link w:val="Titlu4"/>
    <w:uiPriority w:val="9"/>
    <w:semiHidden/>
    <w:rsid w:val="00FC693F"/>
    <w:rPr>
      <w:rFonts w:asciiTheme="majorHAnsi" w:eastAsiaTheme="majorEastAsia" w:hAnsiTheme="majorHAnsi" w:cstheme="majorBidi"/>
      <w:b/>
      <w:bCs/>
      <w:i/>
      <w:iCs/>
      <w:color w:val="4F81BD" w:themeColor="accent1"/>
    </w:rPr>
  </w:style>
  <w:style w:type="character" w:customStyle="1" w:styleId="Titlu5Caracter">
    <w:name w:val="Titlu 5 Caracter"/>
    <w:basedOn w:val="Fontdeparagrafimplicit"/>
    <w:link w:val="Titlu5"/>
    <w:uiPriority w:val="9"/>
    <w:semiHidden/>
    <w:rsid w:val="00FC693F"/>
    <w:rPr>
      <w:rFonts w:asciiTheme="majorHAnsi" w:eastAsiaTheme="majorEastAsia" w:hAnsiTheme="majorHAnsi" w:cstheme="majorBidi"/>
      <w:color w:val="243F60" w:themeColor="accent1" w:themeShade="7F"/>
    </w:rPr>
  </w:style>
  <w:style w:type="character" w:customStyle="1" w:styleId="Titlu6Caracter">
    <w:name w:val="Titlu 6 Caracter"/>
    <w:basedOn w:val="Fontdeparagrafimplicit"/>
    <w:link w:val="Titlu6"/>
    <w:uiPriority w:val="9"/>
    <w:semiHidden/>
    <w:rsid w:val="00FC693F"/>
    <w:rPr>
      <w:rFonts w:asciiTheme="majorHAnsi" w:eastAsiaTheme="majorEastAsia" w:hAnsiTheme="majorHAnsi" w:cstheme="majorBidi"/>
      <w:i/>
      <w:iCs/>
      <w:color w:val="243F60" w:themeColor="accent1" w:themeShade="7F"/>
    </w:rPr>
  </w:style>
  <w:style w:type="character" w:customStyle="1" w:styleId="Titlu7Caracter">
    <w:name w:val="Titlu 7 Caracter"/>
    <w:basedOn w:val="Fontdeparagrafimplicit"/>
    <w:link w:val="Titlu7"/>
    <w:uiPriority w:val="9"/>
    <w:semiHidden/>
    <w:rsid w:val="00FC693F"/>
    <w:rPr>
      <w:rFonts w:asciiTheme="majorHAnsi" w:eastAsiaTheme="majorEastAsia" w:hAnsiTheme="majorHAnsi" w:cstheme="majorBidi"/>
      <w:i/>
      <w:iCs/>
      <w:color w:val="404040" w:themeColor="text1" w:themeTint="BF"/>
    </w:rPr>
  </w:style>
  <w:style w:type="character" w:customStyle="1" w:styleId="Titlu8Caracter">
    <w:name w:val="Titlu 8 Caracter"/>
    <w:basedOn w:val="Fontdeparagrafimplicit"/>
    <w:link w:val="Titlu8"/>
    <w:uiPriority w:val="9"/>
    <w:semiHidden/>
    <w:rsid w:val="00FC693F"/>
    <w:rPr>
      <w:rFonts w:asciiTheme="majorHAnsi" w:eastAsiaTheme="majorEastAsia" w:hAnsiTheme="majorHAnsi" w:cstheme="majorBidi"/>
      <w:color w:val="4F81BD" w:themeColor="accent1"/>
      <w:sz w:val="20"/>
      <w:szCs w:val="20"/>
    </w:rPr>
  </w:style>
  <w:style w:type="character" w:customStyle="1" w:styleId="Titlu9Caracter">
    <w:name w:val="Titlu 9 Caracter"/>
    <w:basedOn w:val="Fontdeparagrafimplicit"/>
    <w:link w:val="Titlu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Robust">
    <w:name w:val="Strong"/>
    <w:basedOn w:val="Fontdeparagrafimplicit"/>
    <w:uiPriority w:val="22"/>
    <w:qFormat/>
    <w:rsid w:val="00FC693F"/>
    <w:rPr>
      <w:b/>
      <w:bCs/>
    </w:rPr>
  </w:style>
  <w:style w:type="character" w:styleId="Accentuat">
    <w:name w:val="Emphasis"/>
    <w:basedOn w:val="Fontdeparagrafimplicit"/>
    <w:uiPriority w:val="20"/>
    <w:qFormat/>
    <w:rsid w:val="00FC693F"/>
    <w:rPr>
      <w:i/>
      <w:iCs/>
    </w:rPr>
  </w:style>
  <w:style w:type="paragraph" w:styleId="Citatintens">
    <w:name w:val="Intense Quote"/>
    <w:basedOn w:val="Normal"/>
    <w:next w:val="Normal"/>
    <w:link w:val="CitatintensCaracte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ntensCaracter">
    <w:name w:val="Citat intens Caracter"/>
    <w:basedOn w:val="Fontdeparagrafimplicit"/>
    <w:link w:val="Citatintens"/>
    <w:uiPriority w:val="30"/>
    <w:rsid w:val="00FC693F"/>
    <w:rPr>
      <w:b/>
      <w:bCs/>
      <w:i/>
      <w:iCs/>
      <w:color w:val="4F81BD" w:themeColor="accent1"/>
    </w:rPr>
  </w:style>
  <w:style w:type="character" w:styleId="Accentuaresubtil">
    <w:name w:val="Subtle Emphasis"/>
    <w:basedOn w:val="Fontdeparagrafimplicit"/>
    <w:uiPriority w:val="19"/>
    <w:qFormat/>
    <w:rsid w:val="00FC693F"/>
    <w:rPr>
      <w:i/>
      <w:iCs/>
      <w:color w:val="808080" w:themeColor="text1" w:themeTint="7F"/>
    </w:rPr>
  </w:style>
  <w:style w:type="character" w:styleId="Accentuareintens">
    <w:name w:val="Intense Emphasis"/>
    <w:basedOn w:val="Fontdeparagrafimplicit"/>
    <w:uiPriority w:val="21"/>
    <w:qFormat/>
    <w:rsid w:val="00FC693F"/>
    <w:rPr>
      <w:b/>
      <w:bCs/>
      <w:i/>
      <w:iCs/>
      <w:color w:val="4F81BD" w:themeColor="accent1"/>
    </w:rPr>
  </w:style>
  <w:style w:type="character" w:styleId="Referiresubtil">
    <w:name w:val="Subtle Reference"/>
    <w:basedOn w:val="Fontdeparagrafimplicit"/>
    <w:uiPriority w:val="31"/>
    <w:qFormat/>
    <w:rsid w:val="00FC693F"/>
    <w:rPr>
      <w:smallCaps/>
      <w:color w:val="C0504D" w:themeColor="accent2"/>
      <w:u w:val="single"/>
    </w:rPr>
  </w:style>
  <w:style w:type="character" w:styleId="Referireintens">
    <w:name w:val="Intense Reference"/>
    <w:basedOn w:val="Fontdeparagrafimplicit"/>
    <w:uiPriority w:val="32"/>
    <w:qFormat/>
    <w:rsid w:val="00FC693F"/>
    <w:rPr>
      <w:b/>
      <w:bCs/>
      <w:smallCaps/>
      <w:color w:val="C0504D" w:themeColor="accent2"/>
      <w:spacing w:val="5"/>
      <w:u w:val="single"/>
    </w:rPr>
  </w:style>
  <w:style w:type="character" w:styleId="Titlulcrii">
    <w:name w:val="Book Title"/>
    <w:basedOn w:val="Fontdeparagrafimplicit"/>
    <w:uiPriority w:val="33"/>
    <w:qFormat/>
    <w:rsid w:val="00FC693F"/>
    <w:rPr>
      <w:b/>
      <w:bCs/>
      <w:smallCaps/>
      <w:spacing w:val="5"/>
    </w:rPr>
  </w:style>
  <w:style w:type="paragraph" w:styleId="Titlucuprins">
    <w:name w:val="TOC Heading"/>
    <w:basedOn w:val="Titlu1"/>
    <w:next w:val="Normal"/>
    <w:uiPriority w:val="39"/>
    <w:semiHidden/>
    <w:unhideWhenUsed/>
    <w:qFormat/>
    <w:rsid w:val="00FC693F"/>
    <w:pPr>
      <w:outlineLvl w:val="9"/>
    </w:pPr>
  </w:style>
  <w:style w:type="table" w:styleId="Tabelgril">
    <w:name w:val="Table Grid"/>
    <w:basedOn w:val="Tabel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Umbriredeculoaredeschis">
    <w:name w:val="Light Shading"/>
    <w:basedOn w:val="Tabel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Umbriredeculoaredeschis-Accentuare1">
    <w:name w:val="Light Shading Accent 1"/>
    <w:basedOn w:val="Tabel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Umbriredeculoaredeschis-Accentuare2">
    <w:name w:val="Light Shading Accent 2"/>
    <w:basedOn w:val="Tabel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Umbriredeculoaredeschis-Accentuare3">
    <w:name w:val="Light Shading Accent 3"/>
    <w:basedOn w:val="Tabel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Umbriredeculoaredeschis-Accentuare4">
    <w:name w:val="Light Shading Accent 4"/>
    <w:basedOn w:val="Tabel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Umbriredeculoaredeschis-Accentuare5">
    <w:name w:val="Light Shading Accent 5"/>
    <w:basedOn w:val="Tabel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Umbriredeculoaredeschis-Accentuare6">
    <w:name w:val="Light Shading Accent 6"/>
    <w:basedOn w:val="Tabel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deculoaredeschis">
    <w:name w:val="Light List"/>
    <w:basedOn w:val="Tabel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deculoaredeschis-Accentuare1">
    <w:name w:val="Light List Accent 1"/>
    <w:basedOn w:val="Tabel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deculoaredeschis-Accentuare2">
    <w:name w:val="Light List Accent 2"/>
    <w:basedOn w:val="Tabel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deculoaredeschis-Accentuare3">
    <w:name w:val="Light List Accent 3"/>
    <w:basedOn w:val="Tabel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deculoaredeschis-Accentuare4">
    <w:name w:val="Light List Accent 4"/>
    <w:basedOn w:val="Tabel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deculoaredeschis-Accentuare5">
    <w:name w:val="Light List Accent 5"/>
    <w:basedOn w:val="Tabel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deculoaredeschis-Accentuare6">
    <w:name w:val="Light List Accent 6"/>
    <w:basedOn w:val="Tabel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deculoaredeschis">
    <w:name w:val="Light Grid"/>
    <w:basedOn w:val="Tabel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deculoaredeschis-Accentuare1">
    <w:name w:val="Light Grid Accent 1"/>
    <w:basedOn w:val="Tabel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deculoaredeschis-Accentuare2">
    <w:name w:val="Light Grid Accent 2"/>
    <w:basedOn w:val="Tabel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deculoaredeschis-Accentuare3">
    <w:name w:val="Light Grid Accent 3"/>
    <w:basedOn w:val="Tabel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deculoaredeschis-Accentuare4">
    <w:name w:val="Light Grid Accent 4"/>
    <w:basedOn w:val="Tabel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deculoaredeschis-Accentuare5">
    <w:name w:val="Light Grid Accent 5"/>
    <w:basedOn w:val="Tabel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deculoaredeschis-Accentuare6">
    <w:name w:val="Light Grid Accent 6"/>
    <w:basedOn w:val="Tabel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Umbriremedie1">
    <w:name w:val="Medium Shading 1"/>
    <w:basedOn w:val="Tabel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Umbriremedie1-Accentuare1">
    <w:name w:val="Medium Shading 1 Accent 1"/>
    <w:basedOn w:val="Tabel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Umbriremedie1-Accentuare2">
    <w:name w:val="Medium Shading 1 Accent 2"/>
    <w:basedOn w:val="Tabel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Umbriremedie1-Accentuare3">
    <w:name w:val="Medium Shading 1 Accent 3"/>
    <w:basedOn w:val="Tabel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Umbriremedie1-Accentuare4">
    <w:name w:val="Medium Shading 1 Accent 4"/>
    <w:basedOn w:val="Tabel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Umbriremedie1-Accentuare5">
    <w:name w:val="Medium Shading 1 Accent 5"/>
    <w:basedOn w:val="Tabel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Umbriremedie1-Accentuare6">
    <w:name w:val="Medium Shading 1 Accent 6"/>
    <w:basedOn w:val="Tabel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Umbriremedie2">
    <w:name w:val="Medium Shading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1">
    <w:name w:val="Medium Shading 2 Accent 1"/>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2">
    <w:name w:val="Medium Shading 2 Accent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3">
    <w:name w:val="Medium Shading 2 Accent 3"/>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4">
    <w:name w:val="Medium Shading 2 Accent 4"/>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5">
    <w:name w:val="Medium Shading 2 Accent 5"/>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6">
    <w:name w:val="Medium Shading 2 Accent 6"/>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medie1">
    <w:name w:val="Medium List 1"/>
    <w:basedOn w:val="Tabel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medie1-Accentuare1">
    <w:name w:val="Medium List 1 Accent 1"/>
    <w:basedOn w:val="Tabel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medie1-Accentuare2">
    <w:name w:val="Medium List 1 Accent 2"/>
    <w:basedOn w:val="Tabel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medie1-Accentuare3">
    <w:name w:val="Medium List 1 Accent 3"/>
    <w:basedOn w:val="Tabel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medie1-Accentuare4">
    <w:name w:val="Medium List 1 Accent 4"/>
    <w:basedOn w:val="Tabel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medie1-Accentuare5">
    <w:name w:val="Medium List 1 Accent 5"/>
    <w:basedOn w:val="Tabel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medie1-Accentuare6">
    <w:name w:val="Medium List 1 Accent 6"/>
    <w:basedOn w:val="Tabel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medie2">
    <w:name w:val="Medium Lis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1">
    <w:name w:val="Medium List 2 Accent 1"/>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2">
    <w:name w:val="Medium List 2 Accen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3">
    <w:name w:val="Medium List 2 Accent 3"/>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4">
    <w:name w:val="Medium List 2 Accent 4"/>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5">
    <w:name w:val="Medium List 2 Accent 5"/>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6">
    <w:name w:val="Medium List 2 Accent 6"/>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medie1">
    <w:name w:val="Medium Grid 1"/>
    <w:basedOn w:val="Tabel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medie1-Accentuare1">
    <w:name w:val="Medium Grid 1 Accent 1"/>
    <w:basedOn w:val="Tabel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medie1-Accentuare2">
    <w:name w:val="Medium Grid 1 Accent 2"/>
    <w:basedOn w:val="Tabel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medie1-Accentuare3">
    <w:name w:val="Medium Grid 1 Accent 3"/>
    <w:basedOn w:val="Tabel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medie1-Accentuare4">
    <w:name w:val="Medium Grid 1 Accent 4"/>
    <w:basedOn w:val="Tabel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medie1-Accentuare5">
    <w:name w:val="Medium Grid 1 Accent 5"/>
    <w:basedOn w:val="Tabel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medie1-Accentuare6">
    <w:name w:val="Medium Grid 1 Accent 6"/>
    <w:basedOn w:val="Tabel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medie2">
    <w:name w:val="Medium Grid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medie2-Accentuare1">
    <w:name w:val="Medium Grid 2 Accent 1"/>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medie2-Accentuare2">
    <w:name w:val="Medium Grid 2 Accent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medie2-Accentuare3">
    <w:name w:val="Medium Grid 2 Accent 3"/>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medie2-Accentuare4">
    <w:name w:val="Medium Grid 2 Accent 4"/>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medie2-Accentuare5">
    <w:name w:val="Medium Grid 2 Accent 5"/>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medie2-Accentuare6">
    <w:name w:val="Medium Grid 2 Accent 6"/>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medie3">
    <w:name w:val="Medium Grid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medie3-Accentuare1">
    <w:name w:val="Medium Grid 3 Accent 1"/>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medie3-Accentuare2">
    <w:name w:val="Medium Grid 3 Accent 2"/>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medie3-Accentuare3">
    <w:name w:val="Medium Grid 3 Accent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medie3-Accentuare4">
    <w:name w:val="Medium Grid 3 Accent 4"/>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medie3-Accentuare5">
    <w:name w:val="Medium Grid 3 Accent 5"/>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medie3-Accentuare6">
    <w:name w:val="Medium Grid 3 Accent 6"/>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deculoarenchis">
    <w:name w:val="Dark List"/>
    <w:basedOn w:val="Tabel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deculoarenchis-Accentuare1">
    <w:name w:val="Dark List Accent 1"/>
    <w:basedOn w:val="Tabel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deculoarenchis-Accentuare2">
    <w:name w:val="Dark List Accent 2"/>
    <w:basedOn w:val="Tabel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deculoarenchis-Accentuare3">
    <w:name w:val="Dark List Accent 3"/>
    <w:basedOn w:val="Tabel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deculoarenchis-Accentuare4">
    <w:name w:val="Dark List Accent 4"/>
    <w:basedOn w:val="Tabel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deculoarenchis-Accentuare5">
    <w:name w:val="Dark List Accent 5"/>
    <w:basedOn w:val="Tabel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deculoarenchis-Accentuare6">
    <w:name w:val="Dark List Accent 6"/>
    <w:basedOn w:val="Tabel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Umbrirecolorat">
    <w:name w:val="Colorful Shading"/>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Umbrirecolorat-Accentuare1">
    <w:name w:val="Colorful Shading Accent 1"/>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Umbrirecolorat-Accentuare2">
    <w:name w:val="Colorful Shading Accent 2"/>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Umbrirecolorat-Accentuare3">
    <w:name w:val="Colorful Shading Accent 3"/>
    <w:basedOn w:val="Tabel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Umbrirecolorat-Accentuare4">
    <w:name w:val="Colorful Shading Accent 4"/>
    <w:basedOn w:val="Tabel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Umbrirecolorat-Accentuare5">
    <w:name w:val="Colorful Shading Accent 5"/>
    <w:basedOn w:val="Tabel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Umbrirecolorat-Accentuare6">
    <w:name w:val="Colorful Shading Accent 6"/>
    <w:basedOn w:val="Tabel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colorat">
    <w:name w:val="Colorful List"/>
    <w:basedOn w:val="Tabel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colorat-Accentuare1">
    <w:name w:val="Colorful List Accent 1"/>
    <w:basedOn w:val="Tabel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colorat-Accentuare2">
    <w:name w:val="Colorful List Accent 2"/>
    <w:basedOn w:val="Tabel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colorat-Accentuare3">
    <w:name w:val="Colorful List Accent 3"/>
    <w:basedOn w:val="Tabel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colorat-Accentuare4">
    <w:name w:val="Colorful List Accent 4"/>
    <w:basedOn w:val="Tabel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colorat-Accentuare5">
    <w:name w:val="Colorful List Accent 5"/>
    <w:basedOn w:val="Tabel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colorat-Accentuare6">
    <w:name w:val="Colorful List Accent 6"/>
    <w:basedOn w:val="Tabel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colorat">
    <w:name w:val="Colorful Grid"/>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colorat-Accentuare1">
    <w:name w:val="Colorful Grid Accent 1"/>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colorat-Accentuare2">
    <w:name w:val="Colorful Grid Accent 2"/>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colorat-Accentuare3">
    <w:name w:val="Colorful Grid Accent 3"/>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colorat-Accentuare4">
    <w:name w:val="Colorful Grid Accent 4"/>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colorat-Accentuare5">
    <w:name w:val="Colorful Grid Accent 5"/>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colorat-Accentuare6">
    <w:name w:val="Colorful Grid Accent 6"/>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eNormal">
    <w:name w:val="Table Normal"/>
    <w:uiPriority w:val="2"/>
    <w:semiHidden/>
    <w:unhideWhenUsed/>
    <w:qFormat/>
    <w:rsid w:val="006D247D"/>
    <w:pPr>
      <w:widowControl w:val="0"/>
      <w:autoSpaceDE w:val="0"/>
      <w:autoSpaceDN w:val="0"/>
      <w:spacing w:after="0" w:line="240" w:lineRule="auto"/>
    </w:pPr>
    <w:rPr>
      <w:rFonts w:eastAsiaTheme="minorHAnsi"/>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D247D"/>
    <w:pPr>
      <w:widowControl w:val="0"/>
      <w:autoSpaceDE w:val="0"/>
      <w:autoSpaceDN w:val="0"/>
      <w:spacing w:after="0" w:line="240" w:lineRule="auto"/>
      <w:ind w:left="107"/>
    </w:pPr>
    <w:rPr>
      <w:rFonts w:eastAsia="Times New Roman" w:cs="Times New Roman"/>
      <w:sz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7B1D1-C2A9-41DD-86FD-3F4DC2ABD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2437</Words>
  <Characters>13892</Characters>
  <Application>Microsoft Office Word</Application>
  <DocSecurity>0</DocSecurity>
  <Lines>115</Lines>
  <Paragraphs>32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16297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3</cp:revision>
  <dcterms:created xsi:type="dcterms:W3CDTF">2026-09-09T13:04:00Z</dcterms:created>
  <dcterms:modified xsi:type="dcterms:W3CDTF">2026-09-09T13:05:00Z</dcterms:modified>
  <cp:category/>
</cp:coreProperties>
</file>