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46531" w14:textId="77777777" w:rsidR="001E39F6" w:rsidRDefault="00000000">
      <w:pPr>
        <w:jc w:val="center"/>
      </w:pPr>
      <w:r>
        <w:rPr>
          <w:b/>
          <w:sz w:val="28"/>
        </w:rPr>
        <w:t>ȘCOALA GIMNAZIALĂ ȘIEU-MĂGHERUȘ</w:t>
      </w:r>
      <w:r>
        <w:rPr>
          <w:b/>
          <w:sz w:val="28"/>
        </w:rPr>
        <w:br/>
      </w:r>
      <w:r>
        <w:rPr>
          <w:b/>
          <w:sz w:val="26"/>
        </w:rPr>
        <w:t>GRĂDINIȚA CU PROGRAM PRELUNGIT ȘIEU-MĂGHERUȘ</w:t>
      </w:r>
    </w:p>
    <w:p w14:paraId="171AC831" w14:textId="77777777" w:rsidR="001E39F6" w:rsidRDefault="00000000">
      <w:pPr>
        <w:jc w:val="center"/>
      </w:pPr>
      <w:r>
        <w:rPr>
          <w:b/>
          <w:sz w:val="32"/>
        </w:rPr>
        <w:br/>
        <w:t>ANUNȚ CONCURS</w:t>
      </w:r>
      <w:r>
        <w:rPr>
          <w:b/>
          <w:sz w:val="32"/>
        </w:rPr>
        <w:br/>
      </w:r>
      <w:r>
        <w:rPr>
          <w:b/>
          <w:sz w:val="26"/>
        </w:rPr>
        <w:t>pentru ocuparea unui post contractual vacant de ÎNGRIJITOR G</w:t>
      </w:r>
    </w:p>
    <w:p w14:paraId="797ECCE6" w14:textId="3E57AE1E" w:rsidR="001E39F6" w:rsidRDefault="00000000" w:rsidP="00FC3FB4">
      <w:pPr>
        <w:ind w:firstLine="720"/>
      </w:pPr>
      <w:r>
        <w:t xml:space="preserve">Școala Gimnazială Șieu-Măgheruș, cu sediul în comuna Șieu-Măgheruș, județul Bistrița-Năsăud, organizează concurs pentru ocuparea, pe perioadă nedeterminată, a unui post contractual vacant de </w:t>
      </w:r>
      <w:proofErr w:type="spellStart"/>
      <w:r>
        <w:t>îngrijitor</w:t>
      </w:r>
      <w:proofErr w:type="spellEnd"/>
      <w:r w:rsidR="00FC3FB4">
        <w:t>-</w:t>
      </w:r>
      <w:r>
        <w:t xml:space="preserve"> G, </w:t>
      </w:r>
      <w:proofErr w:type="spellStart"/>
      <w:r>
        <w:t>în</w:t>
      </w:r>
      <w:proofErr w:type="spellEnd"/>
      <w:r>
        <w:t xml:space="preserve"> </w:t>
      </w:r>
      <w:proofErr w:type="spellStart"/>
      <w:r>
        <w:t>cadrul</w:t>
      </w:r>
      <w:proofErr w:type="spellEnd"/>
      <w:r>
        <w:t xml:space="preserve"> Grădiniței cu Program Prelungit Șieu-Măgheruș, în conformitate cu prevederile H.G. nr. 1336/2022, cu modificările și completările ulterioare.</w:t>
      </w:r>
    </w:p>
    <w:p w14:paraId="1087903D" w14:textId="77777777" w:rsidR="001E39F6" w:rsidRDefault="00000000">
      <w:r>
        <w:rPr>
          <w:b/>
        </w:rPr>
        <w:t>1. POSTUL SCOS LA CONCURS</w:t>
      </w:r>
    </w:p>
    <w:p w14:paraId="3BB5313A" w14:textId="239FF096" w:rsidR="001E39F6" w:rsidRDefault="00000000">
      <w:r>
        <w:t>Denumirea postului: Îngrijitor G</w:t>
      </w:r>
      <w:r>
        <w:br/>
        <w:t>Număr posturi: 1 post</w:t>
      </w:r>
      <w:r>
        <w:br/>
        <w:t>Tipul postului: contractual vacant</w:t>
      </w:r>
      <w:r>
        <w:br/>
        <w:t>Durata contractului: nedeterminată</w:t>
      </w:r>
      <w:r>
        <w:br/>
        <w:t>Locul de muncă: Grădinița cu Program Prelungit Șieu-Măgheruș</w:t>
      </w:r>
      <w:r>
        <w:br/>
        <w:t xml:space="preserve">Norma: </w:t>
      </w:r>
      <w:r w:rsidR="00FC3FB4">
        <w:t xml:space="preserve">1 </w:t>
      </w:r>
      <w:proofErr w:type="spellStart"/>
      <w:r w:rsidR="00FC3FB4">
        <w:t>norma</w:t>
      </w:r>
      <w:proofErr w:type="spellEnd"/>
      <w:r>
        <w:br/>
      </w:r>
      <w:proofErr w:type="spellStart"/>
      <w:r>
        <w:t>Nivelul</w:t>
      </w:r>
      <w:proofErr w:type="spellEnd"/>
      <w:r>
        <w:t xml:space="preserve"> </w:t>
      </w:r>
      <w:proofErr w:type="spellStart"/>
      <w:r>
        <w:t>studiilor</w:t>
      </w:r>
      <w:proofErr w:type="spellEnd"/>
      <w:r>
        <w:t xml:space="preserve">: </w:t>
      </w:r>
      <w:proofErr w:type="spellStart"/>
      <w:r w:rsidR="00FC3FB4">
        <w:t>generale</w:t>
      </w:r>
      <w:proofErr w:type="spellEnd"/>
    </w:p>
    <w:p w14:paraId="312E5956" w14:textId="77777777" w:rsidR="001E39F6" w:rsidRDefault="00000000">
      <w:r>
        <w:rPr>
          <w:b/>
        </w:rPr>
        <w:t>2. CONDIȚII GENERALE DE PARTICIPARE</w:t>
      </w:r>
    </w:p>
    <w:p w14:paraId="5A25F4DC" w14:textId="77777777" w:rsidR="001E39F6" w:rsidRDefault="00000000">
      <w:r>
        <w:t>Candidații trebuie să îndeplinească condițiile generale prevăzute de art. 15 din H.G. nr. 1336/2022, cu modificările și completările ulterioare.</w:t>
      </w:r>
    </w:p>
    <w:p w14:paraId="7D2F73BC" w14:textId="77777777" w:rsidR="001E39F6" w:rsidRDefault="00000000">
      <w:r>
        <w:rPr>
          <w:b/>
        </w:rPr>
        <w:t>3. CONDIȚII SPECIFICE</w:t>
      </w:r>
    </w:p>
    <w:p w14:paraId="2077EF01" w14:textId="73AD65EE" w:rsidR="001E39F6" w:rsidRDefault="00000000">
      <w:r>
        <w:t>Condițiile specifice de ocupare a postului sunt cele stabilite prin fișa postului și prin statul de funcții aprobat al unității de învățământ:</w:t>
      </w:r>
      <w:r>
        <w:br/>
        <w:t xml:space="preserve">• studii </w:t>
      </w:r>
      <w:proofErr w:type="spellStart"/>
      <w:r>
        <w:t>generale</w:t>
      </w:r>
      <w:proofErr w:type="spellEnd"/>
      <w:r>
        <w:t xml:space="preserve">, conform </w:t>
      </w:r>
      <w:proofErr w:type="spellStart"/>
      <w:r>
        <w:t>cerințelor</w:t>
      </w:r>
      <w:proofErr w:type="spellEnd"/>
      <w:r>
        <w:t xml:space="preserve"> </w:t>
      </w:r>
      <w:proofErr w:type="spellStart"/>
      <w:r>
        <w:t>postului</w:t>
      </w:r>
      <w:proofErr w:type="spellEnd"/>
      <w:r>
        <w:t>;</w:t>
      </w:r>
      <w:r>
        <w:br/>
        <w:t xml:space="preserve">• </w:t>
      </w:r>
      <w:proofErr w:type="spellStart"/>
      <w:r>
        <w:t>disponibilitate</w:t>
      </w:r>
      <w:proofErr w:type="spellEnd"/>
      <w:r>
        <w:t xml:space="preserve"> </w:t>
      </w:r>
      <w:proofErr w:type="spellStart"/>
      <w:r>
        <w:t>pentru</w:t>
      </w:r>
      <w:proofErr w:type="spellEnd"/>
      <w:r>
        <w:t xml:space="preserve"> programul de lucru stabilit de unitatea de învățământ;</w:t>
      </w:r>
      <w:r>
        <w:br/>
        <w:t>• apt din punct de vedere medical pentru exercitarea atribuțiilor postului.</w:t>
      </w:r>
    </w:p>
    <w:p w14:paraId="3418CF02" w14:textId="77777777" w:rsidR="001E39F6" w:rsidRDefault="00000000">
      <w:r>
        <w:rPr>
          <w:b/>
        </w:rPr>
        <w:t>4. DOSARUL DE CONCURS</w:t>
      </w:r>
    </w:p>
    <w:p w14:paraId="36CA4ACE" w14:textId="77777777" w:rsidR="001E39F6" w:rsidRDefault="00000000">
      <w:r>
        <w:t>Dosarul de concurs va conține documentele prevăzute de art. 35 din H.G. nr. 1336/2022, cu modificările și completările ulterioare, respectiv, după caz: formular de înscriere, copia actului de identitate, copii ale documentelor de studii, documente privind vechimea, cazier judiciar sau declarație pe propria răspundere, adeverință medicală, curriculum vitae și alte documente solicitate potrivit legislației și condițiilor specifice ale postului.</w:t>
      </w:r>
    </w:p>
    <w:p w14:paraId="09A49AD4" w14:textId="77777777" w:rsidR="001E39F6" w:rsidRDefault="00000000">
      <w:r>
        <w:rPr>
          <w:b/>
        </w:rPr>
        <w:t>5. CALENDARUL CONCURSULUI</w:t>
      </w:r>
    </w:p>
    <w:tbl>
      <w:tblPr>
        <w:tblStyle w:val="TableGrid"/>
        <w:tblW w:w="0" w:type="auto"/>
        <w:jc w:val="center"/>
        <w:tblLook w:val="04A0" w:firstRow="1" w:lastRow="0" w:firstColumn="1" w:lastColumn="0" w:noHBand="0" w:noVBand="1"/>
      </w:tblPr>
      <w:tblGrid>
        <w:gridCol w:w="3150"/>
        <w:gridCol w:w="3141"/>
        <w:gridCol w:w="3111"/>
      </w:tblGrid>
      <w:tr w:rsidR="001E39F6" w14:paraId="2B53DFAD" w14:textId="77777777">
        <w:trPr>
          <w:jc w:val="center"/>
        </w:trPr>
        <w:tc>
          <w:tcPr>
            <w:tcW w:w="3249" w:type="dxa"/>
          </w:tcPr>
          <w:p w14:paraId="0AD47044" w14:textId="77777777" w:rsidR="001E39F6" w:rsidRDefault="00000000">
            <w:r>
              <w:t>Etapa</w:t>
            </w:r>
          </w:p>
        </w:tc>
        <w:tc>
          <w:tcPr>
            <w:tcW w:w="3249" w:type="dxa"/>
          </w:tcPr>
          <w:p w14:paraId="12E38B7E" w14:textId="77777777" w:rsidR="001E39F6" w:rsidRDefault="00000000">
            <w:r>
              <w:t>Data</w:t>
            </w:r>
          </w:p>
        </w:tc>
        <w:tc>
          <w:tcPr>
            <w:tcW w:w="3249" w:type="dxa"/>
          </w:tcPr>
          <w:p w14:paraId="3E6B0963" w14:textId="77777777" w:rsidR="001E39F6" w:rsidRDefault="00000000">
            <w:r>
              <w:t>Ora</w:t>
            </w:r>
          </w:p>
        </w:tc>
      </w:tr>
      <w:tr w:rsidR="001E39F6" w14:paraId="4AF0CED2" w14:textId="77777777">
        <w:trPr>
          <w:jc w:val="center"/>
        </w:trPr>
        <w:tc>
          <w:tcPr>
            <w:tcW w:w="3249" w:type="dxa"/>
            <w:vAlign w:val="center"/>
          </w:tcPr>
          <w:p w14:paraId="4BB8B8FA" w14:textId="77777777" w:rsidR="001E39F6" w:rsidRDefault="00000000">
            <w:r>
              <w:t>Publicarea anunțului</w:t>
            </w:r>
          </w:p>
        </w:tc>
        <w:tc>
          <w:tcPr>
            <w:tcW w:w="3249" w:type="dxa"/>
            <w:vAlign w:val="center"/>
          </w:tcPr>
          <w:p w14:paraId="089D3374" w14:textId="77777777" w:rsidR="001E39F6" w:rsidRDefault="00000000">
            <w:r>
              <w:t>03.09.2026</w:t>
            </w:r>
          </w:p>
        </w:tc>
        <w:tc>
          <w:tcPr>
            <w:tcW w:w="3249" w:type="dxa"/>
            <w:vAlign w:val="center"/>
          </w:tcPr>
          <w:p w14:paraId="11CB9A72" w14:textId="77777777" w:rsidR="001E39F6" w:rsidRDefault="00000000">
            <w:r>
              <w:t>10:00</w:t>
            </w:r>
          </w:p>
        </w:tc>
      </w:tr>
      <w:tr w:rsidR="001E39F6" w14:paraId="3BAE66FE" w14:textId="77777777">
        <w:trPr>
          <w:jc w:val="center"/>
        </w:trPr>
        <w:tc>
          <w:tcPr>
            <w:tcW w:w="3249" w:type="dxa"/>
            <w:vAlign w:val="center"/>
          </w:tcPr>
          <w:p w14:paraId="133B2C1A" w14:textId="77777777" w:rsidR="001E39F6" w:rsidRDefault="00000000">
            <w:r>
              <w:t>Depunerea dosarelor</w:t>
            </w:r>
          </w:p>
        </w:tc>
        <w:tc>
          <w:tcPr>
            <w:tcW w:w="3249" w:type="dxa"/>
            <w:vAlign w:val="center"/>
          </w:tcPr>
          <w:p w14:paraId="6017A4CE" w14:textId="77777777" w:rsidR="001E39F6" w:rsidRDefault="00000000">
            <w:r>
              <w:t>03.09.2026 – 16.09.2026</w:t>
            </w:r>
          </w:p>
        </w:tc>
        <w:tc>
          <w:tcPr>
            <w:tcW w:w="3249" w:type="dxa"/>
            <w:vAlign w:val="center"/>
          </w:tcPr>
          <w:p w14:paraId="061A57FE" w14:textId="1C1E6E58" w:rsidR="001E39F6" w:rsidRDefault="00000000">
            <w:proofErr w:type="spellStart"/>
            <w:r>
              <w:t>până</w:t>
            </w:r>
            <w:proofErr w:type="spellEnd"/>
            <w:r>
              <w:t xml:space="preserve"> la 1</w:t>
            </w:r>
            <w:r w:rsidR="00FC3FB4">
              <w:t>4</w:t>
            </w:r>
            <w:r>
              <w:t>:00</w:t>
            </w:r>
          </w:p>
        </w:tc>
      </w:tr>
      <w:tr w:rsidR="001E39F6" w14:paraId="12EB740A" w14:textId="77777777">
        <w:trPr>
          <w:jc w:val="center"/>
        </w:trPr>
        <w:tc>
          <w:tcPr>
            <w:tcW w:w="3249" w:type="dxa"/>
            <w:vAlign w:val="center"/>
          </w:tcPr>
          <w:p w14:paraId="2CB1EF33" w14:textId="77777777" w:rsidR="001E39F6" w:rsidRDefault="00000000">
            <w:r>
              <w:t>Selecția dosarelor</w:t>
            </w:r>
          </w:p>
        </w:tc>
        <w:tc>
          <w:tcPr>
            <w:tcW w:w="3249" w:type="dxa"/>
            <w:vAlign w:val="center"/>
          </w:tcPr>
          <w:p w14:paraId="41323199" w14:textId="77777777" w:rsidR="001E39F6" w:rsidRDefault="00000000">
            <w:r>
              <w:t>17–18.09.2026</w:t>
            </w:r>
          </w:p>
        </w:tc>
        <w:tc>
          <w:tcPr>
            <w:tcW w:w="3249" w:type="dxa"/>
            <w:vAlign w:val="center"/>
          </w:tcPr>
          <w:p w14:paraId="3DA58BA8" w14:textId="77777777" w:rsidR="001E39F6" w:rsidRDefault="00000000">
            <w:r>
              <w:t>—</w:t>
            </w:r>
          </w:p>
        </w:tc>
      </w:tr>
      <w:tr w:rsidR="001E39F6" w14:paraId="3F53F8CE" w14:textId="77777777">
        <w:trPr>
          <w:jc w:val="center"/>
        </w:trPr>
        <w:tc>
          <w:tcPr>
            <w:tcW w:w="3249" w:type="dxa"/>
            <w:vAlign w:val="center"/>
          </w:tcPr>
          <w:p w14:paraId="6DCF6C76" w14:textId="77777777" w:rsidR="001E39F6" w:rsidRDefault="00000000">
            <w:r>
              <w:lastRenderedPageBreak/>
              <w:t>Afișarea rezultatelor selecției dosarelor</w:t>
            </w:r>
          </w:p>
        </w:tc>
        <w:tc>
          <w:tcPr>
            <w:tcW w:w="3249" w:type="dxa"/>
            <w:vAlign w:val="center"/>
          </w:tcPr>
          <w:p w14:paraId="4980D9FC" w14:textId="77777777" w:rsidR="001E39F6" w:rsidRDefault="00000000">
            <w:r>
              <w:t>21.09.2026</w:t>
            </w:r>
          </w:p>
        </w:tc>
        <w:tc>
          <w:tcPr>
            <w:tcW w:w="3249" w:type="dxa"/>
            <w:vAlign w:val="center"/>
          </w:tcPr>
          <w:p w14:paraId="6F3780C5" w14:textId="77777777" w:rsidR="001E39F6" w:rsidRDefault="00000000">
            <w:r>
              <w:t>10:00</w:t>
            </w:r>
          </w:p>
        </w:tc>
      </w:tr>
      <w:tr w:rsidR="001E39F6" w14:paraId="41465D19" w14:textId="77777777">
        <w:trPr>
          <w:jc w:val="center"/>
        </w:trPr>
        <w:tc>
          <w:tcPr>
            <w:tcW w:w="3249" w:type="dxa"/>
            <w:vAlign w:val="center"/>
          </w:tcPr>
          <w:p w14:paraId="137CDEC4" w14:textId="77777777" w:rsidR="001E39F6" w:rsidRDefault="00000000">
            <w:r>
              <w:t>Depunerea contestațiilor la selecția dosarelor</w:t>
            </w:r>
          </w:p>
        </w:tc>
        <w:tc>
          <w:tcPr>
            <w:tcW w:w="3249" w:type="dxa"/>
            <w:vAlign w:val="center"/>
          </w:tcPr>
          <w:p w14:paraId="387AB635" w14:textId="77777777" w:rsidR="001E39F6" w:rsidRDefault="00000000">
            <w:r>
              <w:t>21–22.09.2026</w:t>
            </w:r>
          </w:p>
        </w:tc>
        <w:tc>
          <w:tcPr>
            <w:tcW w:w="3249" w:type="dxa"/>
            <w:vAlign w:val="center"/>
          </w:tcPr>
          <w:p w14:paraId="56ACE126" w14:textId="77777777" w:rsidR="001E39F6" w:rsidRDefault="00000000">
            <w:r>
              <w:t>până la 10:00</w:t>
            </w:r>
          </w:p>
        </w:tc>
      </w:tr>
      <w:tr w:rsidR="001E39F6" w14:paraId="2295AC38" w14:textId="77777777">
        <w:trPr>
          <w:jc w:val="center"/>
        </w:trPr>
        <w:tc>
          <w:tcPr>
            <w:tcW w:w="3249" w:type="dxa"/>
            <w:vAlign w:val="center"/>
          </w:tcPr>
          <w:p w14:paraId="436E704F" w14:textId="77777777" w:rsidR="001E39F6" w:rsidRDefault="00000000">
            <w:r>
              <w:t>Soluționarea contestațiilor</w:t>
            </w:r>
          </w:p>
        </w:tc>
        <w:tc>
          <w:tcPr>
            <w:tcW w:w="3249" w:type="dxa"/>
            <w:vAlign w:val="center"/>
          </w:tcPr>
          <w:p w14:paraId="7ED75392" w14:textId="77777777" w:rsidR="001E39F6" w:rsidRDefault="00000000">
            <w:r>
              <w:t>22.09.2026</w:t>
            </w:r>
          </w:p>
        </w:tc>
        <w:tc>
          <w:tcPr>
            <w:tcW w:w="3249" w:type="dxa"/>
            <w:vAlign w:val="center"/>
          </w:tcPr>
          <w:p w14:paraId="25AE162E" w14:textId="77777777" w:rsidR="001E39F6" w:rsidRDefault="00000000">
            <w:r>
              <w:t>—</w:t>
            </w:r>
          </w:p>
        </w:tc>
      </w:tr>
      <w:tr w:rsidR="001E39F6" w14:paraId="06989260" w14:textId="77777777">
        <w:trPr>
          <w:jc w:val="center"/>
        </w:trPr>
        <w:tc>
          <w:tcPr>
            <w:tcW w:w="3249" w:type="dxa"/>
            <w:vAlign w:val="center"/>
          </w:tcPr>
          <w:p w14:paraId="62FC9B16" w14:textId="77777777" w:rsidR="001E39F6" w:rsidRDefault="00000000">
            <w:r>
              <w:t>Proba scrisă</w:t>
            </w:r>
          </w:p>
        </w:tc>
        <w:tc>
          <w:tcPr>
            <w:tcW w:w="3249" w:type="dxa"/>
            <w:vAlign w:val="center"/>
          </w:tcPr>
          <w:p w14:paraId="0FD6846B" w14:textId="77777777" w:rsidR="001E39F6" w:rsidRDefault="00000000">
            <w:r>
              <w:t>23.09.2026</w:t>
            </w:r>
          </w:p>
        </w:tc>
        <w:tc>
          <w:tcPr>
            <w:tcW w:w="3249" w:type="dxa"/>
            <w:vAlign w:val="center"/>
          </w:tcPr>
          <w:p w14:paraId="33A2C627" w14:textId="77777777" w:rsidR="001E39F6" w:rsidRDefault="00000000">
            <w:r>
              <w:t>10:00</w:t>
            </w:r>
          </w:p>
        </w:tc>
      </w:tr>
      <w:tr w:rsidR="001E39F6" w14:paraId="6636A12C" w14:textId="77777777">
        <w:trPr>
          <w:jc w:val="center"/>
        </w:trPr>
        <w:tc>
          <w:tcPr>
            <w:tcW w:w="3249" w:type="dxa"/>
            <w:vAlign w:val="center"/>
          </w:tcPr>
          <w:p w14:paraId="263415F0" w14:textId="77777777" w:rsidR="001E39F6" w:rsidRDefault="00000000">
            <w:r>
              <w:t>Afișarea rezultatelor probei scrise</w:t>
            </w:r>
          </w:p>
        </w:tc>
        <w:tc>
          <w:tcPr>
            <w:tcW w:w="3249" w:type="dxa"/>
            <w:vAlign w:val="center"/>
          </w:tcPr>
          <w:p w14:paraId="373A6058" w14:textId="77777777" w:rsidR="001E39F6" w:rsidRDefault="00000000">
            <w:r>
              <w:t>24.09.2026</w:t>
            </w:r>
          </w:p>
        </w:tc>
        <w:tc>
          <w:tcPr>
            <w:tcW w:w="3249" w:type="dxa"/>
            <w:vAlign w:val="center"/>
          </w:tcPr>
          <w:p w14:paraId="558EE6BC" w14:textId="77777777" w:rsidR="001E39F6" w:rsidRDefault="00000000">
            <w:r>
              <w:t>10:00</w:t>
            </w:r>
          </w:p>
        </w:tc>
      </w:tr>
      <w:tr w:rsidR="001E39F6" w14:paraId="67AFB67A" w14:textId="77777777">
        <w:trPr>
          <w:jc w:val="center"/>
        </w:trPr>
        <w:tc>
          <w:tcPr>
            <w:tcW w:w="3249" w:type="dxa"/>
            <w:vAlign w:val="center"/>
          </w:tcPr>
          <w:p w14:paraId="58D1FDE2" w14:textId="77777777" w:rsidR="001E39F6" w:rsidRDefault="00000000">
            <w:r>
              <w:t>Depunerea contestațiilor la proba scrisă</w:t>
            </w:r>
          </w:p>
        </w:tc>
        <w:tc>
          <w:tcPr>
            <w:tcW w:w="3249" w:type="dxa"/>
            <w:vAlign w:val="center"/>
          </w:tcPr>
          <w:p w14:paraId="0B05AC55" w14:textId="77777777" w:rsidR="001E39F6" w:rsidRDefault="00000000">
            <w:r>
              <w:t>24–25.09.2026</w:t>
            </w:r>
          </w:p>
        </w:tc>
        <w:tc>
          <w:tcPr>
            <w:tcW w:w="3249" w:type="dxa"/>
            <w:vAlign w:val="center"/>
          </w:tcPr>
          <w:p w14:paraId="73B0FB90" w14:textId="77777777" w:rsidR="001E39F6" w:rsidRDefault="00000000">
            <w:r>
              <w:t>până la 10:00</w:t>
            </w:r>
          </w:p>
        </w:tc>
      </w:tr>
      <w:tr w:rsidR="001E39F6" w14:paraId="12F6F777" w14:textId="77777777">
        <w:trPr>
          <w:jc w:val="center"/>
        </w:trPr>
        <w:tc>
          <w:tcPr>
            <w:tcW w:w="3249" w:type="dxa"/>
            <w:vAlign w:val="center"/>
          </w:tcPr>
          <w:p w14:paraId="5AF84734" w14:textId="77777777" w:rsidR="001E39F6" w:rsidRDefault="00000000">
            <w:r>
              <w:t>Soluționarea contestațiilor</w:t>
            </w:r>
          </w:p>
        </w:tc>
        <w:tc>
          <w:tcPr>
            <w:tcW w:w="3249" w:type="dxa"/>
            <w:vAlign w:val="center"/>
          </w:tcPr>
          <w:p w14:paraId="01D06A6A" w14:textId="77777777" w:rsidR="001E39F6" w:rsidRDefault="00000000">
            <w:r>
              <w:t>25.09.2026</w:t>
            </w:r>
          </w:p>
        </w:tc>
        <w:tc>
          <w:tcPr>
            <w:tcW w:w="3249" w:type="dxa"/>
            <w:vAlign w:val="center"/>
          </w:tcPr>
          <w:p w14:paraId="338F13CA" w14:textId="77777777" w:rsidR="001E39F6" w:rsidRDefault="00000000">
            <w:r>
              <w:t>—</w:t>
            </w:r>
          </w:p>
        </w:tc>
      </w:tr>
      <w:tr w:rsidR="001E39F6" w14:paraId="15DFC4CC" w14:textId="77777777">
        <w:trPr>
          <w:jc w:val="center"/>
        </w:trPr>
        <w:tc>
          <w:tcPr>
            <w:tcW w:w="3249" w:type="dxa"/>
            <w:vAlign w:val="center"/>
          </w:tcPr>
          <w:p w14:paraId="27805ADC" w14:textId="77777777" w:rsidR="001E39F6" w:rsidRDefault="00000000">
            <w:r>
              <w:t>Interviul</w:t>
            </w:r>
          </w:p>
        </w:tc>
        <w:tc>
          <w:tcPr>
            <w:tcW w:w="3249" w:type="dxa"/>
            <w:vAlign w:val="center"/>
          </w:tcPr>
          <w:p w14:paraId="022A8078" w14:textId="77777777" w:rsidR="001E39F6" w:rsidRDefault="00000000">
            <w:r>
              <w:t>29.09.2026</w:t>
            </w:r>
          </w:p>
        </w:tc>
        <w:tc>
          <w:tcPr>
            <w:tcW w:w="3249" w:type="dxa"/>
            <w:vAlign w:val="center"/>
          </w:tcPr>
          <w:p w14:paraId="338F2734" w14:textId="77777777" w:rsidR="001E39F6" w:rsidRDefault="00000000">
            <w:r>
              <w:t>10:00</w:t>
            </w:r>
          </w:p>
        </w:tc>
      </w:tr>
      <w:tr w:rsidR="001E39F6" w14:paraId="124A7DBF" w14:textId="77777777">
        <w:trPr>
          <w:jc w:val="center"/>
        </w:trPr>
        <w:tc>
          <w:tcPr>
            <w:tcW w:w="3249" w:type="dxa"/>
            <w:vAlign w:val="center"/>
          </w:tcPr>
          <w:p w14:paraId="448D747D" w14:textId="3D085902" w:rsidR="001E39F6" w:rsidRDefault="00000000">
            <w:proofErr w:type="spellStart"/>
            <w:r>
              <w:t>Afișarea</w:t>
            </w:r>
            <w:proofErr w:type="spellEnd"/>
            <w:r>
              <w:t xml:space="preserve"> </w:t>
            </w:r>
            <w:proofErr w:type="spellStart"/>
            <w:r>
              <w:t>rezultatelor</w:t>
            </w:r>
            <w:proofErr w:type="spellEnd"/>
            <w:r>
              <w:t xml:space="preserve"> </w:t>
            </w:r>
            <w:r w:rsidR="00FC3FB4">
              <w:t>finale</w:t>
            </w:r>
          </w:p>
        </w:tc>
        <w:tc>
          <w:tcPr>
            <w:tcW w:w="3249" w:type="dxa"/>
            <w:vAlign w:val="center"/>
          </w:tcPr>
          <w:p w14:paraId="01BAC9F6" w14:textId="77777777" w:rsidR="001E39F6" w:rsidRDefault="00000000">
            <w:r>
              <w:t>30.09.2026</w:t>
            </w:r>
          </w:p>
        </w:tc>
        <w:tc>
          <w:tcPr>
            <w:tcW w:w="3249" w:type="dxa"/>
            <w:vAlign w:val="center"/>
          </w:tcPr>
          <w:p w14:paraId="75E2A114" w14:textId="77777777" w:rsidR="001E39F6" w:rsidRDefault="00000000">
            <w:r>
              <w:t>10:00</w:t>
            </w:r>
          </w:p>
        </w:tc>
      </w:tr>
    </w:tbl>
    <w:p w14:paraId="59708C2B" w14:textId="77777777" w:rsidR="001E39F6" w:rsidRDefault="00000000">
      <w:r>
        <w:rPr>
          <w:b/>
        </w:rPr>
        <w:t>6. LOCUL DEPUNERII DOSARELOR ȘI AL DESFĂȘURĂRII PROBELOR</w:t>
      </w:r>
    </w:p>
    <w:p w14:paraId="4DBE3E76" w14:textId="77777777" w:rsidR="001E39F6" w:rsidRDefault="00000000">
      <w:r>
        <w:t>Dosarele se depun la secretariatul Școlii Gimnaziale Șieu-Măgheruș, în zilele lucrătoare, în intervalul orar stabilit de unitate. Probele de concurs se vor desfășura la sediul Școlii Gimnaziale Șieu-Măgheruș, conform calendarului de mai sus.</w:t>
      </w:r>
    </w:p>
    <w:p w14:paraId="166F23D7" w14:textId="77777777" w:rsidR="001E39F6" w:rsidRDefault="00000000">
      <w:r>
        <w:rPr>
          <w:b/>
        </w:rPr>
        <w:t>7. BIBLIOGRAFIE ȘI TEMATICĂ</w:t>
      </w:r>
    </w:p>
    <w:p w14:paraId="40BEA2F5" w14:textId="77777777" w:rsidR="001E39F6" w:rsidRDefault="00000000">
      <w:r>
        <w:t>Bibliografia și tematica pentru proba scrisă vor fi afișate împreună cu prezentul anunț și aprobate de conducerea unității de învățământ.</w:t>
      </w:r>
    </w:p>
    <w:p w14:paraId="6C7E5F27" w14:textId="77777777" w:rsidR="001E39F6" w:rsidRDefault="00000000">
      <w:r>
        <w:rPr>
          <w:b/>
        </w:rPr>
        <w:t>8. RELAȚII SUPLIMENTARE</w:t>
      </w:r>
    </w:p>
    <w:p w14:paraId="47154651" w14:textId="77777777" w:rsidR="001E39F6" w:rsidRDefault="00000000">
      <w:r>
        <w:t>Informații suplimentare se pot obține de la secretariatul Școlii Gimnaziale Șieu-Măgheruș, în zilele lucrătoare, în intervalul orar stabilit pentru depunerea dosarelor.</w:t>
      </w:r>
    </w:p>
    <w:p w14:paraId="163761AD" w14:textId="7ACF7BFA" w:rsidR="001E39F6" w:rsidRDefault="00000000">
      <w:r>
        <w:rPr>
          <w:b/>
        </w:rPr>
        <w:br/>
        <w:t>Director,</w:t>
      </w:r>
      <w:r>
        <w:br/>
      </w:r>
      <w:proofErr w:type="spellStart"/>
      <w:r w:rsidR="00FC3FB4">
        <w:t>Prof.Turcu</w:t>
      </w:r>
      <w:proofErr w:type="spellEnd"/>
      <w:r w:rsidR="00FC3FB4">
        <w:t xml:space="preserve"> Marcela</w:t>
      </w:r>
    </w:p>
    <w:p w14:paraId="65AAF1ED" w14:textId="6ABD3EF4" w:rsidR="001E39F6" w:rsidRDefault="00000000">
      <w:r>
        <w:rPr>
          <w:b/>
        </w:rPr>
        <w:t>Secretar,</w:t>
      </w:r>
      <w:r>
        <w:rPr>
          <w:b/>
        </w:rPr>
        <w:br/>
      </w:r>
      <w:r w:rsidR="00FC3FB4">
        <w:t>Pop Anamaria</w:t>
      </w:r>
    </w:p>
    <w:sectPr w:rsidR="001E39F6" w:rsidSect="00FC3FB4">
      <w:pgSz w:w="11906" w:h="16838" w:code="9"/>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6939619">
    <w:abstractNumId w:val="8"/>
  </w:num>
  <w:num w:numId="2" w16cid:durableId="1535658681">
    <w:abstractNumId w:val="6"/>
  </w:num>
  <w:num w:numId="3" w16cid:durableId="460851857">
    <w:abstractNumId w:val="5"/>
  </w:num>
  <w:num w:numId="4" w16cid:durableId="676541071">
    <w:abstractNumId w:val="4"/>
  </w:num>
  <w:num w:numId="5" w16cid:durableId="370811631">
    <w:abstractNumId w:val="7"/>
  </w:num>
  <w:num w:numId="6" w16cid:durableId="762268124">
    <w:abstractNumId w:val="3"/>
  </w:num>
  <w:num w:numId="7" w16cid:durableId="50348262">
    <w:abstractNumId w:val="2"/>
  </w:num>
  <w:num w:numId="8" w16cid:durableId="666205860">
    <w:abstractNumId w:val="1"/>
  </w:num>
  <w:num w:numId="9" w16cid:durableId="401299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39F6"/>
    <w:rsid w:val="0029639D"/>
    <w:rsid w:val="00326F90"/>
    <w:rsid w:val="00626F3B"/>
    <w:rsid w:val="00AA1D8D"/>
    <w:rsid w:val="00B47730"/>
    <w:rsid w:val="00CB0664"/>
    <w:rsid w:val="00FC3F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F359FA"/>
  <w14:defaultImageDpi w14:val="300"/>
  <w15:docId w15:val="{07ED0D3D-6F22-491E-BFE9-DDF8D1BA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cp:lastPrinted>2026-09-03T07:52:00Z</cp:lastPrinted>
  <dcterms:created xsi:type="dcterms:W3CDTF">2026-09-03T07:50:00Z</dcterms:created>
  <dcterms:modified xsi:type="dcterms:W3CDTF">2026-09-03T07:53:00Z</dcterms:modified>
  <cp:category/>
</cp:coreProperties>
</file>