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31A" w:rsidRPr="0045331A" w:rsidRDefault="0045331A" w:rsidP="0045331A">
      <w:pPr>
        <w:pStyle w:val="Heading1"/>
        <w:spacing w:before="0" w:line="360" w:lineRule="auto"/>
        <w:jc w:val="center"/>
        <w:rPr>
          <w:rFonts w:ascii="Times New Roman" w:hAnsi="Times New Roman" w:cs="Times New Roman"/>
          <w:color w:val="000000"/>
          <w:sz w:val="24"/>
          <w:szCs w:val="24"/>
          <w:u w:val="single"/>
          <w:lang w:val="ro-RO"/>
        </w:rPr>
      </w:pPr>
      <w:r w:rsidRPr="0045331A">
        <w:rPr>
          <w:rFonts w:ascii="Times New Roman" w:hAnsi="Times New Roman" w:cs="Times New Roman"/>
          <w:color w:val="000000"/>
          <w:sz w:val="24"/>
          <w:szCs w:val="24"/>
          <w:u w:val="single"/>
        </w:rPr>
        <w:t>MINISTERUL EDUCAŢIEI SI CERCET</w:t>
      </w:r>
      <w:r w:rsidRPr="0045331A">
        <w:rPr>
          <w:rFonts w:ascii="Times New Roman" w:hAnsi="Times New Roman" w:cs="Times New Roman"/>
          <w:color w:val="000000"/>
          <w:sz w:val="24"/>
          <w:szCs w:val="24"/>
          <w:u w:val="single"/>
          <w:lang w:val="ro-RO"/>
        </w:rPr>
        <w:t>ĂRII</w:t>
      </w:r>
    </w:p>
    <w:p w:rsidR="0045331A" w:rsidRPr="0045331A" w:rsidRDefault="0045331A" w:rsidP="0045331A">
      <w:pPr>
        <w:pStyle w:val="Heading1"/>
        <w:spacing w:before="0" w:line="360" w:lineRule="auto"/>
        <w:jc w:val="center"/>
        <w:rPr>
          <w:rFonts w:ascii="Times New Roman" w:hAnsi="Times New Roman" w:cs="Times New Roman"/>
          <w:b w:val="0"/>
          <w:sz w:val="24"/>
          <w:szCs w:val="24"/>
        </w:rPr>
      </w:pPr>
      <w:r w:rsidRPr="0045331A">
        <w:rPr>
          <w:rFonts w:ascii="Times New Roman" w:hAnsi="Times New Roman" w:cs="Times New Roman"/>
          <w:b w:val="0"/>
          <w:sz w:val="24"/>
          <w:szCs w:val="24"/>
          <w:lang w:val="ro-RO"/>
        </w:rPr>
        <w:t>Ș</w:t>
      </w:r>
      <w:r w:rsidRPr="0045331A">
        <w:rPr>
          <w:rFonts w:ascii="Times New Roman" w:hAnsi="Times New Roman" w:cs="Times New Roman"/>
          <w:b w:val="0"/>
          <w:sz w:val="24"/>
          <w:szCs w:val="24"/>
        </w:rPr>
        <w:t xml:space="preserve">COALA GIMNAZIALĂ "ȘTEFAN BOZIAN” ȘEITIN </w:t>
      </w:r>
    </w:p>
    <w:p w:rsidR="0045331A" w:rsidRPr="0045331A" w:rsidRDefault="0045331A" w:rsidP="0045331A">
      <w:pPr>
        <w:spacing w:after="0" w:line="360" w:lineRule="auto"/>
        <w:jc w:val="center"/>
        <w:rPr>
          <w:rFonts w:cs="Times New Roman"/>
          <w:i/>
          <w:sz w:val="24"/>
          <w:szCs w:val="24"/>
          <w:lang w:val="de-DE"/>
        </w:rPr>
      </w:pPr>
      <w:r w:rsidRPr="0045331A">
        <w:rPr>
          <w:rFonts w:cs="Times New Roman"/>
          <w:i/>
          <w:sz w:val="24"/>
          <w:szCs w:val="24"/>
          <w:lang w:val="de-DE"/>
        </w:rPr>
        <w:t xml:space="preserve">Str. Revoluției nr.52,  Telefon: 0257 / 415106 Fax 0257 / 415106,  e-mail: </w:t>
      </w:r>
      <w:hyperlink r:id="rId8" w:history="1">
        <w:r w:rsidRPr="0045331A">
          <w:rPr>
            <w:rStyle w:val="Hyperlink"/>
            <w:rFonts w:cs="Times New Roman"/>
            <w:i/>
            <w:sz w:val="24"/>
            <w:szCs w:val="24"/>
            <w:lang w:val="de-DE"/>
          </w:rPr>
          <w:t>scoalaseitin@yahoo.com</w:t>
        </w:r>
      </w:hyperlink>
    </w:p>
    <w:p w:rsidR="0045331A" w:rsidRPr="0045331A" w:rsidRDefault="00D417F4" w:rsidP="0045331A">
      <w:pPr>
        <w:spacing w:after="0" w:line="360" w:lineRule="auto"/>
        <w:ind w:right="1620"/>
        <w:jc w:val="right"/>
        <w:rPr>
          <w:rFonts w:cs="Times New Roman"/>
          <w:i/>
          <w:sz w:val="24"/>
          <w:szCs w:val="24"/>
          <w:lang w:val="de-DE"/>
        </w:rPr>
      </w:pPr>
      <w:r w:rsidRPr="00D417F4">
        <w:rPr>
          <w:rFonts w:cs="Times New Roman"/>
          <w:noProof/>
          <w:sz w:val="24"/>
          <w:szCs w:val="24"/>
        </w:rPr>
        <w:pict>
          <v:line id="_x0000_s1026" style="position:absolute;left:0;text-align:left;z-index:251660288" from="36pt,6.2pt" to="466.1pt,6.2pt" strokeweight="2.25pt"/>
        </w:pict>
      </w:r>
    </w:p>
    <w:p w:rsidR="00E776B1" w:rsidRPr="0045331A" w:rsidRDefault="003C69EA" w:rsidP="0045331A">
      <w:pPr>
        <w:spacing w:after="0" w:line="360" w:lineRule="auto"/>
        <w:rPr>
          <w:rFonts w:cs="Times New Roman"/>
          <w:sz w:val="24"/>
          <w:szCs w:val="24"/>
        </w:rPr>
      </w:pPr>
      <w:r>
        <w:rPr>
          <w:rFonts w:cs="Times New Roman"/>
          <w:sz w:val="24"/>
          <w:szCs w:val="24"/>
        </w:rPr>
        <w:t xml:space="preserve">                                                                                                                        </w:t>
      </w:r>
    </w:p>
    <w:p w:rsidR="00E776B1" w:rsidRPr="0045331A" w:rsidRDefault="006B0E39" w:rsidP="0045331A">
      <w:pPr>
        <w:spacing w:after="0" w:line="360" w:lineRule="auto"/>
        <w:jc w:val="center"/>
        <w:rPr>
          <w:rFonts w:cs="Times New Roman"/>
          <w:sz w:val="24"/>
          <w:szCs w:val="24"/>
        </w:rPr>
      </w:pPr>
      <w:r w:rsidRPr="0045331A">
        <w:rPr>
          <w:rFonts w:cs="Times New Roman"/>
          <w:b/>
          <w:sz w:val="24"/>
          <w:szCs w:val="24"/>
        </w:rPr>
        <w:t>ANUNȚ</w:t>
      </w:r>
    </w:p>
    <w:p w:rsidR="00E776B1" w:rsidRPr="0045331A" w:rsidRDefault="00E776B1" w:rsidP="0045331A">
      <w:pPr>
        <w:spacing w:after="0" w:line="360" w:lineRule="auto"/>
        <w:rPr>
          <w:rFonts w:cs="Times New Roman"/>
          <w:sz w:val="24"/>
          <w:szCs w:val="24"/>
        </w:rPr>
      </w:pPr>
    </w:p>
    <w:p w:rsidR="00E776B1" w:rsidRPr="0045331A" w:rsidRDefault="006B0E39" w:rsidP="003A3A73">
      <w:pPr>
        <w:spacing w:after="0" w:line="360" w:lineRule="auto"/>
        <w:jc w:val="center"/>
        <w:rPr>
          <w:rFonts w:cs="Times New Roman"/>
          <w:sz w:val="24"/>
          <w:szCs w:val="24"/>
        </w:rPr>
      </w:pPr>
      <w:r w:rsidRPr="0045331A">
        <w:rPr>
          <w:rFonts w:cs="Times New Roman"/>
          <w:sz w:val="24"/>
          <w:szCs w:val="24"/>
        </w:rPr>
        <w:t>Anunț concurs pentru post contractual conform H.G. 1336/2022</w:t>
      </w:r>
    </w:p>
    <w:p w:rsidR="00E776B1" w:rsidRPr="0045331A" w:rsidRDefault="00E776B1" w:rsidP="0045331A">
      <w:pPr>
        <w:spacing w:after="0" w:line="360" w:lineRule="auto"/>
        <w:rPr>
          <w:rFonts w:cs="Times New Roman"/>
          <w:sz w:val="24"/>
          <w:szCs w:val="24"/>
        </w:rPr>
      </w:pPr>
    </w:p>
    <w:p w:rsidR="00E776B1" w:rsidRPr="002747C5" w:rsidRDefault="006B0E39" w:rsidP="0045331A">
      <w:pPr>
        <w:spacing w:after="0" w:line="360" w:lineRule="auto"/>
        <w:rPr>
          <w:rFonts w:cs="Times New Roman"/>
          <w:sz w:val="24"/>
          <w:szCs w:val="24"/>
        </w:rPr>
      </w:pPr>
      <w:r w:rsidRPr="0045331A">
        <w:rPr>
          <w:rFonts w:cs="Times New Roman"/>
          <w:b/>
          <w:sz w:val="24"/>
          <w:szCs w:val="24"/>
        </w:rPr>
        <w:t xml:space="preserve">A.) </w:t>
      </w:r>
      <w:r w:rsidR="0045331A">
        <w:rPr>
          <w:rFonts w:cs="Times New Roman"/>
          <w:b/>
          <w:sz w:val="24"/>
          <w:szCs w:val="24"/>
        </w:rPr>
        <w:t>Școala Gimnazială „Ștefan Bozian” Șeitin</w:t>
      </w:r>
      <w:r w:rsidRPr="0045331A">
        <w:rPr>
          <w:rFonts w:cs="Times New Roman"/>
          <w:b/>
          <w:sz w:val="24"/>
          <w:szCs w:val="24"/>
        </w:rPr>
        <w:t>,</w:t>
      </w:r>
      <w:r w:rsidR="0045331A">
        <w:rPr>
          <w:rFonts w:cs="Times New Roman"/>
          <w:b/>
          <w:sz w:val="24"/>
          <w:szCs w:val="24"/>
        </w:rPr>
        <w:t xml:space="preserve"> cu sediul în Șeitin, str. Revoluției, nr. </w:t>
      </w:r>
      <w:proofErr w:type="gramStart"/>
      <w:r w:rsidR="0045331A">
        <w:rPr>
          <w:rFonts w:cs="Times New Roman"/>
          <w:b/>
          <w:sz w:val="24"/>
          <w:szCs w:val="24"/>
        </w:rPr>
        <w:t>52, jud.</w:t>
      </w:r>
      <w:proofErr w:type="gramEnd"/>
      <w:r w:rsidR="0045331A">
        <w:rPr>
          <w:rFonts w:cs="Times New Roman"/>
          <w:b/>
          <w:sz w:val="24"/>
          <w:szCs w:val="24"/>
        </w:rPr>
        <w:t xml:space="preserve"> Arad,</w:t>
      </w:r>
      <w:r w:rsidRPr="0045331A">
        <w:rPr>
          <w:rFonts w:cs="Times New Roman"/>
          <w:b/>
          <w:sz w:val="24"/>
          <w:szCs w:val="24"/>
        </w:rPr>
        <w:t xml:space="preserve"> organizează concurs, pentru ocuparea următorului post contractual, conform H.G. nr. </w:t>
      </w:r>
      <w:proofErr w:type="gramStart"/>
      <w:r w:rsidRPr="000E0F64">
        <w:rPr>
          <w:rFonts w:cs="Times New Roman"/>
          <w:b/>
          <w:sz w:val="24"/>
          <w:szCs w:val="24"/>
        </w:rPr>
        <w:t>1336/2022</w:t>
      </w:r>
      <w:r w:rsidR="000E0F64" w:rsidRPr="002747C5">
        <w:rPr>
          <w:rFonts w:cs="Times New Roman"/>
          <w:b/>
          <w:sz w:val="24"/>
          <w:szCs w:val="24"/>
        </w:rPr>
        <w:t>,</w:t>
      </w:r>
      <w:r w:rsidR="000E0F64" w:rsidRPr="002747C5">
        <w:rPr>
          <w:b/>
          <w:sz w:val="24"/>
          <w:szCs w:val="24"/>
        </w:rPr>
        <w:t xml:space="preserve"> respectând prevederile Ordonanței de Urgență nr.</w:t>
      </w:r>
      <w:proofErr w:type="gramEnd"/>
      <w:r w:rsidR="000E0F64" w:rsidRPr="002747C5">
        <w:rPr>
          <w:b/>
          <w:sz w:val="24"/>
          <w:szCs w:val="24"/>
        </w:rPr>
        <w:t xml:space="preserve"> 156/2024 și Legii 141/2025</w:t>
      </w:r>
      <w:r w:rsidRPr="002747C5">
        <w:rPr>
          <w:rFonts w:cs="Times New Roman"/>
          <w:b/>
          <w:sz w:val="24"/>
          <w:szCs w:val="24"/>
        </w:rPr>
        <w:t>:</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1. Nivelul postului: </w:t>
      </w:r>
      <w:r w:rsidR="0045331A">
        <w:rPr>
          <w:rFonts w:cs="Times New Roman"/>
          <w:sz w:val="24"/>
          <w:szCs w:val="24"/>
        </w:rPr>
        <w:t>EXECUȚIE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2. Denumirea postului: SECRETAR </w:t>
      </w:r>
    </w:p>
    <w:p w:rsidR="00E776B1" w:rsidRPr="0045331A" w:rsidRDefault="006B0E39" w:rsidP="0045331A">
      <w:pPr>
        <w:spacing w:after="0" w:line="360" w:lineRule="auto"/>
        <w:rPr>
          <w:rFonts w:cs="Times New Roman"/>
          <w:sz w:val="24"/>
          <w:szCs w:val="24"/>
        </w:rPr>
      </w:pPr>
      <w:r w:rsidRPr="0045331A">
        <w:rPr>
          <w:rFonts w:cs="Times New Roman"/>
          <w:sz w:val="24"/>
          <w:szCs w:val="24"/>
        </w:rPr>
        <w:t>3. Natura postului: post vacant, pe perioadă nedeterminată.</w:t>
      </w:r>
    </w:p>
    <w:p w:rsidR="00E776B1" w:rsidRPr="0045331A" w:rsidRDefault="00C36A32" w:rsidP="0045331A">
      <w:pPr>
        <w:spacing w:after="0" w:line="360" w:lineRule="auto"/>
        <w:rPr>
          <w:rFonts w:cs="Times New Roman"/>
          <w:sz w:val="24"/>
          <w:szCs w:val="24"/>
        </w:rPr>
      </w:pPr>
      <w:r>
        <w:rPr>
          <w:rFonts w:cs="Times New Roman"/>
          <w:sz w:val="24"/>
          <w:szCs w:val="24"/>
        </w:rPr>
        <w:t xml:space="preserve">4. Numărul de posturi: </w:t>
      </w:r>
      <w:r w:rsidR="006B0E39" w:rsidRPr="0045331A">
        <w:rPr>
          <w:rFonts w:cs="Times New Roman"/>
          <w:sz w:val="24"/>
          <w:szCs w:val="24"/>
        </w:rPr>
        <w:t xml:space="preserve"> </w:t>
      </w:r>
      <w:r>
        <w:rPr>
          <w:rFonts w:cs="Times New Roman"/>
          <w:sz w:val="24"/>
          <w:szCs w:val="24"/>
        </w:rPr>
        <w:t>0</w:t>
      </w:r>
      <w:proofErr w:type="gramStart"/>
      <w:r>
        <w:rPr>
          <w:rFonts w:cs="Times New Roman"/>
          <w:sz w:val="24"/>
          <w:szCs w:val="24"/>
        </w:rPr>
        <w:t>,5</w:t>
      </w:r>
      <w:proofErr w:type="gramEnd"/>
      <w:r>
        <w:rPr>
          <w:rFonts w:cs="Times New Roman"/>
          <w:sz w:val="24"/>
          <w:szCs w:val="24"/>
        </w:rPr>
        <w:t xml:space="preserve"> post</w:t>
      </w:r>
    </w:p>
    <w:p w:rsidR="00E776B1" w:rsidRPr="0045331A" w:rsidRDefault="0045331A" w:rsidP="0045331A">
      <w:pPr>
        <w:spacing w:after="0" w:line="360" w:lineRule="auto"/>
        <w:rPr>
          <w:rFonts w:cs="Times New Roman"/>
          <w:sz w:val="24"/>
          <w:szCs w:val="24"/>
        </w:rPr>
      </w:pPr>
      <w:r>
        <w:rPr>
          <w:rFonts w:cs="Times New Roman"/>
          <w:sz w:val="24"/>
          <w:szCs w:val="24"/>
        </w:rPr>
        <w:t xml:space="preserve">5. Durata timpului de muncă: 4 ore/zi, 20 </w:t>
      </w:r>
      <w:r w:rsidR="006B0E39" w:rsidRPr="0045331A">
        <w:rPr>
          <w:rFonts w:cs="Times New Roman"/>
          <w:sz w:val="24"/>
          <w:szCs w:val="24"/>
        </w:rPr>
        <w:t>ore/săptămână</w:t>
      </w:r>
    </w:p>
    <w:p w:rsidR="00E776B1" w:rsidRPr="0045331A" w:rsidRDefault="006B0E39" w:rsidP="0045331A">
      <w:pPr>
        <w:spacing w:after="0" w:line="360" w:lineRule="auto"/>
        <w:rPr>
          <w:rFonts w:cs="Times New Roman"/>
          <w:sz w:val="24"/>
          <w:szCs w:val="24"/>
        </w:rPr>
      </w:pPr>
      <w:r w:rsidRPr="0045331A">
        <w:rPr>
          <w:rFonts w:cs="Times New Roman"/>
          <w:sz w:val="24"/>
          <w:szCs w:val="24"/>
        </w:rPr>
        <w:t>6. Cod COR: 235909</w:t>
      </w:r>
    </w:p>
    <w:p w:rsidR="00E776B1" w:rsidRPr="0045331A" w:rsidRDefault="006B0E39" w:rsidP="0045331A">
      <w:pPr>
        <w:spacing w:after="0" w:line="360" w:lineRule="auto"/>
        <w:rPr>
          <w:rFonts w:cs="Times New Roman"/>
          <w:sz w:val="24"/>
          <w:szCs w:val="24"/>
        </w:rPr>
      </w:pPr>
      <w:r w:rsidRPr="0045331A">
        <w:rPr>
          <w:rFonts w:cs="Times New Roman"/>
          <w:sz w:val="24"/>
          <w:szCs w:val="24"/>
        </w:rPr>
        <w:t>7. Gradul profesional/treapta profesională: Secretar- instituție de învățământ</w:t>
      </w:r>
    </w:p>
    <w:p w:rsidR="00E776B1" w:rsidRPr="0045331A" w:rsidRDefault="006B0E39" w:rsidP="0045331A">
      <w:pPr>
        <w:spacing w:after="0" w:line="360" w:lineRule="auto"/>
        <w:rPr>
          <w:rFonts w:cs="Times New Roman"/>
          <w:sz w:val="24"/>
          <w:szCs w:val="24"/>
        </w:rPr>
      </w:pPr>
      <w:r w:rsidRPr="0045331A">
        <w:rPr>
          <w:rFonts w:cs="Times New Roman"/>
          <w:sz w:val="24"/>
          <w:szCs w:val="24"/>
        </w:rPr>
        <w:t>8. Scopul principal al postului: Asigurarea activităților de secretariat ale unității de învățământ, respectiv relaționarea cu elevii, părinții, personalul unității de învățământ, precum și alte persoane sau instituții interesate, gestionarea și arhivarea documentelor școlare și administrative, în vederea asigurării unei bune funcționări a activității instituției</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b/>
          <w:sz w:val="24"/>
          <w:szCs w:val="24"/>
        </w:rPr>
        <w:t>B.) Documente solicitate candidaților pentru întocmirea dosarului de concurs, conform art. 35 din H.G. 1336/2022 pentru aprobarea Regulamentului-cadru privind organizarea și dezvoltarea carierei personalului contractual din sectorul bugetar plătit din fonduri publice</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a) </w:t>
      </w:r>
      <w:proofErr w:type="gramStart"/>
      <w:r w:rsidRPr="0045331A">
        <w:rPr>
          <w:rFonts w:cs="Times New Roman"/>
          <w:sz w:val="24"/>
          <w:szCs w:val="24"/>
        </w:rPr>
        <w:t>formular</w:t>
      </w:r>
      <w:proofErr w:type="gramEnd"/>
      <w:r w:rsidRPr="0045331A">
        <w:rPr>
          <w:rFonts w:cs="Times New Roman"/>
          <w:sz w:val="24"/>
          <w:szCs w:val="24"/>
        </w:rPr>
        <w:t xml:space="preserve"> de înscriere la concurs, conform modelului prevăzut la anexă;</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b) </w:t>
      </w:r>
      <w:proofErr w:type="gramStart"/>
      <w:r w:rsidRPr="0045331A">
        <w:rPr>
          <w:rFonts w:cs="Times New Roman"/>
          <w:sz w:val="24"/>
          <w:szCs w:val="24"/>
        </w:rPr>
        <w:t>copia</w:t>
      </w:r>
      <w:proofErr w:type="gramEnd"/>
      <w:r w:rsidRPr="0045331A">
        <w:rPr>
          <w:rFonts w:cs="Times New Roman"/>
          <w:sz w:val="24"/>
          <w:szCs w:val="24"/>
        </w:rPr>
        <w:t xml:space="preserve"> actului de identitate sau orice alt document care atesta identitatea, potrivit legii, aflate in termen de valabilitate;</w:t>
      </w:r>
    </w:p>
    <w:p w:rsidR="00E776B1" w:rsidRPr="0045331A" w:rsidRDefault="006B0E39" w:rsidP="0045331A">
      <w:pPr>
        <w:spacing w:after="0" w:line="360" w:lineRule="auto"/>
        <w:rPr>
          <w:rFonts w:cs="Times New Roman"/>
          <w:sz w:val="24"/>
          <w:szCs w:val="24"/>
        </w:rPr>
      </w:pPr>
      <w:r w:rsidRPr="0045331A">
        <w:rPr>
          <w:rFonts w:cs="Times New Roman"/>
          <w:sz w:val="24"/>
          <w:szCs w:val="24"/>
        </w:rPr>
        <w:lastRenderedPageBreak/>
        <w:t xml:space="preserve">c) </w:t>
      </w:r>
      <w:proofErr w:type="gramStart"/>
      <w:r w:rsidRPr="0045331A">
        <w:rPr>
          <w:rFonts w:cs="Times New Roman"/>
          <w:sz w:val="24"/>
          <w:szCs w:val="24"/>
        </w:rPr>
        <w:t>copia</w:t>
      </w:r>
      <w:proofErr w:type="gramEnd"/>
      <w:r w:rsidRPr="0045331A">
        <w:rPr>
          <w:rFonts w:cs="Times New Roman"/>
          <w:sz w:val="24"/>
          <w:szCs w:val="24"/>
        </w:rPr>
        <w:t xml:space="preserve"> certificatului de căsătorie sau a altui document prin care s-a realizat schimbarea de nume, după caz;</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d) </w:t>
      </w:r>
      <w:proofErr w:type="gramStart"/>
      <w:r w:rsidRPr="0045331A">
        <w:rPr>
          <w:rFonts w:cs="Times New Roman"/>
          <w:sz w:val="24"/>
          <w:szCs w:val="24"/>
        </w:rPr>
        <w:t>copiile</w:t>
      </w:r>
      <w:proofErr w:type="gramEnd"/>
      <w:r w:rsidRPr="0045331A">
        <w:rPr>
          <w:rFonts w:cs="Times New Roman"/>
          <w:sz w:val="24"/>
          <w:szCs w:val="24"/>
        </w:rPr>
        <w:t xml:space="preserve"> documentelor care atestă nivelul studiilor</w:t>
      </w:r>
      <w:r w:rsidR="00A85A97">
        <w:rPr>
          <w:rFonts w:cs="Times New Roman"/>
          <w:sz w:val="24"/>
          <w:szCs w:val="24"/>
        </w:rPr>
        <w:t xml:space="preserve"> </w:t>
      </w:r>
      <w:r w:rsidRPr="0045331A">
        <w:rPr>
          <w:rFonts w:cs="Times New Roman"/>
          <w:sz w:val="24"/>
          <w:szCs w:val="24"/>
        </w:rPr>
        <w:t>și ale altor acte care atestă efectuarea unor specializări, precum și copiile documentelor care atestă îndeplinirea condițiilor specifice ale postului solicitate de autoritatea sau instituția publică;</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e) </w:t>
      </w:r>
      <w:proofErr w:type="gramStart"/>
      <w:r w:rsidRPr="0045331A">
        <w:rPr>
          <w:rFonts w:cs="Times New Roman"/>
          <w:sz w:val="24"/>
          <w:szCs w:val="24"/>
        </w:rPr>
        <w:t>copia</w:t>
      </w:r>
      <w:proofErr w:type="gramEnd"/>
      <w:r w:rsidRPr="0045331A">
        <w:rPr>
          <w:rFonts w:cs="Times New Roman"/>
          <w:sz w:val="24"/>
          <w:szCs w:val="24"/>
        </w:rPr>
        <w:t xml:space="preserve"> carnetului de muncă, a adeverinței eliberate de angajator pentru perioada lucrată, care să ateste vechimea în muncă și în specialitatea studiilor solicitate pentru ocuparea postului;</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f) </w:t>
      </w:r>
      <w:proofErr w:type="gramStart"/>
      <w:r w:rsidRPr="0045331A">
        <w:rPr>
          <w:rFonts w:cs="Times New Roman"/>
          <w:sz w:val="24"/>
          <w:szCs w:val="24"/>
        </w:rPr>
        <w:t>certificat</w:t>
      </w:r>
      <w:proofErr w:type="gramEnd"/>
      <w:r w:rsidRPr="0045331A">
        <w:rPr>
          <w:rFonts w:cs="Times New Roman"/>
          <w:sz w:val="24"/>
          <w:szCs w:val="24"/>
        </w:rPr>
        <w:t xml:space="preserve"> de cazier judiciar sau, după caz, extrasul de pe cazierul judiciar;</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g) </w:t>
      </w:r>
      <w:proofErr w:type="gramStart"/>
      <w:r w:rsidR="007D693C">
        <w:rPr>
          <w:rFonts w:cs="Times New Roman"/>
          <w:sz w:val="24"/>
          <w:szCs w:val="24"/>
        </w:rPr>
        <w:t>certificate</w:t>
      </w:r>
      <w:proofErr w:type="gramEnd"/>
      <w:r w:rsidR="007D693C">
        <w:rPr>
          <w:rFonts w:cs="Times New Roman"/>
          <w:sz w:val="24"/>
          <w:szCs w:val="24"/>
        </w:rPr>
        <w:t xml:space="preserve"> medical, emis de medicul specialist de medicina muncii, care atestă că persoana este aptă pentru exercitarea funcției respective, eliberat în baza avizului medicului specialist psihiatru, a adeverinței medicale eliberate de medicul de fanilie și a evaluării de medicina muncii, realizată conform prevederilor legale în viguare.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h) </w:t>
      </w:r>
      <w:proofErr w:type="gramStart"/>
      <w:r w:rsidRPr="0045331A">
        <w:rPr>
          <w:rFonts w:cs="Times New Roman"/>
          <w:sz w:val="24"/>
          <w:szCs w:val="24"/>
        </w:rPr>
        <w:t>certificatul</w:t>
      </w:r>
      <w:proofErr w:type="gramEnd"/>
      <w:r w:rsidRPr="0045331A">
        <w:rPr>
          <w:rFonts w:cs="Times New Roman"/>
          <w:sz w:val="24"/>
          <w:szCs w:val="24"/>
        </w:rPr>
        <w:t xml:space="preserve"> de integritate comportamenta</w:t>
      </w:r>
      <w:r w:rsidR="00A85A97">
        <w:rPr>
          <w:rFonts w:cs="Times New Roman"/>
          <w:sz w:val="24"/>
          <w:szCs w:val="24"/>
        </w:rPr>
        <w:t>l</w:t>
      </w:r>
      <w:r w:rsidR="00A85A97">
        <w:rPr>
          <w:rFonts w:cs="Times New Roman"/>
          <w:sz w:val="24"/>
          <w:szCs w:val="24"/>
          <w:lang w:val="ro-RO"/>
        </w:rPr>
        <w:t>ă</w:t>
      </w:r>
      <w:r w:rsidRPr="0045331A">
        <w:rPr>
          <w:rFonts w:cs="Times New Roman"/>
          <w:sz w:val="24"/>
          <w:szCs w:val="24"/>
        </w:rPr>
        <w:t xml:space="preserve"> din care să reiasă ca nu s-au comis infracțiuni prevăzute la art. </w:t>
      </w:r>
      <w:proofErr w:type="gramStart"/>
      <w:r w:rsidRPr="0045331A">
        <w:rPr>
          <w:rFonts w:cs="Times New Roman"/>
          <w:sz w:val="24"/>
          <w:szCs w:val="24"/>
        </w:rPr>
        <w:t>1 alin.</w:t>
      </w:r>
      <w:proofErr w:type="gramEnd"/>
      <w:r w:rsidRPr="0045331A">
        <w:rPr>
          <w:rFonts w:cs="Times New Roman"/>
          <w:sz w:val="24"/>
          <w:szCs w:val="24"/>
        </w:rPr>
        <w:t xml:space="preserve"> (2) </w:t>
      </w:r>
      <w:proofErr w:type="gramStart"/>
      <w:r w:rsidRPr="0045331A">
        <w:rPr>
          <w:rFonts w:cs="Times New Roman"/>
          <w:sz w:val="24"/>
          <w:szCs w:val="24"/>
        </w:rPr>
        <w:t>din</w:t>
      </w:r>
      <w:proofErr w:type="gramEnd"/>
      <w:r w:rsidRPr="0045331A">
        <w:rPr>
          <w:rFonts w:cs="Times New Roman"/>
          <w:sz w:val="24"/>
          <w:szCs w:val="24"/>
        </w:rPr>
        <w:t xml:space="preserve"> Legea nr. </w:t>
      </w:r>
      <w:proofErr w:type="gramStart"/>
      <w:r w:rsidRPr="0045331A">
        <w:rPr>
          <w:rFonts w:cs="Times New Roman"/>
          <w:sz w:val="24"/>
          <w:szCs w:val="24"/>
        </w:rPr>
        <w:t>118/2019 privind Registrul național automatizat cu privire la persoanele care au comis infracțiuni sexuale, de exploatare a unor persoane sau asupra minorilor, precum și pentru completarea Legii nr.</w:t>
      </w:r>
      <w:proofErr w:type="gramEnd"/>
      <w:r w:rsidRPr="0045331A">
        <w:rPr>
          <w:rFonts w:cs="Times New Roman"/>
          <w:sz w:val="24"/>
          <w:szCs w:val="24"/>
        </w:rPr>
        <w:t xml:space="preserve"> 76/2008 privind organizarea și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fizica sau evaluarea psihologică a unei persoane;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i) </w:t>
      </w:r>
      <w:proofErr w:type="gramStart"/>
      <w:r w:rsidRPr="0045331A">
        <w:rPr>
          <w:rFonts w:cs="Times New Roman"/>
          <w:sz w:val="24"/>
          <w:szCs w:val="24"/>
        </w:rPr>
        <w:t>curriculum</w:t>
      </w:r>
      <w:proofErr w:type="gramEnd"/>
      <w:r w:rsidRPr="0045331A">
        <w:rPr>
          <w:rFonts w:cs="Times New Roman"/>
          <w:sz w:val="24"/>
          <w:szCs w:val="24"/>
        </w:rPr>
        <w:t xml:space="preserve"> vitae, model comun european.</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Dosarele de înscriere la concurs se depun la sediul instituției, </w:t>
      </w:r>
      <w:r w:rsidR="007E4BF5">
        <w:rPr>
          <w:rFonts w:cs="Times New Roman"/>
          <w:sz w:val="24"/>
          <w:szCs w:val="24"/>
        </w:rPr>
        <w:t xml:space="preserve">în Șeitin, jud. </w:t>
      </w:r>
      <w:proofErr w:type="gramStart"/>
      <w:r w:rsidR="007E4BF5">
        <w:rPr>
          <w:rFonts w:cs="Times New Roman"/>
          <w:sz w:val="24"/>
          <w:szCs w:val="24"/>
        </w:rPr>
        <w:t>Arad, str. Revoluției, nr.</w:t>
      </w:r>
      <w:proofErr w:type="gramEnd"/>
      <w:r w:rsidR="007E4BF5">
        <w:rPr>
          <w:rFonts w:cs="Times New Roman"/>
          <w:sz w:val="24"/>
          <w:szCs w:val="24"/>
        </w:rPr>
        <w:t xml:space="preserve"> 52</w:t>
      </w:r>
      <w:r w:rsidR="003A5CBF">
        <w:rPr>
          <w:rFonts w:cs="Times New Roman"/>
          <w:sz w:val="24"/>
          <w:szCs w:val="24"/>
        </w:rPr>
        <w:t>.</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Informații </w:t>
      </w:r>
      <w:r w:rsidR="003A5CBF">
        <w:rPr>
          <w:rFonts w:cs="Times New Roman"/>
          <w:sz w:val="24"/>
          <w:szCs w:val="24"/>
        </w:rPr>
        <w:t>la sediul instituției: 0257</w:t>
      </w:r>
      <w:r w:rsidR="00D85AAC">
        <w:rPr>
          <w:rFonts w:cs="Times New Roman"/>
          <w:sz w:val="24"/>
          <w:szCs w:val="24"/>
        </w:rPr>
        <w:t xml:space="preserve"> </w:t>
      </w:r>
      <w:r w:rsidR="003A5CBF">
        <w:rPr>
          <w:rFonts w:cs="Times New Roman"/>
          <w:sz w:val="24"/>
          <w:szCs w:val="24"/>
        </w:rPr>
        <w:t>415</w:t>
      </w:r>
      <w:r w:rsidR="00D85AAC">
        <w:rPr>
          <w:rFonts w:cs="Times New Roman"/>
          <w:sz w:val="24"/>
          <w:szCs w:val="24"/>
        </w:rPr>
        <w:t xml:space="preserve"> </w:t>
      </w:r>
      <w:r w:rsidR="003A5CBF">
        <w:rPr>
          <w:rFonts w:cs="Times New Roman"/>
          <w:sz w:val="24"/>
          <w:szCs w:val="24"/>
        </w:rPr>
        <w:t xml:space="preserve">106/ </w:t>
      </w:r>
      <w:r w:rsidR="00D85AAC">
        <w:rPr>
          <w:rFonts w:cs="Times New Roman"/>
          <w:sz w:val="24"/>
          <w:szCs w:val="24"/>
        </w:rPr>
        <w:t>0746 504 239</w:t>
      </w:r>
    </w:p>
    <w:p w:rsidR="00E776B1" w:rsidRPr="002747C5" w:rsidRDefault="006B0E39" w:rsidP="0045331A">
      <w:pPr>
        <w:spacing w:after="0" w:line="360" w:lineRule="auto"/>
        <w:rPr>
          <w:rFonts w:cs="Times New Roman"/>
          <w:sz w:val="24"/>
          <w:szCs w:val="24"/>
        </w:rPr>
      </w:pPr>
      <w:r w:rsidRPr="002747C5">
        <w:rPr>
          <w:rFonts w:cs="Times New Roman"/>
          <w:sz w:val="24"/>
          <w:szCs w:val="24"/>
        </w:rPr>
        <w:t xml:space="preserve">Termenul de depunere a dosarelor: </w:t>
      </w:r>
      <w:r w:rsidR="00FB4510" w:rsidRPr="002747C5">
        <w:rPr>
          <w:rFonts w:cs="Times New Roman"/>
          <w:sz w:val="24"/>
          <w:szCs w:val="24"/>
        </w:rPr>
        <w:t>02.09</w:t>
      </w:r>
      <w:r w:rsidR="003A5CBF" w:rsidRPr="002747C5">
        <w:rPr>
          <w:rFonts w:cs="Times New Roman"/>
          <w:sz w:val="24"/>
          <w:szCs w:val="24"/>
        </w:rPr>
        <w:t>.2026-1</w:t>
      </w:r>
      <w:r w:rsidR="00FB4510" w:rsidRPr="002747C5">
        <w:rPr>
          <w:rFonts w:cs="Times New Roman"/>
          <w:sz w:val="24"/>
          <w:szCs w:val="24"/>
        </w:rPr>
        <w:t>6</w:t>
      </w:r>
      <w:r w:rsidR="003A5CBF" w:rsidRPr="002747C5">
        <w:rPr>
          <w:rFonts w:cs="Times New Roman"/>
          <w:sz w:val="24"/>
          <w:szCs w:val="24"/>
        </w:rPr>
        <w:t>.09.2026</w:t>
      </w:r>
      <w:r w:rsidR="00A07DB8" w:rsidRPr="002747C5">
        <w:rPr>
          <w:rFonts w:cs="Times New Roman"/>
          <w:sz w:val="24"/>
          <w:szCs w:val="24"/>
        </w:rPr>
        <w:t>, ora 14:00</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b/>
          <w:sz w:val="24"/>
          <w:szCs w:val="24"/>
        </w:rPr>
        <w:t>C.) Condițiile generale prevăzute de art. 15 din H.G. 1336/08.11.2022</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Poate ocupa </w:t>
      </w:r>
      <w:proofErr w:type="gramStart"/>
      <w:r w:rsidRPr="0045331A">
        <w:rPr>
          <w:rFonts w:cs="Times New Roman"/>
          <w:sz w:val="24"/>
          <w:szCs w:val="24"/>
        </w:rPr>
        <w:t>un</w:t>
      </w:r>
      <w:proofErr w:type="gramEnd"/>
      <w:r w:rsidRPr="0045331A">
        <w:rPr>
          <w:rFonts w:cs="Times New Roman"/>
          <w:sz w:val="24"/>
          <w:szCs w:val="24"/>
        </w:rPr>
        <w:t xml:space="preserve"> post vacant sau temporar vacant persoana care îndeplinește condițiile prevăzute de Legea nr. 53/2003 - Codul muncii, republicată, cu modificările și completările ulterioare, și cerințele </w:t>
      </w:r>
      <w:r w:rsidRPr="0045331A">
        <w:rPr>
          <w:rFonts w:cs="Times New Roman"/>
          <w:sz w:val="24"/>
          <w:szCs w:val="24"/>
        </w:rPr>
        <w:lastRenderedPageBreak/>
        <w:t xml:space="preserve">specifice prevăzute la art. </w:t>
      </w:r>
      <w:proofErr w:type="gramStart"/>
      <w:r w:rsidRPr="0045331A">
        <w:rPr>
          <w:rFonts w:cs="Times New Roman"/>
          <w:sz w:val="24"/>
          <w:szCs w:val="24"/>
        </w:rPr>
        <w:t>542 alin.</w:t>
      </w:r>
      <w:proofErr w:type="gramEnd"/>
      <w:r w:rsidRPr="0045331A">
        <w:rPr>
          <w:rFonts w:cs="Times New Roman"/>
          <w:sz w:val="24"/>
          <w:szCs w:val="24"/>
        </w:rPr>
        <w:t xml:space="preserve"> (1) și (2) din Ordonanța de urgenta a Guvernului nr. 57/2019 privind Codul administrativ, cu modificările și completările ulterioare:</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a) </w:t>
      </w:r>
      <w:proofErr w:type="gramStart"/>
      <w:r w:rsidRPr="0045331A">
        <w:rPr>
          <w:rFonts w:cs="Times New Roman"/>
          <w:sz w:val="24"/>
          <w:szCs w:val="24"/>
        </w:rPr>
        <w:t>are</w:t>
      </w:r>
      <w:proofErr w:type="gramEnd"/>
      <w:r w:rsidRPr="0045331A">
        <w:rPr>
          <w:rFonts w:cs="Times New Roman"/>
          <w:sz w:val="24"/>
          <w:szCs w:val="24"/>
        </w:rPr>
        <w:t xml:space="preserve"> cetățenia româna sau cetățenia unui alt stat membru al Uniunii Europene, a unui stat parte la Acordul privind Spațiul Economic European (SEE) sau cetățenia Confederației Elvețiene;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b) </w:t>
      </w:r>
      <w:proofErr w:type="gramStart"/>
      <w:r w:rsidRPr="0045331A">
        <w:rPr>
          <w:rFonts w:cs="Times New Roman"/>
          <w:sz w:val="24"/>
          <w:szCs w:val="24"/>
        </w:rPr>
        <w:t>cunoaște</w:t>
      </w:r>
      <w:proofErr w:type="gramEnd"/>
      <w:r w:rsidRPr="0045331A">
        <w:rPr>
          <w:rFonts w:cs="Times New Roman"/>
          <w:sz w:val="24"/>
          <w:szCs w:val="24"/>
        </w:rPr>
        <w:t xml:space="preserve"> limba romana, scris și vorbit;</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c) </w:t>
      </w:r>
      <w:proofErr w:type="gramStart"/>
      <w:r w:rsidRPr="0045331A">
        <w:rPr>
          <w:rFonts w:cs="Times New Roman"/>
          <w:sz w:val="24"/>
          <w:szCs w:val="24"/>
        </w:rPr>
        <w:t>are</w:t>
      </w:r>
      <w:proofErr w:type="gramEnd"/>
      <w:r w:rsidRPr="0045331A">
        <w:rPr>
          <w:rFonts w:cs="Times New Roman"/>
          <w:sz w:val="24"/>
          <w:szCs w:val="24"/>
        </w:rPr>
        <w:t xml:space="preserve"> capacitate de muncă în conformitate cu prevederile Legii nr. 53/2003 - Codul muncii, republicată, cu modificările și completările ulterioare;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d) </w:t>
      </w:r>
      <w:proofErr w:type="gramStart"/>
      <w:r w:rsidRPr="0045331A">
        <w:rPr>
          <w:rFonts w:cs="Times New Roman"/>
          <w:sz w:val="24"/>
          <w:szCs w:val="24"/>
        </w:rPr>
        <w:t>are</w:t>
      </w:r>
      <w:proofErr w:type="gramEnd"/>
      <w:r w:rsidRPr="0045331A">
        <w:rPr>
          <w:rFonts w:cs="Times New Roman"/>
          <w:sz w:val="24"/>
          <w:szCs w:val="24"/>
        </w:rPr>
        <w:t xml:space="preserve"> o stare de sănătate corespunzătoare postului pentru care candidează, atestată pe baza adeverinței medicale eliberate de medicul de familie sau de unitățile sanitare abilitate;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e) </w:t>
      </w:r>
      <w:proofErr w:type="gramStart"/>
      <w:r w:rsidRPr="0045331A">
        <w:rPr>
          <w:rFonts w:cs="Times New Roman"/>
          <w:sz w:val="24"/>
          <w:szCs w:val="24"/>
        </w:rPr>
        <w:t>îndeplinește</w:t>
      </w:r>
      <w:proofErr w:type="gramEnd"/>
      <w:r w:rsidRPr="0045331A">
        <w:rPr>
          <w:rFonts w:cs="Times New Roman"/>
          <w:sz w:val="24"/>
          <w:szCs w:val="24"/>
        </w:rPr>
        <w:t xml:space="preserve"> condițiile de studii, de vechime în specialitate și, după caz, alte condiții specifice potrivit cerințelor postului scos la concurs;</w:t>
      </w:r>
    </w:p>
    <w:p w:rsidR="00E776B1" w:rsidRPr="0045331A" w:rsidRDefault="006B0E39" w:rsidP="0045331A">
      <w:pPr>
        <w:spacing w:after="0" w:line="360" w:lineRule="auto"/>
        <w:rPr>
          <w:rFonts w:cs="Times New Roman"/>
          <w:sz w:val="24"/>
          <w:szCs w:val="24"/>
        </w:rPr>
      </w:pPr>
      <w:r w:rsidRPr="0045331A">
        <w:rPr>
          <w:rFonts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E776B1" w:rsidRPr="0045331A" w:rsidRDefault="006B0E39" w:rsidP="0045331A">
      <w:pPr>
        <w:spacing w:after="0" w:line="360" w:lineRule="auto"/>
        <w:rPr>
          <w:rFonts w:cs="Times New Roman"/>
          <w:sz w:val="24"/>
          <w:szCs w:val="24"/>
        </w:rPr>
      </w:pPr>
      <w:r w:rsidRPr="0045331A">
        <w:rPr>
          <w:rFonts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h) </w:t>
      </w:r>
      <w:proofErr w:type="gramStart"/>
      <w:r w:rsidRPr="0045331A">
        <w:rPr>
          <w:rFonts w:cs="Times New Roman"/>
          <w:sz w:val="24"/>
          <w:szCs w:val="24"/>
        </w:rPr>
        <w:t>nu</w:t>
      </w:r>
      <w:proofErr w:type="gramEnd"/>
      <w:r w:rsidRPr="0045331A">
        <w:rPr>
          <w:rFonts w:cs="Times New Roman"/>
          <w:sz w:val="24"/>
          <w:szCs w:val="24"/>
        </w:rPr>
        <w:t xml:space="preserve"> a comis infracțiunile prevăzute la art. </w:t>
      </w:r>
      <w:proofErr w:type="gramStart"/>
      <w:r w:rsidRPr="0045331A">
        <w:rPr>
          <w:rFonts w:cs="Times New Roman"/>
          <w:sz w:val="24"/>
          <w:szCs w:val="24"/>
        </w:rPr>
        <w:t>I alin.</w:t>
      </w:r>
      <w:proofErr w:type="gramEnd"/>
      <w:r w:rsidRPr="0045331A">
        <w:rPr>
          <w:rFonts w:cs="Times New Roman"/>
          <w:sz w:val="24"/>
          <w:szCs w:val="24"/>
        </w:rPr>
        <w:t xml:space="preserve"> (2) </w:t>
      </w:r>
      <w:proofErr w:type="gramStart"/>
      <w:r w:rsidRPr="0045331A">
        <w:rPr>
          <w:rFonts w:cs="Times New Roman"/>
          <w:sz w:val="24"/>
          <w:szCs w:val="24"/>
        </w:rPr>
        <w:t>din</w:t>
      </w:r>
      <w:proofErr w:type="gramEnd"/>
      <w:r w:rsidRPr="0045331A">
        <w:rPr>
          <w:rFonts w:cs="Times New Roman"/>
          <w:sz w:val="24"/>
          <w:szCs w:val="24"/>
        </w:rPr>
        <w:t xml:space="preserve"> Legea nr. </w:t>
      </w:r>
      <w:proofErr w:type="gramStart"/>
      <w:r w:rsidRPr="0045331A">
        <w:rPr>
          <w:rFonts w:cs="Times New Roman"/>
          <w:sz w:val="24"/>
          <w:szCs w:val="24"/>
        </w:rPr>
        <w:t>118/2019 privind Registrul național automatizat cu privire la persoanele care au comis infracțiuni sexuale, de exploatare a unor persoane sau asupra minorilor, precum și pentru completarea Legii nr.</w:t>
      </w:r>
      <w:proofErr w:type="gramEnd"/>
      <w:r w:rsidRPr="0045331A">
        <w:rPr>
          <w:rFonts w:cs="Times New Roman"/>
          <w:sz w:val="24"/>
          <w:szCs w:val="24"/>
        </w:rPr>
        <w:t xml:space="preserve"> </w:t>
      </w:r>
      <w:proofErr w:type="gramStart"/>
      <w:r w:rsidRPr="0045331A">
        <w:rPr>
          <w:rFonts w:cs="Times New Roman"/>
          <w:sz w:val="24"/>
          <w:szCs w:val="24"/>
        </w:rPr>
        <w:t>76/2008 privind organizarea și funcționarea Sistemului National de Date Genetice Judiciare, cu modificările ulterioare, pentru domeniile prevăzute la art.</w:t>
      </w:r>
      <w:proofErr w:type="gramEnd"/>
      <w:r w:rsidRPr="0045331A">
        <w:rPr>
          <w:rFonts w:cs="Times New Roman"/>
          <w:sz w:val="24"/>
          <w:szCs w:val="24"/>
        </w:rPr>
        <w:t xml:space="preserve"> </w:t>
      </w:r>
      <w:proofErr w:type="gramStart"/>
      <w:r w:rsidRPr="0045331A">
        <w:rPr>
          <w:rFonts w:cs="Times New Roman"/>
          <w:sz w:val="24"/>
          <w:szCs w:val="24"/>
        </w:rPr>
        <w:t>35 alin.</w:t>
      </w:r>
      <w:proofErr w:type="gramEnd"/>
      <w:r w:rsidRPr="0045331A">
        <w:rPr>
          <w:rFonts w:cs="Times New Roman"/>
          <w:sz w:val="24"/>
          <w:szCs w:val="24"/>
        </w:rPr>
        <w:t xml:space="preserve"> (1) </w:t>
      </w:r>
      <w:proofErr w:type="gramStart"/>
      <w:r w:rsidRPr="0045331A">
        <w:rPr>
          <w:rFonts w:cs="Times New Roman"/>
          <w:sz w:val="24"/>
          <w:szCs w:val="24"/>
        </w:rPr>
        <w:t>lit</w:t>
      </w:r>
      <w:proofErr w:type="gramEnd"/>
      <w:r w:rsidRPr="0045331A">
        <w:rPr>
          <w:rFonts w:cs="Times New Roman"/>
          <w:sz w:val="24"/>
          <w:szCs w:val="24"/>
        </w:rPr>
        <w:t>. h).</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b/>
          <w:sz w:val="24"/>
          <w:szCs w:val="24"/>
        </w:rPr>
        <w:t>D.) Condiții specifice de participare la concurs:</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1. Nivelul studiilor: Studii </w:t>
      </w:r>
      <w:r w:rsidR="00D322BE">
        <w:rPr>
          <w:rFonts w:cs="Times New Roman"/>
          <w:sz w:val="24"/>
          <w:szCs w:val="24"/>
        </w:rPr>
        <w:t xml:space="preserve">medii absolvite cu diplomă de </w:t>
      </w:r>
      <w:r w:rsidR="008C0424">
        <w:rPr>
          <w:rFonts w:cs="Times New Roman"/>
          <w:sz w:val="24"/>
          <w:szCs w:val="24"/>
        </w:rPr>
        <w:t>b</w:t>
      </w:r>
      <w:r w:rsidR="00D322BE">
        <w:rPr>
          <w:rFonts w:cs="Times New Roman"/>
          <w:sz w:val="24"/>
          <w:szCs w:val="24"/>
        </w:rPr>
        <w:t>acalaureat</w:t>
      </w:r>
    </w:p>
    <w:p w:rsidR="00E776B1" w:rsidRPr="0045331A" w:rsidRDefault="00D322BE" w:rsidP="0045331A">
      <w:pPr>
        <w:spacing w:after="0" w:line="360" w:lineRule="auto"/>
        <w:rPr>
          <w:rFonts w:cs="Times New Roman"/>
          <w:sz w:val="24"/>
          <w:szCs w:val="24"/>
        </w:rPr>
      </w:pPr>
      <w:r>
        <w:rPr>
          <w:rFonts w:cs="Times New Roman"/>
          <w:sz w:val="24"/>
          <w:szCs w:val="24"/>
        </w:rPr>
        <w:t>2</w:t>
      </w:r>
      <w:r w:rsidR="006B0E39" w:rsidRPr="0045331A">
        <w:rPr>
          <w:rFonts w:cs="Times New Roman"/>
          <w:sz w:val="24"/>
          <w:szCs w:val="24"/>
        </w:rPr>
        <w:t>. Alte condiții:</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 </w:t>
      </w:r>
      <w:proofErr w:type="gramStart"/>
      <w:r w:rsidRPr="0045331A">
        <w:rPr>
          <w:rFonts w:cs="Times New Roman"/>
          <w:sz w:val="24"/>
          <w:szCs w:val="24"/>
        </w:rPr>
        <w:t>cunoștințe</w:t>
      </w:r>
      <w:proofErr w:type="gramEnd"/>
      <w:r w:rsidRPr="0045331A">
        <w:rPr>
          <w:rFonts w:cs="Times New Roman"/>
          <w:sz w:val="24"/>
          <w:szCs w:val="24"/>
        </w:rPr>
        <w:t xml:space="preserve"> privind încadrarea și salarizarea personalului angajat din instituțiile de învățământ;</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 </w:t>
      </w:r>
      <w:proofErr w:type="gramStart"/>
      <w:r w:rsidRPr="0045331A">
        <w:rPr>
          <w:rFonts w:cs="Times New Roman"/>
          <w:sz w:val="24"/>
          <w:szCs w:val="24"/>
        </w:rPr>
        <w:t>cunoștințe</w:t>
      </w:r>
      <w:proofErr w:type="gramEnd"/>
      <w:r w:rsidRPr="0045331A">
        <w:rPr>
          <w:rFonts w:cs="Times New Roman"/>
          <w:sz w:val="24"/>
          <w:szCs w:val="24"/>
        </w:rPr>
        <w:t xml:space="preserve"> solide de utilizare PC și operare MS OFFICE (Word, Excel, Powerpoint);</w:t>
      </w:r>
    </w:p>
    <w:p w:rsidR="00E776B1" w:rsidRPr="0045331A" w:rsidRDefault="006B0E39" w:rsidP="0045331A">
      <w:pPr>
        <w:spacing w:after="0" w:line="360" w:lineRule="auto"/>
        <w:rPr>
          <w:rFonts w:cs="Times New Roman"/>
          <w:sz w:val="24"/>
          <w:szCs w:val="24"/>
        </w:rPr>
      </w:pPr>
      <w:r w:rsidRPr="0045331A">
        <w:rPr>
          <w:rFonts w:cs="Times New Roman"/>
          <w:sz w:val="24"/>
          <w:szCs w:val="24"/>
        </w:rPr>
        <w:lastRenderedPageBreak/>
        <w:t>- capacitate de a analiza, a sintetiza și a prioritiza sarcinile conform fișei postului;</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 </w:t>
      </w:r>
      <w:proofErr w:type="gramStart"/>
      <w:r w:rsidRPr="0045331A">
        <w:rPr>
          <w:rFonts w:cs="Times New Roman"/>
          <w:sz w:val="24"/>
          <w:szCs w:val="24"/>
        </w:rPr>
        <w:t>abilități</w:t>
      </w:r>
      <w:proofErr w:type="gramEnd"/>
      <w:r w:rsidRPr="0045331A">
        <w:rPr>
          <w:rFonts w:cs="Times New Roman"/>
          <w:sz w:val="24"/>
          <w:szCs w:val="24"/>
        </w:rPr>
        <w:t xml:space="preserve"> de redactare și administrare a corespondenței oficiale;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 </w:t>
      </w:r>
      <w:proofErr w:type="gramStart"/>
      <w:r w:rsidRPr="0045331A">
        <w:rPr>
          <w:rFonts w:cs="Times New Roman"/>
          <w:sz w:val="24"/>
          <w:szCs w:val="24"/>
        </w:rPr>
        <w:t>cunoștințe</w:t>
      </w:r>
      <w:proofErr w:type="gramEnd"/>
      <w:r w:rsidRPr="0045331A">
        <w:rPr>
          <w:rFonts w:cs="Times New Roman"/>
          <w:sz w:val="24"/>
          <w:szCs w:val="24"/>
        </w:rPr>
        <w:t xml:space="preserve"> privind legislația specifică sistemului de învățământ preuniversitar, arhivarea și evidența documentelor școlare;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 </w:t>
      </w:r>
      <w:proofErr w:type="gramStart"/>
      <w:r w:rsidRPr="0045331A">
        <w:rPr>
          <w:rFonts w:cs="Times New Roman"/>
          <w:sz w:val="24"/>
          <w:szCs w:val="24"/>
        </w:rPr>
        <w:t>abilități</w:t>
      </w:r>
      <w:proofErr w:type="gramEnd"/>
      <w:r w:rsidRPr="0045331A">
        <w:rPr>
          <w:rFonts w:cs="Times New Roman"/>
          <w:sz w:val="24"/>
          <w:szCs w:val="24"/>
        </w:rPr>
        <w:t xml:space="preserve"> de comunicare, relaționare și coordonare;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 </w:t>
      </w:r>
      <w:proofErr w:type="gramStart"/>
      <w:r w:rsidRPr="0045331A">
        <w:rPr>
          <w:rFonts w:cs="Times New Roman"/>
          <w:sz w:val="24"/>
          <w:szCs w:val="24"/>
        </w:rPr>
        <w:t>cunoștințe</w:t>
      </w:r>
      <w:proofErr w:type="gramEnd"/>
      <w:r w:rsidRPr="0045331A">
        <w:rPr>
          <w:rFonts w:cs="Times New Roman"/>
          <w:sz w:val="24"/>
          <w:szCs w:val="24"/>
        </w:rPr>
        <w:t xml:space="preserve"> de legislație privind emiterea și evidența deciziilor și a adeverințelor;</w:t>
      </w:r>
    </w:p>
    <w:p w:rsidR="00E776B1" w:rsidRPr="0045331A" w:rsidRDefault="00C240A3" w:rsidP="0045331A">
      <w:pPr>
        <w:spacing w:after="0" w:line="360" w:lineRule="auto"/>
        <w:rPr>
          <w:rFonts w:cs="Times New Roman"/>
          <w:sz w:val="24"/>
          <w:szCs w:val="24"/>
        </w:rPr>
      </w:pPr>
      <w:r>
        <w:rPr>
          <w:rFonts w:cs="Times New Roman"/>
          <w:sz w:val="24"/>
          <w:szCs w:val="24"/>
        </w:rPr>
        <w:t>-Vechime în muncă: nu se solicită</w:t>
      </w:r>
    </w:p>
    <w:p w:rsidR="00E776B1" w:rsidRPr="0045331A" w:rsidRDefault="006B0E39" w:rsidP="0045331A">
      <w:pPr>
        <w:spacing w:after="0" w:line="360" w:lineRule="auto"/>
        <w:rPr>
          <w:rFonts w:cs="Times New Roman"/>
          <w:sz w:val="24"/>
          <w:szCs w:val="24"/>
        </w:rPr>
      </w:pPr>
      <w:r w:rsidRPr="0045331A">
        <w:rPr>
          <w:rFonts w:cs="Times New Roman"/>
          <w:sz w:val="24"/>
          <w:szCs w:val="24"/>
        </w:rPr>
        <w:t>Bibliografie și tematică:</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b/>
          <w:sz w:val="24"/>
          <w:szCs w:val="24"/>
        </w:rPr>
        <w:t>BIBLIOGRAFIA</w:t>
      </w:r>
      <w:r w:rsidR="009B1B08">
        <w:rPr>
          <w:rFonts w:cs="Times New Roman"/>
          <w:b/>
          <w:sz w:val="24"/>
          <w:szCs w:val="24"/>
        </w:rPr>
        <w:t xml:space="preserve"> CONCURSULUI PENTRU SECRETAR </w:t>
      </w:r>
    </w:p>
    <w:p w:rsidR="00E776B1" w:rsidRPr="0045331A" w:rsidRDefault="006B0E39" w:rsidP="0045331A">
      <w:pPr>
        <w:spacing w:after="0" w:line="360" w:lineRule="auto"/>
        <w:rPr>
          <w:rFonts w:cs="Times New Roman"/>
          <w:sz w:val="24"/>
          <w:szCs w:val="24"/>
        </w:rPr>
      </w:pPr>
      <w:r w:rsidRPr="0045331A">
        <w:rPr>
          <w:rFonts w:cs="Times New Roman"/>
          <w:sz w:val="24"/>
          <w:szCs w:val="24"/>
        </w:rPr>
        <w:t>• Legea Învățământului preuniversitar nr.198/2023</w:t>
      </w:r>
    </w:p>
    <w:p w:rsidR="00E776B1" w:rsidRPr="0045331A" w:rsidRDefault="006B0E39" w:rsidP="0045331A">
      <w:pPr>
        <w:spacing w:after="0" w:line="360" w:lineRule="auto"/>
        <w:rPr>
          <w:rFonts w:cs="Times New Roman"/>
          <w:sz w:val="24"/>
          <w:szCs w:val="24"/>
        </w:rPr>
      </w:pPr>
      <w:r w:rsidRPr="0045331A">
        <w:rPr>
          <w:rFonts w:cs="Times New Roman"/>
          <w:sz w:val="24"/>
          <w:szCs w:val="24"/>
        </w:rPr>
        <w:t>• OME nr. 55726 /2024 pentru aprobarea Regulamentului-cadru de organizare și funcționare a unităților de învățământ preuniversitar;</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 OME nr. </w:t>
      </w:r>
      <w:proofErr w:type="gramStart"/>
      <w:r w:rsidRPr="0045331A">
        <w:rPr>
          <w:rFonts w:cs="Times New Roman"/>
          <w:sz w:val="24"/>
          <w:szCs w:val="24"/>
        </w:rPr>
        <w:t>7930/2024 pentru aprobarea Normelor metodologice privind efectuarea concediului de odihnă pentru personalul didactic, de conducere, de îndrumare și control.</w:t>
      </w:r>
      <w:proofErr w:type="gramEnd"/>
    </w:p>
    <w:p w:rsidR="00E776B1" w:rsidRPr="0045331A" w:rsidRDefault="006B0E39" w:rsidP="0045331A">
      <w:pPr>
        <w:spacing w:after="0" w:line="360" w:lineRule="auto"/>
        <w:rPr>
          <w:rFonts w:cs="Times New Roman"/>
          <w:sz w:val="24"/>
          <w:szCs w:val="24"/>
        </w:rPr>
      </w:pPr>
      <w:r w:rsidRPr="0045331A">
        <w:rPr>
          <w:rFonts w:cs="Times New Roman"/>
          <w:sz w:val="24"/>
          <w:szCs w:val="24"/>
        </w:rPr>
        <w:t>• Legea nr.360/29.11.2023 - privind sistemul public de pensii;</w:t>
      </w:r>
    </w:p>
    <w:p w:rsidR="00E776B1" w:rsidRPr="0045331A" w:rsidRDefault="006B0E39" w:rsidP="0045331A">
      <w:pPr>
        <w:spacing w:after="0" w:line="360" w:lineRule="auto"/>
        <w:rPr>
          <w:rFonts w:cs="Times New Roman"/>
          <w:sz w:val="24"/>
          <w:szCs w:val="24"/>
        </w:rPr>
      </w:pPr>
      <w:r w:rsidRPr="0045331A">
        <w:rPr>
          <w:rFonts w:cs="Times New Roman"/>
          <w:sz w:val="24"/>
          <w:szCs w:val="24"/>
        </w:rPr>
        <w:t>• OME nr. 4634/2024 pentru aprobarea Regulamentului privind regimul actelor de studii și al documentelor școlare gestionate de unitățile de învățământ;</w:t>
      </w:r>
    </w:p>
    <w:p w:rsidR="00E776B1" w:rsidRPr="0045331A" w:rsidRDefault="006B0E39" w:rsidP="0045331A">
      <w:pPr>
        <w:spacing w:after="0" w:line="360" w:lineRule="auto"/>
        <w:rPr>
          <w:rFonts w:cs="Times New Roman"/>
          <w:sz w:val="24"/>
          <w:szCs w:val="24"/>
        </w:rPr>
      </w:pPr>
      <w:r w:rsidRPr="0045331A">
        <w:rPr>
          <w:rFonts w:cs="Times New Roman"/>
          <w:sz w:val="24"/>
          <w:szCs w:val="24"/>
        </w:rPr>
        <w:t>• H.G. nr. 732/04.09.2025 pentru aprobarea metodologiei - cadru de acordare a burselor</w:t>
      </w:r>
    </w:p>
    <w:p w:rsidR="00E776B1" w:rsidRPr="0045331A" w:rsidRDefault="006B0E39" w:rsidP="0045331A">
      <w:pPr>
        <w:spacing w:after="0" w:line="360" w:lineRule="auto"/>
        <w:rPr>
          <w:rFonts w:cs="Times New Roman"/>
          <w:sz w:val="24"/>
          <w:szCs w:val="24"/>
        </w:rPr>
      </w:pPr>
      <w:r w:rsidRPr="0045331A">
        <w:rPr>
          <w:rFonts w:cs="Times New Roman"/>
          <w:sz w:val="24"/>
          <w:szCs w:val="24"/>
        </w:rPr>
        <w:t>• Legea cadru nr.153/2017 privind salarizarea personalului plătit din fonduri publice, cu modificările și completările ulterioare.</w:t>
      </w:r>
    </w:p>
    <w:p w:rsidR="00E776B1" w:rsidRPr="0045331A" w:rsidRDefault="006B0E39" w:rsidP="0045331A">
      <w:pPr>
        <w:spacing w:after="0" w:line="360" w:lineRule="auto"/>
        <w:rPr>
          <w:rFonts w:cs="Times New Roman"/>
          <w:sz w:val="24"/>
          <w:szCs w:val="24"/>
        </w:rPr>
      </w:pPr>
      <w:r w:rsidRPr="0045331A">
        <w:rPr>
          <w:rFonts w:cs="Times New Roman"/>
          <w:sz w:val="24"/>
          <w:szCs w:val="24"/>
        </w:rPr>
        <w:t>• H.G nr. 1336/28.10.2022 pentru aprobarea Regulamentului-cadru privind organizarea și dezvoltarea carierei personalului contractual din sectorul bugetar plătit din fonduri publice;</w:t>
      </w:r>
    </w:p>
    <w:p w:rsidR="00E776B1" w:rsidRPr="0045331A" w:rsidRDefault="006B0E39" w:rsidP="0045331A">
      <w:pPr>
        <w:spacing w:after="0" w:line="360" w:lineRule="auto"/>
        <w:rPr>
          <w:rFonts w:cs="Times New Roman"/>
          <w:sz w:val="24"/>
          <w:szCs w:val="24"/>
        </w:rPr>
      </w:pPr>
      <w:r w:rsidRPr="0045331A">
        <w:rPr>
          <w:rFonts w:cs="Times New Roman"/>
          <w:sz w:val="24"/>
          <w:szCs w:val="24"/>
        </w:rPr>
        <w:t>• H.G. nr. 295/2025 privind REGES – on-line;</w:t>
      </w:r>
    </w:p>
    <w:p w:rsidR="00E776B1" w:rsidRPr="0045331A" w:rsidRDefault="006B0E39" w:rsidP="0045331A">
      <w:pPr>
        <w:spacing w:after="0" w:line="360" w:lineRule="auto"/>
        <w:rPr>
          <w:rFonts w:cs="Times New Roman"/>
          <w:sz w:val="24"/>
          <w:szCs w:val="24"/>
        </w:rPr>
      </w:pPr>
      <w:r w:rsidRPr="0045331A">
        <w:rPr>
          <w:rFonts w:cs="Times New Roman"/>
          <w:sz w:val="24"/>
          <w:szCs w:val="24"/>
        </w:rPr>
        <w:t>• OMMFTSS nr.1107/06.05.2025 - procedura de acces în vederea completării, transmiterii și interogării datelor în/din REGES.</w:t>
      </w:r>
    </w:p>
    <w:p w:rsidR="00E776B1" w:rsidRPr="0045331A" w:rsidRDefault="006B0E39" w:rsidP="0045331A">
      <w:pPr>
        <w:spacing w:after="0" w:line="360" w:lineRule="auto"/>
        <w:rPr>
          <w:rFonts w:cs="Times New Roman"/>
          <w:sz w:val="24"/>
          <w:szCs w:val="24"/>
        </w:rPr>
      </w:pPr>
      <w:r w:rsidRPr="0045331A">
        <w:rPr>
          <w:rFonts w:cs="Times New Roman"/>
          <w:sz w:val="24"/>
          <w:szCs w:val="24"/>
        </w:rPr>
        <w:t>• OMMSS nr. 2171/2022 pentru aprobarea modelului – cadru al contractului individual de muncă</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b/>
          <w:sz w:val="24"/>
          <w:szCs w:val="24"/>
        </w:rPr>
        <w:t xml:space="preserve">TEMATICA CONCURSULUI PENTRU SECRETAR </w:t>
      </w:r>
    </w:p>
    <w:p w:rsidR="00E776B1" w:rsidRPr="0045331A" w:rsidRDefault="006B0E39" w:rsidP="0045331A">
      <w:pPr>
        <w:spacing w:after="0" w:line="360" w:lineRule="auto"/>
        <w:rPr>
          <w:rFonts w:cs="Times New Roman"/>
          <w:sz w:val="24"/>
          <w:szCs w:val="24"/>
        </w:rPr>
      </w:pPr>
      <w:r w:rsidRPr="0045331A">
        <w:rPr>
          <w:rFonts w:cs="Times New Roman"/>
          <w:sz w:val="24"/>
          <w:szCs w:val="24"/>
        </w:rPr>
        <w:t>• Organizarea și funcționarea sistemului de învățământ preuniversitar;</w:t>
      </w:r>
    </w:p>
    <w:p w:rsidR="00E776B1" w:rsidRPr="0045331A" w:rsidRDefault="006B0E39" w:rsidP="0045331A">
      <w:pPr>
        <w:spacing w:after="0" w:line="360" w:lineRule="auto"/>
        <w:rPr>
          <w:rFonts w:cs="Times New Roman"/>
          <w:sz w:val="24"/>
          <w:szCs w:val="24"/>
        </w:rPr>
      </w:pPr>
      <w:r w:rsidRPr="0045331A">
        <w:rPr>
          <w:rFonts w:cs="Times New Roman"/>
          <w:sz w:val="24"/>
          <w:szCs w:val="24"/>
        </w:rPr>
        <w:t>• Încadrarea personalului în învățământul preuniversitar;</w:t>
      </w:r>
    </w:p>
    <w:p w:rsidR="00E776B1" w:rsidRPr="0045331A" w:rsidRDefault="006B0E39" w:rsidP="0045331A">
      <w:pPr>
        <w:spacing w:after="0" w:line="360" w:lineRule="auto"/>
        <w:rPr>
          <w:rFonts w:cs="Times New Roman"/>
          <w:sz w:val="24"/>
          <w:szCs w:val="24"/>
        </w:rPr>
      </w:pPr>
      <w:r w:rsidRPr="0045331A">
        <w:rPr>
          <w:rFonts w:cs="Times New Roman"/>
          <w:sz w:val="24"/>
          <w:szCs w:val="24"/>
        </w:rPr>
        <w:t>• Particularități ale salarizării personalului în învățământul preuniversitar;</w:t>
      </w:r>
    </w:p>
    <w:p w:rsidR="00E776B1" w:rsidRPr="0045331A" w:rsidRDefault="006B0E39" w:rsidP="0045331A">
      <w:pPr>
        <w:spacing w:after="0" w:line="360" w:lineRule="auto"/>
        <w:rPr>
          <w:rFonts w:cs="Times New Roman"/>
          <w:sz w:val="24"/>
          <w:szCs w:val="24"/>
        </w:rPr>
      </w:pPr>
      <w:r w:rsidRPr="0045331A">
        <w:rPr>
          <w:rFonts w:cs="Times New Roman"/>
          <w:sz w:val="24"/>
          <w:szCs w:val="24"/>
        </w:rPr>
        <w:t>• Regimul actelor de studii și al documentele școlare în învățământul preuniversitar;</w:t>
      </w:r>
    </w:p>
    <w:p w:rsidR="00E776B1" w:rsidRPr="0045331A" w:rsidRDefault="006B0E39" w:rsidP="0045331A">
      <w:pPr>
        <w:spacing w:after="0" w:line="360" w:lineRule="auto"/>
        <w:rPr>
          <w:rFonts w:cs="Times New Roman"/>
          <w:sz w:val="24"/>
          <w:szCs w:val="24"/>
        </w:rPr>
      </w:pPr>
      <w:r w:rsidRPr="0045331A">
        <w:rPr>
          <w:rFonts w:cs="Times New Roman"/>
          <w:sz w:val="24"/>
          <w:szCs w:val="24"/>
        </w:rPr>
        <w:lastRenderedPageBreak/>
        <w:t>• Duplicate ale actelor de studii;</w:t>
      </w:r>
    </w:p>
    <w:p w:rsidR="00E776B1" w:rsidRPr="0045331A" w:rsidRDefault="006B0E39" w:rsidP="0045331A">
      <w:pPr>
        <w:spacing w:after="0" w:line="360" w:lineRule="auto"/>
        <w:rPr>
          <w:rFonts w:cs="Times New Roman"/>
          <w:sz w:val="24"/>
          <w:szCs w:val="24"/>
        </w:rPr>
      </w:pPr>
      <w:r w:rsidRPr="0045331A">
        <w:rPr>
          <w:rFonts w:cs="Times New Roman"/>
          <w:sz w:val="24"/>
          <w:szCs w:val="24"/>
        </w:rPr>
        <w:t>• Învățământul preuniversitar - funcțiile didactice și didactice auxiliare;</w:t>
      </w:r>
    </w:p>
    <w:p w:rsidR="00E776B1" w:rsidRPr="0045331A" w:rsidRDefault="006B0E39" w:rsidP="0045331A">
      <w:pPr>
        <w:spacing w:after="0" w:line="360" w:lineRule="auto"/>
        <w:rPr>
          <w:rFonts w:cs="Times New Roman"/>
          <w:sz w:val="24"/>
          <w:szCs w:val="24"/>
        </w:rPr>
      </w:pPr>
      <w:r w:rsidRPr="0045331A">
        <w:rPr>
          <w:rFonts w:cs="Times New Roman"/>
          <w:sz w:val="24"/>
          <w:szCs w:val="24"/>
        </w:rPr>
        <w:t>• Documente școlare;</w:t>
      </w:r>
    </w:p>
    <w:p w:rsidR="00E776B1" w:rsidRPr="0045331A" w:rsidRDefault="006B0E39" w:rsidP="0045331A">
      <w:pPr>
        <w:spacing w:after="0" w:line="360" w:lineRule="auto"/>
        <w:rPr>
          <w:rFonts w:cs="Times New Roman"/>
          <w:sz w:val="24"/>
          <w:szCs w:val="24"/>
        </w:rPr>
      </w:pPr>
      <w:r w:rsidRPr="0045331A">
        <w:rPr>
          <w:rFonts w:cs="Times New Roman"/>
          <w:sz w:val="24"/>
          <w:szCs w:val="24"/>
        </w:rPr>
        <w:t>• Contractul individual de muncă;</w:t>
      </w:r>
    </w:p>
    <w:p w:rsidR="00E776B1" w:rsidRPr="0045331A" w:rsidRDefault="006B0E39" w:rsidP="0045331A">
      <w:pPr>
        <w:spacing w:after="0" w:line="360" w:lineRule="auto"/>
        <w:rPr>
          <w:rFonts w:cs="Times New Roman"/>
          <w:sz w:val="24"/>
          <w:szCs w:val="24"/>
        </w:rPr>
      </w:pPr>
      <w:r w:rsidRPr="0045331A">
        <w:rPr>
          <w:rFonts w:cs="Times New Roman"/>
          <w:sz w:val="24"/>
          <w:szCs w:val="24"/>
        </w:rPr>
        <w:t>• Arhivarea, gestionarea și circuitul documentelor;</w:t>
      </w:r>
    </w:p>
    <w:p w:rsidR="00E776B1" w:rsidRPr="0045331A" w:rsidRDefault="006B0E39" w:rsidP="0045331A">
      <w:pPr>
        <w:spacing w:after="0" w:line="360" w:lineRule="auto"/>
        <w:rPr>
          <w:rFonts w:cs="Times New Roman"/>
          <w:sz w:val="24"/>
          <w:szCs w:val="24"/>
        </w:rPr>
      </w:pPr>
      <w:r w:rsidRPr="0045331A">
        <w:rPr>
          <w:rFonts w:cs="Times New Roman"/>
          <w:sz w:val="24"/>
          <w:szCs w:val="24"/>
        </w:rPr>
        <w:t>• Metodologia de acordare a burselor;</w:t>
      </w:r>
    </w:p>
    <w:p w:rsidR="00E776B1" w:rsidRPr="0045331A" w:rsidRDefault="00E776B1" w:rsidP="0045331A">
      <w:pPr>
        <w:spacing w:after="0" w:line="360" w:lineRule="auto"/>
        <w:rPr>
          <w:rFonts w:cs="Times New Roman"/>
          <w:sz w:val="24"/>
          <w:szCs w:val="24"/>
        </w:rPr>
      </w:pPr>
    </w:p>
    <w:p w:rsidR="00E776B1" w:rsidRDefault="006B0E39" w:rsidP="0045331A">
      <w:pPr>
        <w:spacing w:after="0" w:line="360" w:lineRule="auto"/>
        <w:rPr>
          <w:rFonts w:cs="Times New Roman"/>
          <w:b/>
          <w:sz w:val="24"/>
          <w:szCs w:val="24"/>
        </w:rPr>
      </w:pPr>
      <w:r w:rsidRPr="0045331A">
        <w:rPr>
          <w:rFonts w:cs="Times New Roman"/>
          <w:b/>
          <w:sz w:val="24"/>
          <w:szCs w:val="24"/>
        </w:rPr>
        <w:t xml:space="preserve">E.) Calendarul de desfășurare a concursului, respectiv </w:t>
      </w:r>
      <w:r w:rsidR="00D322BE">
        <w:rPr>
          <w:rFonts w:cs="Times New Roman"/>
          <w:b/>
          <w:sz w:val="24"/>
          <w:szCs w:val="24"/>
        </w:rPr>
        <w:t>data limită</w:t>
      </w:r>
      <w:r w:rsidRPr="0045331A">
        <w:rPr>
          <w:rFonts w:cs="Times New Roman"/>
          <w:b/>
          <w:sz w:val="24"/>
          <w:szCs w:val="24"/>
        </w:rPr>
        <w:t xml:space="preserve"> și ora până la care se pot depune dosarele de concurs:</w:t>
      </w:r>
    </w:p>
    <w:tbl>
      <w:tblPr>
        <w:tblStyle w:val="TableGrid"/>
        <w:tblW w:w="0" w:type="auto"/>
        <w:tblLook w:val="04A0"/>
      </w:tblPr>
      <w:tblGrid>
        <w:gridCol w:w="3280"/>
        <w:gridCol w:w="3280"/>
        <w:gridCol w:w="3280"/>
      </w:tblGrid>
      <w:tr w:rsidR="003A3A73" w:rsidRPr="0045331A" w:rsidTr="00BE2B22">
        <w:tc>
          <w:tcPr>
            <w:tcW w:w="3280" w:type="dxa"/>
          </w:tcPr>
          <w:p w:rsidR="003A3A73" w:rsidRPr="0045331A" w:rsidRDefault="003A3A73" w:rsidP="00BE2B22">
            <w:pPr>
              <w:spacing w:line="360" w:lineRule="auto"/>
              <w:rPr>
                <w:rFonts w:cs="Times New Roman"/>
                <w:sz w:val="24"/>
                <w:szCs w:val="24"/>
              </w:rPr>
            </w:pPr>
            <w:r w:rsidRPr="0045331A">
              <w:rPr>
                <w:rFonts w:cs="Times New Roman"/>
                <w:sz w:val="24"/>
                <w:szCs w:val="24"/>
              </w:rPr>
              <w:t>Activitate</w:t>
            </w:r>
          </w:p>
        </w:tc>
        <w:tc>
          <w:tcPr>
            <w:tcW w:w="3280" w:type="dxa"/>
          </w:tcPr>
          <w:p w:rsidR="003A3A73" w:rsidRPr="0045331A" w:rsidRDefault="003A3A73" w:rsidP="00BE2B22">
            <w:pPr>
              <w:spacing w:line="360" w:lineRule="auto"/>
              <w:rPr>
                <w:rFonts w:cs="Times New Roman"/>
                <w:sz w:val="24"/>
                <w:szCs w:val="24"/>
              </w:rPr>
            </w:pPr>
            <w:r w:rsidRPr="0045331A">
              <w:rPr>
                <w:rFonts w:cs="Times New Roman"/>
                <w:sz w:val="24"/>
                <w:szCs w:val="24"/>
              </w:rPr>
              <w:t>Data</w:t>
            </w:r>
          </w:p>
        </w:tc>
        <w:tc>
          <w:tcPr>
            <w:tcW w:w="3280" w:type="dxa"/>
          </w:tcPr>
          <w:p w:rsidR="003A3A73" w:rsidRPr="0045331A" w:rsidRDefault="003A3A73" w:rsidP="00BE2B22">
            <w:pPr>
              <w:spacing w:line="360" w:lineRule="auto"/>
              <w:rPr>
                <w:rFonts w:cs="Times New Roman"/>
                <w:sz w:val="24"/>
                <w:szCs w:val="24"/>
              </w:rPr>
            </w:pPr>
            <w:r w:rsidRPr="0045331A">
              <w:rPr>
                <w:rFonts w:cs="Times New Roman"/>
                <w:sz w:val="24"/>
                <w:szCs w:val="24"/>
              </w:rPr>
              <w:t>Ora</w:t>
            </w:r>
          </w:p>
        </w:tc>
      </w:tr>
      <w:tr w:rsidR="003A3A73" w:rsidRPr="0045331A" w:rsidTr="00BE2B22">
        <w:tc>
          <w:tcPr>
            <w:tcW w:w="3280" w:type="dxa"/>
          </w:tcPr>
          <w:p w:rsidR="003A3A73" w:rsidRPr="0045331A" w:rsidRDefault="003A3A73" w:rsidP="00BE2B22">
            <w:pPr>
              <w:spacing w:line="360" w:lineRule="auto"/>
              <w:rPr>
                <w:rFonts w:cs="Times New Roman"/>
                <w:sz w:val="24"/>
                <w:szCs w:val="24"/>
              </w:rPr>
            </w:pPr>
            <w:r w:rsidRPr="0045331A">
              <w:rPr>
                <w:rFonts w:cs="Times New Roman"/>
                <w:sz w:val="24"/>
                <w:szCs w:val="24"/>
              </w:rPr>
              <w:t>Data postării / publicării anunțului</w:t>
            </w:r>
          </w:p>
        </w:tc>
        <w:tc>
          <w:tcPr>
            <w:tcW w:w="3280" w:type="dxa"/>
          </w:tcPr>
          <w:p w:rsidR="003A3A73" w:rsidRPr="0045331A" w:rsidRDefault="008845F0" w:rsidP="00861CAF">
            <w:pPr>
              <w:spacing w:line="360" w:lineRule="auto"/>
              <w:rPr>
                <w:rFonts w:cs="Times New Roman"/>
                <w:sz w:val="24"/>
                <w:szCs w:val="24"/>
              </w:rPr>
            </w:pPr>
            <w:r>
              <w:rPr>
                <w:rFonts w:cs="Times New Roman"/>
                <w:sz w:val="24"/>
                <w:szCs w:val="24"/>
              </w:rPr>
              <w:t>0</w:t>
            </w:r>
            <w:r w:rsidR="00861CAF">
              <w:rPr>
                <w:rFonts w:cs="Times New Roman"/>
                <w:sz w:val="24"/>
                <w:szCs w:val="24"/>
              </w:rPr>
              <w:t>2</w:t>
            </w:r>
            <w:r>
              <w:rPr>
                <w:rFonts w:cs="Times New Roman"/>
                <w:sz w:val="24"/>
                <w:szCs w:val="24"/>
              </w:rPr>
              <w:t>.09.</w:t>
            </w:r>
            <w:r w:rsidR="003A3A73">
              <w:rPr>
                <w:rFonts w:cs="Times New Roman"/>
                <w:sz w:val="24"/>
                <w:szCs w:val="24"/>
              </w:rPr>
              <w:t xml:space="preserve"> 2026</w:t>
            </w:r>
          </w:p>
        </w:tc>
        <w:tc>
          <w:tcPr>
            <w:tcW w:w="3280" w:type="dxa"/>
          </w:tcPr>
          <w:p w:rsidR="003A3A73" w:rsidRPr="0045331A" w:rsidRDefault="003A3A73" w:rsidP="00BE2B22">
            <w:pPr>
              <w:spacing w:line="360" w:lineRule="auto"/>
              <w:rPr>
                <w:rFonts w:cs="Times New Roman"/>
                <w:sz w:val="24"/>
                <w:szCs w:val="24"/>
              </w:rPr>
            </w:pPr>
          </w:p>
        </w:tc>
        <w:bookmarkStart w:id="0" w:name="_GoBack"/>
        <w:bookmarkEnd w:id="0"/>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Data limita de depunere a dosarelor</w:t>
            </w:r>
          </w:p>
        </w:tc>
        <w:tc>
          <w:tcPr>
            <w:tcW w:w="3280" w:type="dxa"/>
          </w:tcPr>
          <w:p w:rsidR="003A3A73" w:rsidRPr="00DD604A" w:rsidRDefault="003A3A73" w:rsidP="00861CAF">
            <w:pPr>
              <w:spacing w:line="360" w:lineRule="auto"/>
              <w:rPr>
                <w:rFonts w:cs="Times New Roman"/>
                <w:sz w:val="24"/>
                <w:szCs w:val="24"/>
              </w:rPr>
            </w:pPr>
            <w:r w:rsidRPr="00DD604A">
              <w:rPr>
                <w:rFonts w:cs="Times New Roman"/>
                <w:sz w:val="24"/>
                <w:szCs w:val="24"/>
              </w:rPr>
              <w:t>1</w:t>
            </w:r>
            <w:r w:rsidR="00861CAF" w:rsidRPr="00DD604A">
              <w:rPr>
                <w:rFonts w:cs="Times New Roman"/>
                <w:sz w:val="24"/>
                <w:szCs w:val="24"/>
              </w:rPr>
              <w:t>6</w:t>
            </w:r>
            <w:r w:rsidRPr="00DD604A">
              <w:rPr>
                <w:rFonts w:cs="Times New Roman"/>
                <w:sz w:val="24"/>
                <w:szCs w:val="24"/>
              </w:rPr>
              <w:t xml:space="preserve"> septembrie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14:00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Selecția dosarelor</w:t>
            </w:r>
          </w:p>
        </w:tc>
        <w:tc>
          <w:tcPr>
            <w:tcW w:w="3280" w:type="dxa"/>
          </w:tcPr>
          <w:p w:rsidR="003A3A73" w:rsidRPr="00DD604A" w:rsidRDefault="00D7667F" w:rsidP="00BE2B22">
            <w:pPr>
              <w:spacing w:line="360" w:lineRule="auto"/>
              <w:rPr>
                <w:rFonts w:cs="Times New Roman"/>
                <w:sz w:val="24"/>
                <w:szCs w:val="24"/>
              </w:rPr>
            </w:pPr>
            <w:r w:rsidRPr="00DD604A">
              <w:rPr>
                <w:rFonts w:cs="Times New Roman"/>
                <w:sz w:val="24"/>
                <w:szCs w:val="24"/>
              </w:rPr>
              <w:t>18</w:t>
            </w:r>
            <w:r w:rsidR="003A3A73" w:rsidRPr="00DD604A">
              <w:rPr>
                <w:rFonts w:cs="Times New Roman"/>
                <w:sz w:val="24"/>
                <w:szCs w:val="24"/>
              </w:rPr>
              <w:t xml:space="preserve"> septembrie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13:00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Afișarea rezultatului selecției dosarelor</w:t>
            </w:r>
          </w:p>
        </w:tc>
        <w:tc>
          <w:tcPr>
            <w:tcW w:w="3280" w:type="dxa"/>
          </w:tcPr>
          <w:p w:rsidR="003A3A73" w:rsidRPr="00DD604A" w:rsidRDefault="00D7667F" w:rsidP="00BE2B22">
            <w:pPr>
              <w:spacing w:line="360" w:lineRule="auto"/>
              <w:rPr>
                <w:rFonts w:cs="Times New Roman"/>
                <w:sz w:val="24"/>
                <w:szCs w:val="24"/>
              </w:rPr>
            </w:pPr>
            <w:r w:rsidRPr="00DD604A">
              <w:rPr>
                <w:rFonts w:cs="Times New Roman"/>
                <w:sz w:val="24"/>
                <w:szCs w:val="24"/>
              </w:rPr>
              <w:t>21</w:t>
            </w:r>
            <w:r w:rsidR="003A3A73" w:rsidRPr="00DD604A">
              <w:rPr>
                <w:rFonts w:cs="Times New Roman"/>
                <w:sz w:val="24"/>
                <w:szCs w:val="24"/>
              </w:rPr>
              <w:t xml:space="preserve"> septembrie 2026</w:t>
            </w:r>
          </w:p>
        </w:tc>
        <w:tc>
          <w:tcPr>
            <w:tcW w:w="3280" w:type="dxa"/>
          </w:tcPr>
          <w:p w:rsidR="003A3A73" w:rsidRPr="00DD604A" w:rsidRDefault="003A3A73" w:rsidP="00D7667F">
            <w:pPr>
              <w:spacing w:line="360" w:lineRule="auto"/>
              <w:rPr>
                <w:rFonts w:cs="Times New Roman"/>
                <w:sz w:val="24"/>
                <w:szCs w:val="24"/>
              </w:rPr>
            </w:pPr>
            <w:r w:rsidRPr="00DD604A">
              <w:rPr>
                <w:rFonts w:cs="Times New Roman"/>
                <w:sz w:val="24"/>
                <w:szCs w:val="24"/>
              </w:rPr>
              <w:t>1</w:t>
            </w:r>
            <w:r w:rsidR="00D7667F" w:rsidRPr="00DD604A">
              <w:rPr>
                <w:rFonts w:cs="Times New Roman"/>
                <w:sz w:val="24"/>
                <w:szCs w:val="24"/>
              </w:rPr>
              <w:t>3</w:t>
            </w:r>
            <w:r w:rsidRPr="00DD604A">
              <w:rPr>
                <w:rFonts w:cs="Times New Roman"/>
                <w:sz w:val="24"/>
                <w:szCs w:val="24"/>
              </w:rPr>
              <w:t>:00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Termen limita contestații ref. la selecția dosarelor</w:t>
            </w:r>
          </w:p>
        </w:tc>
        <w:tc>
          <w:tcPr>
            <w:tcW w:w="3280" w:type="dxa"/>
          </w:tcPr>
          <w:p w:rsidR="003A3A73" w:rsidRPr="00DD604A" w:rsidRDefault="003A3A73" w:rsidP="00D7667F">
            <w:pPr>
              <w:spacing w:line="360" w:lineRule="auto"/>
              <w:rPr>
                <w:rFonts w:cs="Times New Roman"/>
                <w:sz w:val="24"/>
                <w:szCs w:val="24"/>
              </w:rPr>
            </w:pPr>
            <w:r w:rsidRPr="00DD604A">
              <w:rPr>
                <w:rFonts w:cs="Times New Roman"/>
                <w:sz w:val="24"/>
                <w:szCs w:val="24"/>
              </w:rPr>
              <w:t>2</w:t>
            </w:r>
            <w:r w:rsidR="00D7667F" w:rsidRPr="00DD604A">
              <w:rPr>
                <w:rFonts w:cs="Times New Roman"/>
                <w:sz w:val="24"/>
                <w:szCs w:val="24"/>
              </w:rPr>
              <w:t>2</w:t>
            </w:r>
            <w:r w:rsidRPr="00DD604A">
              <w:rPr>
                <w:rFonts w:cs="Times New Roman"/>
                <w:sz w:val="24"/>
                <w:szCs w:val="24"/>
              </w:rPr>
              <w:t xml:space="preserve"> septembrie 2026</w:t>
            </w:r>
          </w:p>
        </w:tc>
        <w:tc>
          <w:tcPr>
            <w:tcW w:w="3280" w:type="dxa"/>
          </w:tcPr>
          <w:p w:rsidR="003A3A73" w:rsidRPr="00DD604A" w:rsidRDefault="003A3A73" w:rsidP="00D7667F">
            <w:pPr>
              <w:spacing w:line="360" w:lineRule="auto"/>
              <w:rPr>
                <w:rFonts w:cs="Times New Roman"/>
                <w:sz w:val="24"/>
                <w:szCs w:val="24"/>
              </w:rPr>
            </w:pPr>
            <w:r w:rsidRPr="00DD604A">
              <w:rPr>
                <w:rFonts w:cs="Times New Roman"/>
                <w:sz w:val="24"/>
                <w:szCs w:val="24"/>
              </w:rPr>
              <w:t>1</w:t>
            </w:r>
            <w:r w:rsidR="00D7667F" w:rsidRPr="00DD604A">
              <w:rPr>
                <w:rFonts w:cs="Times New Roman"/>
                <w:sz w:val="24"/>
                <w:szCs w:val="24"/>
              </w:rPr>
              <w:t>3</w:t>
            </w:r>
            <w:r w:rsidRPr="00DD604A">
              <w:rPr>
                <w:rFonts w:cs="Times New Roman"/>
                <w:sz w:val="24"/>
                <w:szCs w:val="24"/>
              </w:rPr>
              <w:t>:00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Afișarea rezultatelor la contestații</w:t>
            </w:r>
          </w:p>
        </w:tc>
        <w:tc>
          <w:tcPr>
            <w:tcW w:w="3280" w:type="dxa"/>
          </w:tcPr>
          <w:p w:rsidR="003A3A73" w:rsidRPr="00DD604A" w:rsidRDefault="003A3A73" w:rsidP="00D7667F">
            <w:pPr>
              <w:spacing w:line="360" w:lineRule="auto"/>
              <w:rPr>
                <w:rFonts w:cs="Times New Roman"/>
                <w:sz w:val="24"/>
                <w:szCs w:val="24"/>
              </w:rPr>
            </w:pPr>
            <w:r w:rsidRPr="00DD604A">
              <w:rPr>
                <w:rFonts w:cs="Times New Roman"/>
                <w:sz w:val="24"/>
                <w:szCs w:val="24"/>
              </w:rPr>
              <w:t>2</w:t>
            </w:r>
            <w:r w:rsidR="00D7667F" w:rsidRPr="00DD604A">
              <w:rPr>
                <w:rFonts w:cs="Times New Roman"/>
                <w:sz w:val="24"/>
                <w:szCs w:val="24"/>
              </w:rPr>
              <w:t>3</w:t>
            </w:r>
            <w:r w:rsidRPr="00DD604A">
              <w:rPr>
                <w:rFonts w:cs="Times New Roman"/>
                <w:sz w:val="24"/>
                <w:szCs w:val="24"/>
              </w:rPr>
              <w:t xml:space="preserve"> septembrie 2026</w:t>
            </w:r>
          </w:p>
        </w:tc>
        <w:tc>
          <w:tcPr>
            <w:tcW w:w="3280" w:type="dxa"/>
          </w:tcPr>
          <w:p w:rsidR="003A3A73" w:rsidRPr="00DD604A" w:rsidRDefault="003A3A73" w:rsidP="00D7667F">
            <w:pPr>
              <w:spacing w:line="360" w:lineRule="auto"/>
              <w:rPr>
                <w:rFonts w:cs="Times New Roman"/>
                <w:sz w:val="24"/>
                <w:szCs w:val="24"/>
              </w:rPr>
            </w:pPr>
            <w:r w:rsidRPr="00DD604A">
              <w:rPr>
                <w:rFonts w:cs="Times New Roman"/>
                <w:sz w:val="24"/>
                <w:szCs w:val="24"/>
              </w:rPr>
              <w:t>1</w:t>
            </w:r>
            <w:r w:rsidR="00D7667F" w:rsidRPr="00DD604A">
              <w:rPr>
                <w:rFonts w:cs="Times New Roman"/>
                <w:sz w:val="24"/>
                <w:szCs w:val="24"/>
              </w:rPr>
              <w:t>3</w:t>
            </w:r>
            <w:r w:rsidRPr="00DD604A">
              <w:rPr>
                <w:rFonts w:cs="Times New Roman"/>
                <w:sz w:val="24"/>
                <w:szCs w:val="24"/>
              </w:rPr>
              <w:t>:00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Proba scrisă</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28 septembrie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11:00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Afișarea rezultatelor la proba scrisă</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28 septembrie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15:00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Termen limita contestații la proba scrisă</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29 septembrie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15:00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Afișarea rezultatelor la contestații ref. proba scrisă</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30 septembrie 2026</w:t>
            </w:r>
          </w:p>
        </w:tc>
        <w:tc>
          <w:tcPr>
            <w:tcW w:w="3280" w:type="dxa"/>
          </w:tcPr>
          <w:p w:rsidR="003A3A73" w:rsidRPr="00DD604A" w:rsidRDefault="003A3A73" w:rsidP="00D7667F">
            <w:pPr>
              <w:spacing w:line="360" w:lineRule="auto"/>
              <w:rPr>
                <w:rFonts w:cs="Times New Roman"/>
                <w:sz w:val="24"/>
                <w:szCs w:val="24"/>
              </w:rPr>
            </w:pPr>
            <w:r w:rsidRPr="00DD604A">
              <w:rPr>
                <w:rFonts w:cs="Times New Roman"/>
                <w:sz w:val="24"/>
                <w:szCs w:val="24"/>
              </w:rPr>
              <w:t>1</w:t>
            </w:r>
            <w:r w:rsidR="00D7667F" w:rsidRPr="00DD604A">
              <w:rPr>
                <w:rFonts w:cs="Times New Roman"/>
                <w:sz w:val="24"/>
                <w:szCs w:val="24"/>
              </w:rPr>
              <w:t>5</w:t>
            </w:r>
            <w:r w:rsidRPr="00DD604A">
              <w:rPr>
                <w:rFonts w:cs="Times New Roman"/>
                <w:sz w:val="24"/>
                <w:szCs w:val="24"/>
              </w:rPr>
              <w:t>:00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Proba practică</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01 octombrie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11:00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Afișarea rezultatelor proba practică</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01 octombrie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15:00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 xml:space="preserve">Termen limita contestații la </w:t>
            </w:r>
            <w:r w:rsidRPr="00DD604A">
              <w:rPr>
                <w:rFonts w:cs="Times New Roman"/>
                <w:sz w:val="24"/>
                <w:szCs w:val="24"/>
              </w:rPr>
              <w:lastRenderedPageBreak/>
              <w:t>proba practică</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lastRenderedPageBreak/>
              <w:t>02 octombrie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15:00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lastRenderedPageBreak/>
              <w:t>Afișarea rezultatelor la contestații ref. proba practică</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05 octombrie 2026</w:t>
            </w:r>
          </w:p>
        </w:tc>
        <w:tc>
          <w:tcPr>
            <w:tcW w:w="3280" w:type="dxa"/>
          </w:tcPr>
          <w:p w:rsidR="003A3A73" w:rsidRPr="00DD604A" w:rsidRDefault="003A3A73" w:rsidP="003F782E">
            <w:pPr>
              <w:spacing w:line="360" w:lineRule="auto"/>
              <w:rPr>
                <w:rFonts w:cs="Times New Roman"/>
                <w:sz w:val="24"/>
                <w:szCs w:val="24"/>
              </w:rPr>
            </w:pPr>
            <w:r w:rsidRPr="00DD604A">
              <w:rPr>
                <w:rFonts w:cs="Times New Roman"/>
                <w:sz w:val="24"/>
                <w:szCs w:val="24"/>
              </w:rPr>
              <w:t>1</w:t>
            </w:r>
            <w:r w:rsidR="003F782E" w:rsidRPr="00DD604A">
              <w:rPr>
                <w:rFonts w:cs="Times New Roman"/>
                <w:sz w:val="24"/>
                <w:szCs w:val="24"/>
              </w:rPr>
              <w:t>5</w:t>
            </w:r>
            <w:r w:rsidRPr="00DD604A">
              <w:rPr>
                <w:rFonts w:cs="Times New Roman"/>
                <w:sz w:val="24"/>
                <w:szCs w:val="24"/>
              </w:rPr>
              <w:t>:00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Interviul</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06 octombrie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11:00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Afișarea rezultatelor la proba de interviu</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06 octombrie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15:00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Termen limita contestații la proba de interviu</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07 octombrie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15:00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Afișarea rezultatelor la contestații la proba de interviu</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08 octombrie 2026</w:t>
            </w:r>
          </w:p>
        </w:tc>
        <w:tc>
          <w:tcPr>
            <w:tcW w:w="3280" w:type="dxa"/>
          </w:tcPr>
          <w:p w:rsidR="003A3A73" w:rsidRPr="00DD604A" w:rsidRDefault="003A3A73" w:rsidP="0075592E">
            <w:pPr>
              <w:spacing w:line="360" w:lineRule="auto"/>
              <w:rPr>
                <w:rFonts w:cs="Times New Roman"/>
                <w:sz w:val="24"/>
                <w:szCs w:val="24"/>
              </w:rPr>
            </w:pPr>
            <w:r w:rsidRPr="00DD604A">
              <w:rPr>
                <w:rFonts w:cs="Times New Roman"/>
                <w:sz w:val="24"/>
                <w:szCs w:val="24"/>
              </w:rPr>
              <w:t>1</w:t>
            </w:r>
            <w:r w:rsidR="0075592E" w:rsidRPr="00DD604A">
              <w:rPr>
                <w:rFonts w:cs="Times New Roman"/>
                <w:sz w:val="24"/>
                <w:szCs w:val="24"/>
              </w:rPr>
              <w:t>5</w:t>
            </w:r>
            <w:r w:rsidRPr="00DD604A">
              <w:rPr>
                <w:rFonts w:cs="Times New Roman"/>
                <w:sz w:val="24"/>
                <w:szCs w:val="24"/>
              </w:rPr>
              <w:t>:00</w:t>
            </w:r>
          </w:p>
        </w:tc>
      </w:tr>
      <w:tr w:rsidR="003A3A73" w:rsidRPr="0045331A" w:rsidTr="00BE2B22">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Afișare rezultat final</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09 octombrie 2026</w:t>
            </w:r>
          </w:p>
        </w:tc>
        <w:tc>
          <w:tcPr>
            <w:tcW w:w="3280" w:type="dxa"/>
          </w:tcPr>
          <w:p w:rsidR="003A3A73" w:rsidRPr="00DD604A" w:rsidRDefault="003A3A73" w:rsidP="00BE2B22">
            <w:pPr>
              <w:spacing w:line="360" w:lineRule="auto"/>
              <w:rPr>
                <w:rFonts w:cs="Times New Roman"/>
                <w:sz w:val="24"/>
                <w:szCs w:val="24"/>
              </w:rPr>
            </w:pPr>
            <w:r w:rsidRPr="00DD604A">
              <w:rPr>
                <w:rFonts w:cs="Times New Roman"/>
                <w:sz w:val="24"/>
                <w:szCs w:val="24"/>
              </w:rPr>
              <w:t>10:00</w:t>
            </w:r>
          </w:p>
        </w:tc>
      </w:tr>
    </w:tbl>
    <w:p w:rsidR="003A3A73" w:rsidRPr="0045331A" w:rsidRDefault="003A3A73" w:rsidP="0045331A">
      <w:pPr>
        <w:spacing w:after="0" w:line="360" w:lineRule="auto"/>
        <w:rPr>
          <w:rFonts w:cs="Times New Roman"/>
          <w:sz w:val="24"/>
          <w:szCs w:val="24"/>
        </w:rPr>
      </w:pP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b/>
          <w:sz w:val="24"/>
          <w:szCs w:val="24"/>
        </w:rPr>
        <w:t>F.) PRINCIPALELE ATRIBUȚII CONFORM FIȘEI POSTULUI</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b/>
          <w:sz w:val="24"/>
          <w:szCs w:val="24"/>
        </w:rPr>
        <w:t>I. ATRIBUŢII SPECIFICE POSTULUI</w:t>
      </w:r>
    </w:p>
    <w:p w:rsidR="00E776B1" w:rsidRPr="0045331A" w:rsidRDefault="006B0E39" w:rsidP="0045331A">
      <w:pPr>
        <w:spacing w:after="0" w:line="360" w:lineRule="auto"/>
        <w:rPr>
          <w:rFonts w:cs="Times New Roman"/>
          <w:sz w:val="24"/>
          <w:szCs w:val="24"/>
        </w:rPr>
      </w:pPr>
      <w:r w:rsidRPr="0045331A">
        <w:rPr>
          <w:rFonts w:cs="Times New Roman"/>
          <w:sz w:val="24"/>
          <w:szCs w:val="24"/>
        </w:rPr>
        <w:t>1. PROIECTAREA ACTIVITĂŢILOR</w:t>
      </w:r>
    </w:p>
    <w:p w:rsidR="00E776B1" w:rsidRPr="0045331A" w:rsidRDefault="006B0E39" w:rsidP="0045331A">
      <w:pPr>
        <w:spacing w:after="0" w:line="360" w:lineRule="auto"/>
        <w:rPr>
          <w:rFonts w:cs="Times New Roman"/>
          <w:sz w:val="24"/>
          <w:szCs w:val="24"/>
        </w:rPr>
      </w:pPr>
      <w:r w:rsidRPr="0045331A">
        <w:rPr>
          <w:rFonts w:cs="Times New Roman"/>
          <w:sz w:val="24"/>
          <w:szCs w:val="24"/>
        </w:rPr>
        <w:t>1.1. Respectarea planurilor manageriale ale şcolii.</w:t>
      </w:r>
    </w:p>
    <w:p w:rsidR="00E776B1" w:rsidRPr="0045331A" w:rsidRDefault="006B0E39" w:rsidP="0045331A">
      <w:pPr>
        <w:spacing w:after="0" w:line="360" w:lineRule="auto"/>
        <w:rPr>
          <w:rFonts w:cs="Times New Roman"/>
          <w:sz w:val="24"/>
          <w:szCs w:val="24"/>
        </w:rPr>
      </w:pPr>
      <w:r w:rsidRPr="0045331A">
        <w:rPr>
          <w:rFonts w:cs="Times New Roman"/>
          <w:sz w:val="24"/>
          <w:szCs w:val="24"/>
        </w:rPr>
        <w:t>1.2. Implicarea în proiectarea activităţii şcolii, la nivelul compartimentului.</w:t>
      </w:r>
    </w:p>
    <w:p w:rsidR="00E776B1" w:rsidRPr="0045331A" w:rsidRDefault="006B0E39" w:rsidP="0045331A">
      <w:pPr>
        <w:spacing w:after="0" w:line="360" w:lineRule="auto"/>
        <w:rPr>
          <w:rFonts w:cs="Times New Roman"/>
          <w:sz w:val="24"/>
          <w:szCs w:val="24"/>
        </w:rPr>
      </w:pPr>
      <w:r w:rsidRPr="0045331A">
        <w:rPr>
          <w:rFonts w:cs="Times New Roman"/>
          <w:sz w:val="24"/>
          <w:szCs w:val="24"/>
        </w:rPr>
        <w:t>1.3. Realizarea planificării calendaristice a compartimentului.</w:t>
      </w:r>
    </w:p>
    <w:p w:rsidR="00E776B1" w:rsidRPr="0045331A" w:rsidRDefault="006B0E39" w:rsidP="0045331A">
      <w:pPr>
        <w:spacing w:after="0" w:line="360" w:lineRule="auto"/>
        <w:rPr>
          <w:rFonts w:cs="Times New Roman"/>
          <w:sz w:val="24"/>
          <w:szCs w:val="24"/>
        </w:rPr>
      </w:pPr>
      <w:r w:rsidRPr="0045331A">
        <w:rPr>
          <w:rFonts w:cs="Times New Roman"/>
          <w:sz w:val="24"/>
          <w:szCs w:val="24"/>
        </w:rPr>
        <w:t>1.4. Cunoaşterea şi aplicarea legislaţiei în vigoare.</w:t>
      </w:r>
    </w:p>
    <w:p w:rsidR="00E776B1" w:rsidRPr="0045331A" w:rsidRDefault="006B0E39" w:rsidP="0045331A">
      <w:pPr>
        <w:spacing w:after="0" w:line="360" w:lineRule="auto"/>
        <w:rPr>
          <w:rFonts w:cs="Times New Roman"/>
          <w:sz w:val="24"/>
          <w:szCs w:val="24"/>
        </w:rPr>
      </w:pPr>
      <w:r w:rsidRPr="0045331A">
        <w:rPr>
          <w:rFonts w:cs="Times New Roman"/>
          <w:sz w:val="24"/>
          <w:szCs w:val="24"/>
        </w:rPr>
        <w:t>1.5. Folosirea tehnologiei informatice în proiectare.</w:t>
      </w:r>
    </w:p>
    <w:p w:rsidR="00E776B1" w:rsidRPr="0045331A" w:rsidRDefault="006B0E39" w:rsidP="0045331A">
      <w:pPr>
        <w:spacing w:after="0" w:line="360" w:lineRule="auto"/>
        <w:rPr>
          <w:rFonts w:cs="Times New Roman"/>
          <w:sz w:val="24"/>
          <w:szCs w:val="24"/>
        </w:rPr>
      </w:pPr>
      <w:r w:rsidRPr="0045331A">
        <w:rPr>
          <w:rFonts w:cs="Times New Roman"/>
          <w:sz w:val="24"/>
          <w:szCs w:val="24"/>
        </w:rPr>
        <w:t>2. REALIZAREA ACTIVITĂŢILOR</w:t>
      </w:r>
    </w:p>
    <w:p w:rsidR="00E776B1" w:rsidRPr="0045331A" w:rsidRDefault="006B0E39" w:rsidP="0045331A">
      <w:pPr>
        <w:spacing w:after="0" w:line="360" w:lineRule="auto"/>
        <w:rPr>
          <w:rFonts w:cs="Times New Roman"/>
          <w:sz w:val="24"/>
          <w:szCs w:val="24"/>
        </w:rPr>
      </w:pPr>
      <w:r w:rsidRPr="0045331A">
        <w:rPr>
          <w:rFonts w:cs="Times New Roman"/>
          <w:sz w:val="24"/>
          <w:szCs w:val="24"/>
        </w:rPr>
        <w:t>2.1. Organizarea documentelor oficiale.</w:t>
      </w:r>
    </w:p>
    <w:p w:rsidR="00E776B1" w:rsidRPr="0045331A" w:rsidRDefault="006B0E39" w:rsidP="0045331A">
      <w:pPr>
        <w:spacing w:after="0" w:line="360" w:lineRule="auto"/>
        <w:rPr>
          <w:rFonts w:cs="Times New Roman"/>
          <w:sz w:val="24"/>
          <w:szCs w:val="24"/>
        </w:rPr>
      </w:pPr>
      <w:r w:rsidRPr="0045331A">
        <w:rPr>
          <w:rFonts w:cs="Times New Roman"/>
          <w:sz w:val="24"/>
          <w:szCs w:val="24"/>
        </w:rPr>
        <w:t>2.2. Asigură ordonarea şi arhivarea documentelor unităţii.</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2.3. Gestionarea documentelor pentru resursa umană a unităţii (cadre didactice, personal didactic auxiliar, personal nedidactic). </w:t>
      </w:r>
      <w:proofErr w:type="gramStart"/>
      <w:r w:rsidRPr="0045331A">
        <w:rPr>
          <w:rFonts w:cs="Times New Roman"/>
          <w:sz w:val="24"/>
          <w:szCs w:val="24"/>
        </w:rPr>
        <w:t>Înregistrarea şi prelucrarea informatică periodică a datelor în programele de salarizare şi REGES ONLINE.</w:t>
      </w:r>
      <w:proofErr w:type="gramEnd"/>
    </w:p>
    <w:p w:rsidR="00E776B1" w:rsidRPr="0045331A" w:rsidRDefault="006B0E39" w:rsidP="0045331A">
      <w:pPr>
        <w:spacing w:after="0" w:line="360" w:lineRule="auto"/>
        <w:rPr>
          <w:rFonts w:cs="Times New Roman"/>
          <w:sz w:val="24"/>
          <w:szCs w:val="24"/>
        </w:rPr>
      </w:pPr>
      <w:r w:rsidRPr="0045331A">
        <w:rPr>
          <w:rFonts w:cs="Times New Roman"/>
          <w:sz w:val="24"/>
          <w:szCs w:val="24"/>
        </w:rPr>
        <w:t>2.4. Întocmirea şi actualizarea documentelor de studii ale elevilor.</w:t>
      </w:r>
    </w:p>
    <w:p w:rsidR="00E776B1" w:rsidRPr="0045331A" w:rsidRDefault="006B0E39" w:rsidP="0045331A">
      <w:pPr>
        <w:spacing w:after="0" w:line="360" w:lineRule="auto"/>
        <w:rPr>
          <w:rFonts w:cs="Times New Roman"/>
          <w:sz w:val="24"/>
          <w:szCs w:val="24"/>
        </w:rPr>
      </w:pPr>
      <w:r w:rsidRPr="0045331A">
        <w:rPr>
          <w:rFonts w:cs="Times New Roman"/>
          <w:sz w:val="24"/>
          <w:szCs w:val="24"/>
        </w:rPr>
        <w:t>2.5. Alcătuirea de proceduri.</w:t>
      </w:r>
    </w:p>
    <w:p w:rsidR="00E776B1" w:rsidRPr="0045331A" w:rsidRDefault="006B0E39" w:rsidP="0045331A">
      <w:pPr>
        <w:spacing w:after="0" w:line="360" w:lineRule="auto"/>
        <w:rPr>
          <w:rFonts w:cs="Times New Roman"/>
          <w:sz w:val="24"/>
          <w:szCs w:val="24"/>
        </w:rPr>
      </w:pPr>
      <w:r w:rsidRPr="0045331A">
        <w:rPr>
          <w:rFonts w:cs="Times New Roman"/>
          <w:sz w:val="24"/>
          <w:szCs w:val="24"/>
        </w:rPr>
        <w:t>3. COMUNICARE ŞI RELAŢIONARE</w:t>
      </w:r>
    </w:p>
    <w:p w:rsidR="00E776B1" w:rsidRPr="0045331A" w:rsidRDefault="006B0E39" w:rsidP="0045331A">
      <w:pPr>
        <w:spacing w:after="0" w:line="360" w:lineRule="auto"/>
        <w:rPr>
          <w:rFonts w:cs="Times New Roman"/>
          <w:sz w:val="24"/>
          <w:szCs w:val="24"/>
        </w:rPr>
      </w:pPr>
      <w:r w:rsidRPr="0045331A">
        <w:rPr>
          <w:rFonts w:cs="Times New Roman"/>
          <w:sz w:val="24"/>
          <w:szCs w:val="24"/>
        </w:rPr>
        <w:t>3.1. Asigurarea fluxului informaţional al compartimentului.</w:t>
      </w:r>
    </w:p>
    <w:p w:rsidR="00E776B1" w:rsidRPr="0045331A" w:rsidRDefault="006B0E39" w:rsidP="0045331A">
      <w:pPr>
        <w:spacing w:after="0" w:line="360" w:lineRule="auto"/>
        <w:rPr>
          <w:rFonts w:cs="Times New Roman"/>
          <w:sz w:val="24"/>
          <w:szCs w:val="24"/>
        </w:rPr>
      </w:pPr>
      <w:r w:rsidRPr="0045331A">
        <w:rPr>
          <w:rFonts w:cs="Times New Roman"/>
          <w:sz w:val="24"/>
          <w:szCs w:val="24"/>
        </w:rPr>
        <w:t>3.2. Raportarea periodică pentru conducerea instituţiei.</w:t>
      </w:r>
    </w:p>
    <w:p w:rsidR="00E776B1" w:rsidRPr="0045331A" w:rsidRDefault="006B0E39" w:rsidP="0045331A">
      <w:pPr>
        <w:spacing w:after="0" w:line="360" w:lineRule="auto"/>
        <w:rPr>
          <w:rFonts w:cs="Times New Roman"/>
          <w:sz w:val="24"/>
          <w:szCs w:val="24"/>
        </w:rPr>
      </w:pPr>
      <w:r w:rsidRPr="0045331A">
        <w:rPr>
          <w:rFonts w:cs="Times New Roman"/>
          <w:sz w:val="24"/>
          <w:szCs w:val="24"/>
        </w:rPr>
        <w:lastRenderedPageBreak/>
        <w:t>3.3. Asigurarea transparenţei deciziilor din compartiment.</w:t>
      </w:r>
    </w:p>
    <w:p w:rsidR="00E776B1" w:rsidRPr="0045331A" w:rsidRDefault="006B0E39" w:rsidP="0045331A">
      <w:pPr>
        <w:spacing w:after="0" w:line="360" w:lineRule="auto"/>
        <w:rPr>
          <w:rFonts w:cs="Times New Roman"/>
          <w:sz w:val="24"/>
          <w:szCs w:val="24"/>
        </w:rPr>
      </w:pPr>
      <w:r w:rsidRPr="0045331A">
        <w:rPr>
          <w:rFonts w:cs="Times New Roman"/>
          <w:sz w:val="24"/>
          <w:szCs w:val="24"/>
        </w:rPr>
        <w:t>3.4. Evidenţa, gestionarea şi arhivarea documentelor.</w:t>
      </w:r>
    </w:p>
    <w:p w:rsidR="00E776B1" w:rsidRPr="0045331A" w:rsidRDefault="006B0E39" w:rsidP="0045331A">
      <w:pPr>
        <w:spacing w:after="0" w:line="360" w:lineRule="auto"/>
        <w:rPr>
          <w:rFonts w:cs="Times New Roman"/>
          <w:sz w:val="24"/>
          <w:szCs w:val="24"/>
        </w:rPr>
      </w:pPr>
      <w:r w:rsidRPr="0045331A">
        <w:rPr>
          <w:rFonts w:cs="Times New Roman"/>
          <w:sz w:val="24"/>
          <w:szCs w:val="24"/>
        </w:rPr>
        <w:t>4. MANAGEMENTUL CARIEREI ŞI AL DEZVOLTĂRII PERSONALE</w:t>
      </w:r>
    </w:p>
    <w:p w:rsidR="00E776B1" w:rsidRPr="0045331A" w:rsidRDefault="006B0E39" w:rsidP="0045331A">
      <w:pPr>
        <w:spacing w:after="0" w:line="360" w:lineRule="auto"/>
        <w:rPr>
          <w:rFonts w:cs="Times New Roman"/>
          <w:sz w:val="24"/>
          <w:szCs w:val="24"/>
        </w:rPr>
      </w:pPr>
      <w:r w:rsidRPr="0045331A">
        <w:rPr>
          <w:rFonts w:cs="Times New Roman"/>
          <w:sz w:val="24"/>
          <w:szCs w:val="24"/>
        </w:rPr>
        <w:t>4.1. Identificarea nevoilor proprii de dezvoltare.</w:t>
      </w:r>
    </w:p>
    <w:p w:rsidR="00E776B1" w:rsidRPr="0045331A" w:rsidRDefault="006B0E39" w:rsidP="0045331A">
      <w:pPr>
        <w:spacing w:after="0" w:line="360" w:lineRule="auto"/>
        <w:rPr>
          <w:rFonts w:cs="Times New Roman"/>
          <w:sz w:val="24"/>
          <w:szCs w:val="24"/>
        </w:rPr>
      </w:pPr>
      <w:r w:rsidRPr="0045331A">
        <w:rPr>
          <w:rFonts w:cs="Times New Roman"/>
          <w:sz w:val="24"/>
          <w:szCs w:val="24"/>
        </w:rPr>
        <w:t>4.2. Participarea la activităţi de formare profesională şi dezvoltare în carieră.</w:t>
      </w:r>
    </w:p>
    <w:p w:rsidR="00E776B1" w:rsidRPr="0045331A" w:rsidRDefault="006B0E39" w:rsidP="0045331A">
      <w:pPr>
        <w:spacing w:after="0" w:line="360" w:lineRule="auto"/>
        <w:rPr>
          <w:rFonts w:cs="Times New Roman"/>
          <w:sz w:val="24"/>
          <w:szCs w:val="24"/>
        </w:rPr>
      </w:pPr>
      <w:r w:rsidRPr="0045331A">
        <w:rPr>
          <w:rFonts w:cs="Times New Roman"/>
          <w:sz w:val="24"/>
          <w:szCs w:val="24"/>
        </w:rPr>
        <w:t>4.3. Participarea permanentă la instruirile organizate de inspectoratul şcolar.</w:t>
      </w:r>
    </w:p>
    <w:p w:rsidR="00E776B1" w:rsidRPr="0045331A" w:rsidRDefault="006B0E39" w:rsidP="0045331A">
      <w:pPr>
        <w:spacing w:after="0" w:line="360" w:lineRule="auto"/>
        <w:rPr>
          <w:rFonts w:cs="Times New Roman"/>
          <w:sz w:val="24"/>
          <w:szCs w:val="24"/>
        </w:rPr>
      </w:pPr>
      <w:r w:rsidRPr="0045331A">
        <w:rPr>
          <w:rFonts w:cs="Times New Roman"/>
          <w:sz w:val="24"/>
          <w:szCs w:val="24"/>
        </w:rPr>
        <w:t>5. CONTRIBUŢIA LA DEZVOLTAREA INSTITUŢIONALĂ ŞI LA PROMOVAREA IMAGINII ŞCOLII</w:t>
      </w:r>
    </w:p>
    <w:p w:rsidR="00E776B1" w:rsidRPr="0045331A" w:rsidRDefault="006B0E39" w:rsidP="0045331A">
      <w:pPr>
        <w:spacing w:after="0" w:line="360" w:lineRule="auto"/>
        <w:rPr>
          <w:rFonts w:cs="Times New Roman"/>
          <w:sz w:val="24"/>
          <w:szCs w:val="24"/>
        </w:rPr>
      </w:pPr>
      <w:r w:rsidRPr="0045331A">
        <w:rPr>
          <w:rFonts w:cs="Times New Roman"/>
          <w:sz w:val="24"/>
          <w:szCs w:val="24"/>
        </w:rPr>
        <w:t>5.1. Planificarea activităţii compartimentului prin prisma dezvoltării instituţionale şi promovarea imaginii şcolii.</w:t>
      </w:r>
    </w:p>
    <w:p w:rsidR="00E776B1" w:rsidRPr="0045331A" w:rsidRDefault="006B0E39" w:rsidP="0045331A">
      <w:pPr>
        <w:spacing w:after="0" w:line="360" w:lineRule="auto"/>
        <w:rPr>
          <w:rFonts w:cs="Times New Roman"/>
          <w:sz w:val="24"/>
          <w:szCs w:val="24"/>
        </w:rPr>
      </w:pPr>
      <w:r w:rsidRPr="0045331A">
        <w:rPr>
          <w:rFonts w:cs="Times New Roman"/>
          <w:sz w:val="24"/>
          <w:szCs w:val="24"/>
        </w:rPr>
        <w:t>5.2. Asigurarea permanentă a legăturii cu reprezentanţii comunităţii locale privind activitatea compartimentului.</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5.3. Îndeplinirea altor atribuţii dispuse de şeful ierarhic superior şi/sau directorul, care pot rezulta din necesitatea derulării în bune condiţii a atribuţiilor aflate în sfera </w:t>
      </w:r>
      <w:proofErr w:type="gramStart"/>
      <w:r w:rsidRPr="0045331A">
        <w:rPr>
          <w:rFonts w:cs="Times New Roman"/>
          <w:sz w:val="24"/>
          <w:szCs w:val="24"/>
        </w:rPr>
        <w:t>sa</w:t>
      </w:r>
      <w:proofErr w:type="gramEnd"/>
      <w:r w:rsidRPr="0045331A">
        <w:rPr>
          <w:rFonts w:cs="Times New Roman"/>
          <w:sz w:val="24"/>
          <w:szCs w:val="24"/>
        </w:rPr>
        <w:t xml:space="preserve"> de responsabilitate.</w:t>
      </w:r>
    </w:p>
    <w:p w:rsidR="00E776B1" w:rsidRPr="0045331A" w:rsidRDefault="006B0E39" w:rsidP="0045331A">
      <w:pPr>
        <w:spacing w:after="0" w:line="360" w:lineRule="auto"/>
        <w:rPr>
          <w:rFonts w:cs="Times New Roman"/>
          <w:sz w:val="24"/>
          <w:szCs w:val="24"/>
        </w:rPr>
      </w:pPr>
      <w:r w:rsidRPr="0045331A">
        <w:rPr>
          <w:rFonts w:cs="Times New Roman"/>
          <w:sz w:val="24"/>
          <w:szCs w:val="24"/>
        </w:rPr>
        <w:t>5.4. Respectarea ROI, normelor şi procedurilor de sănătate şi securitate a muncii, de PSI şi ISU pentru toate tipurile de activităţi desfăşurate în cadrul unităţii de învăţământ.</w:t>
      </w:r>
    </w:p>
    <w:p w:rsidR="00E776B1" w:rsidRPr="0045331A" w:rsidRDefault="00E776B1" w:rsidP="0045331A">
      <w:pPr>
        <w:spacing w:after="0" w:line="360" w:lineRule="auto"/>
        <w:rPr>
          <w:rFonts w:cs="Times New Roman"/>
          <w:sz w:val="24"/>
          <w:szCs w:val="24"/>
        </w:rPr>
      </w:pPr>
    </w:p>
    <w:p w:rsidR="00E776B1" w:rsidRPr="0045331A" w:rsidRDefault="006B0E39" w:rsidP="0045331A">
      <w:pPr>
        <w:spacing w:after="0" w:line="360" w:lineRule="auto"/>
        <w:rPr>
          <w:rFonts w:cs="Times New Roman"/>
          <w:sz w:val="24"/>
          <w:szCs w:val="24"/>
        </w:rPr>
      </w:pPr>
      <w:r w:rsidRPr="0045331A">
        <w:rPr>
          <w:rFonts w:cs="Times New Roman"/>
          <w:b/>
          <w:sz w:val="24"/>
          <w:szCs w:val="24"/>
        </w:rPr>
        <w:t>II. ALTE ATRIBUŢII</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În funcţie de nevoile specifice ale unităţii de învăţământ, salariatul </w:t>
      </w:r>
      <w:proofErr w:type="gramStart"/>
      <w:r w:rsidRPr="0045331A">
        <w:rPr>
          <w:rFonts w:cs="Times New Roman"/>
          <w:sz w:val="24"/>
          <w:szCs w:val="24"/>
        </w:rPr>
        <w:t>este</w:t>
      </w:r>
      <w:proofErr w:type="gramEnd"/>
      <w:r w:rsidRPr="0045331A">
        <w:rPr>
          <w:rFonts w:cs="Times New Roman"/>
          <w:sz w:val="24"/>
          <w:szCs w:val="24"/>
        </w:rPr>
        <w:t xml:space="preserve"> obligat să îndeplinească şi alte sarcini repartizate de angajator, în condiţiile legii:</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1. </w:t>
      </w:r>
      <w:proofErr w:type="gramStart"/>
      <w:r w:rsidRPr="0045331A">
        <w:rPr>
          <w:rFonts w:cs="Times New Roman"/>
          <w:sz w:val="24"/>
          <w:szCs w:val="24"/>
        </w:rPr>
        <w:t>întocmirea</w:t>
      </w:r>
      <w:proofErr w:type="gramEnd"/>
      <w:r w:rsidRPr="0045331A">
        <w:rPr>
          <w:rFonts w:cs="Times New Roman"/>
          <w:sz w:val="24"/>
          <w:szCs w:val="24"/>
        </w:rPr>
        <w:t xml:space="preserve"> şi transmiterea situaţiilor statistice şi a celorlalte categorii de documente solicitate de către autorităţi, precum şi a corespondenţei unităţii;</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2. </w:t>
      </w:r>
      <w:proofErr w:type="gramStart"/>
      <w:r w:rsidRPr="0045331A">
        <w:rPr>
          <w:rFonts w:cs="Times New Roman"/>
          <w:sz w:val="24"/>
          <w:szCs w:val="24"/>
        </w:rPr>
        <w:t>rezolvarea</w:t>
      </w:r>
      <w:proofErr w:type="gramEnd"/>
      <w:r w:rsidRPr="0045331A">
        <w:rPr>
          <w:rFonts w:cs="Times New Roman"/>
          <w:sz w:val="24"/>
          <w:szCs w:val="24"/>
        </w:rPr>
        <w:t xml:space="preserve"> problemelor specifice pregătirii şi desfăşurării examenelor şi evaluărilor naţionale, ale concursurilor de ocupare a posturilor vacante, conform atribuţiilor prevăzute de legislaţia în vigoare;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3. </w:t>
      </w:r>
      <w:proofErr w:type="gramStart"/>
      <w:r w:rsidRPr="0045331A">
        <w:rPr>
          <w:rFonts w:cs="Times New Roman"/>
          <w:sz w:val="24"/>
          <w:szCs w:val="24"/>
        </w:rPr>
        <w:t>înregistrarea</w:t>
      </w:r>
      <w:proofErr w:type="gramEnd"/>
      <w:r w:rsidRPr="0045331A">
        <w:rPr>
          <w:rFonts w:cs="Times New Roman"/>
          <w:sz w:val="24"/>
          <w:szCs w:val="24"/>
        </w:rPr>
        <w:t>, întocmirea și eliberarea documentelor de studii pentru ab</w:t>
      </w:r>
      <w:r w:rsidR="00A85A97">
        <w:rPr>
          <w:rFonts w:cs="Times New Roman"/>
          <w:sz w:val="24"/>
          <w:szCs w:val="24"/>
        </w:rPr>
        <w:t>solvenții claselor a VIII-a</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4. </w:t>
      </w:r>
      <w:proofErr w:type="gramStart"/>
      <w:r w:rsidRPr="0045331A">
        <w:rPr>
          <w:rFonts w:cs="Times New Roman"/>
          <w:sz w:val="24"/>
          <w:szCs w:val="24"/>
        </w:rPr>
        <w:t>completarea</w:t>
      </w:r>
      <w:proofErr w:type="gramEnd"/>
      <w:r w:rsidRPr="0045331A">
        <w:rPr>
          <w:rFonts w:cs="Times New Roman"/>
          <w:sz w:val="24"/>
          <w:szCs w:val="24"/>
        </w:rPr>
        <w:t>, verificarea, păstrarea în condiţii de securitate şi arhivarea documentelor referitoare la situaţia şcolară a elevilor şi a statelor de funcţii;</w:t>
      </w:r>
    </w:p>
    <w:p w:rsidR="00E776B1" w:rsidRPr="0045331A" w:rsidRDefault="006B0E39" w:rsidP="0045331A">
      <w:pPr>
        <w:spacing w:after="0" w:line="360" w:lineRule="auto"/>
        <w:rPr>
          <w:rFonts w:cs="Times New Roman"/>
          <w:sz w:val="24"/>
          <w:szCs w:val="24"/>
        </w:rPr>
      </w:pPr>
      <w:r w:rsidRPr="0045331A">
        <w:rPr>
          <w:rFonts w:cs="Times New Roman"/>
          <w:sz w:val="24"/>
          <w:szCs w:val="24"/>
        </w:rPr>
        <w:t>5. procurarea, completarea, eliberarea şi evidenţa actelor de studii şi a documentelor şcolare, în conformitate cu prevederile regulamentului privind regimul juridic al actelor de studii şi al documentelor de evidenţă şcolară în învăţământul preuniversitar, aprobat prin ordin al ministrului educaţiei;</w:t>
      </w:r>
    </w:p>
    <w:p w:rsidR="00E776B1" w:rsidRPr="0045331A" w:rsidRDefault="006B0E39" w:rsidP="0045331A">
      <w:pPr>
        <w:spacing w:after="0" w:line="360" w:lineRule="auto"/>
        <w:rPr>
          <w:rFonts w:cs="Times New Roman"/>
          <w:sz w:val="24"/>
          <w:szCs w:val="24"/>
        </w:rPr>
      </w:pPr>
      <w:r w:rsidRPr="0045331A">
        <w:rPr>
          <w:rFonts w:cs="Times New Roman"/>
          <w:sz w:val="24"/>
          <w:szCs w:val="24"/>
        </w:rPr>
        <w:t>6. selecţia, evidenţa şi depunerea documentelor la Arhivele Naţionale, după expirarea termenelor de păstrare, stabilite prin "Indicatorul termenelor de păstrare", aprobat prin ordin al ministrului educaţiei;</w:t>
      </w:r>
    </w:p>
    <w:p w:rsidR="00E776B1" w:rsidRPr="0045331A" w:rsidRDefault="006B0E39" w:rsidP="0045331A">
      <w:pPr>
        <w:spacing w:after="0" w:line="360" w:lineRule="auto"/>
        <w:rPr>
          <w:rFonts w:cs="Times New Roman"/>
          <w:sz w:val="24"/>
          <w:szCs w:val="24"/>
        </w:rPr>
      </w:pPr>
      <w:r w:rsidRPr="0045331A">
        <w:rPr>
          <w:rFonts w:cs="Times New Roman"/>
          <w:sz w:val="24"/>
          <w:szCs w:val="24"/>
        </w:rPr>
        <w:lastRenderedPageBreak/>
        <w:t xml:space="preserve">7. </w:t>
      </w:r>
      <w:proofErr w:type="gramStart"/>
      <w:r w:rsidRPr="0045331A">
        <w:rPr>
          <w:rFonts w:cs="Times New Roman"/>
          <w:sz w:val="24"/>
          <w:szCs w:val="24"/>
        </w:rPr>
        <w:t>păstrarea</w:t>
      </w:r>
      <w:proofErr w:type="gramEnd"/>
      <w:r w:rsidRPr="0045331A">
        <w:rPr>
          <w:rFonts w:cs="Times New Roman"/>
          <w:sz w:val="24"/>
          <w:szCs w:val="24"/>
        </w:rPr>
        <w:t xml:space="preserve"> şi aplicarea ştampilei unităţii pe documentele avizate şi semnate de persoanele competente, în situaţia existenţei deciziei directorului în acest sens;</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8. </w:t>
      </w:r>
      <w:proofErr w:type="gramStart"/>
      <w:r w:rsidRPr="0045331A">
        <w:rPr>
          <w:rFonts w:cs="Times New Roman"/>
          <w:sz w:val="24"/>
          <w:szCs w:val="24"/>
        </w:rPr>
        <w:t>întocmirea</w:t>
      </w:r>
      <w:proofErr w:type="gramEnd"/>
      <w:r w:rsidRPr="0045331A">
        <w:rPr>
          <w:rFonts w:cs="Times New Roman"/>
          <w:sz w:val="24"/>
          <w:szCs w:val="24"/>
        </w:rPr>
        <w:t>, actualizarea şi gestionarea dosarelor de personal ale angajaţilor unităţii de învăţământ;</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9. </w:t>
      </w:r>
      <w:proofErr w:type="gramStart"/>
      <w:r w:rsidRPr="0045331A">
        <w:rPr>
          <w:rFonts w:cs="Times New Roman"/>
          <w:sz w:val="24"/>
          <w:szCs w:val="24"/>
        </w:rPr>
        <w:t>calcularea</w:t>
      </w:r>
      <w:proofErr w:type="gramEnd"/>
      <w:r w:rsidRPr="0045331A">
        <w:rPr>
          <w:rFonts w:cs="Times New Roman"/>
          <w:sz w:val="24"/>
          <w:szCs w:val="24"/>
        </w:rPr>
        <w:t xml:space="preserve"> drepturilor salariale sau de altă natură în colaborare cu serviciul contabilitate;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10. </w:t>
      </w:r>
      <w:proofErr w:type="gramStart"/>
      <w:r w:rsidRPr="0045331A">
        <w:rPr>
          <w:rFonts w:cs="Times New Roman"/>
          <w:sz w:val="24"/>
          <w:szCs w:val="24"/>
        </w:rPr>
        <w:t>întocmirea</w:t>
      </w:r>
      <w:proofErr w:type="gramEnd"/>
      <w:r w:rsidRPr="0045331A">
        <w:rPr>
          <w:rFonts w:cs="Times New Roman"/>
          <w:sz w:val="24"/>
          <w:szCs w:val="24"/>
        </w:rPr>
        <w:t xml:space="preserve"> statelor de plată pentru examene, profesori metodiști, concursuri de ocupare a posturilor vacante;</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11. </w:t>
      </w:r>
      <w:proofErr w:type="gramStart"/>
      <w:r w:rsidRPr="0045331A">
        <w:rPr>
          <w:rFonts w:cs="Times New Roman"/>
          <w:sz w:val="24"/>
          <w:szCs w:val="24"/>
        </w:rPr>
        <w:t>gestionarea</w:t>
      </w:r>
      <w:proofErr w:type="gramEnd"/>
      <w:r w:rsidRPr="0045331A">
        <w:rPr>
          <w:rFonts w:cs="Times New Roman"/>
          <w:sz w:val="24"/>
          <w:szCs w:val="24"/>
        </w:rPr>
        <w:t xml:space="preserve"> corespondenţei unităţii de învăţământ;</w:t>
      </w:r>
    </w:p>
    <w:p w:rsidR="00E776B1" w:rsidRPr="0045331A" w:rsidRDefault="006B0E39" w:rsidP="0045331A">
      <w:pPr>
        <w:spacing w:after="0" w:line="360" w:lineRule="auto"/>
        <w:rPr>
          <w:rFonts w:cs="Times New Roman"/>
          <w:sz w:val="24"/>
          <w:szCs w:val="24"/>
        </w:rPr>
      </w:pPr>
      <w:r w:rsidRPr="0045331A">
        <w:rPr>
          <w:rFonts w:cs="Times New Roman"/>
          <w:sz w:val="24"/>
          <w:szCs w:val="24"/>
        </w:rPr>
        <w:t xml:space="preserve">12. </w:t>
      </w:r>
      <w:proofErr w:type="gramStart"/>
      <w:r w:rsidRPr="0045331A">
        <w:rPr>
          <w:rFonts w:cs="Times New Roman"/>
          <w:sz w:val="24"/>
          <w:szCs w:val="24"/>
        </w:rPr>
        <w:t>întocmirea</w:t>
      </w:r>
      <w:proofErr w:type="gramEnd"/>
      <w:r w:rsidRPr="0045331A">
        <w:rPr>
          <w:rFonts w:cs="Times New Roman"/>
          <w:sz w:val="24"/>
          <w:szCs w:val="24"/>
        </w:rPr>
        <w:t xml:space="preserve"> şi actualizarea procedurilor activităţilor desfăşurate la nivelul compartimentului, în conformitate cu legislaţia în vigoare.</w:t>
      </w:r>
    </w:p>
    <w:p w:rsidR="00E776B1" w:rsidRDefault="00E776B1" w:rsidP="0045331A">
      <w:pPr>
        <w:spacing w:after="0" w:line="360" w:lineRule="auto"/>
        <w:rPr>
          <w:rFonts w:cs="Times New Roman"/>
          <w:sz w:val="24"/>
          <w:szCs w:val="24"/>
        </w:rPr>
      </w:pPr>
    </w:p>
    <w:p w:rsidR="003A3A73" w:rsidRPr="0045331A" w:rsidRDefault="003A3A73" w:rsidP="0045331A">
      <w:pPr>
        <w:spacing w:after="0" w:line="360" w:lineRule="auto"/>
        <w:rPr>
          <w:rFonts w:cs="Times New Roman"/>
          <w:sz w:val="24"/>
          <w:szCs w:val="24"/>
        </w:rPr>
      </w:pPr>
    </w:p>
    <w:p w:rsidR="0075592E" w:rsidRDefault="006B0E39" w:rsidP="00D322BE">
      <w:pPr>
        <w:spacing w:after="0" w:line="360" w:lineRule="auto"/>
        <w:jc w:val="right"/>
        <w:rPr>
          <w:rFonts w:cs="Times New Roman"/>
          <w:sz w:val="24"/>
          <w:szCs w:val="24"/>
        </w:rPr>
      </w:pPr>
      <w:r w:rsidRPr="0045331A">
        <w:rPr>
          <w:rFonts w:cs="Times New Roman"/>
          <w:sz w:val="24"/>
          <w:szCs w:val="24"/>
        </w:rPr>
        <w:t>Director,</w:t>
      </w:r>
      <w:r w:rsidR="00D322BE">
        <w:rPr>
          <w:rFonts w:cs="Times New Roman"/>
          <w:sz w:val="24"/>
          <w:szCs w:val="24"/>
        </w:rPr>
        <w:t xml:space="preserve"> </w:t>
      </w:r>
    </w:p>
    <w:p w:rsidR="00D322BE" w:rsidRDefault="00D322BE" w:rsidP="00D322BE">
      <w:pPr>
        <w:spacing w:after="0" w:line="360" w:lineRule="auto"/>
        <w:jc w:val="right"/>
        <w:rPr>
          <w:rFonts w:cs="Times New Roman"/>
          <w:sz w:val="24"/>
          <w:szCs w:val="24"/>
        </w:rPr>
      </w:pPr>
      <w:proofErr w:type="gramStart"/>
      <w:r>
        <w:rPr>
          <w:rFonts w:cs="Times New Roman"/>
          <w:sz w:val="24"/>
          <w:szCs w:val="24"/>
        </w:rPr>
        <w:t>prof</w:t>
      </w:r>
      <w:proofErr w:type="gramEnd"/>
      <w:r>
        <w:rPr>
          <w:rFonts w:cs="Times New Roman"/>
          <w:sz w:val="24"/>
          <w:szCs w:val="24"/>
        </w:rPr>
        <w:t>. Preda Sergiu Sebastian</w:t>
      </w:r>
    </w:p>
    <w:p w:rsidR="00D322BE" w:rsidRDefault="00D322BE"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3A3A73" w:rsidRDefault="003A3A73" w:rsidP="00D322BE">
      <w:pPr>
        <w:spacing w:after="0" w:line="360" w:lineRule="auto"/>
        <w:jc w:val="right"/>
        <w:rPr>
          <w:rFonts w:cs="Times New Roman"/>
          <w:sz w:val="24"/>
          <w:szCs w:val="24"/>
        </w:rPr>
      </w:pPr>
    </w:p>
    <w:p w:rsidR="00D322BE" w:rsidRPr="0045331A" w:rsidRDefault="00D322BE" w:rsidP="00D322BE">
      <w:pPr>
        <w:spacing w:after="0" w:line="360" w:lineRule="auto"/>
        <w:jc w:val="right"/>
        <w:rPr>
          <w:rFonts w:cs="Times New Roman"/>
          <w:sz w:val="24"/>
          <w:szCs w:val="24"/>
        </w:rPr>
      </w:pPr>
    </w:p>
    <w:p w:rsidR="006B0E39" w:rsidRPr="0045331A" w:rsidRDefault="006B0E39" w:rsidP="0045331A">
      <w:pPr>
        <w:spacing w:after="0" w:line="360" w:lineRule="auto"/>
        <w:rPr>
          <w:rFonts w:cs="Times New Roman"/>
          <w:sz w:val="24"/>
          <w:szCs w:val="24"/>
        </w:rPr>
      </w:pPr>
    </w:p>
    <w:sectPr w:rsidR="006B0E39" w:rsidRPr="0045331A" w:rsidSect="00034616">
      <w:footerReference w:type="default" r:id="rId9"/>
      <w:pgSz w:w="12240" w:h="15840"/>
      <w:pgMar w:top="1000" w:right="1200" w:bottom="1000" w:left="12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BCA" w:rsidRDefault="00D00BCA" w:rsidP="003A3A73">
      <w:pPr>
        <w:spacing w:after="0" w:line="240" w:lineRule="auto"/>
      </w:pPr>
      <w:r>
        <w:separator/>
      </w:r>
    </w:p>
  </w:endnote>
  <w:endnote w:type="continuationSeparator" w:id="0">
    <w:p w:rsidR="00D00BCA" w:rsidRDefault="00D00BCA" w:rsidP="003A3A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218141"/>
      <w:docPartObj>
        <w:docPartGallery w:val="Page Numbers (Bottom of Page)"/>
        <w:docPartUnique/>
      </w:docPartObj>
    </w:sdtPr>
    <w:sdtContent>
      <w:p w:rsidR="003A3A73" w:rsidRDefault="00D417F4">
        <w:pPr>
          <w:pStyle w:val="Footer"/>
          <w:jc w:val="center"/>
        </w:pPr>
        <w:r>
          <w:rPr>
            <w:noProof/>
          </w:rPr>
          <w:fldChar w:fldCharType="begin"/>
        </w:r>
        <w:r w:rsidR="007D693C">
          <w:rPr>
            <w:noProof/>
          </w:rPr>
          <w:instrText xml:space="preserve"> PAGE   \* MERGEFORMAT </w:instrText>
        </w:r>
        <w:r>
          <w:rPr>
            <w:noProof/>
          </w:rPr>
          <w:fldChar w:fldCharType="separate"/>
        </w:r>
        <w:r w:rsidR="00C240A3">
          <w:rPr>
            <w:noProof/>
          </w:rPr>
          <w:t>4</w:t>
        </w:r>
        <w:r>
          <w:rPr>
            <w:noProof/>
          </w:rPr>
          <w:fldChar w:fldCharType="end"/>
        </w:r>
      </w:p>
    </w:sdtContent>
  </w:sdt>
  <w:p w:rsidR="003A3A73" w:rsidRDefault="003A3A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BCA" w:rsidRDefault="00D00BCA" w:rsidP="003A3A73">
      <w:pPr>
        <w:spacing w:after="0" w:line="240" w:lineRule="auto"/>
      </w:pPr>
      <w:r>
        <w:separator/>
      </w:r>
    </w:p>
  </w:footnote>
  <w:footnote w:type="continuationSeparator" w:id="0">
    <w:p w:rsidR="00D00BCA" w:rsidRDefault="00D00BCA" w:rsidP="003A3A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efaultTabStop w:val="720"/>
  <w:hyphenationZone w:val="425"/>
  <w:characterSpacingControl w:val="doNotCompress"/>
  <w:footnotePr>
    <w:footnote w:id="-1"/>
    <w:footnote w:id="0"/>
  </w:footnotePr>
  <w:endnotePr>
    <w:endnote w:id="-1"/>
    <w:endnote w:id="0"/>
  </w:endnotePr>
  <w:compat>
    <w:useFELayout/>
  </w:compat>
  <w:rsids>
    <w:rsidRoot w:val="00B47730"/>
    <w:rsid w:val="00034616"/>
    <w:rsid w:val="0006063C"/>
    <w:rsid w:val="000A24D0"/>
    <w:rsid w:val="000E0F64"/>
    <w:rsid w:val="001325A5"/>
    <w:rsid w:val="0015074B"/>
    <w:rsid w:val="0016594D"/>
    <w:rsid w:val="001A4CC9"/>
    <w:rsid w:val="001E05BC"/>
    <w:rsid w:val="001F32B7"/>
    <w:rsid w:val="002747C5"/>
    <w:rsid w:val="0029639D"/>
    <w:rsid w:val="00326F90"/>
    <w:rsid w:val="0033147D"/>
    <w:rsid w:val="003A3A73"/>
    <w:rsid w:val="003A5CBF"/>
    <w:rsid w:val="003C69EA"/>
    <w:rsid w:val="003F782E"/>
    <w:rsid w:val="0044508E"/>
    <w:rsid w:val="0045331A"/>
    <w:rsid w:val="004D6957"/>
    <w:rsid w:val="00526FAA"/>
    <w:rsid w:val="006A5027"/>
    <w:rsid w:val="006B0E39"/>
    <w:rsid w:val="0075592E"/>
    <w:rsid w:val="007D693C"/>
    <w:rsid w:val="007E4BF5"/>
    <w:rsid w:val="008259A5"/>
    <w:rsid w:val="00861CAF"/>
    <w:rsid w:val="008845F0"/>
    <w:rsid w:val="008C0424"/>
    <w:rsid w:val="00902EC8"/>
    <w:rsid w:val="009B1B08"/>
    <w:rsid w:val="00A07DB8"/>
    <w:rsid w:val="00A85A97"/>
    <w:rsid w:val="00AA1D8D"/>
    <w:rsid w:val="00B47730"/>
    <w:rsid w:val="00BE5A87"/>
    <w:rsid w:val="00C03399"/>
    <w:rsid w:val="00C240A3"/>
    <w:rsid w:val="00C36A32"/>
    <w:rsid w:val="00CB0664"/>
    <w:rsid w:val="00D00BCA"/>
    <w:rsid w:val="00D322BE"/>
    <w:rsid w:val="00D417F4"/>
    <w:rsid w:val="00D7667F"/>
    <w:rsid w:val="00D85AAC"/>
    <w:rsid w:val="00DD604A"/>
    <w:rsid w:val="00E776B1"/>
    <w:rsid w:val="00FB4510"/>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45331A"/>
    <w:rPr>
      <w:color w:val="0000FF"/>
      <w:u w:val="single"/>
    </w:rPr>
  </w:style>
  <w:style w:type="paragraph" w:styleId="BalloonText">
    <w:name w:val="Balloon Text"/>
    <w:basedOn w:val="Normal"/>
    <w:link w:val="BalloonTextChar"/>
    <w:uiPriority w:val="99"/>
    <w:semiHidden/>
    <w:unhideWhenUsed/>
    <w:rsid w:val="007D69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693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alaseitin@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20D1D-9552-4F01-A721-A3088B21B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Pages>
  <Words>2164</Words>
  <Characters>12335</Characters>
  <Application>Microsoft Office Word</Application>
  <DocSecurity>0</DocSecurity>
  <Lines>102</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14471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Florin Radu</cp:lastModifiedBy>
  <cp:revision>28</cp:revision>
  <cp:lastPrinted>2026-08-27T10:01:00Z</cp:lastPrinted>
  <dcterms:created xsi:type="dcterms:W3CDTF">2026-08-25T17:02:00Z</dcterms:created>
  <dcterms:modified xsi:type="dcterms:W3CDTF">2026-08-31T10:33:00Z</dcterms:modified>
</cp:coreProperties>
</file>