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ED8B8" w14:textId="77777777" w:rsidR="009D6BA2" w:rsidRDefault="00000000">
      <w:pPr>
        <w:spacing w:after="30"/>
        <w:jc w:val="center"/>
      </w:pPr>
      <w:r>
        <w:rPr>
          <w:b/>
          <w:sz w:val="22"/>
        </w:rPr>
        <w:t>ROMÂNIA</w:t>
      </w:r>
    </w:p>
    <w:p w14:paraId="1E3CD64D" w14:textId="77777777" w:rsidR="009D6BA2" w:rsidRDefault="00000000">
      <w:pPr>
        <w:spacing w:after="30"/>
        <w:jc w:val="center"/>
      </w:pPr>
      <w:r>
        <w:rPr>
          <w:b/>
          <w:sz w:val="22"/>
        </w:rPr>
        <w:t>JUDEȚUL PRAHOVA</w:t>
      </w:r>
    </w:p>
    <w:p w14:paraId="1EF5F814" w14:textId="77777777" w:rsidR="009D6BA2" w:rsidRDefault="00000000">
      <w:pPr>
        <w:spacing w:after="30"/>
        <w:jc w:val="center"/>
      </w:pPr>
      <w:r>
        <w:rPr>
          <w:b/>
          <w:sz w:val="22"/>
        </w:rPr>
        <w:t>COMUNA PODENII NOI</w:t>
      </w:r>
    </w:p>
    <w:p w14:paraId="5D3AE244" w14:textId="409D337A" w:rsidR="009D6BA2" w:rsidRDefault="00000000">
      <w:pPr>
        <w:spacing w:after="30"/>
      </w:pPr>
      <w:r>
        <w:rPr>
          <w:sz w:val="22"/>
        </w:rPr>
        <w:t xml:space="preserve">Nr. </w:t>
      </w:r>
      <w:r w:rsidR="00567D1A">
        <w:rPr>
          <w:sz w:val="22"/>
        </w:rPr>
        <w:t>7285</w:t>
      </w:r>
      <w:r>
        <w:rPr>
          <w:sz w:val="22"/>
        </w:rPr>
        <w:t>/</w:t>
      </w:r>
      <w:r w:rsidR="00AA17A3">
        <w:rPr>
          <w:sz w:val="22"/>
        </w:rPr>
        <w:t>2</w:t>
      </w:r>
      <w:r w:rsidR="00567D1A">
        <w:rPr>
          <w:sz w:val="22"/>
        </w:rPr>
        <w:t>8</w:t>
      </w:r>
      <w:r>
        <w:rPr>
          <w:sz w:val="22"/>
        </w:rPr>
        <w:t>.08.2026</w:t>
      </w:r>
    </w:p>
    <w:p w14:paraId="30844852" w14:textId="77777777" w:rsidR="00AA17A3" w:rsidRDefault="00AA17A3">
      <w:pPr>
        <w:spacing w:after="80"/>
        <w:jc w:val="center"/>
        <w:rPr>
          <w:b/>
          <w:sz w:val="30"/>
        </w:rPr>
      </w:pPr>
    </w:p>
    <w:p w14:paraId="37074416" w14:textId="0A74739F" w:rsidR="009D6BA2" w:rsidRDefault="00000000">
      <w:pPr>
        <w:spacing w:after="80"/>
        <w:jc w:val="center"/>
      </w:pPr>
      <w:r>
        <w:rPr>
          <w:b/>
          <w:sz w:val="30"/>
        </w:rPr>
        <w:t>ANUNȚ</w:t>
      </w:r>
    </w:p>
    <w:p w14:paraId="2CCBE3B9" w14:textId="06B2E787" w:rsidR="009D6BA2" w:rsidRDefault="00000000">
      <w:pPr>
        <w:spacing w:after="30"/>
        <w:jc w:val="center"/>
        <w:rPr>
          <w:b/>
        </w:rPr>
      </w:pPr>
      <w:r>
        <w:rPr>
          <w:b/>
        </w:rPr>
        <w:t xml:space="preserve">privind organizarea concursului pentru ocuparea </w:t>
      </w:r>
      <w:proofErr w:type="spellStart"/>
      <w:r>
        <w:rPr>
          <w:b/>
        </w:rPr>
        <w:t>postului</w:t>
      </w:r>
      <w:proofErr w:type="spellEnd"/>
      <w:r>
        <w:rPr>
          <w:b/>
        </w:rPr>
        <w:t xml:space="preserve"> contractual de </w:t>
      </w:r>
      <w:proofErr w:type="spellStart"/>
      <w:r>
        <w:rPr>
          <w:b/>
        </w:rPr>
        <w:t>execuție</w:t>
      </w:r>
      <w:proofErr w:type="spellEnd"/>
      <w:r>
        <w:rPr>
          <w:b/>
        </w:rPr>
        <w:t xml:space="preserve"> de ȘOFER</w:t>
      </w:r>
    </w:p>
    <w:p w14:paraId="24415668" w14:textId="77777777" w:rsidR="00AA17A3" w:rsidRDefault="00AA17A3">
      <w:pPr>
        <w:spacing w:after="30"/>
        <w:jc w:val="center"/>
        <w:rPr>
          <w:b/>
        </w:rPr>
      </w:pPr>
    </w:p>
    <w:p w14:paraId="19AFC205" w14:textId="77777777" w:rsidR="00AA17A3" w:rsidRDefault="00AA17A3">
      <w:pPr>
        <w:spacing w:after="30"/>
        <w:jc w:val="center"/>
      </w:pPr>
    </w:p>
    <w:p w14:paraId="24EC00FB" w14:textId="77777777" w:rsidR="009D6BA2" w:rsidRDefault="00000000">
      <w:pPr>
        <w:spacing w:after="30"/>
        <w:jc w:val="both"/>
      </w:pPr>
      <w:r>
        <w:t>Având în vedere prevederile art. XXII alin. (2), coroborate cu alin. (3) lit. a) din Legea nr. 141/2025 privind unele măsuri fiscal-bugetare, cu modificările și completările ulterioare, ale art. 554 alin. (7) din Ordonanța de urgență a Guvernului nr. 57/2019 privind Codul administrativ, cu modificările și completările ulterioare, precum și ale Hotărârii Guvernului nr. 1.336/2022 pentru aprobarea Regulamentului-cadru privind organizarea și dezvoltarea carierei personalului contractual din sectorul bugetar plătit din fonduri publice, cu modificările și completările ulterioare, UAT Comuna Podenii Noi, județul Prahova, organizează concurs pentru ocuparea, pe perioadă nedeterminată, cu normă întreagă, a postului contractual de execuție vacant și unic de ȘOFER.</w:t>
      </w:r>
    </w:p>
    <w:p w14:paraId="0CEE6FAF" w14:textId="77777777" w:rsidR="009D6BA2" w:rsidRDefault="00000000">
      <w:pPr>
        <w:spacing w:after="30"/>
        <w:jc w:val="both"/>
      </w:pPr>
      <w:r>
        <w:t>Postul presupune, în principal, asigurarea transportului școlar, precum și îndeplinirea, după caz, a unor atribuții conexe activității de conducător auto, în condițiile și limitele stabilite prin fișa postului și cu respectarea prevederilor legale aplicabile.</w:t>
      </w:r>
    </w:p>
    <w:p w14:paraId="323F3F87" w14:textId="77777777" w:rsidR="009D6BA2" w:rsidRDefault="00000000">
      <w:pPr>
        <w:spacing w:before="100"/>
      </w:pPr>
      <w:r>
        <w:rPr>
          <w:b/>
        </w:rPr>
        <w:t>A. DATE PRIVIND POSTUL</w:t>
      </w:r>
    </w:p>
    <w:p w14:paraId="3F74E54D" w14:textId="77777777" w:rsidR="009D6BA2" w:rsidRDefault="00000000">
      <w:pPr>
        <w:pStyle w:val="Listcumarcatori"/>
        <w:spacing w:after="30"/>
      </w:pPr>
      <w:r>
        <w:t>Denumirea postului: ȘOFER;</w:t>
      </w:r>
    </w:p>
    <w:p w14:paraId="028D8ADA" w14:textId="77777777" w:rsidR="009D6BA2" w:rsidRDefault="00000000">
      <w:pPr>
        <w:pStyle w:val="Listcumarcatori"/>
        <w:spacing w:after="30"/>
      </w:pPr>
      <w:r>
        <w:t>Nivelul postului: funcție contractuală de execuție;</w:t>
      </w:r>
    </w:p>
    <w:p w14:paraId="0B147270" w14:textId="77777777" w:rsidR="009D6BA2" w:rsidRDefault="00000000">
      <w:pPr>
        <w:pStyle w:val="Listcumarcatori"/>
        <w:spacing w:after="30"/>
      </w:pPr>
      <w:r>
        <w:t>Numărul de posturi: 1;</w:t>
      </w:r>
    </w:p>
    <w:p w14:paraId="2A76F0BB" w14:textId="77777777" w:rsidR="009D6BA2" w:rsidRDefault="00000000">
      <w:pPr>
        <w:pStyle w:val="Listcumarcatori"/>
        <w:spacing w:after="30"/>
      </w:pPr>
      <w:r>
        <w:t>Statutul postului: vacant și unic;</w:t>
      </w:r>
    </w:p>
    <w:p w14:paraId="2FFE0FB1" w14:textId="77777777" w:rsidR="009D6BA2" w:rsidRDefault="00000000">
      <w:pPr>
        <w:pStyle w:val="Listcumarcatori"/>
        <w:spacing w:after="30"/>
      </w:pPr>
      <w:r>
        <w:t>Durata contractului individual de muncă: perioadă nedeterminată;</w:t>
      </w:r>
    </w:p>
    <w:p w14:paraId="40ACB4C2" w14:textId="77777777" w:rsidR="009D6BA2" w:rsidRDefault="00000000">
      <w:pPr>
        <w:pStyle w:val="Listcumarcatori"/>
        <w:spacing w:after="30"/>
      </w:pPr>
      <w:r>
        <w:t>Durata timpului de muncă: 8 ore/zi, 40 ore/săptămână;</w:t>
      </w:r>
    </w:p>
    <w:p w14:paraId="3C9F4231" w14:textId="526F2ED8" w:rsidR="009D6BA2" w:rsidRDefault="00000000">
      <w:pPr>
        <w:pStyle w:val="Listcumarcatori"/>
        <w:spacing w:after="30"/>
      </w:pPr>
      <w:proofErr w:type="spellStart"/>
      <w:r>
        <w:t>Compartimentul</w:t>
      </w:r>
      <w:proofErr w:type="spellEnd"/>
      <w:r>
        <w:t xml:space="preserve">: </w:t>
      </w:r>
      <w:r w:rsidR="00AA17A3">
        <w:t>ADMINISTRATIV</w:t>
      </w:r>
      <w:r>
        <w:t>.</w:t>
      </w:r>
    </w:p>
    <w:p w14:paraId="44BB2D83" w14:textId="77777777" w:rsidR="009D6BA2" w:rsidRDefault="00000000">
      <w:pPr>
        <w:spacing w:before="100"/>
      </w:pPr>
      <w:r>
        <w:rPr>
          <w:b/>
        </w:rPr>
        <w:t>B. CONDIȚII GENERALE DE PARTICIPARE</w:t>
      </w:r>
    </w:p>
    <w:p w14:paraId="5BCDE104" w14:textId="77777777" w:rsidR="009D6BA2" w:rsidRDefault="00000000">
      <w:pPr>
        <w:spacing w:after="30"/>
        <w:jc w:val="both"/>
      </w:pPr>
      <w:r>
        <w:t>Poate ocupa postul persoana care îndeplinește condițiile prevăzute la art. 15 din HG nr. 1.336/2022, cu modificările și completările ulterioare:</w:t>
      </w:r>
    </w:p>
    <w:p w14:paraId="043E3BE9" w14:textId="77777777" w:rsidR="009D6BA2" w:rsidRDefault="00000000">
      <w:pPr>
        <w:spacing w:after="30"/>
        <w:jc w:val="both"/>
      </w:pPr>
      <w:r>
        <w:t>a) are cetățenia română sau cetățenia unui alt stat membru al Uniunii Europene, a unui stat parte la Acordul privind Spațiul Economic European (SEE) sau cetățenia Confederației Elvețiene;</w:t>
      </w:r>
    </w:p>
    <w:p w14:paraId="628D0ADF" w14:textId="77777777" w:rsidR="009D6BA2" w:rsidRDefault="00000000">
      <w:pPr>
        <w:spacing w:after="30"/>
        <w:jc w:val="both"/>
      </w:pPr>
      <w:r>
        <w:t>b) cunoaște limba română, scris și vorbit;</w:t>
      </w:r>
    </w:p>
    <w:p w14:paraId="57E6F3D0" w14:textId="77777777" w:rsidR="009D6BA2" w:rsidRDefault="00000000">
      <w:pPr>
        <w:spacing w:after="30"/>
        <w:jc w:val="both"/>
      </w:pPr>
      <w:r>
        <w:t>c) are capacitate de muncă în conformitate cu prevederile Legii nr. 53/2003 - Codul muncii, republicată, cu modificările și completările ulterioare;</w:t>
      </w:r>
    </w:p>
    <w:p w14:paraId="5224547E" w14:textId="77777777" w:rsidR="009D6BA2" w:rsidRDefault="00000000">
      <w:pPr>
        <w:spacing w:after="30"/>
        <w:jc w:val="both"/>
      </w:pPr>
      <w:r>
        <w:t>d) are o stare de sănătate corespunzătoare postului pentru care candidează, atestată pe baza adeverinței medicale eliberate de medicul de familie sau de unitățile sanitare abilitate;</w:t>
      </w:r>
    </w:p>
    <w:p w14:paraId="56CA4F1F" w14:textId="77777777" w:rsidR="009D6BA2" w:rsidRDefault="00000000">
      <w:pPr>
        <w:spacing w:after="30"/>
        <w:jc w:val="both"/>
      </w:pPr>
      <w:r>
        <w:t>e) îndeplinește condițiile de studii, de vechime în specialitate și, după caz, alte condiții specifice potrivit cerințelor postului scos la concurs;</w:t>
      </w:r>
    </w:p>
    <w:p w14:paraId="2A4A40F0" w14:textId="77777777" w:rsidR="009D6BA2" w:rsidRDefault="00000000">
      <w:pPr>
        <w:spacing w:after="30"/>
        <w:jc w:val="both"/>
      </w:pPr>
      <w: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persoana candidată incompatibilă cu exercitarea funcției contractuale pentru care candidează, cu excepția situației în care a intervenit reabilitarea;</w:t>
      </w:r>
    </w:p>
    <w:p w14:paraId="7DAA0782" w14:textId="77777777" w:rsidR="009D6BA2" w:rsidRDefault="00000000">
      <w:pPr>
        <w:spacing w:after="30"/>
        <w:jc w:val="both"/>
      </w:pPr>
      <w:r>
        <w:lastRenderedPageBreak/>
        <w:t>g) nu execută o pedeapsă complementară prin care i-a fost interzisă exercitarea dreptului de a ocupa funcția, de a exercita profesia sau meseria ori de a desfășura activitatea de care s-a folosit pentru săvârșirea infracțiunii și față de aceasta nu s-a luat măsura de siguranță a interzicerii ocupării unei funcții sau a exercitării unei profesii;</w:t>
      </w:r>
    </w:p>
    <w:p w14:paraId="7EEEFBA3" w14:textId="77777777" w:rsidR="009D6BA2" w:rsidRDefault="00000000">
      <w:pPr>
        <w:spacing w:after="30"/>
        <w:jc w:val="both"/>
      </w:pPr>
      <w:r>
        <w:t>h) nu a comis infracțiunile prevăzute la art. 1 alin. (2) din Legea nr. 118/2019, cu modificările și completările ulterioare, pentru domeniile prevăzute la art. 35 alin. (1) lit. h) din HG nr. 1.336/2022.</w:t>
      </w:r>
    </w:p>
    <w:p w14:paraId="31388E55" w14:textId="77777777" w:rsidR="009D6BA2" w:rsidRDefault="00000000">
      <w:pPr>
        <w:spacing w:before="100"/>
      </w:pPr>
      <w:r>
        <w:rPr>
          <w:b/>
        </w:rPr>
        <w:t>C. CONDIȚII SPECIFICE DE PARTICIPARE</w:t>
      </w:r>
    </w:p>
    <w:p w14:paraId="61B91EEE" w14:textId="77777777" w:rsidR="009D6BA2" w:rsidRDefault="00000000">
      <w:pPr>
        <w:pStyle w:val="Listcumarcatori"/>
        <w:spacing w:after="30"/>
      </w:pPr>
      <w:r>
        <w:t>studii liceale absolvite cu diplomă de bacalaureat;</w:t>
      </w:r>
    </w:p>
    <w:p w14:paraId="15E47850" w14:textId="77777777" w:rsidR="009D6BA2" w:rsidRDefault="00000000">
      <w:pPr>
        <w:pStyle w:val="Listcumarcatori"/>
        <w:spacing w:after="30"/>
      </w:pPr>
      <w:r>
        <w:t>vechime în muncă: minimum 5 ani;</w:t>
      </w:r>
    </w:p>
    <w:p w14:paraId="78E86575" w14:textId="77777777" w:rsidR="009D6BA2" w:rsidRDefault="00000000">
      <w:pPr>
        <w:pStyle w:val="Listcumarcatori"/>
        <w:spacing w:after="30"/>
      </w:pPr>
      <w:r>
        <w:t>vechime/experiență în activitatea de șofer/conducător auto: minimum 5 ani;</w:t>
      </w:r>
    </w:p>
    <w:p w14:paraId="068935E4" w14:textId="77777777" w:rsidR="009D6BA2" w:rsidRDefault="00000000">
      <w:pPr>
        <w:pStyle w:val="Listcumarcatori"/>
        <w:spacing w:after="30"/>
      </w:pPr>
      <w:r>
        <w:t>permis de conducere valabil pentru categoriile B, C și D;</w:t>
      </w:r>
    </w:p>
    <w:p w14:paraId="58E50D05" w14:textId="77777777" w:rsidR="009D6BA2" w:rsidRDefault="00000000">
      <w:pPr>
        <w:pStyle w:val="Listcumarcatori"/>
        <w:spacing w:after="30"/>
      </w:pPr>
      <w:r>
        <w:t>atestat/certificat profesional pentru transport persoane, în termen de valabilitate, sau dovada depunerii documentelor pentru eliberarea acestuia;</w:t>
      </w:r>
    </w:p>
    <w:p w14:paraId="66316490" w14:textId="77777777" w:rsidR="009D6BA2" w:rsidRDefault="00000000">
      <w:pPr>
        <w:pStyle w:val="Listcumarcatori"/>
        <w:spacing w:after="30"/>
      </w:pPr>
      <w:r>
        <w:t>aviz medical valabil, corespunzător activității de conducător auto pentru transport persoane;</w:t>
      </w:r>
    </w:p>
    <w:p w14:paraId="0FEBC9CC" w14:textId="77777777" w:rsidR="009D6BA2" w:rsidRDefault="00000000">
      <w:pPr>
        <w:pStyle w:val="Listcumarcatori"/>
        <w:spacing w:after="30"/>
      </w:pPr>
      <w:r>
        <w:t>aviz psihologic valabil, corespunzător activității de conducător auto pentru transport persoane.</w:t>
      </w:r>
    </w:p>
    <w:p w14:paraId="63A956A6" w14:textId="77777777" w:rsidR="009D6BA2" w:rsidRDefault="00000000">
      <w:pPr>
        <w:spacing w:before="100"/>
      </w:pPr>
      <w:r>
        <w:rPr>
          <w:b/>
        </w:rPr>
        <w:t>D. DOSARUL DE CONCURS</w:t>
      </w:r>
    </w:p>
    <w:p w14:paraId="726DF957" w14:textId="77777777" w:rsidR="009D6BA2" w:rsidRDefault="00000000">
      <w:pPr>
        <w:spacing w:after="30"/>
        <w:jc w:val="both"/>
      </w:pPr>
      <w:r>
        <w:t>Pentru înscrierea la concurs, candidații vor prezenta un dosar care va conține:</w:t>
      </w:r>
    </w:p>
    <w:p w14:paraId="0003730C" w14:textId="77777777" w:rsidR="009D6BA2" w:rsidRDefault="00000000">
      <w:pPr>
        <w:spacing w:after="30"/>
        <w:jc w:val="both"/>
      </w:pPr>
      <w:r>
        <w:t>a) formular de înscriere la concurs, conform modelului prevăzut în anexa nr. 2 la HG nr. 1.336/2022;</w:t>
      </w:r>
    </w:p>
    <w:p w14:paraId="1F615154" w14:textId="77777777" w:rsidR="009D6BA2" w:rsidRDefault="00000000">
      <w:pPr>
        <w:spacing w:after="30"/>
        <w:jc w:val="both"/>
      </w:pPr>
      <w:r>
        <w:t>b) copia actului de identitate sau orice alt document care atestă identitatea, potrivit legii, aflat în termen de valabilitate;</w:t>
      </w:r>
    </w:p>
    <w:p w14:paraId="7379BF4F" w14:textId="77777777" w:rsidR="009D6BA2" w:rsidRDefault="00000000">
      <w:pPr>
        <w:spacing w:after="30"/>
        <w:jc w:val="both"/>
      </w:pPr>
      <w:r>
        <w:t>c) copia certificatului de căsătorie sau a altui document prin care s-a realizat schimbarea de nume, după caz;</w:t>
      </w:r>
    </w:p>
    <w:p w14:paraId="20AD1F6B" w14:textId="77777777" w:rsidR="009D6BA2" w:rsidRDefault="00000000">
      <w:pPr>
        <w:spacing w:after="30"/>
        <w:jc w:val="both"/>
      </w:pPr>
      <w:r>
        <w:t>d) copiile documentelor care atestă nivelul studiilor și ale altor acte care atestă efectuarea unor specializări, precum și copiile documentelor care atestă îndeplinirea condițiilor specifice ale postului;</w:t>
      </w:r>
    </w:p>
    <w:p w14:paraId="2C9B0258" w14:textId="77777777" w:rsidR="009D6BA2" w:rsidRDefault="00000000">
      <w:pPr>
        <w:spacing w:after="30"/>
        <w:jc w:val="both"/>
      </w:pPr>
      <w:r>
        <w:t>e) copia carnetului de muncă și/sau adeverința eliberată de angajator pentru perioada lucrată, care să ateste vechimea în muncă, precum și documente din care să rezulte experiența de minimum 5 ani în activitatea de șofer/conducător auto;</w:t>
      </w:r>
    </w:p>
    <w:p w14:paraId="51B5C5D5" w14:textId="77777777" w:rsidR="009D6BA2" w:rsidRDefault="00000000">
      <w:pPr>
        <w:spacing w:after="30"/>
        <w:jc w:val="both"/>
      </w:pPr>
      <w:r>
        <w:t>f) certificat de cazier judiciar sau, după caz, extrasul de pe cazierul judiciar;</w:t>
      </w:r>
    </w:p>
    <w:p w14:paraId="45734A61" w14:textId="77777777" w:rsidR="009D6BA2" w:rsidRDefault="00000000">
      <w:pPr>
        <w:spacing w:after="30"/>
        <w:jc w:val="both"/>
      </w:pPr>
      <w:r>
        <w:t>g) adeverință medicală care să ateste starea de sănătate corespunzătoare, eliberată de medicul de familie al candidatului sau de unitățile sanitare abilitate cu cel mult 6 luni anterior derulării concursului;</w:t>
      </w:r>
    </w:p>
    <w:p w14:paraId="72F94872" w14:textId="77777777" w:rsidR="009D6BA2" w:rsidRDefault="00000000">
      <w:pPr>
        <w:spacing w:after="30"/>
        <w:jc w:val="both"/>
      </w:pPr>
      <w:r>
        <w:t>h) certificat de integritate comportamentală, în condițiile Legii nr. 118/2019, cu modificările și completările ulterioare;</w:t>
      </w:r>
    </w:p>
    <w:p w14:paraId="605D3C1E" w14:textId="77777777" w:rsidR="009D6BA2" w:rsidRDefault="00000000">
      <w:pPr>
        <w:spacing w:after="30"/>
        <w:jc w:val="both"/>
      </w:pPr>
      <w:r>
        <w:t>i) curriculum vitae, model comun european;</w:t>
      </w:r>
    </w:p>
    <w:p w14:paraId="73D82ABB" w14:textId="77777777" w:rsidR="009D6BA2" w:rsidRDefault="00000000">
      <w:pPr>
        <w:spacing w:after="30"/>
        <w:jc w:val="both"/>
      </w:pPr>
      <w:r>
        <w:t>j) copia permisului de conducere valabil pentru categoriile B, C și D;</w:t>
      </w:r>
    </w:p>
    <w:p w14:paraId="46EC2DFC" w14:textId="77777777" w:rsidR="009D6BA2" w:rsidRDefault="00000000">
      <w:pPr>
        <w:spacing w:after="30"/>
        <w:jc w:val="both"/>
      </w:pPr>
      <w:r>
        <w:t>k) copia atestatului/certificatului profesional pentru transport persoane, în termen de valabilitate, sau dovada depunerii documentelor pentru eliberarea acestuia;</w:t>
      </w:r>
    </w:p>
    <w:p w14:paraId="6DAD05AB" w14:textId="77777777" w:rsidR="009D6BA2" w:rsidRDefault="00000000">
      <w:pPr>
        <w:spacing w:after="30"/>
        <w:jc w:val="both"/>
      </w:pPr>
      <w:r>
        <w:t>l) aviz medical valabil, corespunzător activității de conducător auto pentru transport persoane;</w:t>
      </w:r>
    </w:p>
    <w:p w14:paraId="21BF6B42" w14:textId="77777777" w:rsidR="009D6BA2" w:rsidRDefault="00000000">
      <w:pPr>
        <w:spacing w:after="30"/>
        <w:jc w:val="both"/>
      </w:pPr>
      <w:r>
        <w:t>m) aviz psihologic valabil, corespunzător activității de conducător auto pentru transport persoane.</w:t>
      </w:r>
    </w:p>
    <w:p w14:paraId="47827973" w14:textId="77777777" w:rsidR="009D6BA2" w:rsidRDefault="00000000">
      <w:pPr>
        <w:spacing w:after="30"/>
        <w:jc w:val="both"/>
      </w:pPr>
      <w:r>
        <w:t>Modelul orientativ al adeverinței care atestă vechimea este prevăzut în anexa nr. 3 la HG nr. 1.336/2022. Copiile documentelor se prezintă însoțite de documentele originale, în vederea certificării pentru conformitate, în condițiile HG nr. 1.336/2022.</w:t>
      </w:r>
    </w:p>
    <w:p w14:paraId="737A0CA3" w14:textId="77777777" w:rsidR="009D6BA2" w:rsidRDefault="00000000">
      <w:pPr>
        <w:spacing w:after="30"/>
        <w:jc w:val="both"/>
      </w:pPr>
      <w:r>
        <w:rPr>
          <w:b/>
        </w:rPr>
        <w:t>Dosarele de concurs se depun la sediul UAT Comuna Podenii Noi, județul Prahova, până la data de 11.09.2026, ora 16:00.</w:t>
      </w:r>
    </w:p>
    <w:p w14:paraId="2C43BD94" w14:textId="77777777" w:rsidR="009D6BA2" w:rsidRDefault="00000000">
      <w:pPr>
        <w:spacing w:before="100"/>
      </w:pPr>
      <w:r>
        <w:rPr>
          <w:b/>
        </w:rPr>
        <w:t>E. PROBELE CONCURSULUI</w:t>
      </w:r>
    </w:p>
    <w:p w14:paraId="3DCCB40D" w14:textId="77777777" w:rsidR="009D6BA2" w:rsidRDefault="00000000">
      <w:pPr>
        <w:spacing w:after="30"/>
      </w:pPr>
      <w:r>
        <w:t>1. selecția dosarelor de înscriere;</w:t>
      </w:r>
    </w:p>
    <w:p w14:paraId="71243607" w14:textId="77777777" w:rsidR="009D6BA2" w:rsidRDefault="00000000">
      <w:pPr>
        <w:spacing w:after="30"/>
      </w:pPr>
      <w:r>
        <w:lastRenderedPageBreak/>
        <w:t>2. proba practică;</w:t>
      </w:r>
    </w:p>
    <w:p w14:paraId="1539AC8C" w14:textId="77777777" w:rsidR="009D6BA2" w:rsidRDefault="00000000">
      <w:pPr>
        <w:spacing w:after="30"/>
      </w:pPr>
      <w:r>
        <w:t>3. interviul.</w:t>
      </w:r>
    </w:p>
    <w:p w14:paraId="609D3007" w14:textId="77777777" w:rsidR="009D6BA2" w:rsidRDefault="00000000">
      <w:pPr>
        <w:spacing w:after="30"/>
        <w:jc w:val="both"/>
      </w:pPr>
      <w:r>
        <w:rPr>
          <w:b/>
        </w:rPr>
        <w:t>Nu se organizează probă scrisă.</w:t>
      </w:r>
    </w:p>
    <w:p w14:paraId="09486D17" w14:textId="417FFD29" w:rsidR="009D6BA2" w:rsidRDefault="00000000">
      <w:pPr>
        <w:spacing w:after="30"/>
      </w:pPr>
      <w:r>
        <w:rPr>
          <w:b/>
        </w:rPr>
        <w:t xml:space="preserve">Proba practică: 21.09.2026, ora 10:00, </w:t>
      </w:r>
      <w:r w:rsidR="00AA17A3">
        <w:rPr>
          <w:b/>
        </w:rPr>
        <w:t xml:space="preserve">la </w:t>
      </w:r>
      <w:proofErr w:type="spellStart"/>
      <w:r w:rsidR="00AA17A3">
        <w:rPr>
          <w:b/>
        </w:rPr>
        <w:t>sediul</w:t>
      </w:r>
      <w:proofErr w:type="spellEnd"/>
      <w:r w:rsidR="00AA17A3">
        <w:rPr>
          <w:b/>
        </w:rPr>
        <w:t xml:space="preserve"> UAT </w:t>
      </w:r>
      <w:proofErr w:type="spellStart"/>
      <w:r w:rsidR="00AA17A3">
        <w:rPr>
          <w:b/>
        </w:rPr>
        <w:t>Comuna</w:t>
      </w:r>
      <w:proofErr w:type="spellEnd"/>
      <w:r w:rsidR="00AA17A3">
        <w:rPr>
          <w:b/>
        </w:rPr>
        <w:t xml:space="preserve"> Podenii Noi, </w:t>
      </w:r>
      <w:proofErr w:type="spellStart"/>
      <w:r w:rsidR="00AA17A3">
        <w:rPr>
          <w:b/>
        </w:rPr>
        <w:t>județul</w:t>
      </w:r>
      <w:proofErr w:type="spellEnd"/>
      <w:r w:rsidR="00AA17A3">
        <w:rPr>
          <w:b/>
        </w:rPr>
        <w:t xml:space="preserve"> Prahova</w:t>
      </w:r>
      <w:r>
        <w:rPr>
          <w:b/>
        </w:rPr>
        <w:t>.</w:t>
      </w:r>
    </w:p>
    <w:p w14:paraId="3A8DB817" w14:textId="77777777" w:rsidR="009D6BA2" w:rsidRDefault="00000000">
      <w:pPr>
        <w:spacing w:after="30"/>
      </w:pPr>
      <w:r>
        <w:rPr>
          <w:b/>
        </w:rPr>
        <w:t>Interviul: 24.09.2026, ora 10:00, la sediul UAT Comuna Podenii Noi, județul Prahova.</w:t>
      </w:r>
    </w:p>
    <w:p w14:paraId="3A2C68F4" w14:textId="77777777" w:rsidR="009D6BA2" w:rsidRDefault="00000000">
      <w:pPr>
        <w:spacing w:before="100"/>
      </w:pPr>
      <w:r>
        <w:rPr>
          <w:b/>
        </w:rPr>
        <w:t>F. BIBLIOGRAFIE ȘI TEMATICĂ</w:t>
      </w:r>
    </w:p>
    <w:p w14:paraId="54C32B83" w14:textId="77777777" w:rsidR="009D6BA2" w:rsidRDefault="00000000">
      <w:pPr>
        <w:spacing w:after="30"/>
        <w:jc w:val="both"/>
      </w:pPr>
      <w:r>
        <w:t>1. OUG nr. 195/2002 privind circulația pe drumurile publice, republicată, cu modificările și completările ulterioare - obligațiile conducătorilor auto, semnalizarea rutieră, regulile de circulație, regimul de viteză, manevrele, prioritatea, oprirea și staționarea, transportul persoanelor și obligațiile în caz de accident;</w:t>
      </w:r>
    </w:p>
    <w:p w14:paraId="5E691662" w14:textId="77777777" w:rsidR="009D6BA2" w:rsidRDefault="00000000">
      <w:pPr>
        <w:spacing w:after="30"/>
        <w:jc w:val="both"/>
      </w:pPr>
      <w:r>
        <w:t>2. HG nr. 1.391/2006 pentru aprobarea Regulamentului de aplicare a OUG nr. 195/2002, cu modificările și completările ulterioare - condițiile tehnice privind vehiculele, semnalizarea, regulile de circulație, transportul persoanelor și obligațiile conducătorilor auto;</w:t>
      </w:r>
    </w:p>
    <w:p w14:paraId="008C869F" w14:textId="77777777" w:rsidR="009D6BA2" w:rsidRDefault="00000000">
      <w:pPr>
        <w:spacing w:after="30"/>
        <w:jc w:val="both"/>
      </w:pPr>
      <w:r>
        <w:t>3. OG nr. 27/2011 privind transporturile rutiere, cu modificările și completările ulterioare - dispozițiile aplicabile transportului rutier de persoane și conducătorilor auto;</w:t>
      </w:r>
    </w:p>
    <w:p w14:paraId="2A152D26" w14:textId="77777777" w:rsidR="009D6BA2" w:rsidRDefault="00000000">
      <w:pPr>
        <w:spacing w:after="30"/>
        <w:jc w:val="both"/>
      </w:pPr>
      <w:r>
        <w:t>4. Legea nr. 319/2006 a securității și sănătății în muncă, cu modificările și completările ulterioare - obligațiile lucrătorilor și prevenirea riscurilor.</w:t>
      </w:r>
    </w:p>
    <w:p w14:paraId="0971C4CE" w14:textId="77777777" w:rsidR="009D6BA2" w:rsidRDefault="00000000">
      <w:pPr>
        <w:spacing w:after="30"/>
        <w:jc w:val="both"/>
      </w:pPr>
      <w:r>
        <w:t>Tematica probei practice și a interviului vizează: verificarea autovehiculului înainte de plecare; conducerea și manevrarea în siguranță; conduita preventivă; respectarea regulilor de circulație; îmbarcarea și debarcarea în siguranță; particularitățile transportului de copii; reacția în caz de accident, defecțiune sau situație de risc; documentele specifice activității; normele de securitate și sănătate în muncă; atribuțiile prevăzute în fișa postului.</w:t>
      </w:r>
    </w:p>
    <w:p w14:paraId="6C97C213" w14:textId="77777777" w:rsidR="009D6BA2" w:rsidRDefault="00000000">
      <w:pPr>
        <w:spacing w:after="30"/>
        <w:jc w:val="both"/>
      </w:pPr>
      <w:r>
        <w:t>Actele normative se vor studia în forma actualizată la data desfășurării concursului.</w:t>
      </w:r>
    </w:p>
    <w:p w14:paraId="14FD540B" w14:textId="77777777" w:rsidR="009D6BA2" w:rsidRDefault="00000000">
      <w:pPr>
        <w:spacing w:before="100"/>
      </w:pPr>
      <w:r>
        <w:rPr>
          <w:b/>
        </w:rPr>
        <w:t>G. CALENDARUL DE DESFĂȘURARE A CONCURSULUI</w:t>
      </w:r>
    </w:p>
    <w:p w14:paraId="558DF2E6" w14:textId="77777777" w:rsidR="009D6BA2" w:rsidRDefault="00000000">
      <w:pPr>
        <w:pStyle w:val="Listcumarcatori"/>
        <w:spacing w:after="30"/>
      </w:pPr>
      <w:r>
        <w:t>Data-limită și ora până la care se pot depune dosarele: 11.09.2026, ora 16:00.</w:t>
      </w:r>
    </w:p>
    <w:p w14:paraId="41AC57A4" w14:textId="4E417C89" w:rsidR="009D6BA2" w:rsidRDefault="00000000">
      <w:pPr>
        <w:pStyle w:val="Listcumarcatori"/>
        <w:spacing w:after="30"/>
      </w:pPr>
      <w:r>
        <w:t xml:space="preserve">Proba </w:t>
      </w:r>
      <w:proofErr w:type="spellStart"/>
      <w:r>
        <w:t>practică</w:t>
      </w:r>
      <w:proofErr w:type="spellEnd"/>
      <w:r>
        <w:t>: 21.09.2026, ora 10:00,</w:t>
      </w:r>
      <w:r w:rsidR="00AA17A3">
        <w:t xml:space="preserve"> </w:t>
      </w:r>
      <w:r w:rsidR="00AA17A3" w:rsidRPr="00AA17A3">
        <w:t xml:space="preserve">la </w:t>
      </w:r>
      <w:proofErr w:type="spellStart"/>
      <w:r w:rsidR="00AA17A3" w:rsidRPr="00AA17A3">
        <w:t>sediul</w:t>
      </w:r>
      <w:proofErr w:type="spellEnd"/>
      <w:r w:rsidR="00AA17A3" w:rsidRPr="00AA17A3">
        <w:t xml:space="preserve"> UAT </w:t>
      </w:r>
      <w:proofErr w:type="spellStart"/>
      <w:r w:rsidR="00AA17A3" w:rsidRPr="00AA17A3">
        <w:t>Comuna</w:t>
      </w:r>
      <w:proofErr w:type="spellEnd"/>
      <w:r w:rsidR="00AA17A3" w:rsidRPr="00AA17A3">
        <w:t xml:space="preserve"> Podenii Noi, </w:t>
      </w:r>
      <w:proofErr w:type="spellStart"/>
      <w:r w:rsidR="00AA17A3" w:rsidRPr="00AA17A3">
        <w:t>județul</w:t>
      </w:r>
      <w:proofErr w:type="spellEnd"/>
      <w:r w:rsidR="00AA17A3" w:rsidRPr="00AA17A3">
        <w:t xml:space="preserve"> Prahova</w:t>
      </w:r>
      <w:r>
        <w:t>.</w:t>
      </w:r>
    </w:p>
    <w:p w14:paraId="0BAB129C" w14:textId="77777777" w:rsidR="009D6BA2" w:rsidRDefault="00000000">
      <w:pPr>
        <w:pStyle w:val="Listcumarcatori"/>
        <w:spacing w:after="30"/>
      </w:pPr>
      <w:r>
        <w:t>Interviul: 24.09.2026, ora 10:00, la sediul UAT Comuna Podenii Noi, județul Prahova.</w:t>
      </w:r>
    </w:p>
    <w:p w14:paraId="3CF5B0F5" w14:textId="77777777" w:rsidR="009D6BA2" w:rsidRDefault="00000000">
      <w:pPr>
        <w:pStyle w:val="Listcumarcatori"/>
        <w:spacing w:after="30"/>
      </w:pPr>
      <w:r>
        <w:t>Selecția dosarelor se realizează în termen de două zile lucrătoare de la expirarea termenului de depunere a dosarelor, iar rezultatele selecției se afișează în termen de o zi lucrătoare de la expirarea termenului de selecție.</w:t>
      </w:r>
    </w:p>
    <w:p w14:paraId="38926904" w14:textId="77777777" w:rsidR="009D6BA2" w:rsidRDefault="00000000">
      <w:pPr>
        <w:pStyle w:val="Listcumarcatori"/>
        <w:spacing w:after="30"/>
      </w:pPr>
      <w:r>
        <w:t>Rezultatele probei practice și ale interviului se afișează în termen de o zi lucrătoare de la data finalizării fiecărei probe.</w:t>
      </w:r>
    </w:p>
    <w:p w14:paraId="63D39944" w14:textId="77777777" w:rsidR="009D6BA2" w:rsidRDefault="00000000">
      <w:pPr>
        <w:pStyle w:val="Listcumarcatori"/>
        <w:spacing w:after="30"/>
      </w:pPr>
      <w:r>
        <w:t>Contestațiile se pot depune în termen de cel mult o zi lucrătoare de la data și ora afișării rezultatului selecției dosarelor, respectiv al probei practice sau al interviului, după caz.</w:t>
      </w:r>
    </w:p>
    <w:p w14:paraId="47ABA53D" w14:textId="77777777" w:rsidR="009D6BA2" w:rsidRDefault="00000000">
      <w:pPr>
        <w:pStyle w:val="Listcumarcatori"/>
        <w:spacing w:after="30"/>
      </w:pPr>
      <w:r>
        <w:t>Contestațiile se soluționează în termen de o zi lucrătoare de la expirarea termenului de depunere, iar rezultatele contestațiilor se afișează imediat după soluționare.</w:t>
      </w:r>
    </w:p>
    <w:p w14:paraId="1EEEDF57" w14:textId="77777777" w:rsidR="009D6BA2" w:rsidRDefault="00000000">
      <w:pPr>
        <w:pStyle w:val="Listcumarcatori"/>
        <w:spacing w:after="30"/>
      </w:pPr>
      <w:r>
        <w:t>Rezultatele finale se afișează în termen de o zi lucrătoare de la data afișării rezultatelor soluționării contestațiilor pentru ultima probă.</w:t>
      </w:r>
    </w:p>
    <w:p w14:paraId="5EE46EB7" w14:textId="77777777" w:rsidR="00AA17A3" w:rsidRPr="00AA17A3" w:rsidRDefault="00AA17A3" w:rsidP="00AA17A3">
      <w:pPr>
        <w:spacing w:before="100"/>
        <w:rPr>
          <w:b/>
        </w:rPr>
      </w:pPr>
      <w:r w:rsidRPr="00AA17A3">
        <w:rPr>
          <w:b/>
        </w:rPr>
        <w:t>H. RELAȚII SUPLIMENTARE</w:t>
      </w:r>
    </w:p>
    <w:p w14:paraId="7C7839EB" w14:textId="77777777" w:rsidR="00AA17A3" w:rsidRPr="00AA17A3" w:rsidRDefault="00AA17A3" w:rsidP="00AA17A3">
      <w:pPr>
        <w:spacing w:before="100"/>
        <w:rPr>
          <w:b/>
        </w:rPr>
      </w:pPr>
      <w:proofErr w:type="spellStart"/>
      <w:r w:rsidRPr="00AA17A3">
        <w:rPr>
          <w:b/>
        </w:rPr>
        <w:t>Relații</w:t>
      </w:r>
      <w:proofErr w:type="spellEnd"/>
      <w:r w:rsidRPr="00AA17A3">
        <w:rPr>
          <w:b/>
        </w:rPr>
        <w:t xml:space="preserve"> </w:t>
      </w:r>
      <w:proofErr w:type="spellStart"/>
      <w:r w:rsidRPr="00AA17A3">
        <w:rPr>
          <w:b/>
        </w:rPr>
        <w:t>suplimentare</w:t>
      </w:r>
      <w:proofErr w:type="spellEnd"/>
      <w:r w:rsidRPr="00AA17A3">
        <w:rPr>
          <w:b/>
        </w:rPr>
        <w:t xml:space="preserve"> se pot </w:t>
      </w:r>
      <w:proofErr w:type="spellStart"/>
      <w:r w:rsidRPr="00AA17A3">
        <w:rPr>
          <w:b/>
        </w:rPr>
        <w:t>obține</w:t>
      </w:r>
      <w:proofErr w:type="spellEnd"/>
      <w:r w:rsidRPr="00AA17A3">
        <w:rPr>
          <w:b/>
        </w:rPr>
        <w:t xml:space="preserve"> la </w:t>
      </w:r>
      <w:proofErr w:type="spellStart"/>
      <w:r w:rsidRPr="00AA17A3">
        <w:rPr>
          <w:b/>
        </w:rPr>
        <w:t>sediul</w:t>
      </w:r>
      <w:proofErr w:type="spellEnd"/>
      <w:r w:rsidRPr="00AA17A3">
        <w:rPr>
          <w:b/>
        </w:rPr>
        <w:t xml:space="preserve"> UAT </w:t>
      </w:r>
      <w:proofErr w:type="spellStart"/>
      <w:r w:rsidRPr="00AA17A3">
        <w:rPr>
          <w:b/>
        </w:rPr>
        <w:t>Comuna</w:t>
      </w:r>
      <w:proofErr w:type="spellEnd"/>
      <w:r w:rsidRPr="00AA17A3">
        <w:rPr>
          <w:b/>
        </w:rPr>
        <w:t xml:space="preserve"> Podenii Noi, </w:t>
      </w:r>
      <w:proofErr w:type="spellStart"/>
      <w:r w:rsidRPr="00AA17A3">
        <w:rPr>
          <w:b/>
        </w:rPr>
        <w:t>județul</w:t>
      </w:r>
      <w:proofErr w:type="spellEnd"/>
      <w:r w:rsidRPr="00AA17A3">
        <w:rPr>
          <w:b/>
        </w:rPr>
        <w:t xml:space="preserve"> Prahova, </w:t>
      </w:r>
      <w:proofErr w:type="spellStart"/>
      <w:r w:rsidRPr="00AA17A3">
        <w:rPr>
          <w:b/>
        </w:rPr>
        <w:t>telefon</w:t>
      </w:r>
      <w:proofErr w:type="spellEnd"/>
      <w:r w:rsidRPr="00AA17A3">
        <w:rPr>
          <w:b/>
        </w:rPr>
        <w:t xml:space="preserve"> 0244414032, e-mail ppodeniinoi@gmail.com, </w:t>
      </w:r>
      <w:proofErr w:type="spellStart"/>
      <w:r w:rsidRPr="00AA17A3">
        <w:rPr>
          <w:b/>
        </w:rPr>
        <w:t>persoană</w:t>
      </w:r>
      <w:proofErr w:type="spellEnd"/>
      <w:r w:rsidRPr="00AA17A3">
        <w:rPr>
          <w:b/>
        </w:rPr>
        <w:t xml:space="preserve"> de contact Diaconu Denisa.</w:t>
      </w:r>
    </w:p>
    <w:p w14:paraId="2B52EB9A" w14:textId="77777777" w:rsidR="00AA17A3" w:rsidRPr="00AA17A3" w:rsidRDefault="00AA17A3" w:rsidP="00AA17A3">
      <w:pPr>
        <w:spacing w:before="100"/>
        <w:rPr>
          <w:b/>
        </w:rPr>
      </w:pPr>
    </w:p>
    <w:p w14:paraId="272536E8" w14:textId="77777777" w:rsidR="00AA17A3" w:rsidRPr="00AA17A3" w:rsidRDefault="00AA17A3" w:rsidP="00AA17A3">
      <w:pPr>
        <w:spacing w:before="100"/>
        <w:jc w:val="center"/>
        <w:rPr>
          <w:b/>
        </w:rPr>
      </w:pPr>
      <w:r w:rsidRPr="00AA17A3">
        <w:rPr>
          <w:b/>
        </w:rPr>
        <w:t>PRIMAR,</w:t>
      </w:r>
    </w:p>
    <w:p w14:paraId="67426C38" w14:textId="59B83274" w:rsidR="009D6BA2" w:rsidRDefault="00AA17A3" w:rsidP="00AA17A3">
      <w:pPr>
        <w:spacing w:before="100"/>
        <w:jc w:val="center"/>
      </w:pPr>
      <w:r w:rsidRPr="00AA17A3">
        <w:rPr>
          <w:b/>
        </w:rPr>
        <w:t>ALIONTE MIHAI</w:t>
      </w:r>
    </w:p>
    <w:sectPr w:rsidR="009D6BA2" w:rsidSect="00034616">
      <w:headerReference w:type="default" r:id="rId8"/>
      <w:footerReference w:type="default" r:id="rId9"/>
      <w:pgSz w:w="12240" w:h="15840"/>
      <w:pgMar w:top="850" w:right="1134" w:bottom="850" w:left="119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EA368" w14:textId="77777777" w:rsidR="00A010E8" w:rsidRDefault="00A010E8">
      <w:pPr>
        <w:spacing w:after="0"/>
      </w:pPr>
      <w:r>
        <w:separator/>
      </w:r>
    </w:p>
  </w:endnote>
  <w:endnote w:type="continuationSeparator" w:id="0">
    <w:p w14:paraId="0D3DD289" w14:textId="77777777" w:rsidR="00A010E8" w:rsidRDefault="00A010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22870" w14:textId="77777777" w:rsidR="009D6BA2" w:rsidRDefault="009D6BA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14266" w14:textId="77777777" w:rsidR="00A010E8" w:rsidRDefault="00A010E8">
      <w:pPr>
        <w:spacing w:after="0"/>
      </w:pPr>
      <w:r>
        <w:separator/>
      </w:r>
    </w:p>
  </w:footnote>
  <w:footnote w:type="continuationSeparator" w:id="0">
    <w:p w14:paraId="7B91AF3F" w14:textId="77777777" w:rsidR="00A010E8" w:rsidRDefault="00A010E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28407" w14:textId="77777777" w:rsidR="009D6BA2" w:rsidRDefault="009D6BA2">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1126242930">
    <w:abstractNumId w:val="8"/>
  </w:num>
  <w:num w:numId="2" w16cid:durableId="53163112">
    <w:abstractNumId w:val="6"/>
  </w:num>
  <w:num w:numId="3" w16cid:durableId="1915238957">
    <w:abstractNumId w:val="5"/>
  </w:num>
  <w:num w:numId="4" w16cid:durableId="1472746648">
    <w:abstractNumId w:val="4"/>
  </w:num>
  <w:num w:numId="5" w16cid:durableId="2056272234">
    <w:abstractNumId w:val="7"/>
  </w:num>
  <w:num w:numId="6" w16cid:durableId="1657609727">
    <w:abstractNumId w:val="3"/>
  </w:num>
  <w:num w:numId="7" w16cid:durableId="1929727669">
    <w:abstractNumId w:val="2"/>
  </w:num>
  <w:num w:numId="8" w16cid:durableId="714693957">
    <w:abstractNumId w:val="1"/>
  </w:num>
  <w:num w:numId="9" w16cid:durableId="18967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71293"/>
    <w:rsid w:val="0029639D"/>
    <w:rsid w:val="00326F90"/>
    <w:rsid w:val="00567D1A"/>
    <w:rsid w:val="007D4AFD"/>
    <w:rsid w:val="009D6BA2"/>
    <w:rsid w:val="00A010E8"/>
    <w:rsid w:val="00AA17A3"/>
    <w:rsid w:val="00AA1D8D"/>
    <w:rsid w:val="00B47730"/>
    <w:rsid w:val="00C145D4"/>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1083D9"/>
  <w14:defaultImageDpi w14:val="300"/>
  <w15:docId w15:val="{0B1F2C3A-6969-4B64-9E08-E62DE9C64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line="240" w:lineRule="auto"/>
    </w:pPr>
    <w:rPr>
      <w:rFonts w:ascii="Times New Roman" w:hAnsi="Times New Roman"/>
      <w:sz w:val="24"/>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1363</Words>
  <Characters>7909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Podenii Noi</cp:lastModifiedBy>
  <cp:revision>3</cp:revision>
  <dcterms:created xsi:type="dcterms:W3CDTF">2026-08-28T08:44:00Z</dcterms:created>
  <dcterms:modified xsi:type="dcterms:W3CDTF">2026-08-28T09:11:00Z</dcterms:modified>
  <cp:category/>
</cp:coreProperties>
</file>