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480106" w14:textId="77777777" w:rsidR="00F47DF7" w:rsidRDefault="00F47DF7" w:rsidP="000A16FA"/>
    <w:p w14:paraId="41D46D74" w14:textId="0965CCB3" w:rsidR="00414E74" w:rsidRPr="000157E8" w:rsidRDefault="00F47DF7" w:rsidP="00414E74">
      <w:pPr>
        <w:rPr>
          <w:lang w:val="hu-HU"/>
        </w:rPr>
      </w:pPr>
      <w:r w:rsidRPr="008902E8">
        <w:t xml:space="preserve">Nr. de </w:t>
      </w:r>
      <w:proofErr w:type="spellStart"/>
      <w:r w:rsidRPr="008902E8">
        <w:t>înregistrare</w:t>
      </w:r>
      <w:proofErr w:type="spellEnd"/>
      <w:r w:rsidRPr="008902E8">
        <w:t xml:space="preserve">: </w:t>
      </w:r>
      <w:r w:rsidR="00432C0C">
        <w:rPr>
          <w:lang w:val="hu-HU"/>
        </w:rPr>
        <w:t>2866/03.08.2026</w:t>
      </w:r>
    </w:p>
    <w:p w14:paraId="7F6E22A0" w14:textId="3FA765A8" w:rsidR="00F47DF7" w:rsidRPr="008902E8" w:rsidRDefault="007E258D" w:rsidP="007568DC">
      <w:pPr>
        <w:rPr>
          <w:lang w:val="hu-HU"/>
        </w:rPr>
      </w:pPr>
      <w:r>
        <w:tab/>
      </w:r>
      <w:r w:rsidR="00ED1709" w:rsidRPr="008902E8">
        <w:tab/>
      </w:r>
      <w:r w:rsidR="00F47DF7" w:rsidRPr="008902E8">
        <w:tab/>
      </w:r>
      <w:r w:rsidR="00F47DF7" w:rsidRPr="008902E8">
        <w:tab/>
      </w:r>
      <w:r w:rsidR="00F47DF7" w:rsidRPr="008902E8">
        <w:tab/>
      </w:r>
      <w:r w:rsidR="00F47DF7" w:rsidRPr="008902E8">
        <w:tab/>
      </w:r>
      <w:r w:rsidR="00F47DF7" w:rsidRPr="008902E8">
        <w:tab/>
      </w:r>
      <w:r w:rsidR="00092341" w:rsidRPr="008902E8">
        <w:tab/>
      </w:r>
      <w:r w:rsidR="00574781">
        <w:t xml:space="preserve">   </w:t>
      </w:r>
      <w:r w:rsidR="00414E74">
        <w:t xml:space="preserve">                                            </w:t>
      </w:r>
    </w:p>
    <w:p w14:paraId="3F33469E" w14:textId="77777777" w:rsidR="00F47DF7" w:rsidRPr="008902E8" w:rsidRDefault="00F47DF7" w:rsidP="000A16FA">
      <w:pPr>
        <w:jc w:val="center"/>
        <w:rPr>
          <w:b/>
        </w:rPr>
      </w:pPr>
    </w:p>
    <w:p w14:paraId="2D28E3DB" w14:textId="77777777" w:rsidR="006F0AA1" w:rsidRPr="008902E8" w:rsidRDefault="00000000" w:rsidP="000A16FA">
      <w:pPr>
        <w:jc w:val="center"/>
        <w:rPr>
          <w:bCs/>
        </w:rPr>
      </w:pPr>
      <w:r w:rsidRPr="008902E8">
        <w:rPr>
          <w:bCs/>
        </w:rPr>
        <w:t>ANUNȚ</w:t>
      </w:r>
    </w:p>
    <w:p w14:paraId="14BA14D7" w14:textId="72C22E39" w:rsidR="006F0AA1" w:rsidRPr="008902E8" w:rsidRDefault="00000000" w:rsidP="000A16FA">
      <w:pPr>
        <w:jc w:val="center"/>
        <w:rPr>
          <w:bCs/>
        </w:rPr>
      </w:pPr>
      <w:proofErr w:type="spellStart"/>
      <w:r w:rsidRPr="008902E8">
        <w:rPr>
          <w:bCs/>
        </w:rPr>
        <w:t>privind</w:t>
      </w:r>
      <w:proofErr w:type="spellEnd"/>
      <w:r w:rsidRPr="008902E8">
        <w:rPr>
          <w:bCs/>
        </w:rPr>
        <w:t xml:space="preserve"> </w:t>
      </w:r>
      <w:proofErr w:type="spellStart"/>
      <w:r w:rsidRPr="008902E8">
        <w:rPr>
          <w:bCs/>
        </w:rPr>
        <w:t>organizarea</w:t>
      </w:r>
      <w:proofErr w:type="spellEnd"/>
      <w:r w:rsidRPr="008902E8">
        <w:rPr>
          <w:bCs/>
        </w:rPr>
        <w:t xml:space="preserve"> </w:t>
      </w:r>
      <w:proofErr w:type="spellStart"/>
      <w:r w:rsidRPr="008902E8">
        <w:rPr>
          <w:bCs/>
        </w:rPr>
        <w:t>concursului</w:t>
      </w:r>
      <w:proofErr w:type="spellEnd"/>
      <w:r w:rsidRPr="008902E8">
        <w:rPr>
          <w:bCs/>
        </w:rPr>
        <w:t xml:space="preserve"> pentru </w:t>
      </w:r>
      <w:proofErr w:type="spellStart"/>
      <w:r w:rsidRPr="008902E8">
        <w:rPr>
          <w:bCs/>
        </w:rPr>
        <w:t>ocuparea</w:t>
      </w:r>
      <w:proofErr w:type="spellEnd"/>
      <w:r w:rsidRPr="008902E8">
        <w:rPr>
          <w:bCs/>
        </w:rPr>
        <w:t xml:space="preserve"> </w:t>
      </w:r>
      <w:proofErr w:type="spellStart"/>
      <w:r w:rsidRPr="008902E8">
        <w:rPr>
          <w:bCs/>
        </w:rPr>
        <w:t>unui</w:t>
      </w:r>
      <w:proofErr w:type="spellEnd"/>
      <w:r w:rsidRPr="008902E8">
        <w:rPr>
          <w:bCs/>
        </w:rPr>
        <w:t xml:space="preserve"> post </w:t>
      </w:r>
      <w:proofErr w:type="spellStart"/>
      <w:r w:rsidRPr="008902E8">
        <w:rPr>
          <w:bCs/>
        </w:rPr>
        <w:t>unic</w:t>
      </w:r>
      <w:proofErr w:type="spellEnd"/>
      <w:r w:rsidRPr="008902E8">
        <w:rPr>
          <w:bCs/>
        </w:rPr>
        <w:t xml:space="preserve"> vacant de</w:t>
      </w:r>
      <w:r w:rsidRPr="008902E8">
        <w:rPr>
          <w:bCs/>
        </w:rPr>
        <w:br/>
      </w:r>
      <w:r w:rsidR="00890C1F">
        <w:rPr>
          <w:b/>
        </w:rPr>
        <w:t xml:space="preserve">Inspector </w:t>
      </w:r>
      <w:proofErr w:type="spellStart"/>
      <w:r w:rsidR="00246D41">
        <w:rPr>
          <w:b/>
        </w:rPr>
        <w:t>achiziții</w:t>
      </w:r>
      <w:proofErr w:type="spellEnd"/>
      <w:r w:rsidR="00246D41">
        <w:rPr>
          <w:b/>
        </w:rPr>
        <w:t xml:space="preserve"> </w:t>
      </w:r>
      <w:proofErr w:type="spellStart"/>
      <w:r w:rsidR="00246D41">
        <w:rPr>
          <w:b/>
        </w:rPr>
        <w:t>publice</w:t>
      </w:r>
      <w:proofErr w:type="spellEnd"/>
      <w:r w:rsidRPr="008902E8">
        <w:rPr>
          <w:b/>
        </w:rPr>
        <w:br/>
      </w:r>
      <w:proofErr w:type="spellStart"/>
      <w:r w:rsidRPr="008902E8">
        <w:rPr>
          <w:bCs/>
        </w:rPr>
        <w:t>în</w:t>
      </w:r>
      <w:proofErr w:type="spellEnd"/>
      <w:r w:rsidRPr="008902E8">
        <w:rPr>
          <w:bCs/>
        </w:rPr>
        <w:t xml:space="preserve"> </w:t>
      </w:r>
      <w:proofErr w:type="spellStart"/>
      <w:r w:rsidRPr="008902E8">
        <w:rPr>
          <w:bCs/>
        </w:rPr>
        <w:t>cadrul</w:t>
      </w:r>
      <w:proofErr w:type="spellEnd"/>
      <w:r w:rsidRPr="008902E8">
        <w:rPr>
          <w:bCs/>
        </w:rPr>
        <w:t xml:space="preserve"> </w:t>
      </w:r>
      <w:proofErr w:type="spellStart"/>
      <w:r w:rsidRPr="008902E8">
        <w:rPr>
          <w:bCs/>
        </w:rPr>
        <w:t>Departamentului</w:t>
      </w:r>
      <w:proofErr w:type="spellEnd"/>
      <w:r w:rsidRPr="008902E8">
        <w:rPr>
          <w:bCs/>
        </w:rPr>
        <w:t xml:space="preserve"> de </w:t>
      </w:r>
      <w:proofErr w:type="spellStart"/>
      <w:r w:rsidR="00246D41">
        <w:rPr>
          <w:bCs/>
        </w:rPr>
        <w:t>Administrație</w:t>
      </w:r>
      <w:proofErr w:type="spellEnd"/>
      <w:r w:rsidR="00246D41">
        <w:rPr>
          <w:bCs/>
        </w:rPr>
        <w:t xml:space="preserve">, </w:t>
      </w:r>
      <w:proofErr w:type="spellStart"/>
      <w:r w:rsidR="00246D41">
        <w:rPr>
          <w:bCs/>
        </w:rPr>
        <w:t>Compartimentul</w:t>
      </w:r>
      <w:proofErr w:type="spellEnd"/>
      <w:r w:rsidR="00246D41">
        <w:rPr>
          <w:bCs/>
        </w:rPr>
        <w:t xml:space="preserve"> </w:t>
      </w:r>
      <w:proofErr w:type="spellStart"/>
      <w:r w:rsidR="00246D41">
        <w:rPr>
          <w:bCs/>
        </w:rPr>
        <w:t>Achiziții</w:t>
      </w:r>
      <w:proofErr w:type="spellEnd"/>
      <w:r w:rsidR="00246D41">
        <w:rPr>
          <w:bCs/>
        </w:rPr>
        <w:t xml:space="preserve"> </w:t>
      </w:r>
      <w:proofErr w:type="spellStart"/>
      <w:r w:rsidR="00246D41">
        <w:rPr>
          <w:bCs/>
        </w:rPr>
        <w:t>publice</w:t>
      </w:r>
      <w:proofErr w:type="spellEnd"/>
      <w:r w:rsidRPr="008902E8">
        <w:rPr>
          <w:bCs/>
        </w:rPr>
        <w:t xml:space="preserve"> al </w:t>
      </w:r>
      <w:proofErr w:type="spellStart"/>
      <w:r w:rsidRPr="008902E8">
        <w:rPr>
          <w:bCs/>
        </w:rPr>
        <w:t>Institutului</w:t>
      </w:r>
      <w:proofErr w:type="spellEnd"/>
      <w:r w:rsidRPr="008902E8">
        <w:rPr>
          <w:bCs/>
        </w:rPr>
        <w:t xml:space="preserve"> de Cercetare-Dezvoltare</w:t>
      </w:r>
      <w:r w:rsidR="007E258D">
        <w:rPr>
          <w:bCs/>
        </w:rPr>
        <w:t xml:space="preserve"> </w:t>
      </w:r>
      <w:r w:rsidRPr="008902E8">
        <w:rPr>
          <w:bCs/>
        </w:rPr>
        <w:t xml:space="preserve">pentru </w:t>
      </w:r>
      <w:proofErr w:type="spellStart"/>
      <w:r w:rsidRPr="008902E8">
        <w:rPr>
          <w:bCs/>
        </w:rPr>
        <w:t>Cinegetică</w:t>
      </w:r>
      <w:proofErr w:type="spellEnd"/>
      <w:r w:rsidRPr="008902E8">
        <w:rPr>
          <w:bCs/>
        </w:rPr>
        <w:t xml:space="preserve"> </w:t>
      </w:r>
      <w:proofErr w:type="spellStart"/>
      <w:r w:rsidRPr="008902E8">
        <w:rPr>
          <w:bCs/>
        </w:rPr>
        <w:t>și</w:t>
      </w:r>
      <w:proofErr w:type="spellEnd"/>
      <w:r w:rsidRPr="008902E8">
        <w:rPr>
          <w:bCs/>
        </w:rPr>
        <w:t xml:space="preserve"> Resurse Montane Miercurea-Ciuc</w:t>
      </w:r>
    </w:p>
    <w:p w14:paraId="41BE2C22" w14:textId="77777777" w:rsidR="000A16FA" w:rsidRDefault="000A16FA" w:rsidP="000A16FA">
      <w:pPr>
        <w:jc w:val="center"/>
        <w:rPr>
          <w:bCs/>
        </w:rPr>
      </w:pPr>
    </w:p>
    <w:p w14:paraId="527F02ED" w14:textId="77777777" w:rsidR="00091F6F" w:rsidRPr="008902E8" w:rsidRDefault="00091F6F" w:rsidP="000A16FA">
      <w:pPr>
        <w:jc w:val="center"/>
        <w:rPr>
          <w:bCs/>
        </w:rPr>
      </w:pPr>
    </w:p>
    <w:p w14:paraId="37AFFEC0" w14:textId="7E5C92F8" w:rsidR="006F0AA1" w:rsidRPr="008902E8" w:rsidRDefault="00000000" w:rsidP="008902E8">
      <w:pPr>
        <w:jc w:val="both"/>
      </w:pPr>
      <w:r w:rsidRPr="008902E8">
        <w:rPr>
          <w:b/>
        </w:rPr>
        <w:t xml:space="preserve">A.) Institutul de Cercetare-Dezvoltare pentru </w:t>
      </w:r>
      <w:proofErr w:type="spellStart"/>
      <w:r w:rsidRPr="008902E8">
        <w:rPr>
          <w:b/>
        </w:rPr>
        <w:t>Cinegetică</w:t>
      </w:r>
      <w:proofErr w:type="spellEnd"/>
      <w:r w:rsidRPr="008902E8">
        <w:rPr>
          <w:b/>
        </w:rPr>
        <w:t xml:space="preserve"> </w:t>
      </w:r>
      <w:proofErr w:type="spellStart"/>
      <w:r w:rsidRPr="008902E8">
        <w:rPr>
          <w:b/>
        </w:rPr>
        <w:t>și</w:t>
      </w:r>
      <w:proofErr w:type="spellEnd"/>
      <w:r w:rsidRPr="008902E8">
        <w:rPr>
          <w:b/>
        </w:rPr>
        <w:t xml:space="preserve"> Resurse Montane Miercurea-Ciu</w:t>
      </w:r>
      <w:r w:rsidR="000A16FA" w:rsidRPr="008902E8">
        <w:rPr>
          <w:b/>
        </w:rPr>
        <w:t xml:space="preserve">c </w:t>
      </w:r>
      <w:proofErr w:type="spellStart"/>
      <w:r w:rsidRPr="008902E8">
        <w:t>organizează</w:t>
      </w:r>
      <w:proofErr w:type="spellEnd"/>
      <w:r w:rsidRPr="008902E8">
        <w:t xml:space="preserve"> concurs pentru </w:t>
      </w:r>
      <w:proofErr w:type="spellStart"/>
      <w:r w:rsidRPr="008902E8">
        <w:t>ocuparea</w:t>
      </w:r>
      <w:proofErr w:type="spellEnd"/>
      <w:r w:rsidRPr="008902E8">
        <w:t xml:space="preserve"> </w:t>
      </w:r>
      <w:proofErr w:type="spellStart"/>
      <w:r w:rsidRPr="008902E8">
        <w:t>postului</w:t>
      </w:r>
      <w:proofErr w:type="spellEnd"/>
      <w:r w:rsidRPr="008902E8">
        <w:t xml:space="preserve"> </w:t>
      </w:r>
      <w:proofErr w:type="spellStart"/>
      <w:r w:rsidRPr="008902E8">
        <w:t>unic</w:t>
      </w:r>
      <w:proofErr w:type="spellEnd"/>
      <w:r w:rsidRPr="008902E8">
        <w:t xml:space="preserve"> vacant contractual de </w:t>
      </w:r>
      <w:proofErr w:type="spellStart"/>
      <w:r w:rsidRPr="008902E8">
        <w:t>execuție</w:t>
      </w:r>
      <w:proofErr w:type="spellEnd"/>
      <w:r w:rsidRPr="008902E8">
        <w:t xml:space="preserve"> de </w:t>
      </w:r>
      <w:r w:rsidR="00246D41">
        <w:rPr>
          <w:b/>
        </w:rPr>
        <w:t xml:space="preserve">Inspector </w:t>
      </w:r>
      <w:proofErr w:type="spellStart"/>
      <w:r w:rsidR="00246D41">
        <w:rPr>
          <w:b/>
        </w:rPr>
        <w:t>achiziții</w:t>
      </w:r>
      <w:proofErr w:type="spellEnd"/>
      <w:r w:rsidR="00246D41">
        <w:rPr>
          <w:b/>
        </w:rPr>
        <w:t xml:space="preserve"> </w:t>
      </w:r>
      <w:proofErr w:type="spellStart"/>
      <w:r w:rsidR="00246D41">
        <w:rPr>
          <w:b/>
        </w:rPr>
        <w:t>publice</w:t>
      </w:r>
      <w:proofErr w:type="spellEnd"/>
      <w:r w:rsidR="00246D41">
        <w:rPr>
          <w:b/>
        </w:rPr>
        <w:t xml:space="preserve"> </w:t>
      </w:r>
      <w:proofErr w:type="spellStart"/>
      <w:r w:rsidR="00246D41" w:rsidRPr="008902E8">
        <w:rPr>
          <w:bCs/>
        </w:rPr>
        <w:t>în</w:t>
      </w:r>
      <w:proofErr w:type="spellEnd"/>
      <w:r w:rsidR="00246D41" w:rsidRPr="008902E8">
        <w:rPr>
          <w:bCs/>
        </w:rPr>
        <w:t xml:space="preserve"> </w:t>
      </w:r>
      <w:proofErr w:type="spellStart"/>
      <w:r w:rsidR="00246D41" w:rsidRPr="008902E8">
        <w:rPr>
          <w:bCs/>
        </w:rPr>
        <w:t>cadrul</w:t>
      </w:r>
      <w:proofErr w:type="spellEnd"/>
      <w:r w:rsidR="00246D41" w:rsidRPr="008902E8">
        <w:rPr>
          <w:bCs/>
        </w:rPr>
        <w:t xml:space="preserve"> </w:t>
      </w:r>
      <w:proofErr w:type="spellStart"/>
      <w:r w:rsidR="00246D41" w:rsidRPr="008902E8">
        <w:rPr>
          <w:bCs/>
        </w:rPr>
        <w:t>Departamentului</w:t>
      </w:r>
      <w:proofErr w:type="spellEnd"/>
      <w:r w:rsidR="00246D41" w:rsidRPr="008902E8">
        <w:rPr>
          <w:bCs/>
        </w:rPr>
        <w:t xml:space="preserve"> de </w:t>
      </w:r>
      <w:proofErr w:type="spellStart"/>
      <w:r w:rsidR="00246D41">
        <w:rPr>
          <w:bCs/>
        </w:rPr>
        <w:t>Administrație</w:t>
      </w:r>
      <w:proofErr w:type="spellEnd"/>
      <w:r w:rsidR="00246D41">
        <w:rPr>
          <w:bCs/>
        </w:rPr>
        <w:t xml:space="preserve">, </w:t>
      </w:r>
      <w:proofErr w:type="spellStart"/>
      <w:r w:rsidR="00246D41">
        <w:rPr>
          <w:bCs/>
        </w:rPr>
        <w:t>Compartimentul</w:t>
      </w:r>
      <w:proofErr w:type="spellEnd"/>
      <w:r w:rsidR="00246D41">
        <w:rPr>
          <w:bCs/>
        </w:rPr>
        <w:t xml:space="preserve"> </w:t>
      </w:r>
      <w:proofErr w:type="spellStart"/>
      <w:r w:rsidR="00246D41">
        <w:rPr>
          <w:bCs/>
        </w:rPr>
        <w:t>Achiziții</w:t>
      </w:r>
      <w:proofErr w:type="spellEnd"/>
      <w:r w:rsidR="00246D41">
        <w:rPr>
          <w:bCs/>
        </w:rPr>
        <w:t xml:space="preserve"> </w:t>
      </w:r>
      <w:proofErr w:type="spellStart"/>
      <w:r w:rsidR="00246D41">
        <w:rPr>
          <w:bCs/>
        </w:rPr>
        <w:t>publice</w:t>
      </w:r>
      <w:proofErr w:type="spellEnd"/>
      <w:r w:rsidR="00246D41" w:rsidRPr="008902E8">
        <w:rPr>
          <w:bCs/>
        </w:rPr>
        <w:t xml:space="preserve"> </w:t>
      </w:r>
      <w:r w:rsidR="00CE0DF8" w:rsidRPr="008902E8">
        <w:rPr>
          <w:bCs/>
        </w:rPr>
        <w:t xml:space="preserve">al </w:t>
      </w:r>
      <w:proofErr w:type="spellStart"/>
      <w:r w:rsidR="00CE0DF8" w:rsidRPr="008902E8">
        <w:rPr>
          <w:bCs/>
        </w:rPr>
        <w:t>Institutului</w:t>
      </w:r>
      <w:proofErr w:type="spellEnd"/>
      <w:r w:rsidR="00CE0DF8" w:rsidRPr="008902E8">
        <w:rPr>
          <w:bCs/>
        </w:rPr>
        <w:t xml:space="preserve"> de Cercetare-Dezvoltare</w:t>
      </w:r>
      <w:r w:rsidR="00CE0DF8">
        <w:rPr>
          <w:bCs/>
        </w:rPr>
        <w:t xml:space="preserve"> </w:t>
      </w:r>
      <w:r w:rsidR="00CE0DF8" w:rsidRPr="008902E8">
        <w:rPr>
          <w:bCs/>
        </w:rPr>
        <w:t xml:space="preserve">pentru </w:t>
      </w:r>
      <w:proofErr w:type="spellStart"/>
      <w:r w:rsidR="00CE0DF8" w:rsidRPr="008902E8">
        <w:rPr>
          <w:bCs/>
        </w:rPr>
        <w:t>Cinegetică</w:t>
      </w:r>
      <w:proofErr w:type="spellEnd"/>
      <w:r w:rsidR="00CE0DF8" w:rsidRPr="008902E8">
        <w:rPr>
          <w:bCs/>
        </w:rPr>
        <w:t xml:space="preserve"> </w:t>
      </w:r>
      <w:proofErr w:type="spellStart"/>
      <w:r w:rsidR="00CE0DF8" w:rsidRPr="008902E8">
        <w:rPr>
          <w:bCs/>
        </w:rPr>
        <w:t>și</w:t>
      </w:r>
      <w:proofErr w:type="spellEnd"/>
      <w:r w:rsidR="00CE0DF8" w:rsidRPr="008902E8">
        <w:rPr>
          <w:bCs/>
        </w:rPr>
        <w:t xml:space="preserve"> Resurse Montane Miercurea-Ciuc</w:t>
      </w:r>
      <w:r w:rsidRPr="008902E8">
        <w:t>.</w:t>
      </w:r>
      <w:r w:rsidR="000A16FA" w:rsidRPr="008902E8">
        <w:t xml:space="preserve"> </w:t>
      </w:r>
      <w:proofErr w:type="spellStart"/>
      <w:r w:rsidRPr="008902E8">
        <w:t>Contractul</w:t>
      </w:r>
      <w:proofErr w:type="spellEnd"/>
      <w:r w:rsidRPr="008902E8">
        <w:t xml:space="preserve"> individual de </w:t>
      </w:r>
      <w:proofErr w:type="spellStart"/>
      <w:r w:rsidRPr="008902E8">
        <w:t>muncă</w:t>
      </w:r>
      <w:proofErr w:type="spellEnd"/>
      <w:r w:rsidRPr="008902E8">
        <w:t xml:space="preserve"> al </w:t>
      </w:r>
      <w:proofErr w:type="spellStart"/>
      <w:r w:rsidRPr="008902E8">
        <w:t>candidatului</w:t>
      </w:r>
      <w:proofErr w:type="spellEnd"/>
      <w:r w:rsidRPr="008902E8">
        <w:t xml:space="preserve"> </w:t>
      </w:r>
      <w:proofErr w:type="spellStart"/>
      <w:r w:rsidRPr="008902E8">
        <w:t>declarat</w:t>
      </w:r>
      <w:proofErr w:type="spellEnd"/>
      <w:r w:rsidRPr="008902E8">
        <w:t xml:space="preserve"> „Admis” se </w:t>
      </w:r>
      <w:proofErr w:type="spellStart"/>
      <w:r w:rsidRPr="008902E8">
        <w:t>va</w:t>
      </w:r>
      <w:proofErr w:type="spellEnd"/>
      <w:r w:rsidRPr="008902E8">
        <w:t xml:space="preserve"> </w:t>
      </w:r>
      <w:proofErr w:type="spellStart"/>
      <w:r w:rsidRPr="008902E8">
        <w:t>încheia</w:t>
      </w:r>
      <w:proofErr w:type="spellEnd"/>
      <w:r w:rsidRPr="008902E8">
        <w:t xml:space="preserve"> pe </w:t>
      </w:r>
      <w:proofErr w:type="spellStart"/>
      <w:r w:rsidRPr="008902E8">
        <w:t>perioadă</w:t>
      </w:r>
      <w:proofErr w:type="spellEnd"/>
      <w:r w:rsidRPr="008902E8">
        <w:t xml:space="preserve"> </w:t>
      </w:r>
      <w:proofErr w:type="spellStart"/>
      <w:r w:rsidRPr="008902E8">
        <w:t>nedeterminată</w:t>
      </w:r>
      <w:proofErr w:type="spellEnd"/>
      <w:r w:rsidRPr="008902E8">
        <w:t xml:space="preserve">, conform </w:t>
      </w:r>
      <w:proofErr w:type="spellStart"/>
      <w:r w:rsidRPr="008902E8">
        <w:t>prevederilor</w:t>
      </w:r>
      <w:proofErr w:type="spellEnd"/>
      <w:r w:rsidRPr="008902E8">
        <w:t xml:space="preserve"> art. 12 </w:t>
      </w:r>
      <w:proofErr w:type="spellStart"/>
      <w:r w:rsidRPr="008902E8">
        <w:t>alin</w:t>
      </w:r>
      <w:proofErr w:type="spellEnd"/>
      <w:r w:rsidRPr="008902E8">
        <w:t xml:space="preserve">. (1) din </w:t>
      </w:r>
      <w:proofErr w:type="spellStart"/>
      <w:r w:rsidRPr="008902E8">
        <w:t>Legea</w:t>
      </w:r>
      <w:proofErr w:type="spellEnd"/>
      <w:r w:rsidRPr="008902E8">
        <w:t xml:space="preserve"> nr. 53/2003 – </w:t>
      </w:r>
      <w:proofErr w:type="spellStart"/>
      <w:r w:rsidRPr="008902E8">
        <w:t>Codul</w:t>
      </w:r>
      <w:proofErr w:type="spellEnd"/>
      <w:r w:rsidRPr="008902E8">
        <w:t xml:space="preserve"> </w:t>
      </w:r>
      <w:proofErr w:type="spellStart"/>
      <w:r w:rsidRPr="008902E8">
        <w:t>muncii</w:t>
      </w:r>
      <w:proofErr w:type="spellEnd"/>
      <w:r w:rsidRPr="008902E8">
        <w:t xml:space="preserve">, </w:t>
      </w:r>
      <w:proofErr w:type="spellStart"/>
      <w:r w:rsidRPr="008902E8">
        <w:t>republicată</w:t>
      </w:r>
      <w:proofErr w:type="spellEnd"/>
      <w:r w:rsidRPr="008902E8">
        <w:t xml:space="preserve">, cu </w:t>
      </w:r>
      <w:proofErr w:type="spellStart"/>
      <w:r w:rsidRPr="008902E8">
        <w:t>modificările</w:t>
      </w:r>
      <w:proofErr w:type="spellEnd"/>
      <w:r w:rsidRPr="008902E8">
        <w:t xml:space="preserve"> </w:t>
      </w:r>
      <w:proofErr w:type="spellStart"/>
      <w:r w:rsidRPr="008902E8">
        <w:t>și</w:t>
      </w:r>
      <w:proofErr w:type="spellEnd"/>
      <w:r w:rsidRPr="008902E8">
        <w:t xml:space="preserve"> </w:t>
      </w:r>
      <w:proofErr w:type="spellStart"/>
      <w:r w:rsidRPr="008902E8">
        <w:t>completările</w:t>
      </w:r>
      <w:proofErr w:type="spellEnd"/>
      <w:r w:rsidRPr="008902E8">
        <w:t xml:space="preserve"> </w:t>
      </w:r>
      <w:proofErr w:type="spellStart"/>
      <w:r w:rsidRPr="008902E8">
        <w:t>ulterioare</w:t>
      </w:r>
      <w:proofErr w:type="spellEnd"/>
      <w:r w:rsidRPr="008902E8">
        <w:t>.</w:t>
      </w:r>
    </w:p>
    <w:p w14:paraId="75CCE2E3" w14:textId="77777777" w:rsidR="000A16FA" w:rsidRPr="008902E8" w:rsidRDefault="000A16FA" w:rsidP="008902E8">
      <w:pPr>
        <w:jc w:val="both"/>
      </w:pPr>
    </w:p>
    <w:p w14:paraId="31249771" w14:textId="77777777" w:rsidR="00CE0DF8" w:rsidRDefault="00000000" w:rsidP="00CE0DF8">
      <w:pPr>
        <w:jc w:val="both"/>
      </w:pPr>
      <w:proofErr w:type="spellStart"/>
      <w:r w:rsidRPr="008902E8">
        <w:t>Concursul</w:t>
      </w:r>
      <w:proofErr w:type="spellEnd"/>
      <w:r w:rsidRPr="008902E8">
        <w:t xml:space="preserve"> se </w:t>
      </w:r>
      <w:proofErr w:type="spellStart"/>
      <w:r w:rsidRPr="008902E8">
        <w:t>organizează</w:t>
      </w:r>
      <w:proofErr w:type="spellEnd"/>
      <w:r w:rsidRPr="008902E8">
        <w:t xml:space="preserve"> </w:t>
      </w:r>
      <w:proofErr w:type="spellStart"/>
      <w:r w:rsidRPr="008902E8">
        <w:t>în</w:t>
      </w:r>
      <w:proofErr w:type="spellEnd"/>
      <w:r w:rsidRPr="008902E8">
        <w:t xml:space="preserve"> </w:t>
      </w:r>
      <w:proofErr w:type="spellStart"/>
      <w:r w:rsidRPr="008902E8">
        <w:t>conformitate</w:t>
      </w:r>
      <w:proofErr w:type="spellEnd"/>
      <w:r w:rsidRPr="008902E8">
        <w:t xml:space="preserve"> cu:</w:t>
      </w:r>
    </w:p>
    <w:p w14:paraId="56EFA41D" w14:textId="63D29234" w:rsidR="00192F71" w:rsidRPr="008902E8" w:rsidRDefault="00000000" w:rsidP="00CE0DF8">
      <w:pPr>
        <w:jc w:val="both"/>
      </w:pPr>
      <w:r w:rsidRPr="008902E8">
        <w:t xml:space="preserve">- </w:t>
      </w:r>
      <w:proofErr w:type="spellStart"/>
      <w:r w:rsidRPr="008902E8">
        <w:t>Legea</w:t>
      </w:r>
      <w:proofErr w:type="spellEnd"/>
      <w:r w:rsidRPr="008902E8">
        <w:t xml:space="preserve"> nr. 53/2003 – </w:t>
      </w:r>
      <w:proofErr w:type="spellStart"/>
      <w:r w:rsidRPr="008902E8">
        <w:t>Codul</w:t>
      </w:r>
      <w:proofErr w:type="spellEnd"/>
      <w:r w:rsidRPr="008902E8">
        <w:t xml:space="preserve"> </w:t>
      </w:r>
      <w:proofErr w:type="spellStart"/>
      <w:r w:rsidRPr="008902E8">
        <w:t>muncii</w:t>
      </w:r>
      <w:proofErr w:type="spellEnd"/>
      <w:r w:rsidRPr="008902E8">
        <w:t>;</w:t>
      </w:r>
    </w:p>
    <w:p w14:paraId="4277DC41" w14:textId="77777777" w:rsidR="00192F71" w:rsidRPr="008902E8" w:rsidRDefault="00192F71" w:rsidP="00CE0DF8">
      <w:pPr>
        <w:pStyle w:val="Listaszerbekezds"/>
        <w:numPr>
          <w:ilvl w:val="0"/>
          <w:numId w:val="10"/>
        </w:numPr>
        <w:tabs>
          <w:tab w:val="left" w:pos="284"/>
        </w:tabs>
        <w:ind w:left="142" w:hanging="142"/>
        <w:jc w:val="both"/>
      </w:pPr>
      <w:r w:rsidRPr="008902E8">
        <w:t xml:space="preserve">HG nr. 1336/2022 pentru </w:t>
      </w:r>
      <w:proofErr w:type="spellStart"/>
      <w:r w:rsidRPr="008902E8">
        <w:t>aprobarea</w:t>
      </w:r>
      <w:proofErr w:type="spellEnd"/>
      <w:r w:rsidRPr="008902E8">
        <w:t xml:space="preserve"> </w:t>
      </w:r>
      <w:proofErr w:type="spellStart"/>
      <w:r w:rsidRPr="008902E8">
        <w:t>Regulamentului</w:t>
      </w:r>
      <w:proofErr w:type="spellEnd"/>
      <w:r w:rsidRPr="008902E8">
        <w:t xml:space="preserve"> – </w:t>
      </w:r>
      <w:proofErr w:type="spellStart"/>
      <w:r w:rsidRPr="008902E8">
        <w:t>cadru</w:t>
      </w:r>
      <w:proofErr w:type="spellEnd"/>
      <w:r w:rsidRPr="008902E8">
        <w:t xml:space="preserve"> </w:t>
      </w:r>
      <w:proofErr w:type="spellStart"/>
      <w:r w:rsidRPr="008902E8">
        <w:t>privind</w:t>
      </w:r>
      <w:proofErr w:type="spellEnd"/>
      <w:r w:rsidRPr="008902E8">
        <w:t xml:space="preserve"> </w:t>
      </w:r>
      <w:proofErr w:type="spellStart"/>
      <w:r w:rsidRPr="008902E8">
        <w:t>organizarea</w:t>
      </w:r>
      <w:proofErr w:type="spellEnd"/>
      <w:r w:rsidRPr="008902E8">
        <w:t xml:space="preserve"> </w:t>
      </w:r>
      <w:proofErr w:type="spellStart"/>
      <w:r w:rsidRPr="008902E8">
        <w:t>și</w:t>
      </w:r>
      <w:proofErr w:type="spellEnd"/>
      <w:r w:rsidRPr="008902E8">
        <w:t xml:space="preserve"> </w:t>
      </w:r>
      <w:proofErr w:type="spellStart"/>
      <w:r w:rsidRPr="008902E8">
        <w:t>dezvoltarea</w:t>
      </w:r>
      <w:proofErr w:type="spellEnd"/>
      <w:r w:rsidRPr="008902E8">
        <w:t xml:space="preserve"> </w:t>
      </w:r>
      <w:proofErr w:type="spellStart"/>
      <w:r w:rsidRPr="008902E8">
        <w:t>carierei</w:t>
      </w:r>
      <w:proofErr w:type="spellEnd"/>
      <w:r w:rsidRPr="008902E8">
        <w:t xml:space="preserve"> </w:t>
      </w:r>
      <w:proofErr w:type="spellStart"/>
      <w:r w:rsidRPr="008902E8">
        <w:t>personalului</w:t>
      </w:r>
      <w:proofErr w:type="spellEnd"/>
      <w:r w:rsidRPr="008902E8">
        <w:t xml:space="preserve"> din </w:t>
      </w:r>
      <w:proofErr w:type="spellStart"/>
      <w:r w:rsidRPr="008902E8">
        <w:t>sectorul</w:t>
      </w:r>
      <w:proofErr w:type="spellEnd"/>
      <w:r w:rsidRPr="008902E8">
        <w:t xml:space="preserve"> </w:t>
      </w:r>
      <w:proofErr w:type="spellStart"/>
      <w:r w:rsidRPr="008902E8">
        <w:t>bugetar</w:t>
      </w:r>
      <w:proofErr w:type="spellEnd"/>
      <w:r w:rsidRPr="008902E8">
        <w:t xml:space="preserve"> </w:t>
      </w:r>
      <w:proofErr w:type="spellStart"/>
      <w:r w:rsidRPr="008902E8">
        <w:t>plătit</w:t>
      </w:r>
      <w:proofErr w:type="spellEnd"/>
      <w:r w:rsidRPr="008902E8">
        <w:t xml:space="preserve"> din </w:t>
      </w:r>
      <w:proofErr w:type="spellStart"/>
      <w:r w:rsidRPr="008902E8">
        <w:t>fonduri</w:t>
      </w:r>
      <w:proofErr w:type="spellEnd"/>
      <w:r w:rsidRPr="008902E8">
        <w:t xml:space="preserve"> </w:t>
      </w:r>
      <w:proofErr w:type="spellStart"/>
      <w:r w:rsidRPr="008902E8">
        <w:t>publice</w:t>
      </w:r>
      <w:proofErr w:type="spellEnd"/>
      <w:r w:rsidRPr="008902E8">
        <w:t>;</w:t>
      </w:r>
    </w:p>
    <w:p w14:paraId="0B497CCA" w14:textId="77777777" w:rsidR="00192F71" w:rsidRPr="008902E8" w:rsidRDefault="00192F71" w:rsidP="00CE0DF8">
      <w:pPr>
        <w:pStyle w:val="Listaszerbekezds"/>
        <w:numPr>
          <w:ilvl w:val="0"/>
          <w:numId w:val="10"/>
        </w:numPr>
        <w:tabs>
          <w:tab w:val="left" w:pos="284"/>
        </w:tabs>
        <w:ind w:left="142" w:hanging="142"/>
        <w:jc w:val="both"/>
      </w:pPr>
      <w:proofErr w:type="spellStart"/>
      <w:r w:rsidRPr="008902E8">
        <w:t>Legea</w:t>
      </w:r>
      <w:proofErr w:type="spellEnd"/>
      <w:r w:rsidRPr="008902E8">
        <w:t xml:space="preserve"> nr. 153/2017 </w:t>
      </w:r>
      <w:proofErr w:type="spellStart"/>
      <w:r w:rsidRPr="008902E8">
        <w:t>privind</w:t>
      </w:r>
      <w:proofErr w:type="spellEnd"/>
      <w:r w:rsidRPr="008902E8">
        <w:t xml:space="preserve"> </w:t>
      </w:r>
      <w:proofErr w:type="spellStart"/>
      <w:r w:rsidRPr="008902E8">
        <w:t>salarizarea</w:t>
      </w:r>
      <w:proofErr w:type="spellEnd"/>
      <w:r w:rsidRPr="008902E8">
        <w:t xml:space="preserve"> </w:t>
      </w:r>
      <w:proofErr w:type="spellStart"/>
      <w:r w:rsidRPr="008902E8">
        <w:t>personalului</w:t>
      </w:r>
      <w:proofErr w:type="spellEnd"/>
      <w:r w:rsidRPr="008902E8">
        <w:t xml:space="preserve"> </w:t>
      </w:r>
      <w:proofErr w:type="spellStart"/>
      <w:r w:rsidRPr="008902E8">
        <w:t>plătit</w:t>
      </w:r>
      <w:proofErr w:type="spellEnd"/>
      <w:r w:rsidRPr="008902E8">
        <w:t xml:space="preserve"> din </w:t>
      </w:r>
      <w:proofErr w:type="spellStart"/>
      <w:r w:rsidRPr="008902E8">
        <w:t>fonduri</w:t>
      </w:r>
      <w:proofErr w:type="spellEnd"/>
      <w:r w:rsidRPr="008902E8">
        <w:t xml:space="preserve"> </w:t>
      </w:r>
      <w:proofErr w:type="spellStart"/>
      <w:r w:rsidRPr="008902E8">
        <w:t>publice</w:t>
      </w:r>
      <w:proofErr w:type="spellEnd"/>
      <w:r w:rsidRPr="008902E8">
        <w:t xml:space="preserve">, cu </w:t>
      </w:r>
      <w:proofErr w:type="spellStart"/>
      <w:r w:rsidRPr="008902E8">
        <w:t>modificările</w:t>
      </w:r>
      <w:proofErr w:type="spellEnd"/>
      <w:r w:rsidRPr="008902E8">
        <w:t xml:space="preserve"> </w:t>
      </w:r>
      <w:proofErr w:type="spellStart"/>
      <w:r w:rsidRPr="008902E8">
        <w:t>și</w:t>
      </w:r>
      <w:proofErr w:type="spellEnd"/>
      <w:r w:rsidRPr="008902E8">
        <w:t xml:space="preserve"> </w:t>
      </w:r>
      <w:proofErr w:type="spellStart"/>
      <w:r w:rsidRPr="008902E8">
        <w:t>completările</w:t>
      </w:r>
      <w:proofErr w:type="spellEnd"/>
      <w:r w:rsidRPr="008902E8">
        <w:t xml:space="preserve"> </w:t>
      </w:r>
      <w:proofErr w:type="spellStart"/>
      <w:r w:rsidRPr="008902E8">
        <w:t>ulterioare</w:t>
      </w:r>
      <w:proofErr w:type="spellEnd"/>
      <w:r w:rsidRPr="008902E8">
        <w:t xml:space="preserve">; </w:t>
      </w:r>
    </w:p>
    <w:p w14:paraId="5029282F" w14:textId="6A3B4821" w:rsidR="006F0AA1" w:rsidRPr="008902E8" w:rsidRDefault="00000000" w:rsidP="00CE0DF8">
      <w:pPr>
        <w:jc w:val="both"/>
      </w:pPr>
      <w:r w:rsidRPr="008902E8">
        <w:t xml:space="preserve">- </w:t>
      </w:r>
      <w:proofErr w:type="spellStart"/>
      <w:r w:rsidRPr="008902E8">
        <w:t>Hotărârea</w:t>
      </w:r>
      <w:proofErr w:type="spellEnd"/>
      <w:r w:rsidRPr="008902E8">
        <w:t xml:space="preserve"> </w:t>
      </w:r>
      <w:proofErr w:type="spellStart"/>
      <w:r w:rsidRPr="008902E8">
        <w:t>Consiliului</w:t>
      </w:r>
      <w:proofErr w:type="spellEnd"/>
      <w:r w:rsidRPr="008902E8">
        <w:t xml:space="preserve"> de </w:t>
      </w:r>
      <w:proofErr w:type="spellStart"/>
      <w:r w:rsidRPr="008902E8">
        <w:t>Administrație</w:t>
      </w:r>
      <w:proofErr w:type="spellEnd"/>
      <w:r w:rsidRPr="008902E8">
        <w:t xml:space="preserve"> </w:t>
      </w:r>
      <w:r w:rsidR="00246D41">
        <w:t>nr.7/15.07.2026, art.8.</w:t>
      </w:r>
    </w:p>
    <w:p w14:paraId="55F76784" w14:textId="77777777" w:rsidR="000A16FA" w:rsidRPr="008902E8" w:rsidRDefault="000A16FA" w:rsidP="008902E8">
      <w:pPr>
        <w:jc w:val="both"/>
      </w:pPr>
    </w:p>
    <w:p w14:paraId="0F4B27FF" w14:textId="77777777" w:rsidR="006F0AA1" w:rsidRPr="008902E8" w:rsidRDefault="00000000" w:rsidP="008902E8">
      <w:pPr>
        <w:jc w:val="both"/>
      </w:pPr>
      <w:r w:rsidRPr="008902E8">
        <w:t xml:space="preserve">1. </w:t>
      </w:r>
      <w:proofErr w:type="spellStart"/>
      <w:r w:rsidRPr="008902E8">
        <w:t>Nivelul</w:t>
      </w:r>
      <w:proofErr w:type="spellEnd"/>
      <w:r w:rsidRPr="008902E8">
        <w:t xml:space="preserve"> </w:t>
      </w:r>
      <w:proofErr w:type="spellStart"/>
      <w:r w:rsidRPr="008902E8">
        <w:t>postului</w:t>
      </w:r>
      <w:proofErr w:type="spellEnd"/>
      <w:r w:rsidRPr="008902E8">
        <w:t xml:space="preserve">: </w:t>
      </w:r>
      <w:proofErr w:type="spellStart"/>
      <w:r w:rsidRPr="008902E8">
        <w:t>execuție</w:t>
      </w:r>
      <w:proofErr w:type="spellEnd"/>
    </w:p>
    <w:p w14:paraId="5C4961AA" w14:textId="2DEC673D" w:rsidR="00414E74" w:rsidRDefault="00000000" w:rsidP="00246D41">
      <w:r w:rsidRPr="008902E8">
        <w:t xml:space="preserve">2.Denumirea </w:t>
      </w:r>
      <w:proofErr w:type="spellStart"/>
      <w:r w:rsidRPr="008902E8">
        <w:t>postului</w:t>
      </w:r>
      <w:proofErr w:type="spellEnd"/>
      <w:r w:rsidRPr="008902E8">
        <w:t xml:space="preserve">: </w:t>
      </w:r>
      <w:r w:rsidR="00246D41" w:rsidRPr="00246D41">
        <w:rPr>
          <w:bCs/>
        </w:rPr>
        <w:t xml:space="preserve">Inspector </w:t>
      </w:r>
      <w:proofErr w:type="spellStart"/>
      <w:r w:rsidR="00246D41" w:rsidRPr="00246D41">
        <w:rPr>
          <w:bCs/>
        </w:rPr>
        <w:t>achiziții</w:t>
      </w:r>
      <w:proofErr w:type="spellEnd"/>
      <w:r w:rsidR="00246D41" w:rsidRPr="00246D41">
        <w:rPr>
          <w:bCs/>
        </w:rPr>
        <w:t xml:space="preserve"> </w:t>
      </w:r>
      <w:proofErr w:type="spellStart"/>
      <w:r w:rsidR="00246D41" w:rsidRPr="00246D41">
        <w:rPr>
          <w:bCs/>
        </w:rPr>
        <w:t>publice</w:t>
      </w:r>
      <w:proofErr w:type="spellEnd"/>
      <w:r w:rsidR="00246D41" w:rsidRPr="008902E8">
        <w:rPr>
          <w:b/>
        </w:rPr>
        <w:br/>
      </w:r>
      <w:r w:rsidRPr="008902E8">
        <w:t xml:space="preserve">3. </w:t>
      </w:r>
      <w:proofErr w:type="spellStart"/>
      <w:r w:rsidRPr="008902E8">
        <w:t>Compartiment</w:t>
      </w:r>
      <w:proofErr w:type="spellEnd"/>
      <w:r w:rsidRPr="008902E8">
        <w:t xml:space="preserve">: </w:t>
      </w:r>
      <w:proofErr w:type="spellStart"/>
      <w:r w:rsidR="00246D41" w:rsidRPr="008902E8">
        <w:rPr>
          <w:bCs/>
        </w:rPr>
        <w:t>Departamentului</w:t>
      </w:r>
      <w:proofErr w:type="spellEnd"/>
      <w:r w:rsidR="00246D41" w:rsidRPr="008902E8">
        <w:rPr>
          <w:bCs/>
        </w:rPr>
        <w:t xml:space="preserve"> de </w:t>
      </w:r>
      <w:proofErr w:type="spellStart"/>
      <w:r w:rsidR="00246D41">
        <w:rPr>
          <w:bCs/>
        </w:rPr>
        <w:t>Administrație</w:t>
      </w:r>
      <w:proofErr w:type="spellEnd"/>
      <w:r w:rsidR="00246D41">
        <w:rPr>
          <w:bCs/>
        </w:rPr>
        <w:t xml:space="preserve">, </w:t>
      </w:r>
      <w:proofErr w:type="spellStart"/>
      <w:r w:rsidR="00246D41">
        <w:rPr>
          <w:bCs/>
        </w:rPr>
        <w:t>Compartimentul</w:t>
      </w:r>
      <w:proofErr w:type="spellEnd"/>
      <w:r w:rsidR="00246D41">
        <w:rPr>
          <w:bCs/>
        </w:rPr>
        <w:t xml:space="preserve"> </w:t>
      </w:r>
      <w:proofErr w:type="spellStart"/>
      <w:r w:rsidR="00246D41">
        <w:rPr>
          <w:bCs/>
        </w:rPr>
        <w:t>Achiziții</w:t>
      </w:r>
      <w:proofErr w:type="spellEnd"/>
      <w:r w:rsidR="00246D41">
        <w:rPr>
          <w:bCs/>
        </w:rPr>
        <w:t xml:space="preserve"> </w:t>
      </w:r>
      <w:proofErr w:type="spellStart"/>
      <w:r w:rsidR="00246D41">
        <w:rPr>
          <w:bCs/>
        </w:rPr>
        <w:t>publice</w:t>
      </w:r>
      <w:proofErr w:type="spellEnd"/>
    </w:p>
    <w:p w14:paraId="0129CD2C" w14:textId="003A6BE2" w:rsidR="006F0AA1" w:rsidRPr="008902E8" w:rsidRDefault="00000000" w:rsidP="008902E8">
      <w:pPr>
        <w:jc w:val="both"/>
      </w:pPr>
      <w:r w:rsidRPr="008902E8">
        <w:t xml:space="preserve">4. </w:t>
      </w:r>
      <w:proofErr w:type="spellStart"/>
      <w:r w:rsidRPr="008902E8">
        <w:t>Durata</w:t>
      </w:r>
      <w:proofErr w:type="spellEnd"/>
      <w:r w:rsidRPr="008902E8">
        <w:t xml:space="preserve"> </w:t>
      </w:r>
      <w:proofErr w:type="spellStart"/>
      <w:r w:rsidRPr="008902E8">
        <w:t>contractului</w:t>
      </w:r>
      <w:proofErr w:type="spellEnd"/>
      <w:r w:rsidRPr="008902E8">
        <w:t xml:space="preserve">: </w:t>
      </w:r>
      <w:proofErr w:type="spellStart"/>
      <w:r w:rsidRPr="008902E8">
        <w:t>perioadă</w:t>
      </w:r>
      <w:proofErr w:type="spellEnd"/>
      <w:r w:rsidRPr="008902E8">
        <w:t xml:space="preserve"> </w:t>
      </w:r>
      <w:proofErr w:type="spellStart"/>
      <w:r w:rsidRPr="008902E8">
        <w:t>nedeterminată</w:t>
      </w:r>
      <w:proofErr w:type="spellEnd"/>
    </w:p>
    <w:p w14:paraId="3BB0D060" w14:textId="77777777" w:rsidR="006F0AA1" w:rsidRPr="008902E8" w:rsidRDefault="00000000" w:rsidP="008902E8">
      <w:pPr>
        <w:jc w:val="both"/>
      </w:pPr>
      <w:r w:rsidRPr="008902E8">
        <w:t xml:space="preserve">5. </w:t>
      </w:r>
      <w:proofErr w:type="spellStart"/>
      <w:r w:rsidRPr="008902E8">
        <w:t>Numărul</w:t>
      </w:r>
      <w:proofErr w:type="spellEnd"/>
      <w:r w:rsidRPr="008902E8">
        <w:t xml:space="preserve"> de </w:t>
      </w:r>
      <w:proofErr w:type="spellStart"/>
      <w:r w:rsidRPr="008902E8">
        <w:t>posturi</w:t>
      </w:r>
      <w:proofErr w:type="spellEnd"/>
      <w:r w:rsidRPr="008902E8">
        <w:t xml:space="preserve">: 1 post </w:t>
      </w:r>
      <w:proofErr w:type="spellStart"/>
      <w:r w:rsidRPr="008902E8">
        <w:t>unic</w:t>
      </w:r>
      <w:proofErr w:type="spellEnd"/>
      <w:r w:rsidRPr="008902E8">
        <w:t xml:space="preserve"> vacant</w:t>
      </w:r>
    </w:p>
    <w:p w14:paraId="0936BFFB" w14:textId="77777777" w:rsidR="006F0AA1" w:rsidRPr="008902E8" w:rsidRDefault="00000000" w:rsidP="008902E8">
      <w:pPr>
        <w:jc w:val="both"/>
      </w:pPr>
      <w:r w:rsidRPr="008902E8">
        <w:t xml:space="preserve">6. </w:t>
      </w:r>
      <w:proofErr w:type="spellStart"/>
      <w:r w:rsidRPr="008902E8">
        <w:t>Durata</w:t>
      </w:r>
      <w:proofErr w:type="spellEnd"/>
      <w:r w:rsidRPr="008902E8">
        <w:t xml:space="preserve"> </w:t>
      </w:r>
      <w:proofErr w:type="spellStart"/>
      <w:r w:rsidRPr="008902E8">
        <w:t>timpului</w:t>
      </w:r>
      <w:proofErr w:type="spellEnd"/>
      <w:r w:rsidRPr="008902E8">
        <w:t xml:space="preserve"> de </w:t>
      </w:r>
      <w:proofErr w:type="spellStart"/>
      <w:r w:rsidRPr="008902E8">
        <w:t>lucru</w:t>
      </w:r>
      <w:proofErr w:type="spellEnd"/>
      <w:r w:rsidRPr="008902E8">
        <w:t>: 8 ore/zi, 40 ore/</w:t>
      </w:r>
      <w:proofErr w:type="spellStart"/>
      <w:r w:rsidRPr="008902E8">
        <w:t>săptămână</w:t>
      </w:r>
      <w:proofErr w:type="spellEnd"/>
    </w:p>
    <w:p w14:paraId="146FBB9B" w14:textId="40BF7B9B" w:rsidR="006F0AA1" w:rsidRPr="008902E8" w:rsidRDefault="00000000" w:rsidP="008902E8">
      <w:pPr>
        <w:jc w:val="both"/>
      </w:pPr>
      <w:r w:rsidRPr="008902E8">
        <w:t xml:space="preserve">7. </w:t>
      </w:r>
      <w:proofErr w:type="spellStart"/>
      <w:r w:rsidRPr="008902E8">
        <w:t>Salariul</w:t>
      </w:r>
      <w:proofErr w:type="spellEnd"/>
      <w:r w:rsidRPr="008902E8">
        <w:t xml:space="preserve"> minim de </w:t>
      </w:r>
      <w:proofErr w:type="spellStart"/>
      <w:r w:rsidRPr="008902E8">
        <w:t>încadrare</w:t>
      </w:r>
      <w:proofErr w:type="spellEnd"/>
      <w:r w:rsidRPr="008902E8">
        <w:t xml:space="preserve">: conform </w:t>
      </w:r>
      <w:proofErr w:type="spellStart"/>
      <w:r w:rsidRPr="008902E8">
        <w:t>legislației</w:t>
      </w:r>
      <w:proofErr w:type="spellEnd"/>
      <w:r w:rsidRPr="008902E8">
        <w:t xml:space="preserve"> </w:t>
      </w:r>
      <w:proofErr w:type="spellStart"/>
      <w:r w:rsidR="00AB0A3B">
        <w:t>actuale</w:t>
      </w:r>
      <w:proofErr w:type="spellEnd"/>
      <w:r w:rsidRPr="008902E8">
        <w:t xml:space="preserve"> </w:t>
      </w:r>
      <w:proofErr w:type="spellStart"/>
      <w:r w:rsidRPr="008902E8">
        <w:t>și</w:t>
      </w:r>
      <w:proofErr w:type="spellEnd"/>
      <w:r w:rsidRPr="008902E8">
        <w:t xml:space="preserve"> </w:t>
      </w:r>
      <w:proofErr w:type="spellStart"/>
      <w:r w:rsidRPr="008902E8">
        <w:t>grilei</w:t>
      </w:r>
      <w:proofErr w:type="spellEnd"/>
      <w:r w:rsidRPr="008902E8">
        <w:t xml:space="preserve"> interne ICDCRM</w:t>
      </w:r>
    </w:p>
    <w:p w14:paraId="339F76CD" w14:textId="7287B238" w:rsidR="00246D41" w:rsidRDefault="00000000" w:rsidP="00CE0116">
      <w:pPr>
        <w:jc w:val="both"/>
      </w:pPr>
      <w:r w:rsidRPr="008902E8">
        <w:t xml:space="preserve">8. Cod COR: </w:t>
      </w:r>
      <w:r w:rsidR="00246D41">
        <w:t xml:space="preserve">242116 </w:t>
      </w:r>
      <w:r w:rsidR="00246D41" w:rsidRPr="00246D41">
        <w:t xml:space="preserve">Expert </w:t>
      </w:r>
      <w:proofErr w:type="spellStart"/>
      <w:r w:rsidR="00246D41" w:rsidRPr="00246D41">
        <w:t>achiziții</w:t>
      </w:r>
      <w:proofErr w:type="spellEnd"/>
      <w:r w:rsidR="00246D41" w:rsidRPr="00246D41">
        <w:t xml:space="preserve"> </w:t>
      </w:r>
      <w:proofErr w:type="spellStart"/>
      <w:r w:rsidR="00246D41" w:rsidRPr="00246D41">
        <w:t>publice</w:t>
      </w:r>
      <w:proofErr w:type="spellEnd"/>
      <w:r w:rsidR="00246D41" w:rsidRPr="00246D41">
        <w:t xml:space="preserve"> </w:t>
      </w:r>
    </w:p>
    <w:p w14:paraId="122972BE" w14:textId="69AD2CE0" w:rsidR="00CE0116" w:rsidRDefault="00000000" w:rsidP="00CE0116">
      <w:pPr>
        <w:jc w:val="both"/>
      </w:pPr>
      <w:r w:rsidRPr="00BA3F76">
        <w:t xml:space="preserve">9. </w:t>
      </w:r>
      <w:proofErr w:type="spellStart"/>
      <w:r w:rsidRPr="00BA3F76">
        <w:t>Scopul</w:t>
      </w:r>
      <w:proofErr w:type="spellEnd"/>
      <w:r w:rsidRPr="00BA3F76">
        <w:t xml:space="preserve"> principal al </w:t>
      </w:r>
      <w:proofErr w:type="spellStart"/>
      <w:r w:rsidRPr="00BA3F76">
        <w:t>postului</w:t>
      </w:r>
      <w:proofErr w:type="spellEnd"/>
      <w:r w:rsidRPr="00BA3F76">
        <w:t>:</w:t>
      </w:r>
    </w:p>
    <w:p w14:paraId="1FD6C994" w14:textId="39F2D18C" w:rsidR="00246D41" w:rsidRPr="00246D41" w:rsidRDefault="00246D41" w:rsidP="00246D41">
      <w:pPr>
        <w:numPr>
          <w:ilvl w:val="0"/>
          <w:numId w:val="20"/>
        </w:numPr>
        <w:ind w:left="284" w:hanging="284"/>
        <w:rPr>
          <w:lang w:val="ro-RO"/>
        </w:rPr>
      </w:pPr>
      <w:r w:rsidRPr="00246D41">
        <w:rPr>
          <w:lang w:val="ro-RO"/>
        </w:rPr>
        <w:t>Elaborarea Programului Anual al Achizițiilor Publice (PAAP).</w:t>
      </w:r>
    </w:p>
    <w:p w14:paraId="0DFFE3D9" w14:textId="335DBCC1" w:rsidR="00246D41" w:rsidRPr="00246D41" w:rsidRDefault="00246D41" w:rsidP="00246D41">
      <w:pPr>
        <w:numPr>
          <w:ilvl w:val="0"/>
          <w:numId w:val="20"/>
        </w:numPr>
        <w:ind w:left="284" w:hanging="284"/>
        <w:rPr>
          <w:lang w:val="ro-RO"/>
        </w:rPr>
      </w:pPr>
      <w:r w:rsidRPr="00246D41">
        <w:rPr>
          <w:lang w:val="ro-RO"/>
        </w:rPr>
        <w:t>Respectarea strictă a legislației achizițiilor publice din România.</w:t>
      </w:r>
    </w:p>
    <w:p w14:paraId="47EFD57A" w14:textId="13D2A704" w:rsidR="00FE4E98" w:rsidRPr="00FE4E98" w:rsidRDefault="001B68B9" w:rsidP="00246D41">
      <w:pPr>
        <w:numPr>
          <w:ilvl w:val="0"/>
          <w:numId w:val="20"/>
        </w:numPr>
        <w:ind w:left="284" w:hanging="284"/>
        <w:rPr>
          <w:lang w:val="ro-RO"/>
        </w:rPr>
      </w:pPr>
      <w:proofErr w:type="spellStart"/>
      <w:r>
        <w:t>Elaborare</w:t>
      </w:r>
      <w:proofErr w:type="spellEnd"/>
      <w:r w:rsidR="00FE4E98" w:rsidRPr="00FE4E98">
        <w:t xml:space="preserve"> </w:t>
      </w:r>
      <w:proofErr w:type="spellStart"/>
      <w:r w:rsidR="00FE4E98" w:rsidRPr="00FE4E98">
        <w:t>caiete</w:t>
      </w:r>
      <w:proofErr w:type="spellEnd"/>
      <w:r w:rsidR="00FE4E98" w:rsidRPr="00FE4E98">
        <w:t xml:space="preserve"> de </w:t>
      </w:r>
      <w:proofErr w:type="spellStart"/>
      <w:r w:rsidR="00FE4E98" w:rsidRPr="00FE4E98">
        <w:t>sarcini</w:t>
      </w:r>
      <w:proofErr w:type="spellEnd"/>
      <w:r w:rsidR="00FE4E98" w:rsidRPr="00FE4E98">
        <w:t xml:space="preserve">, </w:t>
      </w:r>
      <w:proofErr w:type="spellStart"/>
      <w:r w:rsidR="00FE4E98" w:rsidRPr="00FE4E98">
        <w:t>fișe</w:t>
      </w:r>
      <w:proofErr w:type="spellEnd"/>
      <w:r w:rsidR="00FE4E98" w:rsidRPr="00FE4E98">
        <w:t xml:space="preserve"> de date </w:t>
      </w:r>
      <w:proofErr w:type="spellStart"/>
      <w:r w:rsidR="00FE4E98" w:rsidRPr="00FE4E98">
        <w:t>și</w:t>
      </w:r>
      <w:proofErr w:type="spellEnd"/>
      <w:r w:rsidR="00FE4E98" w:rsidRPr="00FE4E98">
        <w:t xml:space="preserve"> </w:t>
      </w:r>
      <w:proofErr w:type="spellStart"/>
      <w:r w:rsidR="00FE4E98" w:rsidRPr="00FE4E98">
        <w:t>documente</w:t>
      </w:r>
      <w:proofErr w:type="spellEnd"/>
      <w:r w:rsidR="00FE4E98" w:rsidRPr="00FE4E98">
        <w:t xml:space="preserve"> descriptive, </w:t>
      </w:r>
      <w:proofErr w:type="spellStart"/>
      <w:r w:rsidR="00FE4E98" w:rsidRPr="00FE4E98">
        <w:t>colaborând</w:t>
      </w:r>
      <w:proofErr w:type="spellEnd"/>
      <w:r w:rsidR="00FE4E98" w:rsidRPr="00FE4E98">
        <w:t xml:space="preserve"> cu </w:t>
      </w:r>
      <w:proofErr w:type="spellStart"/>
      <w:r w:rsidR="00FE4E98" w:rsidRPr="00FE4E98">
        <w:t>departamentele</w:t>
      </w:r>
      <w:proofErr w:type="spellEnd"/>
      <w:r w:rsidR="00FE4E98" w:rsidRPr="00FE4E98">
        <w:t xml:space="preserve"> </w:t>
      </w:r>
      <w:r>
        <w:t xml:space="preserve">din </w:t>
      </w:r>
      <w:proofErr w:type="spellStart"/>
      <w:r>
        <w:t>cadrul</w:t>
      </w:r>
      <w:proofErr w:type="spellEnd"/>
      <w:r>
        <w:t xml:space="preserve"> </w:t>
      </w:r>
      <w:proofErr w:type="spellStart"/>
      <w:r>
        <w:t>institutului</w:t>
      </w:r>
      <w:proofErr w:type="spellEnd"/>
      <w:r w:rsidR="00FE4E98">
        <w:t>.</w:t>
      </w:r>
    </w:p>
    <w:p w14:paraId="7630DD0D" w14:textId="020D0119" w:rsidR="00246D41" w:rsidRPr="00246D41" w:rsidRDefault="00246D41" w:rsidP="00246D41">
      <w:pPr>
        <w:numPr>
          <w:ilvl w:val="0"/>
          <w:numId w:val="20"/>
        </w:numPr>
        <w:ind w:left="284" w:hanging="284"/>
        <w:rPr>
          <w:lang w:val="ro-RO"/>
        </w:rPr>
      </w:pPr>
      <w:r w:rsidRPr="00246D41">
        <w:rPr>
          <w:lang w:val="ro-RO"/>
        </w:rPr>
        <w:t>Asigurarea transparenței: Tratarea egală, imparțială și nediscriminatorie a tuturor operatorilor economici.</w:t>
      </w:r>
    </w:p>
    <w:p w14:paraId="4B9D2452" w14:textId="3B1FABE5" w:rsidR="00246D41" w:rsidRDefault="00246D41" w:rsidP="00246D41">
      <w:pPr>
        <w:numPr>
          <w:ilvl w:val="0"/>
          <w:numId w:val="20"/>
        </w:numPr>
        <w:ind w:left="284" w:hanging="284"/>
        <w:rPr>
          <w:lang w:val="ro-RO"/>
        </w:rPr>
      </w:pPr>
      <w:r w:rsidRPr="00246D41">
        <w:rPr>
          <w:lang w:val="ro-RO"/>
        </w:rPr>
        <w:t>Reducerea riscului de contestații, corecții financiare sau sancțiuni administrative.</w:t>
      </w:r>
    </w:p>
    <w:p w14:paraId="1C1AB697" w14:textId="35381429" w:rsidR="00F641AF" w:rsidRPr="00F641AF" w:rsidRDefault="00F641AF" w:rsidP="0084157E">
      <w:pPr>
        <w:pStyle w:val="Listaszerbekezds"/>
        <w:numPr>
          <w:ilvl w:val="0"/>
          <w:numId w:val="20"/>
        </w:numPr>
        <w:ind w:left="284" w:hanging="284"/>
        <w:jc w:val="both"/>
        <w:rPr>
          <w:b/>
        </w:rPr>
      </w:pPr>
      <w:proofErr w:type="spellStart"/>
      <w:r>
        <w:t>Colabor</w:t>
      </w:r>
      <w:r w:rsidR="001B68B9">
        <w:t>are</w:t>
      </w:r>
      <w:proofErr w:type="spellEnd"/>
      <w:r>
        <w:t xml:space="preserve"> cu </w:t>
      </w:r>
      <w:proofErr w:type="spellStart"/>
      <w:r>
        <w:t>toate</w:t>
      </w:r>
      <w:proofErr w:type="spellEnd"/>
      <w:r>
        <w:t xml:space="preserve"> </w:t>
      </w:r>
      <w:proofErr w:type="spellStart"/>
      <w:r>
        <w:t>compartimentele</w:t>
      </w:r>
      <w:proofErr w:type="spellEnd"/>
      <w:r>
        <w:t xml:space="preserve"> </w:t>
      </w:r>
      <w:proofErr w:type="spellStart"/>
      <w:r>
        <w:t>institutului</w:t>
      </w:r>
      <w:proofErr w:type="spellEnd"/>
      <w:r>
        <w:t xml:space="preserve"> pentru </w:t>
      </w:r>
      <w:proofErr w:type="spellStart"/>
      <w:r>
        <w:t>îndeplinirea</w:t>
      </w:r>
      <w:proofErr w:type="spellEnd"/>
      <w:r>
        <w:t xml:space="preserve"> </w:t>
      </w:r>
      <w:proofErr w:type="spellStart"/>
      <w:r>
        <w:t>atribuțiilor</w:t>
      </w:r>
      <w:proofErr w:type="spellEnd"/>
      <w:r>
        <w:t xml:space="preserve"> </w:t>
      </w:r>
      <w:proofErr w:type="spellStart"/>
      <w:r>
        <w:t>specifice</w:t>
      </w:r>
      <w:proofErr w:type="spellEnd"/>
      <w:r>
        <w:t xml:space="preserve"> </w:t>
      </w:r>
      <w:proofErr w:type="spellStart"/>
      <w:r>
        <w:t>postului</w:t>
      </w:r>
      <w:proofErr w:type="spellEnd"/>
      <w:r>
        <w:t xml:space="preserve">; </w:t>
      </w:r>
    </w:p>
    <w:p w14:paraId="1950115C" w14:textId="14A5B864" w:rsidR="00F641AF" w:rsidRDefault="00F641AF" w:rsidP="00F641AF">
      <w:pPr>
        <w:numPr>
          <w:ilvl w:val="0"/>
          <w:numId w:val="20"/>
        </w:numPr>
        <w:ind w:left="284" w:hanging="284"/>
        <w:rPr>
          <w:lang w:val="ro-RO"/>
        </w:rPr>
      </w:pPr>
      <w:proofErr w:type="spellStart"/>
      <w:r>
        <w:t>Derularea</w:t>
      </w:r>
      <w:proofErr w:type="spellEnd"/>
      <w:r>
        <w:t xml:space="preserve"> </w:t>
      </w:r>
      <w:proofErr w:type="spellStart"/>
      <w:r>
        <w:t>procedurii</w:t>
      </w:r>
      <w:proofErr w:type="spellEnd"/>
      <w:r>
        <w:t xml:space="preserve"> de </w:t>
      </w:r>
      <w:proofErr w:type="spellStart"/>
      <w:r>
        <w:t>achiz</w:t>
      </w:r>
      <w:proofErr w:type="spellEnd"/>
      <w:r>
        <w:rPr>
          <w:lang w:val="ro-RO"/>
        </w:rPr>
        <w:t>iții publice, de la elaborarea documentațiilor necesare, până la contractare/comandă și raportarea finalizării procedurii pe SEAP;</w:t>
      </w:r>
    </w:p>
    <w:p w14:paraId="68E187B8" w14:textId="7507D59A" w:rsidR="00F641AF" w:rsidRPr="00246D41" w:rsidRDefault="00F641AF" w:rsidP="00F641AF">
      <w:pPr>
        <w:numPr>
          <w:ilvl w:val="0"/>
          <w:numId w:val="20"/>
        </w:numPr>
        <w:ind w:left="284" w:hanging="284"/>
        <w:rPr>
          <w:lang w:val="ro-RO"/>
        </w:rPr>
      </w:pPr>
      <w:proofErr w:type="spellStart"/>
      <w:r>
        <w:rPr>
          <w:lang w:val="ro-RO"/>
        </w:rPr>
        <w:t>Archivarea</w:t>
      </w:r>
      <w:proofErr w:type="spellEnd"/>
      <w:r>
        <w:rPr>
          <w:lang w:val="ro-RO"/>
        </w:rPr>
        <w:t xml:space="preserve"> și păstrarea documentelor conform legii în vigoare.</w:t>
      </w:r>
    </w:p>
    <w:p w14:paraId="08C62B5C" w14:textId="3A454E4C" w:rsidR="00BA3F76" w:rsidRPr="00F641AF" w:rsidRDefault="00BA3F76" w:rsidP="006B7364">
      <w:pPr>
        <w:rPr>
          <w:lang w:val="ro-RO"/>
        </w:rPr>
      </w:pPr>
    </w:p>
    <w:p w14:paraId="210827C9" w14:textId="77777777" w:rsidR="006F0AA1" w:rsidRPr="008902E8" w:rsidRDefault="00000000" w:rsidP="008902E8">
      <w:pPr>
        <w:jc w:val="both"/>
      </w:pPr>
      <w:r w:rsidRPr="008902E8">
        <w:rPr>
          <w:b/>
        </w:rPr>
        <w:t xml:space="preserve">B.) </w:t>
      </w:r>
      <w:proofErr w:type="spellStart"/>
      <w:r w:rsidRPr="008902E8">
        <w:rPr>
          <w:b/>
        </w:rPr>
        <w:t>Condiții</w:t>
      </w:r>
      <w:proofErr w:type="spellEnd"/>
      <w:r w:rsidRPr="008902E8">
        <w:rPr>
          <w:b/>
        </w:rPr>
        <w:t xml:space="preserve"> generale </w:t>
      </w:r>
      <w:proofErr w:type="spellStart"/>
      <w:r w:rsidRPr="008902E8">
        <w:rPr>
          <w:b/>
        </w:rPr>
        <w:t>și</w:t>
      </w:r>
      <w:proofErr w:type="spellEnd"/>
      <w:r w:rsidRPr="008902E8">
        <w:rPr>
          <w:b/>
        </w:rPr>
        <w:t xml:space="preserve"> </w:t>
      </w:r>
      <w:proofErr w:type="spellStart"/>
      <w:r w:rsidRPr="008902E8">
        <w:rPr>
          <w:b/>
        </w:rPr>
        <w:t>specifice</w:t>
      </w:r>
      <w:proofErr w:type="spellEnd"/>
      <w:r w:rsidRPr="008902E8">
        <w:rPr>
          <w:b/>
        </w:rPr>
        <w:t xml:space="preserve"> de </w:t>
      </w:r>
      <w:proofErr w:type="spellStart"/>
      <w:r w:rsidRPr="008902E8">
        <w:rPr>
          <w:b/>
        </w:rPr>
        <w:t>participare</w:t>
      </w:r>
      <w:proofErr w:type="spellEnd"/>
      <w:r w:rsidRPr="008902E8">
        <w:rPr>
          <w:b/>
        </w:rPr>
        <w:t xml:space="preserve"> la concurs</w:t>
      </w:r>
    </w:p>
    <w:p w14:paraId="50EB188B" w14:textId="77777777" w:rsidR="006F0AA1" w:rsidRPr="008902E8" w:rsidRDefault="00000000" w:rsidP="008902E8">
      <w:pPr>
        <w:jc w:val="both"/>
      </w:pPr>
      <w:proofErr w:type="spellStart"/>
      <w:r w:rsidRPr="008902E8">
        <w:t>Condițiile</w:t>
      </w:r>
      <w:proofErr w:type="spellEnd"/>
      <w:r w:rsidRPr="008902E8">
        <w:t xml:space="preserve"> generale </w:t>
      </w:r>
      <w:proofErr w:type="spellStart"/>
      <w:r w:rsidRPr="008902E8">
        <w:t>prevăzute</w:t>
      </w:r>
      <w:proofErr w:type="spellEnd"/>
      <w:r w:rsidRPr="008902E8">
        <w:t xml:space="preserve"> de </w:t>
      </w:r>
      <w:proofErr w:type="spellStart"/>
      <w:r w:rsidRPr="008902E8">
        <w:t>Legea</w:t>
      </w:r>
      <w:proofErr w:type="spellEnd"/>
      <w:r w:rsidRPr="008902E8">
        <w:t xml:space="preserve"> nr. 183/2024:</w:t>
      </w:r>
    </w:p>
    <w:p w14:paraId="6619741F" w14:textId="77777777" w:rsidR="006F0AA1" w:rsidRPr="008902E8" w:rsidRDefault="00000000" w:rsidP="008902E8">
      <w:pPr>
        <w:jc w:val="both"/>
      </w:pPr>
      <w:r w:rsidRPr="008902E8">
        <w:t xml:space="preserve">a) </w:t>
      </w:r>
      <w:proofErr w:type="spellStart"/>
      <w:r w:rsidRPr="008902E8">
        <w:t>să</w:t>
      </w:r>
      <w:proofErr w:type="spellEnd"/>
      <w:r w:rsidRPr="008902E8">
        <w:t xml:space="preserve"> </w:t>
      </w:r>
      <w:proofErr w:type="spellStart"/>
      <w:r w:rsidRPr="008902E8">
        <w:t>aibă</w:t>
      </w:r>
      <w:proofErr w:type="spellEnd"/>
      <w:r w:rsidRPr="008902E8">
        <w:t xml:space="preserve"> </w:t>
      </w:r>
      <w:proofErr w:type="spellStart"/>
      <w:r w:rsidRPr="008902E8">
        <w:t>cetățenia</w:t>
      </w:r>
      <w:proofErr w:type="spellEnd"/>
      <w:r w:rsidRPr="008902E8">
        <w:t xml:space="preserve"> </w:t>
      </w:r>
      <w:proofErr w:type="spellStart"/>
      <w:r w:rsidRPr="008902E8">
        <w:t>română</w:t>
      </w:r>
      <w:proofErr w:type="spellEnd"/>
      <w:r w:rsidRPr="008902E8">
        <w:t xml:space="preserve"> </w:t>
      </w:r>
      <w:proofErr w:type="spellStart"/>
      <w:r w:rsidRPr="008902E8">
        <w:t>sau</w:t>
      </w:r>
      <w:proofErr w:type="spellEnd"/>
      <w:r w:rsidRPr="008902E8">
        <w:t xml:space="preserve"> </w:t>
      </w:r>
      <w:proofErr w:type="spellStart"/>
      <w:r w:rsidRPr="008902E8">
        <w:t>cetățenia</w:t>
      </w:r>
      <w:proofErr w:type="spellEnd"/>
      <w:r w:rsidRPr="008902E8">
        <w:t xml:space="preserve"> </w:t>
      </w:r>
      <w:proofErr w:type="spellStart"/>
      <w:r w:rsidRPr="008902E8">
        <w:t>unui</w:t>
      </w:r>
      <w:proofErr w:type="spellEnd"/>
      <w:r w:rsidRPr="008902E8">
        <w:t xml:space="preserve"> alt stat </w:t>
      </w:r>
      <w:proofErr w:type="spellStart"/>
      <w:r w:rsidRPr="008902E8">
        <w:t>membru</w:t>
      </w:r>
      <w:proofErr w:type="spellEnd"/>
      <w:r w:rsidRPr="008902E8">
        <w:t xml:space="preserve"> al </w:t>
      </w:r>
      <w:proofErr w:type="spellStart"/>
      <w:r w:rsidRPr="008902E8">
        <w:t>Uniunii</w:t>
      </w:r>
      <w:proofErr w:type="spellEnd"/>
      <w:r w:rsidRPr="008902E8">
        <w:t xml:space="preserve"> </w:t>
      </w:r>
      <w:proofErr w:type="spellStart"/>
      <w:r w:rsidRPr="008902E8">
        <w:t>Europene</w:t>
      </w:r>
      <w:proofErr w:type="spellEnd"/>
      <w:r w:rsidRPr="008902E8">
        <w:t>;</w:t>
      </w:r>
    </w:p>
    <w:p w14:paraId="7988AB1D" w14:textId="77777777" w:rsidR="006F0AA1" w:rsidRPr="008902E8" w:rsidRDefault="00000000" w:rsidP="008902E8">
      <w:pPr>
        <w:jc w:val="both"/>
      </w:pPr>
      <w:r w:rsidRPr="008902E8">
        <w:lastRenderedPageBreak/>
        <w:t xml:space="preserve">b) </w:t>
      </w:r>
      <w:proofErr w:type="spellStart"/>
      <w:r w:rsidRPr="008902E8">
        <w:t>să</w:t>
      </w:r>
      <w:proofErr w:type="spellEnd"/>
      <w:r w:rsidRPr="008902E8">
        <w:t xml:space="preserve"> </w:t>
      </w:r>
      <w:proofErr w:type="spellStart"/>
      <w:r w:rsidRPr="008902E8">
        <w:t>cunoască</w:t>
      </w:r>
      <w:proofErr w:type="spellEnd"/>
      <w:r w:rsidRPr="008902E8">
        <w:t xml:space="preserve"> </w:t>
      </w:r>
      <w:proofErr w:type="spellStart"/>
      <w:r w:rsidRPr="008902E8">
        <w:t>limba</w:t>
      </w:r>
      <w:proofErr w:type="spellEnd"/>
      <w:r w:rsidRPr="008902E8">
        <w:t xml:space="preserve"> </w:t>
      </w:r>
      <w:proofErr w:type="spellStart"/>
      <w:r w:rsidRPr="008902E8">
        <w:t>română</w:t>
      </w:r>
      <w:proofErr w:type="spellEnd"/>
      <w:r w:rsidRPr="008902E8">
        <w:t xml:space="preserve">, </w:t>
      </w:r>
      <w:proofErr w:type="spellStart"/>
      <w:r w:rsidRPr="008902E8">
        <w:t>scris</w:t>
      </w:r>
      <w:proofErr w:type="spellEnd"/>
      <w:r w:rsidRPr="008902E8">
        <w:t xml:space="preserve"> </w:t>
      </w:r>
      <w:proofErr w:type="spellStart"/>
      <w:r w:rsidRPr="008902E8">
        <w:t>și</w:t>
      </w:r>
      <w:proofErr w:type="spellEnd"/>
      <w:r w:rsidRPr="008902E8">
        <w:t xml:space="preserve"> </w:t>
      </w:r>
      <w:proofErr w:type="spellStart"/>
      <w:r w:rsidRPr="008902E8">
        <w:t>vorbit</w:t>
      </w:r>
      <w:proofErr w:type="spellEnd"/>
      <w:r w:rsidRPr="008902E8">
        <w:t>;</w:t>
      </w:r>
    </w:p>
    <w:p w14:paraId="0B198048" w14:textId="77777777" w:rsidR="006F0AA1" w:rsidRPr="008902E8" w:rsidRDefault="00000000" w:rsidP="008902E8">
      <w:pPr>
        <w:jc w:val="both"/>
      </w:pPr>
      <w:r w:rsidRPr="008902E8">
        <w:t xml:space="preserve">c) </w:t>
      </w:r>
      <w:proofErr w:type="spellStart"/>
      <w:r w:rsidRPr="008902E8">
        <w:t>să</w:t>
      </w:r>
      <w:proofErr w:type="spellEnd"/>
      <w:r w:rsidRPr="008902E8">
        <w:t xml:space="preserve"> </w:t>
      </w:r>
      <w:proofErr w:type="spellStart"/>
      <w:r w:rsidRPr="008902E8">
        <w:t>aibă</w:t>
      </w:r>
      <w:proofErr w:type="spellEnd"/>
      <w:r w:rsidRPr="008902E8">
        <w:t xml:space="preserve"> capacitate de </w:t>
      </w:r>
      <w:proofErr w:type="spellStart"/>
      <w:r w:rsidRPr="008902E8">
        <w:t>muncă</w:t>
      </w:r>
      <w:proofErr w:type="spellEnd"/>
      <w:r w:rsidRPr="008902E8">
        <w:t xml:space="preserve"> </w:t>
      </w:r>
      <w:proofErr w:type="spellStart"/>
      <w:r w:rsidRPr="008902E8">
        <w:t>în</w:t>
      </w:r>
      <w:proofErr w:type="spellEnd"/>
      <w:r w:rsidRPr="008902E8">
        <w:t xml:space="preserve"> </w:t>
      </w:r>
      <w:proofErr w:type="spellStart"/>
      <w:r w:rsidRPr="008902E8">
        <w:t>conformitate</w:t>
      </w:r>
      <w:proofErr w:type="spellEnd"/>
      <w:r w:rsidRPr="008902E8">
        <w:t xml:space="preserve"> cu </w:t>
      </w:r>
      <w:proofErr w:type="spellStart"/>
      <w:r w:rsidRPr="008902E8">
        <w:t>prevederile</w:t>
      </w:r>
      <w:proofErr w:type="spellEnd"/>
      <w:r w:rsidRPr="008902E8">
        <w:t xml:space="preserve"> </w:t>
      </w:r>
      <w:proofErr w:type="spellStart"/>
      <w:r w:rsidRPr="008902E8">
        <w:t>Codului</w:t>
      </w:r>
      <w:proofErr w:type="spellEnd"/>
      <w:r w:rsidRPr="008902E8">
        <w:t xml:space="preserve"> </w:t>
      </w:r>
      <w:proofErr w:type="spellStart"/>
      <w:r w:rsidRPr="008902E8">
        <w:t>muncii</w:t>
      </w:r>
      <w:proofErr w:type="spellEnd"/>
      <w:r w:rsidRPr="008902E8">
        <w:t>;</w:t>
      </w:r>
    </w:p>
    <w:p w14:paraId="6C5B10A9" w14:textId="77777777" w:rsidR="006F0AA1" w:rsidRPr="008902E8" w:rsidRDefault="00000000" w:rsidP="008902E8">
      <w:pPr>
        <w:jc w:val="both"/>
      </w:pPr>
      <w:r w:rsidRPr="008902E8">
        <w:t xml:space="preserve">d) </w:t>
      </w:r>
      <w:proofErr w:type="spellStart"/>
      <w:r w:rsidRPr="008902E8">
        <w:t>să</w:t>
      </w:r>
      <w:proofErr w:type="spellEnd"/>
      <w:r w:rsidRPr="008902E8">
        <w:t xml:space="preserve"> </w:t>
      </w:r>
      <w:proofErr w:type="spellStart"/>
      <w:r w:rsidRPr="008902E8">
        <w:t>aibă</w:t>
      </w:r>
      <w:proofErr w:type="spellEnd"/>
      <w:r w:rsidRPr="008902E8">
        <w:t xml:space="preserve"> o stare de </w:t>
      </w:r>
      <w:proofErr w:type="spellStart"/>
      <w:r w:rsidRPr="008902E8">
        <w:t>sănătate</w:t>
      </w:r>
      <w:proofErr w:type="spellEnd"/>
      <w:r w:rsidRPr="008902E8">
        <w:t xml:space="preserve"> </w:t>
      </w:r>
      <w:proofErr w:type="spellStart"/>
      <w:r w:rsidRPr="008902E8">
        <w:t>corespunzătoare</w:t>
      </w:r>
      <w:proofErr w:type="spellEnd"/>
      <w:r w:rsidRPr="008902E8">
        <w:t xml:space="preserve"> </w:t>
      </w:r>
      <w:proofErr w:type="spellStart"/>
      <w:r w:rsidRPr="008902E8">
        <w:t>postului</w:t>
      </w:r>
      <w:proofErr w:type="spellEnd"/>
      <w:r w:rsidRPr="008902E8">
        <w:t>;</w:t>
      </w:r>
    </w:p>
    <w:p w14:paraId="7C9B20AC" w14:textId="77777777" w:rsidR="006F0AA1" w:rsidRPr="008902E8" w:rsidRDefault="00000000" w:rsidP="008902E8">
      <w:pPr>
        <w:jc w:val="both"/>
      </w:pPr>
      <w:r w:rsidRPr="008902E8">
        <w:t xml:space="preserve">e) </w:t>
      </w:r>
      <w:proofErr w:type="spellStart"/>
      <w:r w:rsidRPr="008902E8">
        <w:t>să</w:t>
      </w:r>
      <w:proofErr w:type="spellEnd"/>
      <w:r w:rsidRPr="008902E8">
        <w:t xml:space="preserve"> </w:t>
      </w:r>
      <w:proofErr w:type="spellStart"/>
      <w:r w:rsidRPr="008902E8">
        <w:t>îndeplinească</w:t>
      </w:r>
      <w:proofErr w:type="spellEnd"/>
      <w:r w:rsidRPr="008902E8">
        <w:t xml:space="preserve"> </w:t>
      </w:r>
      <w:proofErr w:type="spellStart"/>
      <w:r w:rsidRPr="008902E8">
        <w:t>condițiile</w:t>
      </w:r>
      <w:proofErr w:type="spellEnd"/>
      <w:r w:rsidRPr="008902E8">
        <w:t xml:space="preserve"> de </w:t>
      </w:r>
      <w:proofErr w:type="spellStart"/>
      <w:r w:rsidRPr="008902E8">
        <w:t>studii</w:t>
      </w:r>
      <w:proofErr w:type="spellEnd"/>
      <w:r w:rsidRPr="008902E8">
        <w:t xml:space="preserve"> </w:t>
      </w:r>
      <w:proofErr w:type="spellStart"/>
      <w:r w:rsidRPr="008902E8">
        <w:t>și</w:t>
      </w:r>
      <w:proofErr w:type="spellEnd"/>
      <w:r w:rsidRPr="008902E8">
        <w:t xml:space="preserve"> </w:t>
      </w:r>
      <w:proofErr w:type="spellStart"/>
      <w:r w:rsidRPr="008902E8">
        <w:t>alte</w:t>
      </w:r>
      <w:proofErr w:type="spellEnd"/>
      <w:r w:rsidRPr="008902E8">
        <w:t xml:space="preserve"> </w:t>
      </w:r>
      <w:proofErr w:type="spellStart"/>
      <w:r w:rsidRPr="008902E8">
        <w:t>condiții</w:t>
      </w:r>
      <w:proofErr w:type="spellEnd"/>
      <w:r w:rsidRPr="008902E8">
        <w:t xml:space="preserve"> </w:t>
      </w:r>
      <w:proofErr w:type="spellStart"/>
      <w:r w:rsidRPr="008902E8">
        <w:t>specifice</w:t>
      </w:r>
      <w:proofErr w:type="spellEnd"/>
      <w:r w:rsidRPr="008902E8">
        <w:t xml:space="preserve"> </w:t>
      </w:r>
      <w:proofErr w:type="spellStart"/>
      <w:r w:rsidRPr="008902E8">
        <w:t>postului</w:t>
      </w:r>
      <w:proofErr w:type="spellEnd"/>
      <w:r w:rsidRPr="008902E8">
        <w:t>;</w:t>
      </w:r>
    </w:p>
    <w:p w14:paraId="66415B4C" w14:textId="77777777" w:rsidR="006F0AA1" w:rsidRPr="008902E8" w:rsidRDefault="00000000" w:rsidP="008902E8">
      <w:pPr>
        <w:jc w:val="both"/>
      </w:pPr>
      <w:r w:rsidRPr="008902E8">
        <w:t xml:space="preserve">f) </w:t>
      </w:r>
      <w:proofErr w:type="spellStart"/>
      <w:r w:rsidRPr="008902E8">
        <w:t>să</w:t>
      </w:r>
      <w:proofErr w:type="spellEnd"/>
      <w:r w:rsidRPr="008902E8">
        <w:t xml:space="preserve"> nu fi </w:t>
      </w:r>
      <w:proofErr w:type="spellStart"/>
      <w:r w:rsidRPr="008902E8">
        <w:t>fost</w:t>
      </w:r>
      <w:proofErr w:type="spellEnd"/>
      <w:r w:rsidRPr="008902E8">
        <w:t xml:space="preserve"> </w:t>
      </w:r>
      <w:proofErr w:type="spellStart"/>
      <w:r w:rsidRPr="008902E8">
        <w:t>condamnați</w:t>
      </w:r>
      <w:proofErr w:type="spellEnd"/>
      <w:r w:rsidRPr="008902E8">
        <w:t xml:space="preserve"> pentru </w:t>
      </w:r>
      <w:proofErr w:type="spellStart"/>
      <w:r w:rsidRPr="008902E8">
        <w:t>infracțiuni</w:t>
      </w:r>
      <w:proofErr w:type="spellEnd"/>
      <w:r w:rsidRPr="008902E8">
        <w:t xml:space="preserve"> </w:t>
      </w:r>
      <w:proofErr w:type="spellStart"/>
      <w:r w:rsidRPr="008902E8">
        <w:t>incompatibile</w:t>
      </w:r>
      <w:proofErr w:type="spellEnd"/>
      <w:r w:rsidRPr="008902E8">
        <w:t xml:space="preserve"> cu </w:t>
      </w:r>
      <w:proofErr w:type="spellStart"/>
      <w:r w:rsidRPr="008902E8">
        <w:t>funcția</w:t>
      </w:r>
      <w:proofErr w:type="spellEnd"/>
      <w:r w:rsidRPr="008902E8">
        <w:t xml:space="preserve"> </w:t>
      </w:r>
      <w:proofErr w:type="spellStart"/>
      <w:r w:rsidRPr="008902E8">
        <w:t>ocupată</w:t>
      </w:r>
      <w:proofErr w:type="spellEnd"/>
      <w:r w:rsidRPr="008902E8">
        <w:t>;</w:t>
      </w:r>
    </w:p>
    <w:p w14:paraId="74585357" w14:textId="77777777" w:rsidR="006F0AA1" w:rsidRDefault="00000000" w:rsidP="008902E8">
      <w:pPr>
        <w:jc w:val="both"/>
      </w:pPr>
      <w:r w:rsidRPr="008902E8">
        <w:t xml:space="preserve">g) </w:t>
      </w:r>
      <w:proofErr w:type="spellStart"/>
      <w:r w:rsidRPr="008902E8">
        <w:t>să</w:t>
      </w:r>
      <w:proofErr w:type="spellEnd"/>
      <w:r w:rsidRPr="008902E8">
        <w:t xml:space="preserve"> nu se </w:t>
      </w:r>
      <w:proofErr w:type="spellStart"/>
      <w:r w:rsidRPr="008902E8">
        <w:t>afle</w:t>
      </w:r>
      <w:proofErr w:type="spellEnd"/>
      <w:r w:rsidRPr="008902E8">
        <w:t xml:space="preserve"> </w:t>
      </w:r>
      <w:proofErr w:type="spellStart"/>
      <w:r w:rsidRPr="008902E8">
        <w:t>în</w:t>
      </w:r>
      <w:proofErr w:type="spellEnd"/>
      <w:r w:rsidRPr="008902E8">
        <w:t xml:space="preserve"> </w:t>
      </w:r>
      <w:proofErr w:type="spellStart"/>
      <w:r w:rsidRPr="008902E8">
        <w:t>situații</w:t>
      </w:r>
      <w:proofErr w:type="spellEnd"/>
      <w:r w:rsidRPr="008902E8">
        <w:t xml:space="preserve"> de </w:t>
      </w:r>
      <w:proofErr w:type="spellStart"/>
      <w:r w:rsidRPr="008902E8">
        <w:t>incompatibilitate</w:t>
      </w:r>
      <w:proofErr w:type="spellEnd"/>
      <w:r w:rsidRPr="008902E8">
        <w:t xml:space="preserve"> conform </w:t>
      </w:r>
      <w:proofErr w:type="spellStart"/>
      <w:r w:rsidRPr="008902E8">
        <w:t>legislației</w:t>
      </w:r>
      <w:proofErr w:type="spellEnd"/>
      <w:r w:rsidRPr="008902E8">
        <w:t xml:space="preserve"> </w:t>
      </w:r>
      <w:proofErr w:type="spellStart"/>
      <w:r w:rsidRPr="008902E8">
        <w:t>în</w:t>
      </w:r>
      <w:proofErr w:type="spellEnd"/>
      <w:r w:rsidRPr="008902E8">
        <w:t xml:space="preserve"> </w:t>
      </w:r>
      <w:proofErr w:type="spellStart"/>
      <w:r w:rsidRPr="008902E8">
        <w:t>vigoare</w:t>
      </w:r>
      <w:proofErr w:type="spellEnd"/>
      <w:r w:rsidRPr="008902E8">
        <w:t>.</w:t>
      </w:r>
    </w:p>
    <w:p w14:paraId="6CD2693A" w14:textId="69F0C725" w:rsidR="00D374F1" w:rsidRDefault="00000000" w:rsidP="00D374F1">
      <w:pPr>
        <w:jc w:val="both"/>
      </w:pPr>
      <w:proofErr w:type="spellStart"/>
      <w:r w:rsidRPr="008902E8">
        <w:t>Condiții</w:t>
      </w:r>
      <w:proofErr w:type="spellEnd"/>
      <w:r w:rsidRPr="008902E8">
        <w:t xml:space="preserve"> </w:t>
      </w:r>
      <w:proofErr w:type="spellStart"/>
      <w:r w:rsidRPr="008902E8">
        <w:t>specifice</w:t>
      </w:r>
      <w:proofErr w:type="spellEnd"/>
      <w:r w:rsidRPr="008902E8">
        <w:t>:</w:t>
      </w:r>
    </w:p>
    <w:p w14:paraId="5192FC85" w14:textId="26EE8130" w:rsidR="00D374F1" w:rsidRPr="00432C0C" w:rsidRDefault="00D374F1" w:rsidP="00432C0C">
      <w:pPr>
        <w:pStyle w:val="Listaszerbekezds"/>
        <w:numPr>
          <w:ilvl w:val="0"/>
          <w:numId w:val="20"/>
        </w:numPr>
        <w:ind w:left="284" w:hanging="284"/>
        <w:jc w:val="both"/>
      </w:pPr>
      <w:r w:rsidRPr="00432C0C">
        <w:rPr>
          <w:lang w:val="ro-RO"/>
        </w:rPr>
        <w:t xml:space="preserve">Utilizarea SEAP / SICAP: Cunoașterea avansată a Sistemului Electronic de Achiziții Publice (creare documentații, răspunsuri la clarificări, încărcare DUAE, evaluare oferte). </w:t>
      </w:r>
    </w:p>
    <w:p w14:paraId="0947A342" w14:textId="28C8DA22" w:rsidR="004C41FD" w:rsidRPr="00432C0C" w:rsidRDefault="00D374F1" w:rsidP="00432C0C">
      <w:pPr>
        <w:pStyle w:val="Listaszerbekezds"/>
        <w:numPr>
          <w:ilvl w:val="0"/>
          <w:numId w:val="20"/>
        </w:numPr>
        <w:ind w:left="284" w:hanging="284"/>
        <w:jc w:val="both"/>
      </w:pPr>
      <w:r w:rsidRPr="00432C0C">
        <w:rPr>
          <w:lang w:val="ro-RO"/>
        </w:rPr>
        <w:t xml:space="preserve">Operare IT: Nivel mediu sau avansat pentru pachetul Microsoft Office (în special Word și Excel pentru centralizarea bugetelor și a listelor de produse). </w:t>
      </w:r>
    </w:p>
    <w:p w14:paraId="5249CEA1" w14:textId="77777777" w:rsidR="00D374F1" w:rsidRPr="00432C0C" w:rsidRDefault="00CE0116" w:rsidP="00D374F1">
      <w:pPr>
        <w:jc w:val="both"/>
      </w:pPr>
      <w:proofErr w:type="spellStart"/>
      <w:r w:rsidRPr="00432C0C">
        <w:t>Competențe</w:t>
      </w:r>
      <w:proofErr w:type="spellEnd"/>
      <w:r w:rsidRPr="00432C0C">
        <w:t xml:space="preserve">: </w:t>
      </w:r>
    </w:p>
    <w:p w14:paraId="3977C188" w14:textId="63F9319A" w:rsidR="00D374F1" w:rsidRPr="00432C0C" w:rsidRDefault="00D374F1" w:rsidP="00432C0C">
      <w:pPr>
        <w:pStyle w:val="Listaszerbekezds"/>
        <w:numPr>
          <w:ilvl w:val="0"/>
          <w:numId w:val="20"/>
        </w:numPr>
        <w:ind w:left="284" w:hanging="284"/>
        <w:jc w:val="both"/>
      </w:pPr>
      <w:r w:rsidRPr="00432C0C">
        <w:rPr>
          <w:lang w:val="ro-RO"/>
        </w:rPr>
        <w:t>Atenție riguroasă la detalii</w:t>
      </w:r>
      <w:r w:rsidR="00A72F00">
        <w:rPr>
          <w:lang w:val="ro-RO"/>
        </w:rPr>
        <w:t>;</w:t>
      </w:r>
    </w:p>
    <w:p w14:paraId="42485121" w14:textId="44CC8305" w:rsidR="00D374F1" w:rsidRPr="00432C0C" w:rsidRDefault="00D374F1" w:rsidP="00432C0C">
      <w:pPr>
        <w:pStyle w:val="Listaszerbekezds"/>
        <w:numPr>
          <w:ilvl w:val="0"/>
          <w:numId w:val="20"/>
        </w:numPr>
        <w:ind w:left="284" w:hanging="284"/>
        <w:jc w:val="both"/>
        <w:rPr>
          <w:lang w:val="ro-RO"/>
        </w:rPr>
      </w:pPr>
      <w:r w:rsidRPr="00432C0C">
        <w:rPr>
          <w:lang w:val="ro-RO"/>
        </w:rPr>
        <w:t>Rezistență la stres</w:t>
      </w:r>
      <w:r w:rsidR="00A72F00">
        <w:rPr>
          <w:lang w:val="ro-RO"/>
        </w:rPr>
        <w:t>;</w:t>
      </w:r>
    </w:p>
    <w:p w14:paraId="79B0E234" w14:textId="3F3FF08F" w:rsidR="00CE0116" w:rsidRPr="00432C0C" w:rsidRDefault="00D374F1" w:rsidP="00432C0C">
      <w:pPr>
        <w:ind w:left="284" w:hanging="284"/>
        <w:jc w:val="both"/>
      </w:pPr>
      <w:r w:rsidRPr="00432C0C">
        <w:rPr>
          <w:lang w:val="ro-RO"/>
        </w:rPr>
        <w:t xml:space="preserve">- </w:t>
      </w:r>
      <w:r w:rsidR="00432C0C">
        <w:rPr>
          <w:lang w:val="ro-RO"/>
        </w:rPr>
        <w:t xml:space="preserve">   </w:t>
      </w:r>
      <w:r w:rsidRPr="00432C0C">
        <w:rPr>
          <w:lang w:val="ro-RO"/>
        </w:rPr>
        <w:t xml:space="preserve">Integritate și imparțialitate: Evitarea conflictelor de interese cu ofertanții economici. </w:t>
      </w:r>
    </w:p>
    <w:p w14:paraId="1C4ED6C6" w14:textId="43C2DE0D" w:rsidR="006F0AA1" w:rsidRPr="008902E8" w:rsidRDefault="00000000" w:rsidP="008902E8">
      <w:pPr>
        <w:jc w:val="both"/>
      </w:pPr>
      <w:r w:rsidRPr="008902E8">
        <w:rPr>
          <w:b/>
        </w:rPr>
        <w:t xml:space="preserve">C.) </w:t>
      </w:r>
      <w:proofErr w:type="spellStart"/>
      <w:r w:rsidRPr="008902E8">
        <w:rPr>
          <w:b/>
        </w:rPr>
        <w:t>Condiții</w:t>
      </w:r>
      <w:proofErr w:type="spellEnd"/>
      <w:r w:rsidRPr="008902E8">
        <w:rPr>
          <w:b/>
        </w:rPr>
        <w:t xml:space="preserve"> </w:t>
      </w:r>
      <w:proofErr w:type="spellStart"/>
      <w:r w:rsidRPr="008902E8">
        <w:rPr>
          <w:b/>
        </w:rPr>
        <w:t>minimale</w:t>
      </w:r>
      <w:proofErr w:type="spellEnd"/>
      <w:r w:rsidRPr="008902E8">
        <w:rPr>
          <w:b/>
        </w:rPr>
        <w:t xml:space="preserve"> pentru </w:t>
      </w:r>
      <w:proofErr w:type="spellStart"/>
      <w:r w:rsidRPr="008902E8">
        <w:rPr>
          <w:b/>
        </w:rPr>
        <w:t>participarea</w:t>
      </w:r>
      <w:proofErr w:type="spellEnd"/>
      <w:r w:rsidRPr="008902E8">
        <w:rPr>
          <w:b/>
        </w:rPr>
        <w:t xml:space="preserve"> la concurs</w:t>
      </w:r>
    </w:p>
    <w:p w14:paraId="60E9F8CD" w14:textId="1B565AB5" w:rsidR="00D374F1" w:rsidRPr="00885751" w:rsidRDefault="00D374F1" w:rsidP="00D374F1">
      <w:pPr>
        <w:jc w:val="both"/>
      </w:pPr>
      <w:r w:rsidRPr="00885751">
        <w:t xml:space="preserve">- </w:t>
      </w:r>
      <w:proofErr w:type="spellStart"/>
      <w:r w:rsidRPr="00885751">
        <w:t>studii</w:t>
      </w:r>
      <w:proofErr w:type="spellEnd"/>
      <w:r w:rsidRPr="00885751">
        <w:t xml:space="preserve"> </w:t>
      </w:r>
      <w:proofErr w:type="spellStart"/>
      <w:r w:rsidRPr="00885751">
        <w:t>superioare</w:t>
      </w:r>
      <w:proofErr w:type="spellEnd"/>
      <w:r w:rsidRPr="00885751">
        <w:t xml:space="preserve"> </w:t>
      </w:r>
      <w:proofErr w:type="spellStart"/>
      <w:r w:rsidRPr="00885751">
        <w:t>absolvite</w:t>
      </w:r>
      <w:proofErr w:type="spellEnd"/>
      <w:r w:rsidRPr="00885751">
        <w:t xml:space="preserve"> cu </w:t>
      </w:r>
      <w:proofErr w:type="spellStart"/>
      <w:r w:rsidRPr="00885751">
        <w:t>diplomă</w:t>
      </w:r>
      <w:proofErr w:type="spellEnd"/>
      <w:r w:rsidRPr="00885751">
        <w:t xml:space="preserve"> de </w:t>
      </w:r>
      <w:proofErr w:type="spellStart"/>
      <w:r w:rsidRPr="00885751">
        <w:t>licenţă</w:t>
      </w:r>
      <w:proofErr w:type="spellEnd"/>
      <w:r w:rsidRPr="00885751">
        <w:t xml:space="preserve"> </w:t>
      </w:r>
      <w:proofErr w:type="spellStart"/>
      <w:r w:rsidRPr="00885751">
        <w:t>sau</w:t>
      </w:r>
      <w:proofErr w:type="spellEnd"/>
      <w:r w:rsidRPr="00885751">
        <w:t xml:space="preserve"> </w:t>
      </w:r>
      <w:proofErr w:type="spellStart"/>
      <w:r w:rsidRPr="00885751">
        <w:t>echivalentă</w:t>
      </w:r>
      <w:proofErr w:type="spellEnd"/>
      <w:r w:rsidRPr="00885751">
        <w:t xml:space="preserve"> </w:t>
      </w:r>
      <w:proofErr w:type="spellStart"/>
      <w:r w:rsidRPr="00885751">
        <w:t>în</w:t>
      </w:r>
      <w:proofErr w:type="spellEnd"/>
      <w:r w:rsidRPr="00885751">
        <w:t xml:space="preserve"> </w:t>
      </w:r>
      <w:proofErr w:type="spellStart"/>
      <w:r w:rsidRPr="00885751">
        <w:t>domeniul</w:t>
      </w:r>
      <w:proofErr w:type="spellEnd"/>
      <w:r w:rsidRPr="00885751">
        <w:t xml:space="preserve"> </w:t>
      </w:r>
      <w:proofErr w:type="spellStart"/>
      <w:r w:rsidRPr="00885751">
        <w:t>știinte</w:t>
      </w:r>
      <w:proofErr w:type="spellEnd"/>
      <w:r w:rsidRPr="00885751">
        <w:t xml:space="preserve"> </w:t>
      </w:r>
      <w:proofErr w:type="spellStart"/>
      <w:r w:rsidRPr="00885751">
        <w:t>economice</w:t>
      </w:r>
      <w:proofErr w:type="spellEnd"/>
      <w:r w:rsidR="008B53C8">
        <w:t xml:space="preserve">, juridic </w:t>
      </w:r>
      <w:proofErr w:type="spellStart"/>
      <w:r w:rsidR="008B53C8">
        <w:t>sau</w:t>
      </w:r>
      <w:proofErr w:type="spellEnd"/>
      <w:r w:rsidR="008B53C8">
        <w:t xml:space="preserve"> </w:t>
      </w:r>
      <w:proofErr w:type="spellStart"/>
      <w:r w:rsidR="008B53C8">
        <w:t>tehnic</w:t>
      </w:r>
      <w:proofErr w:type="spellEnd"/>
      <w:r w:rsidR="008B53C8">
        <w:t>;</w:t>
      </w:r>
    </w:p>
    <w:p w14:paraId="0AFAAB70" w14:textId="7460151F" w:rsidR="00D374F1" w:rsidRPr="00885751" w:rsidRDefault="00D374F1" w:rsidP="00D374F1">
      <w:pPr>
        <w:jc w:val="both"/>
      </w:pPr>
      <w:r w:rsidRPr="00885751">
        <w:t xml:space="preserve">- </w:t>
      </w:r>
      <w:proofErr w:type="spellStart"/>
      <w:r w:rsidRPr="00885751">
        <w:t>vechime</w:t>
      </w:r>
      <w:proofErr w:type="spellEnd"/>
      <w:r w:rsidRPr="00885751">
        <w:t xml:space="preserve"> </w:t>
      </w:r>
      <w:proofErr w:type="spellStart"/>
      <w:r w:rsidR="00B12F2F">
        <w:t>în</w:t>
      </w:r>
      <w:proofErr w:type="spellEnd"/>
      <w:r w:rsidR="00B12F2F">
        <w:t xml:space="preserve"> </w:t>
      </w:r>
      <w:proofErr w:type="spellStart"/>
      <w:r w:rsidR="00B12F2F">
        <w:t>specialitate</w:t>
      </w:r>
      <w:proofErr w:type="spellEnd"/>
      <w:r w:rsidR="00B12F2F">
        <w:t xml:space="preserve"> min. </w:t>
      </w:r>
      <w:r w:rsidR="008B53C8">
        <w:t xml:space="preserve">3 ani </w:t>
      </w:r>
      <w:proofErr w:type="spellStart"/>
      <w:r w:rsidR="008B53C8">
        <w:t>si</w:t>
      </w:r>
      <w:proofErr w:type="spellEnd"/>
      <w:r w:rsidR="008B53C8">
        <w:t xml:space="preserve"> 6 </w:t>
      </w:r>
      <w:proofErr w:type="spellStart"/>
      <w:r w:rsidR="008B53C8">
        <w:t>luni</w:t>
      </w:r>
      <w:proofErr w:type="spellEnd"/>
      <w:r w:rsidR="00B12F2F">
        <w:t>;</w:t>
      </w:r>
    </w:p>
    <w:p w14:paraId="4D8FAECB" w14:textId="77777777" w:rsidR="00D374F1" w:rsidRDefault="00D374F1" w:rsidP="00D374F1">
      <w:pPr>
        <w:jc w:val="both"/>
      </w:pPr>
      <w:r w:rsidRPr="00885751">
        <w:t xml:space="preserve">- </w:t>
      </w:r>
      <w:proofErr w:type="spellStart"/>
      <w:r w:rsidRPr="00885751">
        <w:t>diplomă</w:t>
      </w:r>
      <w:proofErr w:type="spellEnd"/>
      <w:r w:rsidRPr="00885751">
        <w:t xml:space="preserve"> de expert </w:t>
      </w:r>
      <w:proofErr w:type="spellStart"/>
      <w:r w:rsidRPr="00885751">
        <w:t>achizitii</w:t>
      </w:r>
      <w:proofErr w:type="spellEnd"/>
      <w:r w:rsidRPr="00885751">
        <w:t xml:space="preserve"> </w:t>
      </w:r>
      <w:proofErr w:type="spellStart"/>
      <w:r w:rsidRPr="00885751">
        <w:t>publice</w:t>
      </w:r>
      <w:proofErr w:type="spellEnd"/>
      <w:r w:rsidRPr="00885751">
        <w:t>.</w:t>
      </w:r>
    </w:p>
    <w:p w14:paraId="790B8DBA" w14:textId="038D8E09" w:rsidR="00192F71" w:rsidRPr="00BE71EA" w:rsidRDefault="00000000" w:rsidP="00BE71EA">
      <w:pPr>
        <w:jc w:val="both"/>
      </w:pPr>
      <w:r w:rsidRPr="008902E8">
        <w:rPr>
          <w:b/>
        </w:rPr>
        <w:t xml:space="preserve">D.) </w:t>
      </w:r>
      <w:r w:rsidR="00192F71" w:rsidRPr="008902E8">
        <w:rPr>
          <w:b/>
          <w:lang w:val="ro-RO"/>
        </w:rPr>
        <w:t>Documente solicitate candidaților pentru întocmirea dosarului de concurs, conform Legii 183/2024:</w:t>
      </w:r>
    </w:p>
    <w:p w14:paraId="4B491075" w14:textId="77777777" w:rsidR="00192F71" w:rsidRPr="008902E8" w:rsidRDefault="00192F71" w:rsidP="00414E74">
      <w:pPr>
        <w:pStyle w:val="Listaszerbekezds"/>
        <w:numPr>
          <w:ilvl w:val="0"/>
          <w:numId w:val="11"/>
        </w:numPr>
        <w:shd w:val="clear" w:color="auto" w:fill="FFFFFF"/>
        <w:ind w:left="284" w:hanging="284"/>
        <w:jc w:val="both"/>
        <w:rPr>
          <w:color w:val="000000"/>
          <w:lang w:val="ro-RO"/>
        </w:rPr>
      </w:pPr>
      <w:r w:rsidRPr="008902E8">
        <w:rPr>
          <w:color w:val="000000"/>
          <w:lang w:val="ro-RO"/>
        </w:rPr>
        <w:t>cererea de înscriere la concurs semnată, la care se anexează o declarație pe propria răspundere prin care candidatul atestă veridicitatea informațiilor prezentate în dosar (formularele sunt anexate la prezenta);</w:t>
      </w:r>
    </w:p>
    <w:p w14:paraId="4D0923F5" w14:textId="77777777" w:rsidR="00192F71" w:rsidRPr="008902E8" w:rsidRDefault="00192F71" w:rsidP="00414E74">
      <w:pPr>
        <w:pStyle w:val="Listaszerbekezds"/>
        <w:numPr>
          <w:ilvl w:val="0"/>
          <w:numId w:val="11"/>
        </w:numPr>
        <w:shd w:val="clear" w:color="auto" w:fill="FFFFFF"/>
        <w:ind w:left="284" w:hanging="284"/>
        <w:jc w:val="both"/>
        <w:rPr>
          <w:color w:val="000000"/>
          <w:lang w:val="ro-RO"/>
        </w:rPr>
      </w:pPr>
      <w:r w:rsidRPr="008902E8">
        <w:rPr>
          <w:color w:val="000000"/>
          <w:lang w:val="ro-RO"/>
        </w:rPr>
        <w:t>curriculum vitae semnat de către candidat;</w:t>
      </w:r>
    </w:p>
    <w:p w14:paraId="2BFBD077" w14:textId="1984FC38" w:rsidR="00192F71" w:rsidRPr="008902E8" w:rsidRDefault="00192F71" w:rsidP="00414E74">
      <w:pPr>
        <w:pStyle w:val="Listaszerbekezds"/>
        <w:numPr>
          <w:ilvl w:val="0"/>
          <w:numId w:val="11"/>
        </w:numPr>
        <w:shd w:val="clear" w:color="auto" w:fill="FFFFFF"/>
        <w:ind w:left="284" w:hanging="284"/>
        <w:jc w:val="both"/>
        <w:rPr>
          <w:color w:val="000000"/>
          <w:lang w:val="ro-RO"/>
        </w:rPr>
      </w:pPr>
      <w:r w:rsidRPr="008902E8">
        <w:rPr>
          <w:color w:val="000000"/>
          <w:lang w:val="ro-RO"/>
        </w:rPr>
        <w:t xml:space="preserve">copia diplomei </w:t>
      </w:r>
      <w:r w:rsidR="001C5773">
        <w:rPr>
          <w:color w:val="000000"/>
          <w:lang w:val="ro-RO"/>
        </w:rPr>
        <w:t>de absolvire a studiilor</w:t>
      </w:r>
      <w:r w:rsidRPr="008902E8">
        <w:rPr>
          <w:color w:val="000000"/>
          <w:lang w:val="ro-RO"/>
        </w:rPr>
        <w:t>. În situația în care candidatul declarat câștigător nu deține o diplomă eliberată de o instituție de învățământ superior din România, acesta trebuie să depună o copie conform cu originalul a atestatului de recunoaștere sau de echivalare a acesteia înainte de încadrarea pe post și semnarea contractului individual de muncă, sub sancțiunea neemiterii actului administrativ de încadrare pe post;</w:t>
      </w:r>
    </w:p>
    <w:p w14:paraId="76792990" w14:textId="77777777" w:rsidR="00192F71" w:rsidRPr="008902E8" w:rsidRDefault="00192F71" w:rsidP="00414E74">
      <w:pPr>
        <w:pStyle w:val="Listaszerbekezds"/>
        <w:numPr>
          <w:ilvl w:val="0"/>
          <w:numId w:val="11"/>
        </w:numPr>
        <w:shd w:val="clear" w:color="auto" w:fill="FFFFFF"/>
        <w:ind w:left="284" w:hanging="284"/>
        <w:jc w:val="both"/>
        <w:rPr>
          <w:color w:val="000000"/>
          <w:lang w:val="ro-RO"/>
        </w:rPr>
      </w:pPr>
      <w:r w:rsidRPr="008902E8">
        <w:rPr>
          <w:color w:val="000000"/>
          <w:lang w:val="ro-RO"/>
        </w:rPr>
        <w:t>copia actului de identitate sau orice alt document care atestă identitatea, potrivit legii, după caz;</w:t>
      </w:r>
    </w:p>
    <w:p w14:paraId="213C6C54" w14:textId="77777777" w:rsidR="00192F71" w:rsidRPr="008902E8" w:rsidRDefault="00192F71" w:rsidP="00414E74">
      <w:pPr>
        <w:pStyle w:val="Listaszerbekezds"/>
        <w:numPr>
          <w:ilvl w:val="0"/>
          <w:numId w:val="11"/>
        </w:numPr>
        <w:shd w:val="clear" w:color="auto" w:fill="FFFFFF"/>
        <w:ind w:left="284" w:hanging="284"/>
        <w:jc w:val="both"/>
        <w:rPr>
          <w:color w:val="000000"/>
          <w:lang w:val="ro-RO"/>
        </w:rPr>
      </w:pPr>
      <w:r w:rsidRPr="008902E8">
        <w:rPr>
          <w:color w:val="000000"/>
          <w:lang w:val="ro-RO"/>
        </w:rPr>
        <w:t>copia certificatului de căsătorie sau dovada schimbării numelui, după caz;</w:t>
      </w:r>
    </w:p>
    <w:p w14:paraId="2614A577" w14:textId="77777777" w:rsidR="00192F71" w:rsidRPr="008902E8" w:rsidRDefault="00192F71" w:rsidP="00414E74">
      <w:pPr>
        <w:pStyle w:val="Listaszerbekezds"/>
        <w:numPr>
          <w:ilvl w:val="0"/>
          <w:numId w:val="11"/>
        </w:numPr>
        <w:shd w:val="clear" w:color="auto" w:fill="FFFFFF"/>
        <w:ind w:left="284" w:hanging="284"/>
        <w:jc w:val="both"/>
        <w:rPr>
          <w:color w:val="000000"/>
          <w:lang w:val="ro-RO"/>
        </w:rPr>
      </w:pPr>
      <w:r w:rsidRPr="008902E8">
        <w:rPr>
          <w:color w:val="000000"/>
          <w:lang w:val="ro-RO"/>
        </w:rPr>
        <w:t>certificatul medical care să ateste starea de sănătate corespunzătoare îndeplinirii atribuțiilor de serviciu, eliberată de către medicul de familie al candidatului sau de către unitățile sanitare abilitate, cu cel mult 3 luni anterior derulării concursului - în original;</w:t>
      </w:r>
    </w:p>
    <w:p w14:paraId="011C7CA2" w14:textId="77777777" w:rsidR="00192F71" w:rsidRPr="008902E8" w:rsidRDefault="00192F71" w:rsidP="00414E74">
      <w:pPr>
        <w:pStyle w:val="Listaszerbekezds"/>
        <w:numPr>
          <w:ilvl w:val="0"/>
          <w:numId w:val="11"/>
        </w:numPr>
        <w:shd w:val="clear" w:color="auto" w:fill="FFFFFF"/>
        <w:ind w:left="284" w:hanging="284"/>
        <w:jc w:val="both"/>
        <w:rPr>
          <w:color w:val="000000"/>
          <w:lang w:val="ro-RO"/>
        </w:rPr>
      </w:pPr>
      <w:r w:rsidRPr="008902E8">
        <w:rPr>
          <w:color w:val="000000"/>
          <w:lang w:val="ro-RO"/>
        </w:rPr>
        <w:t>declarația de consimțământ pentru prelucrarea datelor cu caracter personal, semnată (formularul este anexat la prezenta);</w:t>
      </w:r>
    </w:p>
    <w:p w14:paraId="5ECFDEB9" w14:textId="1D027835" w:rsidR="00192F71" w:rsidRDefault="00192F71" w:rsidP="008902E8">
      <w:pPr>
        <w:pStyle w:val="Listaszerbekezds"/>
        <w:numPr>
          <w:ilvl w:val="0"/>
          <w:numId w:val="11"/>
        </w:numPr>
        <w:shd w:val="clear" w:color="auto" w:fill="FFFFFF"/>
        <w:ind w:left="284" w:hanging="284"/>
        <w:jc w:val="both"/>
        <w:rPr>
          <w:lang w:val="ro-RO"/>
        </w:rPr>
      </w:pPr>
      <w:r w:rsidRPr="008902E8">
        <w:rPr>
          <w:lang w:val="ro-RO"/>
        </w:rPr>
        <w:t>certificatul de cazier judiciar.</w:t>
      </w:r>
    </w:p>
    <w:p w14:paraId="67A04781" w14:textId="476184BD" w:rsidR="00192F71" w:rsidRDefault="00192F71" w:rsidP="008902E8">
      <w:pPr>
        <w:jc w:val="both"/>
        <w:rPr>
          <w:color w:val="000000"/>
          <w:lang w:val="ro-RO"/>
        </w:rPr>
      </w:pPr>
      <w:r w:rsidRPr="008902E8">
        <w:rPr>
          <w:color w:val="000000"/>
          <w:lang w:val="ro-RO"/>
        </w:rPr>
        <w:t xml:space="preserve">Actele solicitate la literele </w:t>
      </w:r>
      <w:r w:rsidR="00414E74">
        <w:rPr>
          <w:color w:val="000000"/>
          <w:lang w:val="ro-RO"/>
        </w:rPr>
        <w:t>c</w:t>
      </w:r>
      <w:r w:rsidRPr="008902E8">
        <w:rPr>
          <w:color w:val="000000"/>
          <w:lang w:val="ro-RO"/>
        </w:rPr>
        <w:t xml:space="preserve">) și </w:t>
      </w:r>
      <w:r w:rsidR="00414E74">
        <w:rPr>
          <w:color w:val="000000"/>
          <w:lang w:val="ro-RO"/>
        </w:rPr>
        <w:t>d</w:t>
      </w:r>
      <w:r w:rsidRPr="008902E8">
        <w:rPr>
          <w:color w:val="000000"/>
          <w:lang w:val="ro-RO"/>
        </w:rPr>
        <w:t>) se vor prezenta și în original în vederea verificării conformității copiilor cu acestea. În situația în care documentele solicitate nu sunt emise în limba română, acestea vor fi însoțite de traduceri legalizate în limba română.</w:t>
      </w:r>
    </w:p>
    <w:p w14:paraId="17A172D6" w14:textId="0807459F" w:rsidR="007416EC" w:rsidRPr="007416EC" w:rsidRDefault="007416EC" w:rsidP="007416EC">
      <w:pPr>
        <w:pStyle w:val="Listaszerbekezds"/>
        <w:numPr>
          <w:ilvl w:val="0"/>
          <w:numId w:val="11"/>
        </w:numPr>
        <w:ind w:left="0" w:firstLine="0"/>
        <w:jc w:val="both"/>
        <w:rPr>
          <w:color w:val="000000"/>
          <w:lang w:val="ro-RO"/>
        </w:rPr>
      </w:pPr>
      <w:r>
        <w:rPr>
          <w:color w:val="000000"/>
          <w:lang w:val="ro-RO"/>
        </w:rPr>
        <w:t xml:space="preserve">Carnet de muncă sau, după caz, adeverințele care să ateste vechimea în muncă/în specialitate, extras </w:t>
      </w:r>
      <w:proofErr w:type="spellStart"/>
      <w:r>
        <w:rPr>
          <w:color w:val="000000"/>
          <w:lang w:val="ro-RO"/>
        </w:rPr>
        <w:t>Revisal</w:t>
      </w:r>
      <w:proofErr w:type="spellEnd"/>
      <w:r>
        <w:rPr>
          <w:color w:val="000000"/>
          <w:lang w:val="ro-RO"/>
        </w:rPr>
        <w:t xml:space="preserve"> după caz.</w:t>
      </w:r>
    </w:p>
    <w:p w14:paraId="0AE41A13" w14:textId="1D8A4A30" w:rsidR="00192F71" w:rsidRPr="008902E8" w:rsidRDefault="00192F71" w:rsidP="008902E8">
      <w:pPr>
        <w:spacing w:before="240"/>
        <w:jc w:val="both"/>
        <w:rPr>
          <w:color w:val="000000"/>
          <w:lang w:val="fr-FR"/>
        </w:rPr>
      </w:pPr>
      <w:proofErr w:type="spellStart"/>
      <w:r w:rsidRPr="008902E8">
        <w:rPr>
          <w:color w:val="000000"/>
          <w:lang w:val="fr-FR"/>
        </w:rPr>
        <w:t>Documentul</w:t>
      </w:r>
      <w:proofErr w:type="spellEnd"/>
      <w:r w:rsidRPr="008902E8">
        <w:rPr>
          <w:color w:val="000000"/>
          <w:lang w:val="fr-FR"/>
        </w:rPr>
        <w:t xml:space="preserve"> </w:t>
      </w:r>
      <w:proofErr w:type="spellStart"/>
      <w:r w:rsidRPr="008902E8">
        <w:rPr>
          <w:color w:val="000000"/>
          <w:lang w:val="fr-FR"/>
        </w:rPr>
        <w:t>prevăzut</w:t>
      </w:r>
      <w:proofErr w:type="spellEnd"/>
      <w:r w:rsidRPr="008902E8">
        <w:rPr>
          <w:color w:val="000000"/>
          <w:lang w:val="fr-FR"/>
        </w:rPr>
        <w:t xml:space="preserve"> la lit. </w:t>
      </w:r>
      <w:r w:rsidR="00414E74">
        <w:rPr>
          <w:color w:val="000000"/>
          <w:lang w:val="fr-FR"/>
        </w:rPr>
        <w:t>h</w:t>
      </w:r>
      <w:r w:rsidRPr="008902E8">
        <w:rPr>
          <w:color w:val="000000"/>
          <w:lang w:val="fr-FR"/>
        </w:rPr>
        <w:t xml:space="preserve">), </w:t>
      </w:r>
      <w:proofErr w:type="spellStart"/>
      <w:r w:rsidRPr="008902E8">
        <w:rPr>
          <w:color w:val="000000"/>
          <w:lang w:val="fr-FR"/>
        </w:rPr>
        <w:t>poate</w:t>
      </w:r>
      <w:proofErr w:type="spellEnd"/>
      <w:r w:rsidRPr="008902E8">
        <w:rPr>
          <w:color w:val="000000"/>
          <w:lang w:val="fr-FR"/>
        </w:rPr>
        <w:t xml:space="preserve"> fi </w:t>
      </w:r>
      <w:proofErr w:type="spellStart"/>
      <w:r w:rsidRPr="008902E8">
        <w:rPr>
          <w:color w:val="000000"/>
          <w:lang w:val="fr-FR"/>
        </w:rPr>
        <w:t>înlocuit</w:t>
      </w:r>
      <w:proofErr w:type="spellEnd"/>
      <w:r w:rsidRPr="008902E8">
        <w:rPr>
          <w:color w:val="000000"/>
          <w:lang w:val="fr-FR"/>
        </w:rPr>
        <w:t xml:space="preserve"> </w:t>
      </w:r>
      <w:proofErr w:type="spellStart"/>
      <w:r w:rsidRPr="008902E8">
        <w:rPr>
          <w:color w:val="000000"/>
          <w:lang w:val="fr-FR"/>
        </w:rPr>
        <w:t>cu</w:t>
      </w:r>
      <w:proofErr w:type="spellEnd"/>
      <w:r w:rsidRPr="008902E8">
        <w:rPr>
          <w:color w:val="000000"/>
          <w:lang w:val="fr-FR"/>
        </w:rPr>
        <w:t xml:space="preserve"> o </w:t>
      </w:r>
      <w:proofErr w:type="spellStart"/>
      <w:r w:rsidRPr="008902E8">
        <w:rPr>
          <w:color w:val="000000"/>
          <w:lang w:val="fr-FR"/>
        </w:rPr>
        <w:t>declaraţie</w:t>
      </w:r>
      <w:proofErr w:type="spellEnd"/>
      <w:r w:rsidRPr="008902E8">
        <w:rPr>
          <w:color w:val="000000"/>
          <w:lang w:val="fr-FR"/>
        </w:rPr>
        <w:t xml:space="preserve"> </w:t>
      </w:r>
      <w:proofErr w:type="spellStart"/>
      <w:r w:rsidRPr="008902E8">
        <w:rPr>
          <w:color w:val="000000"/>
          <w:lang w:val="fr-FR"/>
        </w:rPr>
        <w:t>pe</w:t>
      </w:r>
      <w:proofErr w:type="spellEnd"/>
      <w:r w:rsidRPr="008902E8">
        <w:rPr>
          <w:color w:val="000000"/>
          <w:lang w:val="fr-FR"/>
        </w:rPr>
        <w:t xml:space="preserve"> propria </w:t>
      </w:r>
      <w:proofErr w:type="spellStart"/>
      <w:r w:rsidRPr="008902E8">
        <w:rPr>
          <w:color w:val="000000"/>
          <w:lang w:val="fr-FR"/>
        </w:rPr>
        <w:t>răspundere</w:t>
      </w:r>
      <w:proofErr w:type="spellEnd"/>
      <w:r w:rsidRPr="008902E8">
        <w:rPr>
          <w:color w:val="000000"/>
          <w:lang w:val="fr-FR"/>
        </w:rPr>
        <w:t xml:space="preserve"> </w:t>
      </w:r>
      <w:proofErr w:type="spellStart"/>
      <w:r w:rsidRPr="008902E8">
        <w:rPr>
          <w:color w:val="000000"/>
          <w:lang w:val="fr-FR"/>
        </w:rPr>
        <w:t>privind</w:t>
      </w:r>
      <w:proofErr w:type="spellEnd"/>
      <w:r w:rsidRPr="008902E8">
        <w:rPr>
          <w:color w:val="000000"/>
          <w:lang w:val="fr-FR"/>
        </w:rPr>
        <w:t xml:space="preserve"> </w:t>
      </w:r>
      <w:proofErr w:type="spellStart"/>
      <w:r w:rsidRPr="008902E8">
        <w:rPr>
          <w:color w:val="000000"/>
          <w:lang w:val="fr-FR"/>
        </w:rPr>
        <w:t>antecedentele</w:t>
      </w:r>
      <w:proofErr w:type="spellEnd"/>
      <w:r w:rsidRPr="008902E8">
        <w:rPr>
          <w:color w:val="000000"/>
          <w:lang w:val="fr-FR"/>
        </w:rPr>
        <w:t xml:space="preserve"> </w:t>
      </w:r>
      <w:proofErr w:type="spellStart"/>
      <w:r w:rsidRPr="008902E8">
        <w:rPr>
          <w:color w:val="000000"/>
          <w:lang w:val="fr-FR"/>
        </w:rPr>
        <w:t>penale</w:t>
      </w:r>
      <w:proofErr w:type="spellEnd"/>
      <w:r w:rsidRPr="008902E8">
        <w:rPr>
          <w:color w:val="000000"/>
          <w:lang w:val="fr-FR"/>
        </w:rPr>
        <w:t xml:space="preserve">. </w:t>
      </w:r>
      <w:proofErr w:type="spellStart"/>
      <w:r w:rsidRPr="008902E8">
        <w:rPr>
          <w:color w:val="000000"/>
          <w:lang w:val="fr-FR"/>
        </w:rPr>
        <w:t>În</w:t>
      </w:r>
      <w:proofErr w:type="spellEnd"/>
      <w:r w:rsidRPr="008902E8">
        <w:rPr>
          <w:color w:val="000000"/>
          <w:lang w:val="fr-FR"/>
        </w:rPr>
        <w:t xml:space="preserve"> </w:t>
      </w:r>
      <w:proofErr w:type="spellStart"/>
      <w:r w:rsidRPr="008902E8">
        <w:rPr>
          <w:color w:val="000000"/>
          <w:lang w:val="fr-FR"/>
        </w:rPr>
        <w:t>acest</w:t>
      </w:r>
      <w:proofErr w:type="spellEnd"/>
      <w:r w:rsidRPr="008902E8">
        <w:rPr>
          <w:color w:val="000000"/>
          <w:lang w:val="fr-FR"/>
        </w:rPr>
        <w:t xml:space="preserve"> </w:t>
      </w:r>
      <w:proofErr w:type="spellStart"/>
      <w:r w:rsidRPr="008902E8">
        <w:rPr>
          <w:color w:val="000000"/>
          <w:lang w:val="fr-FR"/>
        </w:rPr>
        <w:t>caz</w:t>
      </w:r>
      <w:proofErr w:type="spellEnd"/>
      <w:r w:rsidRPr="008902E8">
        <w:rPr>
          <w:color w:val="000000"/>
          <w:lang w:val="fr-FR"/>
        </w:rPr>
        <w:t xml:space="preserve">, </w:t>
      </w:r>
      <w:proofErr w:type="spellStart"/>
      <w:r w:rsidRPr="008902E8">
        <w:rPr>
          <w:color w:val="000000"/>
          <w:lang w:val="fr-FR"/>
        </w:rPr>
        <w:t>candidatul</w:t>
      </w:r>
      <w:proofErr w:type="spellEnd"/>
      <w:r w:rsidRPr="008902E8">
        <w:rPr>
          <w:color w:val="000000"/>
          <w:lang w:val="fr-FR"/>
        </w:rPr>
        <w:t xml:space="preserve"> </w:t>
      </w:r>
      <w:proofErr w:type="spellStart"/>
      <w:r w:rsidRPr="008902E8">
        <w:rPr>
          <w:color w:val="000000"/>
          <w:lang w:val="fr-FR"/>
        </w:rPr>
        <w:t>declarat</w:t>
      </w:r>
      <w:proofErr w:type="spellEnd"/>
      <w:r w:rsidRPr="008902E8">
        <w:rPr>
          <w:color w:val="000000"/>
          <w:lang w:val="fr-FR"/>
        </w:rPr>
        <w:t xml:space="preserve"> admis la </w:t>
      </w:r>
      <w:proofErr w:type="spellStart"/>
      <w:r w:rsidRPr="008902E8">
        <w:rPr>
          <w:color w:val="000000"/>
          <w:lang w:val="fr-FR"/>
        </w:rPr>
        <w:t>selecția</w:t>
      </w:r>
      <w:proofErr w:type="spellEnd"/>
      <w:r w:rsidRPr="008902E8">
        <w:rPr>
          <w:color w:val="000000"/>
          <w:lang w:val="fr-FR"/>
        </w:rPr>
        <w:t xml:space="preserve"> </w:t>
      </w:r>
      <w:proofErr w:type="spellStart"/>
      <w:r w:rsidRPr="008902E8">
        <w:rPr>
          <w:color w:val="000000"/>
          <w:lang w:val="fr-FR"/>
        </w:rPr>
        <w:t>dosarelor</w:t>
      </w:r>
      <w:proofErr w:type="spellEnd"/>
      <w:r w:rsidRPr="008902E8">
        <w:rPr>
          <w:color w:val="000000"/>
          <w:lang w:val="fr-FR"/>
        </w:rPr>
        <w:t xml:space="preserve"> are </w:t>
      </w:r>
      <w:proofErr w:type="spellStart"/>
      <w:r w:rsidRPr="008902E8">
        <w:rPr>
          <w:color w:val="000000"/>
          <w:lang w:val="fr-FR"/>
        </w:rPr>
        <w:t>obligaţia</w:t>
      </w:r>
      <w:proofErr w:type="spellEnd"/>
      <w:r w:rsidRPr="008902E8">
        <w:rPr>
          <w:color w:val="000000"/>
          <w:lang w:val="fr-FR"/>
        </w:rPr>
        <w:t xml:space="preserve"> de a </w:t>
      </w:r>
      <w:proofErr w:type="spellStart"/>
      <w:r w:rsidRPr="008902E8">
        <w:rPr>
          <w:color w:val="000000"/>
          <w:lang w:val="fr-FR"/>
        </w:rPr>
        <w:t>completa</w:t>
      </w:r>
      <w:proofErr w:type="spellEnd"/>
      <w:r w:rsidRPr="008902E8">
        <w:rPr>
          <w:color w:val="000000"/>
          <w:lang w:val="fr-FR"/>
        </w:rPr>
        <w:t xml:space="preserve"> </w:t>
      </w:r>
      <w:proofErr w:type="spellStart"/>
      <w:r w:rsidRPr="008902E8">
        <w:rPr>
          <w:color w:val="000000"/>
          <w:lang w:val="fr-FR"/>
        </w:rPr>
        <w:t>dosarul</w:t>
      </w:r>
      <w:proofErr w:type="spellEnd"/>
      <w:r w:rsidRPr="008902E8">
        <w:rPr>
          <w:color w:val="000000"/>
          <w:lang w:val="fr-FR"/>
        </w:rPr>
        <w:t xml:space="preserve"> de </w:t>
      </w:r>
      <w:proofErr w:type="spellStart"/>
      <w:r w:rsidRPr="008902E8">
        <w:rPr>
          <w:color w:val="000000"/>
          <w:lang w:val="fr-FR"/>
        </w:rPr>
        <w:t>concurs</w:t>
      </w:r>
      <w:proofErr w:type="spellEnd"/>
      <w:r w:rsidRPr="008902E8">
        <w:rPr>
          <w:color w:val="000000"/>
          <w:lang w:val="fr-FR"/>
        </w:rPr>
        <w:t xml:space="preserve"> </w:t>
      </w:r>
      <w:proofErr w:type="spellStart"/>
      <w:r w:rsidRPr="008902E8">
        <w:rPr>
          <w:color w:val="000000"/>
          <w:lang w:val="fr-FR"/>
        </w:rPr>
        <w:t>cu</w:t>
      </w:r>
      <w:proofErr w:type="spellEnd"/>
      <w:r w:rsidRPr="008902E8">
        <w:rPr>
          <w:color w:val="000000"/>
          <w:lang w:val="fr-FR"/>
        </w:rPr>
        <w:t xml:space="preserve"> </w:t>
      </w:r>
      <w:proofErr w:type="spellStart"/>
      <w:r w:rsidRPr="008902E8">
        <w:rPr>
          <w:color w:val="000000"/>
          <w:lang w:val="fr-FR"/>
        </w:rPr>
        <w:t>originalul</w:t>
      </w:r>
      <w:proofErr w:type="spellEnd"/>
      <w:r w:rsidRPr="008902E8">
        <w:rPr>
          <w:color w:val="000000"/>
          <w:lang w:val="fr-FR"/>
        </w:rPr>
        <w:t xml:space="preserve"> </w:t>
      </w:r>
      <w:proofErr w:type="spellStart"/>
      <w:r w:rsidRPr="008902E8">
        <w:rPr>
          <w:color w:val="000000"/>
          <w:lang w:val="fr-FR"/>
        </w:rPr>
        <w:t>cazierului</w:t>
      </w:r>
      <w:proofErr w:type="spellEnd"/>
      <w:r w:rsidRPr="008902E8">
        <w:rPr>
          <w:color w:val="000000"/>
          <w:lang w:val="fr-FR"/>
        </w:rPr>
        <w:t xml:space="preserve"> </w:t>
      </w:r>
      <w:proofErr w:type="spellStart"/>
      <w:r w:rsidRPr="008902E8">
        <w:rPr>
          <w:color w:val="000000"/>
          <w:lang w:val="fr-FR"/>
        </w:rPr>
        <w:t>judiciar</w:t>
      </w:r>
      <w:proofErr w:type="spellEnd"/>
      <w:r w:rsidRPr="008902E8">
        <w:rPr>
          <w:color w:val="000000"/>
          <w:lang w:val="fr-FR"/>
        </w:rPr>
        <w:t xml:space="preserve">, </w:t>
      </w:r>
      <w:proofErr w:type="spellStart"/>
      <w:r w:rsidRPr="008902E8">
        <w:rPr>
          <w:color w:val="000000"/>
          <w:lang w:val="fr-FR"/>
        </w:rPr>
        <w:t>anterior</w:t>
      </w:r>
      <w:proofErr w:type="spellEnd"/>
      <w:r w:rsidRPr="008902E8">
        <w:rPr>
          <w:color w:val="000000"/>
          <w:lang w:val="fr-FR"/>
        </w:rPr>
        <w:t xml:space="preserve"> </w:t>
      </w:r>
      <w:proofErr w:type="spellStart"/>
      <w:r w:rsidRPr="008902E8">
        <w:rPr>
          <w:color w:val="000000"/>
          <w:lang w:val="fr-FR"/>
        </w:rPr>
        <w:t>datei</w:t>
      </w:r>
      <w:proofErr w:type="spellEnd"/>
      <w:r w:rsidRPr="008902E8">
        <w:rPr>
          <w:color w:val="000000"/>
          <w:lang w:val="fr-FR"/>
        </w:rPr>
        <w:t xml:space="preserve"> de </w:t>
      </w:r>
      <w:proofErr w:type="spellStart"/>
      <w:r w:rsidRPr="008902E8">
        <w:rPr>
          <w:color w:val="000000"/>
          <w:lang w:val="fr-FR"/>
        </w:rPr>
        <w:t>susținere</w:t>
      </w:r>
      <w:proofErr w:type="spellEnd"/>
      <w:r w:rsidRPr="008902E8">
        <w:rPr>
          <w:color w:val="000000"/>
          <w:lang w:val="fr-FR"/>
        </w:rPr>
        <w:t xml:space="preserve"> a </w:t>
      </w:r>
      <w:proofErr w:type="spellStart"/>
      <w:r w:rsidRPr="008902E8">
        <w:rPr>
          <w:color w:val="000000"/>
          <w:lang w:val="fr-FR"/>
        </w:rPr>
        <w:t>probei</w:t>
      </w:r>
      <w:proofErr w:type="spellEnd"/>
      <w:r w:rsidRPr="008902E8">
        <w:rPr>
          <w:color w:val="000000"/>
          <w:lang w:val="fr-FR"/>
        </w:rPr>
        <w:t xml:space="preserve"> </w:t>
      </w:r>
      <w:proofErr w:type="spellStart"/>
      <w:r w:rsidRPr="008902E8">
        <w:rPr>
          <w:color w:val="000000"/>
          <w:lang w:val="fr-FR"/>
        </w:rPr>
        <w:t>scrise</w:t>
      </w:r>
      <w:proofErr w:type="spellEnd"/>
      <w:r w:rsidRPr="008902E8">
        <w:rPr>
          <w:color w:val="000000"/>
          <w:lang w:val="fr-FR"/>
        </w:rPr>
        <w:t xml:space="preserve"> </w:t>
      </w:r>
      <w:proofErr w:type="spellStart"/>
      <w:r w:rsidRPr="008902E8">
        <w:rPr>
          <w:color w:val="000000"/>
          <w:lang w:val="fr-FR"/>
        </w:rPr>
        <w:t>și</w:t>
      </w:r>
      <w:proofErr w:type="spellEnd"/>
      <w:r w:rsidRPr="008902E8">
        <w:rPr>
          <w:color w:val="000000"/>
          <w:lang w:val="fr-FR"/>
        </w:rPr>
        <w:t>/</w:t>
      </w:r>
      <w:proofErr w:type="spellStart"/>
      <w:r w:rsidRPr="008902E8">
        <w:rPr>
          <w:color w:val="000000"/>
          <w:lang w:val="fr-FR"/>
        </w:rPr>
        <w:t>sau</w:t>
      </w:r>
      <w:proofErr w:type="spellEnd"/>
      <w:r w:rsidRPr="008902E8">
        <w:rPr>
          <w:color w:val="000000"/>
          <w:lang w:val="fr-FR"/>
        </w:rPr>
        <w:t xml:space="preserve"> </w:t>
      </w:r>
      <w:proofErr w:type="spellStart"/>
      <w:r w:rsidRPr="008902E8">
        <w:rPr>
          <w:color w:val="000000"/>
          <w:lang w:val="fr-FR"/>
        </w:rPr>
        <w:t>probei</w:t>
      </w:r>
      <w:proofErr w:type="spellEnd"/>
      <w:r w:rsidRPr="008902E8">
        <w:rPr>
          <w:color w:val="000000"/>
          <w:lang w:val="fr-FR"/>
        </w:rPr>
        <w:t xml:space="preserve"> practice a </w:t>
      </w:r>
      <w:proofErr w:type="spellStart"/>
      <w:r w:rsidRPr="008902E8">
        <w:rPr>
          <w:color w:val="000000"/>
          <w:lang w:val="fr-FR"/>
        </w:rPr>
        <w:t>concursului</w:t>
      </w:r>
      <w:proofErr w:type="spellEnd"/>
      <w:r w:rsidRPr="008902E8">
        <w:rPr>
          <w:color w:val="000000"/>
          <w:lang w:val="fr-FR"/>
        </w:rPr>
        <w:t>.</w:t>
      </w:r>
    </w:p>
    <w:p w14:paraId="6BC90831" w14:textId="77777777" w:rsidR="00192F71" w:rsidRPr="008902E8" w:rsidRDefault="00192F71" w:rsidP="008902E8">
      <w:pPr>
        <w:spacing w:before="240"/>
        <w:jc w:val="both"/>
        <w:rPr>
          <w:color w:val="000000"/>
          <w:lang w:val="fr-FR"/>
        </w:rPr>
      </w:pPr>
      <w:proofErr w:type="spellStart"/>
      <w:r w:rsidRPr="008902E8">
        <w:rPr>
          <w:color w:val="000000"/>
          <w:lang w:val="fr-FR"/>
        </w:rPr>
        <w:t>Afișarea</w:t>
      </w:r>
      <w:proofErr w:type="spellEnd"/>
      <w:r w:rsidRPr="008902E8">
        <w:rPr>
          <w:color w:val="000000"/>
          <w:lang w:val="fr-FR"/>
        </w:rPr>
        <w:t xml:space="preserve"> </w:t>
      </w:r>
      <w:proofErr w:type="spellStart"/>
      <w:r w:rsidRPr="008902E8">
        <w:rPr>
          <w:color w:val="000000"/>
          <w:lang w:val="fr-FR"/>
        </w:rPr>
        <w:t>rezultatelor</w:t>
      </w:r>
      <w:proofErr w:type="spellEnd"/>
      <w:r w:rsidRPr="008902E8">
        <w:rPr>
          <w:color w:val="000000"/>
          <w:lang w:val="fr-FR"/>
        </w:rPr>
        <w:t xml:space="preserve"> </w:t>
      </w:r>
      <w:proofErr w:type="spellStart"/>
      <w:r w:rsidRPr="008902E8">
        <w:rPr>
          <w:color w:val="000000"/>
          <w:lang w:val="fr-FR"/>
        </w:rPr>
        <w:t>obținute</w:t>
      </w:r>
      <w:proofErr w:type="spellEnd"/>
      <w:r w:rsidRPr="008902E8">
        <w:rPr>
          <w:color w:val="000000"/>
          <w:lang w:val="fr-FR"/>
        </w:rPr>
        <w:t xml:space="preserve"> de </w:t>
      </w:r>
      <w:proofErr w:type="spellStart"/>
      <w:r w:rsidRPr="008902E8">
        <w:rPr>
          <w:color w:val="000000"/>
          <w:lang w:val="fr-FR"/>
        </w:rPr>
        <w:t>candidați</w:t>
      </w:r>
      <w:proofErr w:type="spellEnd"/>
      <w:r w:rsidRPr="008902E8">
        <w:rPr>
          <w:color w:val="000000"/>
          <w:lang w:val="fr-FR"/>
        </w:rPr>
        <w:t xml:space="preserve"> la </w:t>
      </w:r>
      <w:proofErr w:type="spellStart"/>
      <w:r w:rsidRPr="008902E8">
        <w:rPr>
          <w:color w:val="000000"/>
          <w:lang w:val="fr-FR"/>
        </w:rPr>
        <w:t>probele</w:t>
      </w:r>
      <w:proofErr w:type="spellEnd"/>
      <w:r w:rsidRPr="008902E8">
        <w:rPr>
          <w:color w:val="000000"/>
          <w:lang w:val="fr-FR"/>
        </w:rPr>
        <w:t xml:space="preserve"> </w:t>
      </w:r>
      <w:proofErr w:type="spellStart"/>
      <w:r w:rsidRPr="008902E8">
        <w:rPr>
          <w:color w:val="000000"/>
          <w:lang w:val="fr-FR"/>
        </w:rPr>
        <w:t>concursului</w:t>
      </w:r>
      <w:proofErr w:type="spellEnd"/>
      <w:r w:rsidRPr="008902E8">
        <w:rPr>
          <w:color w:val="000000"/>
          <w:lang w:val="fr-FR"/>
        </w:rPr>
        <w:t xml:space="preserve">, </w:t>
      </w:r>
      <w:proofErr w:type="spellStart"/>
      <w:r w:rsidRPr="008902E8">
        <w:rPr>
          <w:color w:val="000000"/>
          <w:lang w:val="fr-FR"/>
        </w:rPr>
        <w:t>precum</w:t>
      </w:r>
      <w:proofErr w:type="spellEnd"/>
      <w:r w:rsidRPr="008902E8">
        <w:rPr>
          <w:color w:val="000000"/>
          <w:lang w:val="fr-FR"/>
        </w:rPr>
        <w:t xml:space="preserve"> </w:t>
      </w:r>
      <w:proofErr w:type="spellStart"/>
      <w:r w:rsidRPr="008902E8">
        <w:rPr>
          <w:color w:val="000000"/>
          <w:lang w:val="fr-FR"/>
        </w:rPr>
        <w:t>și</w:t>
      </w:r>
      <w:proofErr w:type="spellEnd"/>
      <w:r w:rsidRPr="008902E8">
        <w:rPr>
          <w:color w:val="000000"/>
          <w:lang w:val="fr-FR"/>
        </w:rPr>
        <w:t xml:space="preserve"> </w:t>
      </w:r>
      <w:proofErr w:type="spellStart"/>
      <w:r w:rsidRPr="008902E8">
        <w:rPr>
          <w:color w:val="000000"/>
          <w:lang w:val="fr-FR"/>
        </w:rPr>
        <w:t>afișarea</w:t>
      </w:r>
      <w:proofErr w:type="spellEnd"/>
      <w:r w:rsidRPr="008902E8">
        <w:rPr>
          <w:color w:val="000000"/>
          <w:lang w:val="fr-FR"/>
        </w:rPr>
        <w:t xml:space="preserve"> </w:t>
      </w:r>
      <w:proofErr w:type="spellStart"/>
      <w:r w:rsidRPr="008902E8">
        <w:rPr>
          <w:color w:val="000000"/>
          <w:lang w:val="fr-FR"/>
        </w:rPr>
        <w:t>rezultatelor</w:t>
      </w:r>
      <w:proofErr w:type="spellEnd"/>
      <w:r w:rsidRPr="008902E8">
        <w:rPr>
          <w:color w:val="000000"/>
          <w:lang w:val="fr-FR"/>
        </w:rPr>
        <w:t xml:space="preserve"> </w:t>
      </w:r>
      <w:proofErr w:type="spellStart"/>
      <w:r w:rsidRPr="008902E8">
        <w:rPr>
          <w:color w:val="000000"/>
          <w:lang w:val="fr-FR"/>
        </w:rPr>
        <w:t>soluționării</w:t>
      </w:r>
      <w:proofErr w:type="spellEnd"/>
      <w:r w:rsidRPr="008902E8">
        <w:rPr>
          <w:color w:val="000000"/>
          <w:lang w:val="fr-FR"/>
        </w:rPr>
        <w:t xml:space="preserve"> </w:t>
      </w:r>
      <w:proofErr w:type="spellStart"/>
      <w:r w:rsidRPr="008902E8">
        <w:rPr>
          <w:color w:val="000000"/>
          <w:lang w:val="fr-FR"/>
        </w:rPr>
        <w:t>contestațiilor</w:t>
      </w:r>
      <w:proofErr w:type="spellEnd"/>
      <w:r w:rsidRPr="008902E8">
        <w:rPr>
          <w:color w:val="000000"/>
          <w:lang w:val="fr-FR"/>
        </w:rPr>
        <w:t xml:space="preserve"> </w:t>
      </w:r>
      <w:proofErr w:type="spellStart"/>
      <w:r w:rsidRPr="008902E8">
        <w:rPr>
          <w:color w:val="000000"/>
          <w:lang w:val="fr-FR"/>
        </w:rPr>
        <w:t>și</w:t>
      </w:r>
      <w:proofErr w:type="spellEnd"/>
      <w:r w:rsidRPr="008902E8">
        <w:rPr>
          <w:color w:val="000000"/>
          <w:lang w:val="fr-FR"/>
        </w:rPr>
        <w:t xml:space="preserve"> a </w:t>
      </w:r>
      <w:proofErr w:type="spellStart"/>
      <w:r w:rsidRPr="008902E8">
        <w:rPr>
          <w:color w:val="000000"/>
          <w:lang w:val="fr-FR"/>
        </w:rPr>
        <w:t>rezultatelor</w:t>
      </w:r>
      <w:proofErr w:type="spellEnd"/>
      <w:r w:rsidRPr="008902E8">
        <w:rPr>
          <w:color w:val="000000"/>
          <w:lang w:val="fr-FR"/>
        </w:rPr>
        <w:t xml:space="preserve"> finale ale </w:t>
      </w:r>
      <w:proofErr w:type="spellStart"/>
      <w:r w:rsidRPr="008902E8">
        <w:rPr>
          <w:color w:val="000000"/>
          <w:lang w:val="fr-FR"/>
        </w:rPr>
        <w:t>concursului</w:t>
      </w:r>
      <w:proofErr w:type="spellEnd"/>
      <w:r w:rsidRPr="008902E8">
        <w:rPr>
          <w:color w:val="000000"/>
          <w:lang w:val="fr-FR"/>
        </w:rPr>
        <w:t xml:space="preserve"> se </w:t>
      </w:r>
      <w:proofErr w:type="spellStart"/>
      <w:r w:rsidRPr="008902E8">
        <w:rPr>
          <w:color w:val="000000"/>
          <w:lang w:val="fr-FR"/>
        </w:rPr>
        <w:t>realizează</w:t>
      </w:r>
      <w:proofErr w:type="spellEnd"/>
      <w:r w:rsidRPr="008902E8">
        <w:rPr>
          <w:color w:val="000000"/>
          <w:lang w:val="fr-FR"/>
        </w:rPr>
        <w:t xml:space="preserve"> </w:t>
      </w:r>
      <w:proofErr w:type="spellStart"/>
      <w:r w:rsidRPr="008902E8">
        <w:rPr>
          <w:color w:val="000000"/>
          <w:lang w:val="fr-FR"/>
        </w:rPr>
        <w:t>folosindu</w:t>
      </w:r>
      <w:proofErr w:type="spellEnd"/>
      <w:r w:rsidRPr="008902E8">
        <w:rPr>
          <w:color w:val="000000"/>
          <w:lang w:val="fr-FR"/>
        </w:rPr>
        <w:t xml:space="preserve">-se </w:t>
      </w:r>
      <w:proofErr w:type="spellStart"/>
      <w:r w:rsidRPr="008902E8">
        <w:rPr>
          <w:color w:val="000000"/>
          <w:u w:val="single"/>
          <w:lang w:val="fr-FR"/>
        </w:rPr>
        <w:t>numărul</w:t>
      </w:r>
      <w:proofErr w:type="spellEnd"/>
      <w:r w:rsidRPr="008902E8">
        <w:rPr>
          <w:color w:val="000000"/>
          <w:u w:val="single"/>
          <w:lang w:val="fr-FR"/>
        </w:rPr>
        <w:t xml:space="preserve"> de </w:t>
      </w:r>
      <w:proofErr w:type="spellStart"/>
      <w:r w:rsidRPr="008902E8">
        <w:rPr>
          <w:color w:val="000000"/>
          <w:u w:val="single"/>
          <w:lang w:val="fr-FR"/>
        </w:rPr>
        <w:t>înregistrare</w:t>
      </w:r>
      <w:proofErr w:type="spellEnd"/>
      <w:r w:rsidRPr="008902E8">
        <w:rPr>
          <w:color w:val="000000"/>
          <w:lang w:val="fr-FR"/>
        </w:rPr>
        <w:t xml:space="preserve"> </w:t>
      </w:r>
      <w:proofErr w:type="spellStart"/>
      <w:r w:rsidRPr="008902E8">
        <w:rPr>
          <w:color w:val="000000"/>
          <w:lang w:val="fr-FR"/>
        </w:rPr>
        <w:t>atribuit</w:t>
      </w:r>
      <w:proofErr w:type="spellEnd"/>
      <w:r w:rsidRPr="008902E8">
        <w:rPr>
          <w:color w:val="000000"/>
          <w:lang w:val="fr-FR"/>
        </w:rPr>
        <w:t xml:space="preserve"> </w:t>
      </w:r>
      <w:proofErr w:type="spellStart"/>
      <w:r w:rsidRPr="008902E8">
        <w:rPr>
          <w:color w:val="000000"/>
          <w:lang w:val="fr-FR"/>
        </w:rPr>
        <w:t>dosarului</w:t>
      </w:r>
      <w:proofErr w:type="spellEnd"/>
      <w:r w:rsidRPr="008902E8">
        <w:rPr>
          <w:color w:val="000000"/>
          <w:lang w:val="fr-FR"/>
        </w:rPr>
        <w:t xml:space="preserve"> de </w:t>
      </w:r>
      <w:proofErr w:type="spellStart"/>
      <w:r w:rsidRPr="008902E8">
        <w:rPr>
          <w:color w:val="000000"/>
          <w:lang w:val="fr-FR"/>
        </w:rPr>
        <w:t>înscriere</w:t>
      </w:r>
      <w:proofErr w:type="spellEnd"/>
      <w:r w:rsidRPr="008902E8">
        <w:rPr>
          <w:color w:val="000000"/>
          <w:lang w:val="fr-FR"/>
        </w:rPr>
        <w:t xml:space="preserve"> la </w:t>
      </w:r>
      <w:proofErr w:type="spellStart"/>
      <w:r w:rsidRPr="008902E8">
        <w:rPr>
          <w:color w:val="000000"/>
          <w:lang w:val="fr-FR"/>
        </w:rPr>
        <w:t>concurs</w:t>
      </w:r>
      <w:proofErr w:type="spellEnd"/>
      <w:r w:rsidRPr="008902E8">
        <w:rPr>
          <w:color w:val="000000"/>
          <w:lang w:val="fr-FR"/>
        </w:rPr>
        <w:t xml:space="preserve"> pentru </w:t>
      </w:r>
      <w:proofErr w:type="spellStart"/>
      <w:r w:rsidRPr="008902E8">
        <w:rPr>
          <w:color w:val="000000"/>
          <w:lang w:val="fr-FR"/>
        </w:rPr>
        <w:t>fiecare</w:t>
      </w:r>
      <w:proofErr w:type="spellEnd"/>
      <w:r w:rsidRPr="008902E8">
        <w:rPr>
          <w:color w:val="000000"/>
          <w:lang w:val="fr-FR"/>
        </w:rPr>
        <w:t xml:space="preserve"> candidat.</w:t>
      </w:r>
    </w:p>
    <w:p w14:paraId="1A4C2FF9" w14:textId="77777777" w:rsidR="00192F71" w:rsidRPr="008902E8" w:rsidRDefault="00192F71" w:rsidP="008902E8">
      <w:pPr>
        <w:jc w:val="both"/>
        <w:rPr>
          <w:b/>
          <w:color w:val="000000"/>
        </w:rPr>
      </w:pPr>
      <w:proofErr w:type="spellStart"/>
      <w:r w:rsidRPr="008902E8">
        <w:rPr>
          <w:color w:val="000000"/>
          <w:lang w:val="fr-FR"/>
        </w:rPr>
        <w:lastRenderedPageBreak/>
        <w:t>Candidații</w:t>
      </w:r>
      <w:proofErr w:type="spellEnd"/>
      <w:r w:rsidRPr="008902E8">
        <w:rPr>
          <w:color w:val="000000"/>
          <w:lang w:val="fr-FR"/>
        </w:rPr>
        <w:t xml:space="preserve"> </w:t>
      </w:r>
      <w:proofErr w:type="spellStart"/>
      <w:r w:rsidRPr="008902E8">
        <w:rPr>
          <w:color w:val="000000"/>
          <w:lang w:val="fr-FR"/>
        </w:rPr>
        <w:t>să</w:t>
      </w:r>
      <w:proofErr w:type="spellEnd"/>
      <w:r w:rsidRPr="008902E8">
        <w:rPr>
          <w:color w:val="000000"/>
          <w:lang w:val="fr-FR"/>
        </w:rPr>
        <w:t xml:space="preserve"> nu se </w:t>
      </w:r>
      <w:proofErr w:type="spellStart"/>
      <w:r w:rsidRPr="008902E8">
        <w:rPr>
          <w:color w:val="000000"/>
          <w:lang w:val="fr-FR"/>
        </w:rPr>
        <w:t>afle</w:t>
      </w:r>
      <w:proofErr w:type="spellEnd"/>
      <w:r w:rsidRPr="008902E8">
        <w:rPr>
          <w:color w:val="000000"/>
          <w:lang w:val="fr-FR"/>
        </w:rPr>
        <w:t xml:space="preserve"> </w:t>
      </w:r>
      <w:proofErr w:type="spellStart"/>
      <w:r w:rsidRPr="008902E8">
        <w:rPr>
          <w:color w:val="000000"/>
          <w:lang w:val="fr-FR"/>
        </w:rPr>
        <w:t>în</w:t>
      </w:r>
      <w:proofErr w:type="spellEnd"/>
      <w:r w:rsidRPr="008902E8">
        <w:rPr>
          <w:color w:val="000000"/>
          <w:lang w:val="fr-FR"/>
        </w:rPr>
        <w:t xml:space="preserve"> </w:t>
      </w:r>
      <w:proofErr w:type="spellStart"/>
      <w:r w:rsidRPr="008902E8">
        <w:rPr>
          <w:color w:val="000000"/>
          <w:lang w:val="fr-FR"/>
        </w:rPr>
        <w:t>situații</w:t>
      </w:r>
      <w:proofErr w:type="spellEnd"/>
      <w:r w:rsidRPr="008902E8">
        <w:rPr>
          <w:color w:val="000000"/>
          <w:lang w:val="fr-FR"/>
        </w:rPr>
        <w:t xml:space="preserve"> de </w:t>
      </w:r>
      <w:proofErr w:type="spellStart"/>
      <w:r w:rsidRPr="008902E8">
        <w:rPr>
          <w:color w:val="000000"/>
          <w:lang w:val="fr-FR"/>
        </w:rPr>
        <w:t>incompatibilitate</w:t>
      </w:r>
      <w:proofErr w:type="spellEnd"/>
      <w:r w:rsidRPr="008902E8">
        <w:rPr>
          <w:color w:val="000000"/>
          <w:lang w:val="fr-FR"/>
        </w:rPr>
        <w:t xml:space="preserve"> </w:t>
      </w:r>
      <w:proofErr w:type="spellStart"/>
      <w:r w:rsidRPr="008902E8">
        <w:rPr>
          <w:color w:val="000000"/>
          <w:lang w:val="fr-FR"/>
        </w:rPr>
        <w:t>conform</w:t>
      </w:r>
      <w:proofErr w:type="spellEnd"/>
      <w:r w:rsidRPr="008902E8">
        <w:rPr>
          <w:color w:val="000000"/>
          <w:lang w:val="fr-FR"/>
        </w:rPr>
        <w:t xml:space="preserve"> </w:t>
      </w:r>
      <w:proofErr w:type="spellStart"/>
      <w:r w:rsidRPr="008902E8">
        <w:rPr>
          <w:color w:val="000000"/>
          <w:lang w:val="fr-FR"/>
        </w:rPr>
        <w:t>Legii</w:t>
      </w:r>
      <w:proofErr w:type="spellEnd"/>
      <w:r w:rsidRPr="008902E8">
        <w:rPr>
          <w:color w:val="000000"/>
          <w:lang w:val="fr-FR"/>
        </w:rPr>
        <w:t xml:space="preserve"> nr.161 </w:t>
      </w:r>
      <w:proofErr w:type="spellStart"/>
      <w:r w:rsidRPr="008902E8">
        <w:rPr>
          <w:color w:val="000000"/>
          <w:lang w:val="fr-FR"/>
        </w:rPr>
        <w:t>din</w:t>
      </w:r>
      <w:proofErr w:type="spellEnd"/>
      <w:r w:rsidRPr="008902E8">
        <w:rPr>
          <w:color w:val="000000"/>
          <w:lang w:val="fr-FR"/>
        </w:rPr>
        <w:t xml:space="preserve"> 19 </w:t>
      </w:r>
      <w:proofErr w:type="spellStart"/>
      <w:r w:rsidRPr="008902E8">
        <w:rPr>
          <w:color w:val="000000"/>
          <w:lang w:val="fr-FR"/>
        </w:rPr>
        <w:t>aprilie</w:t>
      </w:r>
      <w:proofErr w:type="spellEnd"/>
      <w:r w:rsidRPr="008902E8">
        <w:rPr>
          <w:color w:val="000000"/>
          <w:lang w:val="fr-FR"/>
        </w:rPr>
        <w:t xml:space="preserve"> 2003 </w:t>
      </w:r>
      <w:proofErr w:type="spellStart"/>
      <w:r w:rsidRPr="008902E8">
        <w:rPr>
          <w:color w:val="000000"/>
          <w:lang w:val="fr-FR"/>
        </w:rPr>
        <w:t>cu</w:t>
      </w:r>
      <w:proofErr w:type="spellEnd"/>
      <w:r w:rsidRPr="008902E8">
        <w:rPr>
          <w:color w:val="000000"/>
          <w:lang w:val="fr-FR"/>
        </w:rPr>
        <w:t xml:space="preserve"> </w:t>
      </w:r>
      <w:proofErr w:type="spellStart"/>
      <w:r w:rsidRPr="008902E8">
        <w:rPr>
          <w:color w:val="000000"/>
          <w:lang w:val="fr-FR"/>
        </w:rPr>
        <w:t>modificările</w:t>
      </w:r>
      <w:proofErr w:type="spellEnd"/>
      <w:r w:rsidRPr="008902E8">
        <w:rPr>
          <w:color w:val="000000"/>
          <w:lang w:val="fr-FR"/>
        </w:rPr>
        <w:t xml:space="preserve"> </w:t>
      </w:r>
      <w:proofErr w:type="spellStart"/>
      <w:r w:rsidRPr="008902E8">
        <w:rPr>
          <w:color w:val="000000"/>
          <w:lang w:val="fr-FR"/>
        </w:rPr>
        <w:t>și</w:t>
      </w:r>
      <w:proofErr w:type="spellEnd"/>
      <w:r w:rsidRPr="008902E8">
        <w:rPr>
          <w:color w:val="000000"/>
          <w:lang w:val="fr-FR"/>
        </w:rPr>
        <w:t xml:space="preserve"> </w:t>
      </w:r>
      <w:proofErr w:type="spellStart"/>
      <w:r w:rsidRPr="008902E8">
        <w:rPr>
          <w:color w:val="000000"/>
          <w:lang w:val="fr-FR"/>
        </w:rPr>
        <w:t>completările</w:t>
      </w:r>
      <w:proofErr w:type="spellEnd"/>
      <w:r w:rsidRPr="008902E8">
        <w:rPr>
          <w:color w:val="000000"/>
          <w:lang w:val="fr-FR"/>
        </w:rPr>
        <w:t xml:space="preserve"> </w:t>
      </w:r>
      <w:proofErr w:type="spellStart"/>
      <w:r w:rsidRPr="008902E8">
        <w:rPr>
          <w:color w:val="000000"/>
          <w:lang w:val="fr-FR"/>
        </w:rPr>
        <w:t>ulterioare</w:t>
      </w:r>
      <w:proofErr w:type="spellEnd"/>
      <w:r w:rsidRPr="008902E8">
        <w:rPr>
          <w:color w:val="000000"/>
          <w:lang w:val="fr-FR"/>
        </w:rPr>
        <w:t>.</w:t>
      </w:r>
    </w:p>
    <w:p w14:paraId="77D913C8" w14:textId="77777777" w:rsidR="00192F71" w:rsidRPr="008902E8" w:rsidRDefault="00192F71" w:rsidP="008902E8">
      <w:pPr>
        <w:spacing w:before="240"/>
        <w:jc w:val="both"/>
        <w:rPr>
          <w:color w:val="000000"/>
          <w:lang w:val="fr-FR"/>
        </w:rPr>
      </w:pPr>
      <w:proofErr w:type="spellStart"/>
      <w:r w:rsidRPr="008902E8">
        <w:rPr>
          <w:color w:val="000000"/>
          <w:lang w:val="fr-FR"/>
        </w:rPr>
        <w:t>Adeverinţa</w:t>
      </w:r>
      <w:proofErr w:type="spellEnd"/>
      <w:r w:rsidRPr="008902E8">
        <w:rPr>
          <w:color w:val="000000"/>
          <w:lang w:val="fr-FR"/>
        </w:rPr>
        <w:t xml:space="preserve"> care </w:t>
      </w:r>
      <w:proofErr w:type="spellStart"/>
      <w:r w:rsidRPr="008902E8">
        <w:rPr>
          <w:color w:val="000000"/>
          <w:lang w:val="fr-FR"/>
        </w:rPr>
        <w:t>atestă</w:t>
      </w:r>
      <w:proofErr w:type="spellEnd"/>
      <w:r w:rsidRPr="008902E8">
        <w:rPr>
          <w:color w:val="000000"/>
          <w:lang w:val="fr-FR"/>
        </w:rPr>
        <w:t xml:space="preserve"> </w:t>
      </w:r>
      <w:proofErr w:type="spellStart"/>
      <w:r w:rsidRPr="008902E8">
        <w:rPr>
          <w:color w:val="000000"/>
          <w:lang w:val="fr-FR"/>
        </w:rPr>
        <w:t>starea</w:t>
      </w:r>
      <w:proofErr w:type="spellEnd"/>
      <w:r w:rsidRPr="008902E8">
        <w:rPr>
          <w:color w:val="000000"/>
          <w:lang w:val="fr-FR"/>
        </w:rPr>
        <w:t xml:space="preserve"> de </w:t>
      </w:r>
      <w:proofErr w:type="spellStart"/>
      <w:r w:rsidRPr="008902E8">
        <w:rPr>
          <w:color w:val="000000"/>
          <w:lang w:val="fr-FR"/>
        </w:rPr>
        <w:t>sănătate</w:t>
      </w:r>
      <w:proofErr w:type="spellEnd"/>
      <w:r w:rsidRPr="008902E8">
        <w:rPr>
          <w:color w:val="000000"/>
          <w:lang w:val="fr-FR"/>
        </w:rPr>
        <w:t xml:space="preserve"> </w:t>
      </w:r>
      <w:proofErr w:type="spellStart"/>
      <w:r w:rsidRPr="008902E8">
        <w:rPr>
          <w:color w:val="000000"/>
          <w:lang w:val="fr-FR"/>
        </w:rPr>
        <w:t>conţine</w:t>
      </w:r>
      <w:proofErr w:type="spellEnd"/>
      <w:r w:rsidRPr="008902E8">
        <w:rPr>
          <w:color w:val="000000"/>
          <w:lang w:val="fr-FR"/>
        </w:rPr>
        <w:t xml:space="preserve">, </w:t>
      </w:r>
      <w:proofErr w:type="spellStart"/>
      <w:r w:rsidRPr="008902E8">
        <w:rPr>
          <w:color w:val="000000"/>
          <w:lang w:val="fr-FR"/>
        </w:rPr>
        <w:t>în</w:t>
      </w:r>
      <w:proofErr w:type="spellEnd"/>
      <w:r w:rsidRPr="008902E8">
        <w:rPr>
          <w:color w:val="000000"/>
          <w:lang w:val="fr-FR"/>
        </w:rPr>
        <w:t xml:space="preserve"> </w:t>
      </w:r>
      <w:proofErr w:type="spellStart"/>
      <w:r w:rsidRPr="008902E8">
        <w:rPr>
          <w:color w:val="000000"/>
          <w:lang w:val="fr-FR"/>
        </w:rPr>
        <w:t>clar</w:t>
      </w:r>
      <w:proofErr w:type="spellEnd"/>
      <w:r w:rsidRPr="008902E8">
        <w:rPr>
          <w:color w:val="000000"/>
          <w:lang w:val="fr-FR"/>
        </w:rPr>
        <w:t xml:space="preserve">, </w:t>
      </w:r>
      <w:proofErr w:type="spellStart"/>
      <w:r w:rsidRPr="008902E8">
        <w:rPr>
          <w:color w:val="000000"/>
          <w:lang w:val="fr-FR"/>
        </w:rPr>
        <w:t>numărul</w:t>
      </w:r>
      <w:proofErr w:type="spellEnd"/>
      <w:r w:rsidRPr="008902E8">
        <w:rPr>
          <w:color w:val="000000"/>
          <w:lang w:val="fr-FR"/>
        </w:rPr>
        <w:t xml:space="preserve">, data, </w:t>
      </w:r>
      <w:proofErr w:type="spellStart"/>
      <w:r w:rsidRPr="008902E8">
        <w:rPr>
          <w:color w:val="000000"/>
          <w:lang w:val="fr-FR"/>
        </w:rPr>
        <w:t>numele</w:t>
      </w:r>
      <w:proofErr w:type="spellEnd"/>
      <w:r w:rsidRPr="008902E8">
        <w:rPr>
          <w:color w:val="000000"/>
          <w:lang w:val="fr-FR"/>
        </w:rPr>
        <w:t xml:space="preserve"> </w:t>
      </w:r>
      <w:proofErr w:type="spellStart"/>
      <w:r w:rsidRPr="008902E8">
        <w:rPr>
          <w:color w:val="000000"/>
          <w:lang w:val="fr-FR"/>
        </w:rPr>
        <w:t>emitentului</w:t>
      </w:r>
      <w:proofErr w:type="spellEnd"/>
      <w:r w:rsidRPr="008902E8">
        <w:rPr>
          <w:color w:val="000000"/>
          <w:lang w:val="fr-FR"/>
        </w:rPr>
        <w:t xml:space="preserve"> </w:t>
      </w:r>
      <w:proofErr w:type="spellStart"/>
      <w:r w:rsidRPr="008902E8">
        <w:rPr>
          <w:color w:val="000000"/>
          <w:lang w:val="fr-FR"/>
        </w:rPr>
        <w:t>şi</w:t>
      </w:r>
      <w:proofErr w:type="spellEnd"/>
      <w:r w:rsidRPr="008902E8">
        <w:rPr>
          <w:color w:val="000000"/>
          <w:lang w:val="fr-FR"/>
        </w:rPr>
        <w:t xml:space="preserve"> </w:t>
      </w:r>
      <w:proofErr w:type="spellStart"/>
      <w:r w:rsidRPr="008902E8">
        <w:rPr>
          <w:color w:val="000000"/>
          <w:lang w:val="fr-FR"/>
        </w:rPr>
        <w:t>calitatea</w:t>
      </w:r>
      <w:proofErr w:type="spellEnd"/>
      <w:r w:rsidRPr="008902E8">
        <w:rPr>
          <w:color w:val="000000"/>
          <w:lang w:val="fr-FR"/>
        </w:rPr>
        <w:t xml:space="preserve"> </w:t>
      </w:r>
      <w:proofErr w:type="spellStart"/>
      <w:r w:rsidRPr="008902E8">
        <w:rPr>
          <w:color w:val="000000"/>
          <w:lang w:val="fr-FR"/>
        </w:rPr>
        <w:t>acestuia</w:t>
      </w:r>
      <w:proofErr w:type="spellEnd"/>
      <w:r w:rsidRPr="008902E8">
        <w:rPr>
          <w:color w:val="000000"/>
          <w:lang w:val="fr-FR"/>
        </w:rPr>
        <w:t xml:space="preserve">, </w:t>
      </w:r>
      <w:proofErr w:type="spellStart"/>
      <w:r w:rsidRPr="008902E8">
        <w:rPr>
          <w:color w:val="000000"/>
          <w:lang w:val="fr-FR"/>
        </w:rPr>
        <w:t>în</w:t>
      </w:r>
      <w:proofErr w:type="spellEnd"/>
      <w:r w:rsidRPr="008902E8">
        <w:rPr>
          <w:color w:val="000000"/>
          <w:lang w:val="fr-FR"/>
        </w:rPr>
        <w:t xml:space="preserve"> </w:t>
      </w:r>
      <w:proofErr w:type="spellStart"/>
      <w:r w:rsidRPr="008902E8">
        <w:rPr>
          <w:color w:val="000000"/>
          <w:lang w:val="fr-FR"/>
        </w:rPr>
        <w:t>formatul</w:t>
      </w:r>
      <w:proofErr w:type="spellEnd"/>
      <w:r w:rsidRPr="008902E8">
        <w:rPr>
          <w:color w:val="000000"/>
          <w:lang w:val="fr-FR"/>
        </w:rPr>
        <w:t xml:space="preserve"> standard </w:t>
      </w:r>
      <w:proofErr w:type="spellStart"/>
      <w:r w:rsidRPr="008902E8">
        <w:rPr>
          <w:color w:val="000000"/>
          <w:lang w:val="fr-FR"/>
        </w:rPr>
        <w:t>stabilit</w:t>
      </w:r>
      <w:proofErr w:type="spellEnd"/>
      <w:r w:rsidRPr="008902E8">
        <w:rPr>
          <w:color w:val="000000"/>
          <w:lang w:val="fr-FR"/>
        </w:rPr>
        <w:t xml:space="preserve"> prin </w:t>
      </w:r>
      <w:proofErr w:type="spellStart"/>
      <w:r w:rsidRPr="008902E8">
        <w:rPr>
          <w:color w:val="000000"/>
          <w:lang w:val="fr-FR"/>
        </w:rPr>
        <w:t>ordin</w:t>
      </w:r>
      <w:proofErr w:type="spellEnd"/>
      <w:r w:rsidRPr="008902E8">
        <w:rPr>
          <w:color w:val="000000"/>
          <w:lang w:val="fr-FR"/>
        </w:rPr>
        <w:t xml:space="preserve"> al </w:t>
      </w:r>
      <w:proofErr w:type="spellStart"/>
      <w:r w:rsidRPr="008902E8">
        <w:rPr>
          <w:color w:val="000000"/>
          <w:lang w:val="fr-FR"/>
        </w:rPr>
        <w:t>ministrului</w:t>
      </w:r>
      <w:proofErr w:type="spellEnd"/>
      <w:r w:rsidRPr="008902E8">
        <w:rPr>
          <w:color w:val="000000"/>
          <w:lang w:val="fr-FR"/>
        </w:rPr>
        <w:t xml:space="preserve"> </w:t>
      </w:r>
      <w:proofErr w:type="spellStart"/>
      <w:r w:rsidRPr="008902E8">
        <w:rPr>
          <w:color w:val="000000"/>
          <w:lang w:val="fr-FR"/>
        </w:rPr>
        <w:t>sănătăţii</w:t>
      </w:r>
      <w:proofErr w:type="spellEnd"/>
      <w:r w:rsidRPr="008902E8">
        <w:rPr>
          <w:color w:val="000000"/>
          <w:lang w:val="fr-FR"/>
        </w:rPr>
        <w:t>.</w:t>
      </w:r>
    </w:p>
    <w:p w14:paraId="5DD8E5ED" w14:textId="77777777" w:rsidR="00192F71" w:rsidRPr="008902E8" w:rsidRDefault="00192F71" w:rsidP="008902E8">
      <w:pPr>
        <w:spacing w:before="240"/>
        <w:jc w:val="both"/>
        <w:rPr>
          <w:color w:val="000000"/>
          <w:lang w:val="fr-FR"/>
        </w:rPr>
      </w:pPr>
      <w:proofErr w:type="spellStart"/>
      <w:r w:rsidRPr="008902E8">
        <w:rPr>
          <w:color w:val="000000"/>
          <w:lang w:val="fr-FR"/>
        </w:rPr>
        <w:t>În</w:t>
      </w:r>
      <w:proofErr w:type="spellEnd"/>
      <w:r w:rsidRPr="008902E8">
        <w:rPr>
          <w:color w:val="000000"/>
          <w:lang w:val="fr-FR"/>
        </w:rPr>
        <w:t xml:space="preserve"> </w:t>
      </w:r>
      <w:proofErr w:type="spellStart"/>
      <w:r w:rsidRPr="008902E8">
        <w:rPr>
          <w:color w:val="000000"/>
          <w:lang w:val="fr-FR"/>
        </w:rPr>
        <w:t>cazul</w:t>
      </w:r>
      <w:proofErr w:type="spellEnd"/>
      <w:r w:rsidRPr="008902E8">
        <w:rPr>
          <w:color w:val="000000"/>
          <w:lang w:val="fr-FR"/>
        </w:rPr>
        <w:t xml:space="preserve"> </w:t>
      </w:r>
      <w:proofErr w:type="spellStart"/>
      <w:r w:rsidRPr="008902E8">
        <w:rPr>
          <w:color w:val="000000"/>
          <w:lang w:val="fr-FR"/>
        </w:rPr>
        <w:t>în</w:t>
      </w:r>
      <w:proofErr w:type="spellEnd"/>
      <w:r w:rsidRPr="008902E8">
        <w:rPr>
          <w:color w:val="000000"/>
          <w:lang w:val="fr-FR"/>
        </w:rPr>
        <w:t xml:space="preserve"> care </w:t>
      </w:r>
      <w:proofErr w:type="spellStart"/>
      <w:r w:rsidRPr="008902E8">
        <w:rPr>
          <w:color w:val="000000"/>
          <w:lang w:val="fr-FR"/>
        </w:rPr>
        <w:t>candidatul</w:t>
      </w:r>
      <w:proofErr w:type="spellEnd"/>
      <w:r w:rsidRPr="008902E8">
        <w:rPr>
          <w:color w:val="000000"/>
          <w:lang w:val="fr-FR"/>
        </w:rPr>
        <w:t xml:space="preserve"> este </w:t>
      </w:r>
      <w:proofErr w:type="spellStart"/>
      <w:r w:rsidRPr="008902E8">
        <w:rPr>
          <w:color w:val="000000"/>
          <w:lang w:val="fr-FR"/>
        </w:rPr>
        <w:t>cetățean</w:t>
      </w:r>
      <w:proofErr w:type="spellEnd"/>
      <w:r w:rsidRPr="008902E8">
        <w:rPr>
          <w:color w:val="000000"/>
          <w:lang w:val="fr-FR"/>
        </w:rPr>
        <w:t xml:space="preserve"> al </w:t>
      </w:r>
      <w:proofErr w:type="spellStart"/>
      <w:r w:rsidRPr="008902E8">
        <w:rPr>
          <w:color w:val="000000"/>
          <w:lang w:val="fr-FR"/>
        </w:rPr>
        <w:t>unui</w:t>
      </w:r>
      <w:proofErr w:type="spellEnd"/>
      <w:r w:rsidRPr="008902E8">
        <w:rPr>
          <w:color w:val="000000"/>
          <w:lang w:val="fr-FR"/>
        </w:rPr>
        <w:t xml:space="preserve"> alt stat membru al </w:t>
      </w:r>
      <w:proofErr w:type="spellStart"/>
      <w:r w:rsidRPr="008902E8">
        <w:rPr>
          <w:color w:val="000000"/>
          <w:lang w:val="fr-FR"/>
        </w:rPr>
        <w:t>Uniunii</w:t>
      </w:r>
      <w:proofErr w:type="spellEnd"/>
      <w:r w:rsidRPr="008902E8">
        <w:rPr>
          <w:color w:val="000000"/>
          <w:lang w:val="fr-FR"/>
        </w:rPr>
        <w:t xml:space="preserve"> </w:t>
      </w:r>
      <w:proofErr w:type="spellStart"/>
      <w:r w:rsidRPr="008902E8">
        <w:rPr>
          <w:color w:val="000000"/>
          <w:lang w:val="fr-FR"/>
        </w:rPr>
        <w:t>Europene</w:t>
      </w:r>
      <w:proofErr w:type="spellEnd"/>
      <w:r w:rsidRPr="008902E8">
        <w:rPr>
          <w:color w:val="000000"/>
          <w:lang w:val="fr-FR"/>
        </w:rPr>
        <w:t xml:space="preserve">, al </w:t>
      </w:r>
      <w:proofErr w:type="spellStart"/>
      <w:r w:rsidRPr="008902E8">
        <w:rPr>
          <w:color w:val="000000"/>
          <w:lang w:val="fr-FR"/>
        </w:rPr>
        <w:t>unui</w:t>
      </w:r>
      <w:proofErr w:type="spellEnd"/>
      <w:r w:rsidRPr="008902E8">
        <w:rPr>
          <w:color w:val="000000"/>
          <w:lang w:val="fr-FR"/>
        </w:rPr>
        <w:t xml:space="preserve"> stat parte la </w:t>
      </w:r>
      <w:proofErr w:type="spellStart"/>
      <w:r w:rsidRPr="008902E8">
        <w:rPr>
          <w:color w:val="000000"/>
          <w:lang w:val="fr-FR"/>
        </w:rPr>
        <w:t>Acordul</w:t>
      </w:r>
      <w:proofErr w:type="spellEnd"/>
      <w:r w:rsidRPr="008902E8">
        <w:rPr>
          <w:color w:val="000000"/>
          <w:lang w:val="fr-FR"/>
        </w:rPr>
        <w:t xml:space="preserve"> </w:t>
      </w:r>
      <w:proofErr w:type="spellStart"/>
      <w:r w:rsidRPr="008902E8">
        <w:rPr>
          <w:color w:val="000000"/>
          <w:lang w:val="fr-FR"/>
        </w:rPr>
        <w:t>privind</w:t>
      </w:r>
      <w:proofErr w:type="spellEnd"/>
      <w:r w:rsidRPr="008902E8">
        <w:rPr>
          <w:color w:val="000000"/>
          <w:lang w:val="fr-FR"/>
        </w:rPr>
        <w:t xml:space="preserve"> </w:t>
      </w:r>
      <w:proofErr w:type="spellStart"/>
      <w:r w:rsidRPr="008902E8">
        <w:rPr>
          <w:color w:val="000000"/>
          <w:lang w:val="fr-FR"/>
        </w:rPr>
        <w:t>Spaţiul</w:t>
      </w:r>
      <w:proofErr w:type="spellEnd"/>
      <w:r w:rsidRPr="008902E8">
        <w:rPr>
          <w:color w:val="000000"/>
          <w:lang w:val="fr-FR"/>
        </w:rPr>
        <w:t xml:space="preserve"> </w:t>
      </w:r>
      <w:proofErr w:type="spellStart"/>
      <w:r w:rsidRPr="008902E8">
        <w:rPr>
          <w:color w:val="000000"/>
          <w:lang w:val="fr-FR"/>
        </w:rPr>
        <w:t>Economic</w:t>
      </w:r>
      <w:proofErr w:type="spellEnd"/>
      <w:r w:rsidRPr="008902E8">
        <w:rPr>
          <w:color w:val="000000"/>
          <w:lang w:val="fr-FR"/>
        </w:rPr>
        <w:t xml:space="preserve"> </w:t>
      </w:r>
      <w:proofErr w:type="spellStart"/>
      <w:r w:rsidRPr="008902E8">
        <w:rPr>
          <w:color w:val="000000"/>
          <w:lang w:val="fr-FR"/>
        </w:rPr>
        <w:t>European</w:t>
      </w:r>
      <w:proofErr w:type="spellEnd"/>
      <w:r w:rsidRPr="008902E8">
        <w:rPr>
          <w:color w:val="000000"/>
          <w:lang w:val="fr-FR"/>
        </w:rPr>
        <w:t xml:space="preserve"> (SEE) </w:t>
      </w:r>
      <w:proofErr w:type="spellStart"/>
      <w:r w:rsidRPr="008902E8">
        <w:rPr>
          <w:color w:val="000000"/>
          <w:lang w:val="fr-FR"/>
        </w:rPr>
        <w:t>sau</w:t>
      </w:r>
      <w:proofErr w:type="spellEnd"/>
      <w:r w:rsidRPr="008902E8">
        <w:rPr>
          <w:color w:val="000000"/>
          <w:lang w:val="fr-FR"/>
        </w:rPr>
        <w:t xml:space="preserve"> al </w:t>
      </w:r>
      <w:proofErr w:type="spellStart"/>
      <w:r w:rsidRPr="008902E8">
        <w:rPr>
          <w:color w:val="000000"/>
          <w:lang w:val="fr-FR"/>
        </w:rPr>
        <w:t>Confederaţiei</w:t>
      </w:r>
      <w:proofErr w:type="spellEnd"/>
      <w:r w:rsidRPr="008902E8">
        <w:rPr>
          <w:color w:val="000000"/>
          <w:lang w:val="fr-FR"/>
        </w:rPr>
        <w:t xml:space="preserve"> Elveţiene, </w:t>
      </w:r>
      <w:proofErr w:type="spellStart"/>
      <w:r w:rsidRPr="008902E8">
        <w:rPr>
          <w:color w:val="000000"/>
          <w:lang w:val="fr-FR"/>
        </w:rPr>
        <w:t>acesta</w:t>
      </w:r>
      <w:proofErr w:type="spellEnd"/>
      <w:r w:rsidRPr="008902E8">
        <w:rPr>
          <w:color w:val="000000"/>
          <w:lang w:val="fr-FR"/>
        </w:rPr>
        <w:t xml:space="preserve"> </w:t>
      </w:r>
      <w:proofErr w:type="spellStart"/>
      <w:r w:rsidRPr="008902E8">
        <w:rPr>
          <w:color w:val="000000"/>
          <w:lang w:val="fr-FR"/>
        </w:rPr>
        <w:t>trebuie</w:t>
      </w:r>
      <w:proofErr w:type="spellEnd"/>
      <w:r w:rsidRPr="008902E8">
        <w:rPr>
          <w:color w:val="000000"/>
          <w:lang w:val="fr-FR"/>
        </w:rPr>
        <w:t xml:space="preserve"> </w:t>
      </w:r>
      <w:proofErr w:type="spellStart"/>
      <w:r w:rsidRPr="008902E8">
        <w:rPr>
          <w:color w:val="000000"/>
          <w:lang w:val="fr-FR"/>
        </w:rPr>
        <w:t>să</w:t>
      </w:r>
      <w:proofErr w:type="spellEnd"/>
      <w:r w:rsidRPr="008902E8">
        <w:rPr>
          <w:color w:val="000000"/>
          <w:lang w:val="fr-FR"/>
        </w:rPr>
        <w:t xml:space="preserve"> </w:t>
      </w:r>
      <w:proofErr w:type="spellStart"/>
      <w:r w:rsidRPr="008902E8">
        <w:rPr>
          <w:color w:val="000000"/>
          <w:lang w:val="fr-FR"/>
        </w:rPr>
        <w:t>deţină</w:t>
      </w:r>
      <w:proofErr w:type="spellEnd"/>
      <w:r w:rsidRPr="008902E8">
        <w:rPr>
          <w:color w:val="000000"/>
          <w:lang w:val="fr-FR"/>
        </w:rPr>
        <w:t xml:space="preserve"> un CNP (</w:t>
      </w:r>
      <w:proofErr w:type="spellStart"/>
      <w:r w:rsidRPr="008902E8">
        <w:rPr>
          <w:color w:val="000000"/>
          <w:lang w:val="fr-FR"/>
        </w:rPr>
        <w:t>cod</w:t>
      </w:r>
      <w:proofErr w:type="spellEnd"/>
      <w:r w:rsidRPr="008902E8">
        <w:rPr>
          <w:color w:val="000000"/>
          <w:lang w:val="fr-FR"/>
        </w:rPr>
        <w:t xml:space="preserve"> </w:t>
      </w:r>
      <w:proofErr w:type="spellStart"/>
      <w:r w:rsidRPr="008902E8">
        <w:rPr>
          <w:color w:val="000000"/>
          <w:lang w:val="fr-FR"/>
        </w:rPr>
        <w:t>numeric</w:t>
      </w:r>
      <w:proofErr w:type="spellEnd"/>
      <w:r w:rsidRPr="008902E8">
        <w:rPr>
          <w:color w:val="000000"/>
          <w:lang w:val="fr-FR"/>
        </w:rPr>
        <w:t xml:space="preserve"> </w:t>
      </w:r>
      <w:proofErr w:type="spellStart"/>
      <w:r w:rsidRPr="008902E8">
        <w:rPr>
          <w:color w:val="000000"/>
          <w:lang w:val="fr-FR"/>
        </w:rPr>
        <w:t>personal</w:t>
      </w:r>
      <w:proofErr w:type="spellEnd"/>
      <w:r w:rsidRPr="008902E8">
        <w:rPr>
          <w:color w:val="000000"/>
          <w:lang w:val="fr-FR"/>
        </w:rPr>
        <w:t xml:space="preserve">) </w:t>
      </w:r>
      <w:proofErr w:type="spellStart"/>
      <w:r w:rsidRPr="008902E8">
        <w:rPr>
          <w:color w:val="000000"/>
          <w:lang w:val="fr-FR"/>
        </w:rPr>
        <w:t>sau</w:t>
      </w:r>
      <w:proofErr w:type="spellEnd"/>
      <w:r w:rsidRPr="008902E8">
        <w:rPr>
          <w:color w:val="000000"/>
          <w:lang w:val="fr-FR"/>
        </w:rPr>
        <w:t xml:space="preserve"> </w:t>
      </w:r>
      <w:r w:rsidRPr="008902E8">
        <w:rPr>
          <w:color w:val="000000"/>
          <w:lang w:val="ro-RO"/>
        </w:rPr>
        <w:t xml:space="preserve">să solicite până angajare, dacă nu are </w:t>
      </w:r>
      <w:r w:rsidRPr="008902E8">
        <w:rPr>
          <w:color w:val="000000"/>
          <w:lang w:val="fr-FR"/>
        </w:rPr>
        <w:t>un NIF (</w:t>
      </w:r>
      <w:proofErr w:type="spellStart"/>
      <w:r w:rsidRPr="008902E8">
        <w:rPr>
          <w:color w:val="000000"/>
          <w:lang w:val="fr-FR"/>
        </w:rPr>
        <w:t>număr</w:t>
      </w:r>
      <w:proofErr w:type="spellEnd"/>
      <w:r w:rsidRPr="008902E8">
        <w:rPr>
          <w:color w:val="000000"/>
          <w:lang w:val="fr-FR"/>
        </w:rPr>
        <w:t xml:space="preserve"> de </w:t>
      </w:r>
      <w:proofErr w:type="spellStart"/>
      <w:r w:rsidRPr="008902E8">
        <w:rPr>
          <w:color w:val="000000"/>
          <w:lang w:val="fr-FR"/>
        </w:rPr>
        <w:t>identificare</w:t>
      </w:r>
      <w:proofErr w:type="spellEnd"/>
      <w:r w:rsidRPr="008902E8">
        <w:rPr>
          <w:color w:val="000000"/>
          <w:lang w:val="fr-FR"/>
        </w:rPr>
        <w:t xml:space="preserve"> </w:t>
      </w:r>
      <w:proofErr w:type="spellStart"/>
      <w:r w:rsidRPr="008902E8">
        <w:rPr>
          <w:color w:val="000000"/>
          <w:lang w:val="fr-FR"/>
        </w:rPr>
        <w:t>fiscală</w:t>
      </w:r>
      <w:proofErr w:type="spellEnd"/>
      <w:r w:rsidRPr="008902E8">
        <w:rPr>
          <w:color w:val="000000"/>
          <w:lang w:val="fr-FR"/>
        </w:rPr>
        <w:t xml:space="preserve">) </w:t>
      </w:r>
      <w:proofErr w:type="spellStart"/>
      <w:r w:rsidRPr="008902E8">
        <w:rPr>
          <w:color w:val="000000"/>
          <w:lang w:val="fr-FR"/>
        </w:rPr>
        <w:t>valabil</w:t>
      </w:r>
      <w:proofErr w:type="spellEnd"/>
      <w:r w:rsidRPr="008902E8">
        <w:rPr>
          <w:color w:val="000000"/>
          <w:lang w:val="fr-FR"/>
        </w:rPr>
        <w:t xml:space="preserve">, </w:t>
      </w:r>
      <w:proofErr w:type="spellStart"/>
      <w:r w:rsidRPr="008902E8">
        <w:rPr>
          <w:color w:val="000000"/>
          <w:lang w:val="fr-FR"/>
        </w:rPr>
        <w:t>eliberat</w:t>
      </w:r>
      <w:proofErr w:type="spellEnd"/>
      <w:r w:rsidRPr="008902E8">
        <w:rPr>
          <w:color w:val="000000"/>
          <w:lang w:val="fr-FR"/>
        </w:rPr>
        <w:t xml:space="preserve"> de </w:t>
      </w:r>
      <w:proofErr w:type="spellStart"/>
      <w:r w:rsidRPr="008902E8">
        <w:rPr>
          <w:color w:val="000000"/>
          <w:lang w:val="fr-FR"/>
        </w:rPr>
        <w:t>autoritățile</w:t>
      </w:r>
      <w:proofErr w:type="spellEnd"/>
      <w:r w:rsidRPr="008902E8">
        <w:rPr>
          <w:color w:val="000000"/>
          <w:lang w:val="fr-FR"/>
        </w:rPr>
        <w:t xml:space="preserve"> </w:t>
      </w:r>
      <w:proofErr w:type="spellStart"/>
      <w:r w:rsidRPr="008902E8">
        <w:rPr>
          <w:color w:val="000000"/>
          <w:lang w:val="fr-FR"/>
        </w:rPr>
        <w:t>competente</w:t>
      </w:r>
      <w:proofErr w:type="spellEnd"/>
      <w:r w:rsidRPr="008902E8">
        <w:rPr>
          <w:color w:val="000000"/>
          <w:lang w:val="fr-FR"/>
        </w:rPr>
        <w:t xml:space="preserve"> </w:t>
      </w:r>
      <w:proofErr w:type="spellStart"/>
      <w:r w:rsidRPr="008902E8">
        <w:rPr>
          <w:color w:val="000000"/>
          <w:lang w:val="fr-FR"/>
        </w:rPr>
        <w:t>din</w:t>
      </w:r>
      <w:proofErr w:type="spellEnd"/>
      <w:r w:rsidRPr="008902E8">
        <w:rPr>
          <w:color w:val="000000"/>
          <w:lang w:val="fr-FR"/>
        </w:rPr>
        <w:t xml:space="preserve"> </w:t>
      </w:r>
      <w:proofErr w:type="spellStart"/>
      <w:r w:rsidRPr="008902E8">
        <w:rPr>
          <w:color w:val="000000"/>
          <w:lang w:val="fr-FR"/>
        </w:rPr>
        <w:t>România</w:t>
      </w:r>
      <w:proofErr w:type="spellEnd"/>
      <w:r w:rsidRPr="008902E8">
        <w:rPr>
          <w:color w:val="000000"/>
          <w:lang w:val="fr-FR"/>
        </w:rPr>
        <w:t>.</w:t>
      </w:r>
    </w:p>
    <w:p w14:paraId="799A42B2" w14:textId="77777777" w:rsidR="00192F71" w:rsidRPr="008902E8" w:rsidRDefault="00192F71" w:rsidP="008902E8">
      <w:pPr>
        <w:tabs>
          <w:tab w:val="left" w:pos="720"/>
        </w:tabs>
        <w:jc w:val="both"/>
      </w:pPr>
      <w:r w:rsidRPr="008902E8">
        <w:rPr>
          <w:lang w:val="ro-RO"/>
        </w:rPr>
        <w:t xml:space="preserve">Dosarele de concurs se depun </w:t>
      </w:r>
      <w:proofErr w:type="spellStart"/>
      <w:r w:rsidRPr="008902E8">
        <w:t>în</w:t>
      </w:r>
      <w:proofErr w:type="spellEnd"/>
      <w:r w:rsidRPr="008902E8">
        <w:t xml:space="preserve"> format </w:t>
      </w:r>
      <w:proofErr w:type="spellStart"/>
      <w:r w:rsidRPr="008902E8">
        <w:t>fizic</w:t>
      </w:r>
      <w:proofErr w:type="spellEnd"/>
      <w:r w:rsidRPr="008902E8">
        <w:rPr>
          <w:lang w:val="ro-RO"/>
        </w:rPr>
        <w:t xml:space="preserve"> la </w:t>
      </w:r>
      <w:r w:rsidRPr="008902E8">
        <w:rPr>
          <w:b/>
        </w:rPr>
        <w:t xml:space="preserve">ICDCRM M-Ciuc – 530240 - Miercurea Ciuc, Str. </w:t>
      </w:r>
      <w:proofErr w:type="spellStart"/>
      <w:r w:rsidRPr="008902E8">
        <w:rPr>
          <w:b/>
        </w:rPr>
        <w:t>Progresului</w:t>
      </w:r>
      <w:proofErr w:type="spellEnd"/>
      <w:r w:rsidRPr="008902E8">
        <w:rPr>
          <w:b/>
        </w:rPr>
        <w:t xml:space="preserve"> nr. 35B, </w:t>
      </w:r>
      <w:proofErr w:type="spellStart"/>
      <w:r w:rsidRPr="008902E8">
        <w:rPr>
          <w:b/>
        </w:rPr>
        <w:t>jud</w:t>
      </w:r>
      <w:proofErr w:type="spellEnd"/>
      <w:r w:rsidRPr="008902E8">
        <w:rPr>
          <w:b/>
        </w:rPr>
        <w:t xml:space="preserve"> </w:t>
      </w:r>
      <w:proofErr w:type="spellStart"/>
      <w:r w:rsidRPr="008902E8">
        <w:rPr>
          <w:b/>
        </w:rPr>
        <w:t>Harghita</w:t>
      </w:r>
      <w:proofErr w:type="spellEnd"/>
      <w:r w:rsidRPr="008902E8">
        <w:rPr>
          <w:b/>
        </w:rPr>
        <w:t xml:space="preserve"> </w:t>
      </w:r>
      <w:proofErr w:type="spellStart"/>
      <w:r w:rsidRPr="008902E8">
        <w:rPr>
          <w:bCs/>
        </w:rPr>
        <w:t>sau</w:t>
      </w:r>
      <w:proofErr w:type="spellEnd"/>
      <w:r w:rsidRPr="008902E8">
        <w:rPr>
          <w:bCs/>
        </w:rPr>
        <w:t xml:space="preserve"> se transmit </w:t>
      </w:r>
      <w:proofErr w:type="spellStart"/>
      <w:r w:rsidRPr="008902E8">
        <w:rPr>
          <w:bCs/>
        </w:rPr>
        <w:t>prin</w:t>
      </w:r>
      <w:proofErr w:type="spellEnd"/>
      <w:r w:rsidRPr="008902E8">
        <w:rPr>
          <w:bCs/>
        </w:rPr>
        <w:t xml:space="preserve"> e-mail</w:t>
      </w:r>
      <w:r w:rsidRPr="008902E8">
        <w:rPr>
          <w:b/>
        </w:rPr>
        <w:t xml:space="preserve"> </w:t>
      </w:r>
      <w:r w:rsidRPr="008902E8">
        <w:rPr>
          <w:bCs/>
        </w:rPr>
        <w:t xml:space="preserve">la </w:t>
      </w:r>
      <w:proofErr w:type="spellStart"/>
      <w:r w:rsidRPr="008902E8">
        <w:rPr>
          <w:bCs/>
        </w:rPr>
        <w:t>adresa</w:t>
      </w:r>
      <w:proofErr w:type="spellEnd"/>
      <w:r w:rsidRPr="008902E8">
        <w:rPr>
          <w:bCs/>
        </w:rPr>
        <w:t xml:space="preserve"> </w:t>
      </w:r>
      <w:hyperlink r:id="rId8" w:history="1">
        <w:r w:rsidRPr="008902E8">
          <w:rPr>
            <w:rStyle w:val="Hiperhivatkozs"/>
            <w:bCs/>
          </w:rPr>
          <w:t>administrativ@icdcrm.ro</w:t>
        </w:r>
      </w:hyperlink>
      <w:r w:rsidRPr="008902E8">
        <w:rPr>
          <w:b/>
        </w:rPr>
        <w:t xml:space="preserve">, </w:t>
      </w:r>
      <w:r w:rsidRPr="008902E8">
        <w:t xml:space="preserve">conform </w:t>
      </w:r>
      <w:proofErr w:type="spellStart"/>
      <w:r w:rsidRPr="008902E8">
        <w:t>datelor</w:t>
      </w:r>
      <w:proofErr w:type="spellEnd"/>
      <w:r w:rsidRPr="008902E8">
        <w:t xml:space="preserve"> sus </w:t>
      </w:r>
      <w:proofErr w:type="spellStart"/>
      <w:r w:rsidRPr="008902E8">
        <w:t>prezentate</w:t>
      </w:r>
      <w:proofErr w:type="spellEnd"/>
      <w:r w:rsidRPr="008902E8">
        <w:t xml:space="preserve">, </w:t>
      </w:r>
      <w:proofErr w:type="spellStart"/>
      <w:r w:rsidRPr="008902E8">
        <w:t>dupa</w:t>
      </w:r>
      <w:proofErr w:type="spellEnd"/>
      <w:r w:rsidRPr="008902E8">
        <w:t xml:space="preserve"> </w:t>
      </w:r>
      <w:proofErr w:type="spellStart"/>
      <w:r w:rsidRPr="008902E8">
        <w:t>publicarea</w:t>
      </w:r>
      <w:proofErr w:type="spellEnd"/>
      <w:r w:rsidRPr="008902E8">
        <w:t xml:space="preserve"> </w:t>
      </w:r>
      <w:proofErr w:type="spellStart"/>
      <w:r w:rsidRPr="008902E8">
        <w:t>anunțului</w:t>
      </w:r>
      <w:proofErr w:type="spellEnd"/>
      <w:r w:rsidRPr="008902E8">
        <w:t xml:space="preserve"> pe </w:t>
      </w:r>
      <w:proofErr w:type="spellStart"/>
      <w:r w:rsidRPr="008902E8">
        <w:t>pagina</w:t>
      </w:r>
      <w:proofErr w:type="spellEnd"/>
      <w:r w:rsidRPr="008902E8">
        <w:t xml:space="preserve"> posturi.gov.ro </w:t>
      </w:r>
      <w:proofErr w:type="spellStart"/>
      <w:r w:rsidRPr="008902E8">
        <w:t>și</w:t>
      </w:r>
      <w:proofErr w:type="spellEnd"/>
      <w:r w:rsidRPr="008902E8">
        <w:t xml:space="preserve"> pe </w:t>
      </w:r>
      <w:proofErr w:type="spellStart"/>
      <w:r w:rsidRPr="008902E8">
        <w:t>pagina</w:t>
      </w:r>
      <w:proofErr w:type="spellEnd"/>
      <w:r w:rsidRPr="008902E8">
        <w:t xml:space="preserve"> </w:t>
      </w:r>
      <w:hyperlink r:id="rId9" w:history="1">
        <w:r w:rsidRPr="008902E8">
          <w:rPr>
            <w:rStyle w:val="Hiperhivatkozs"/>
          </w:rPr>
          <w:t>www.icdcrm.ro</w:t>
        </w:r>
      </w:hyperlink>
      <w:r w:rsidRPr="008902E8">
        <w:t>.</w:t>
      </w:r>
    </w:p>
    <w:p w14:paraId="775BFFF1" w14:textId="77777777" w:rsidR="00192F71" w:rsidRPr="008902E8" w:rsidRDefault="00192F71" w:rsidP="008902E8">
      <w:pPr>
        <w:jc w:val="both"/>
      </w:pPr>
      <w:proofErr w:type="spellStart"/>
      <w:r w:rsidRPr="008902E8">
        <w:t>Secretarul</w:t>
      </w:r>
      <w:proofErr w:type="spellEnd"/>
      <w:r w:rsidRPr="008902E8">
        <w:t xml:space="preserve"> </w:t>
      </w:r>
      <w:proofErr w:type="spellStart"/>
      <w:r w:rsidRPr="008902E8">
        <w:t>comisiei</w:t>
      </w:r>
      <w:proofErr w:type="spellEnd"/>
      <w:r w:rsidRPr="008902E8">
        <w:t xml:space="preserve"> de concurs </w:t>
      </w:r>
      <w:proofErr w:type="spellStart"/>
      <w:r w:rsidRPr="008902E8">
        <w:t>înregistrează</w:t>
      </w:r>
      <w:proofErr w:type="spellEnd"/>
      <w:r w:rsidRPr="008902E8">
        <w:t xml:space="preserve"> </w:t>
      </w:r>
      <w:proofErr w:type="spellStart"/>
      <w:r w:rsidRPr="008902E8">
        <w:t>dosarul</w:t>
      </w:r>
      <w:proofErr w:type="spellEnd"/>
      <w:r w:rsidRPr="008902E8">
        <w:t xml:space="preserve"> de concurs, </w:t>
      </w:r>
      <w:proofErr w:type="spellStart"/>
      <w:r w:rsidRPr="008902E8">
        <w:t>comunică</w:t>
      </w:r>
      <w:proofErr w:type="spellEnd"/>
      <w:r w:rsidRPr="008902E8">
        <w:t xml:space="preserve"> </w:t>
      </w:r>
      <w:proofErr w:type="spellStart"/>
      <w:r w:rsidRPr="008902E8">
        <w:t>numărul</w:t>
      </w:r>
      <w:proofErr w:type="spellEnd"/>
      <w:r w:rsidRPr="008902E8">
        <w:t xml:space="preserve"> de </w:t>
      </w:r>
      <w:proofErr w:type="spellStart"/>
      <w:r w:rsidRPr="008902E8">
        <w:t>înregistrare</w:t>
      </w:r>
      <w:proofErr w:type="spellEnd"/>
      <w:r w:rsidRPr="008902E8">
        <w:t xml:space="preserve"> </w:t>
      </w:r>
      <w:proofErr w:type="spellStart"/>
      <w:r w:rsidRPr="008902E8">
        <w:t>candidatului</w:t>
      </w:r>
      <w:proofErr w:type="spellEnd"/>
      <w:r w:rsidRPr="008902E8">
        <w:t xml:space="preserve"> </w:t>
      </w:r>
      <w:proofErr w:type="spellStart"/>
      <w:r w:rsidRPr="008902E8">
        <w:t>și</w:t>
      </w:r>
      <w:proofErr w:type="spellEnd"/>
      <w:r w:rsidRPr="008902E8">
        <w:t xml:space="preserve"> </w:t>
      </w:r>
      <w:proofErr w:type="spellStart"/>
      <w:r w:rsidRPr="008902E8">
        <w:t>transmite</w:t>
      </w:r>
      <w:proofErr w:type="spellEnd"/>
      <w:r w:rsidRPr="008902E8">
        <w:t xml:space="preserve"> </w:t>
      </w:r>
      <w:proofErr w:type="spellStart"/>
      <w:r w:rsidRPr="008902E8">
        <w:t>dosarul</w:t>
      </w:r>
      <w:proofErr w:type="spellEnd"/>
      <w:r w:rsidRPr="008902E8">
        <w:t xml:space="preserve"> </w:t>
      </w:r>
      <w:proofErr w:type="spellStart"/>
      <w:r w:rsidRPr="008902E8">
        <w:t>membrilor</w:t>
      </w:r>
      <w:proofErr w:type="spellEnd"/>
      <w:r w:rsidRPr="008902E8">
        <w:t xml:space="preserve"> </w:t>
      </w:r>
      <w:proofErr w:type="spellStart"/>
      <w:r w:rsidRPr="008902E8">
        <w:t>comisiei</w:t>
      </w:r>
      <w:proofErr w:type="spellEnd"/>
      <w:r w:rsidRPr="008902E8">
        <w:t xml:space="preserve"> de concurs, </w:t>
      </w:r>
      <w:proofErr w:type="spellStart"/>
      <w:r w:rsidRPr="008902E8">
        <w:t>în</w:t>
      </w:r>
      <w:proofErr w:type="spellEnd"/>
      <w:r w:rsidRPr="008902E8">
        <w:t xml:space="preserve"> </w:t>
      </w:r>
      <w:proofErr w:type="spellStart"/>
      <w:r w:rsidRPr="008902E8">
        <w:t>condițiile</w:t>
      </w:r>
      <w:proofErr w:type="spellEnd"/>
      <w:r w:rsidRPr="008902E8">
        <w:t xml:space="preserve"> </w:t>
      </w:r>
      <w:proofErr w:type="spellStart"/>
      <w:r w:rsidRPr="008902E8">
        <w:t>stabilite</w:t>
      </w:r>
      <w:proofErr w:type="spellEnd"/>
      <w:r w:rsidRPr="008902E8">
        <w:t xml:space="preserve"> </w:t>
      </w:r>
      <w:proofErr w:type="spellStart"/>
      <w:r w:rsidRPr="008902E8">
        <w:t>prin</w:t>
      </w:r>
      <w:proofErr w:type="spellEnd"/>
      <w:r w:rsidRPr="008902E8">
        <w:t xml:space="preserve"> </w:t>
      </w:r>
      <w:proofErr w:type="spellStart"/>
      <w:r w:rsidRPr="008902E8">
        <w:t>regulamentul</w:t>
      </w:r>
      <w:proofErr w:type="spellEnd"/>
      <w:r w:rsidRPr="008902E8">
        <w:t xml:space="preserve"> </w:t>
      </w:r>
      <w:proofErr w:type="spellStart"/>
      <w:r w:rsidRPr="008902E8">
        <w:t>propriu</w:t>
      </w:r>
      <w:proofErr w:type="spellEnd"/>
      <w:r w:rsidRPr="008902E8">
        <w:t xml:space="preserve"> de concurs.</w:t>
      </w:r>
    </w:p>
    <w:p w14:paraId="618895CF" w14:textId="77777777" w:rsidR="008902E8" w:rsidRPr="008902E8" w:rsidRDefault="008902E8" w:rsidP="008902E8">
      <w:pPr>
        <w:tabs>
          <w:tab w:val="left" w:pos="0"/>
          <w:tab w:val="left" w:pos="90"/>
          <w:tab w:val="center" w:pos="4536"/>
          <w:tab w:val="right" w:pos="9720"/>
          <w:tab w:val="right" w:pos="9900"/>
        </w:tabs>
        <w:jc w:val="both"/>
      </w:pPr>
      <w:r w:rsidRPr="008902E8">
        <w:rPr>
          <w:b/>
        </w:rPr>
        <w:t xml:space="preserve">     </w:t>
      </w:r>
      <w:proofErr w:type="spellStart"/>
      <w:r w:rsidRPr="008902E8">
        <w:rPr>
          <w:b/>
        </w:rPr>
        <w:t>Formularul</w:t>
      </w:r>
      <w:proofErr w:type="spellEnd"/>
      <w:r w:rsidRPr="008902E8">
        <w:rPr>
          <w:b/>
        </w:rPr>
        <w:t xml:space="preserve"> de </w:t>
      </w:r>
      <w:proofErr w:type="spellStart"/>
      <w:r w:rsidRPr="008902E8">
        <w:rPr>
          <w:b/>
        </w:rPr>
        <w:t>înscriere</w:t>
      </w:r>
      <w:proofErr w:type="spellEnd"/>
      <w:r w:rsidRPr="008902E8">
        <w:rPr>
          <w:b/>
        </w:rPr>
        <w:t xml:space="preserve"> se pot </w:t>
      </w:r>
      <w:proofErr w:type="spellStart"/>
      <w:r w:rsidRPr="008902E8">
        <w:rPr>
          <w:b/>
        </w:rPr>
        <w:t>ridica</w:t>
      </w:r>
      <w:proofErr w:type="spellEnd"/>
      <w:r w:rsidRPr="008902E8">
        <w:rPr>
          <w:b/>
        </w:rPr>
        <w:t xml:space="preserve"> de la </w:t>
      </w:r>
      <w:proofErr w:type="spellStart"/>
      <w:r w:rsidRPr="008902E8">
        <w:rPr>
          <w:b/>
        </w:rPr>
        <w:t>sediul</w:t>
      </w:r>
      <w:proofErr w:type="spellEnd"/>
      <w:r w:rsidRPr="008902E8">
        <w:rPr>
          <w:b/>
        </w:rPr>
        <w:t xml:space="preserve"> ICDCRM </w:t>
      </w:r>
      <w:proofErr w:type="spellStart"/>
      <w:r w:rsidRPr="008902E8">
        <w:rPr>
          <w:b/>
        </w:rPr>
        <w:t>și</w:t>
      </w:r>
      <w:proofErr w:type="spellEnd"/>
      <w:r w:rsidRPr="008902E8">
        <w:rPr>
          <w:b/>
        </w:rPr>
        <w:t xml:space="preserve"> pot fi </w:t>
      </w:r>
      <w:proofErr w:type="spellStart"/>
      <w:r w:rsidRPr="008902E8">
        <w:rPr>
          <w:b/>
        </w:rPr>
        <w:t>descărcate</w:t>
      </w:r>
      <w:proofErr w:type="spellEnd"/>
      <w:r w:rsidRPr="008902E8">
        <w:rPr>
          <w:b/>
        </w:rPr>
        <w:t xml:space="preserve"> </w:t>
      </w:r>
      <w:proofErr w:type="spellStart"/>
      <w:r w:rsidRPr="008902E8">
        <w:rPr>
          <w:b/>
        </w:rPr>
        <w:t>și</w:t>
      </w:r>
      <w:proofErr w:type="spellEnd"/>
      <w:r w:rsidRPr="008902E8">
        <w:rPr>
          <w:b/>
        </w:rPr>
        <w:t xml:space="preserve"> de pe site-ul </w:t>
      </w:r>
      <w:hyperlink r:id="rId10" w:history="1">
        <w:r w:rsidRPr="008902E8">
          <w:rPr>
            <w:rStyle w:val="Hiperhivatkozs"/>
            <w:bCs/>
          </w:rPr>
          <w:t>https://icdcrm.ro/ro/page/114/cariera</w:t>
        </w:r>
      </w:hyperlink>
      <w:r w:rsidRPr="008902E8">
        <w:rPr>
          <w:bCs/>
        </w:rPr>
        <w:t xml:space="preserve">, </w:t>
      </w:r>
      <w:r w:rsidRPr="008902E8">
        <w:t xml:space="preserve">  </w:t>
      </w:r>
    </w:p>
    <w:p w14:paraId="141F5CBF" w14:textId="21BDC4B4" w:rsidR="008902E8" w:rsidRPr="008902E8" w:rsidRDefault="008902E8" w:rsidP="008902E8">
      <w:pPr>
        <w:jc w:val="both"/>
        <w:rPr>
          <w:b/>
        </w:rPr>
      </w:pPr>
      <w:bookmarkStart w:id="0" w:name="_Hlk131143973"/>
      <w:r w:rsidRPr="008902E8">
        <w:t xml:space="preserve"> </w:t>
      </w:r>
      <w:proofErr w:type="spellStart"/>
      <w:r w:rsidRPr="008902E8">
        <w:t>Rela</w:t>
      </w:r>
      <w:r w:rsidRPr="008902E8">
        <w:rPr>
          <w:bCs/>
        </w:rPr>
        <w:t>ţ</w:t>
      </w:r>
      <w:r w:rsidRPr="008902E8">
        <w:t>ii</w:t>
      </w:r>
      <w:proofErr w:type="spellEnd"/>
      <w:r w:rsidRPr="008902E8">
        <w:t xml:space="preserve"> </w:t>
      </w:r>
      <w:proofErr w:type="spellStart"/>
      <w:r w:rsidRPr="008902E8">
        <w:t>suplimentare</w:t>
      </w:r>
      <w:proofErr w:type="spellEnd"/>
      <w:r w:rsidRPr="008902E8">
        <w:t xml:space="preserve"> se pot </w:t>
      </w:r>
      <w:proofErr w:type="spellStart"/>
      <w:r w:rsidRPr="008902E8">
        <w:t>ob</w:t>
      </w:r>
      <w:r w:rsidRPr="008902E8">
        <w:rPr>
          <w:bCs/>
        </w:rPr>
        <w:t>ţ</w:t>
      </w:r>
      <w:r w:rsidRPr="008902E8">
        <w:t>ine</w:t>
      </w:r>
      <w:proofErr w:type="spellEnd"/>
      <w:r w:rsidRPr="008902E8">
        <w:t xml:space="preserve"> la </w:t>
      </w:r>
      <w:proofErr w:type="spellStart"/>
      <w:r w:rsidRPr="008902E8">
        <w:t>sediul</w:t>
      </w:r>
      <w:proofErr w:type="spellEnd"/>
      <w:r w:rsidRPr="008902E8">
        <w:t xml:space="preserve"> </w:t>
      </w:r>
      <w:bookmarkEnd w:id="0"/>
      <w:proofErr w:type="spellStart"/>
      <w:r w:rsidRPr="008902E8">
        <w:rPr>
          <w:b/>
        </w:rPr>
        <w:t>Institutului</w:t>
      </w:r>
      <w:proofErr w:type="spellEnd"/>
      <w:r w:rsidRPr="008902E8">
        <w:rPr>
          <w:b/>
        </w:rPr>
        <w:t xml:space="preserve"> de Cercetare-Dezvoltare pentru </w:t>
      </w:r>
      <w:proofErr w:type="spellStart"/>
      <w:r w:rsidRPr="008902E8">
        <w:rPr>
          <w:b/>
        </w:rPr>
        <w:t>Cinegetică</w:t>
      </w:r>
      <w:proofErr w:type="spellEnd"/>
      <w:r w:rsidRPr="008902E8">
        <w:rPr>
          <w:b/>
        </w:rPr>
        <w:t xml:space="preserve"> </w:t>
      </w:r>
      <w:proofErr w:type="spellStart"/>
      <w:r w:rsidRPr="008902E8">
        <w:rPr>
          <w:b/>
        </w:rPr>
        <w:t>și</w:t>
      </w:r>
      <w:proofErr w:type="spellEnd"/>
      <w:r w:rsidRPr="008902E8">
        <w:rPr>
          <w:b/>
        </w:rPr>
        <w:t xml:space="preserve"> Resurse Montane Miercurea-Ciuc</w:t>
      </w:r>
      <w:r w:rsidRPr="008902E8">
        <w:rPr>
          <w:lang w:val="fr-FR"/>
        </w:rPr>
        <w:t xml:space="preserve"> </w:t>
      </w:r>
      <w:proofErr w:type="spellStart"/>
      <w:r w:rsidRPr="008902E8">
        <w:rPr>
          <w:lang w:val="fr-FR"/>
        </w:rPr>
        <w:t>din</w:t>
      </w:r>
      <w:proofErr w:type="spellEnd"/>
      <w:r w:rsidRPr="008902E8">
        <w:rPr>
          <w:lang w:val="fr-FR"/>
        </w:rPr>
        <w:t xml:space="preserve"> </w:t>
      </w:r>
      <w:proofErr w:type="spellStart"/>
      <w:r w:rsidRPr="008902E8">
        <w:rPr>
          <w:lang w:val="fr-FR"/>
        </w:rPr>
        <w:t>str.Progresului</w:t>
      </w:r>
      <w:proofErr w:type="spellEnd"/>
      <w:r w:rsidRPr="008902E8">
        <w:rPr>
          <w:lang w:val="fr-FR"/>
        </w:rPr>
        <w:t xml:space="preserve"> nr.35/B, Miercurea Ciuc, </w:t>
      </w:r>
      <w:proofErr w:type="spellStart"/>
      <w:r w:rsidRPr="008902E8">
        <w:rPr>
          <w:lang w:val="fr-FR"/>
        </w:rPr>
        <w:t>Judeţul</w:t>
      </w:r>
      <w:proofErr w:type="spellEnd"/>
      <w:r w:rsidRPr="008902E8">
        <w:rPr>
          <w:lang w:val="fr-FR"/>
        </w:rPr>
        <w:t xml:space="preserve"> Harghita, nr. de tel.0366-100203.</w:t>
      </w:r>
    </w:p>
    <w:p w14:paraId="689C1284" w14:textId="29B093B0" w:rsidR="008902E8" w:rsidRPr="008902E8" w:rsidRDefault="00BE71EA" w:rsidP="008902E8">
      <w:pPr>
        <w:jc w:val="both"/>
      </w:pPr>
      <w:r w:rsidRPr="0078704F">
        <w:rPr>
          <w:b/>
        </w:rPr>
        <w:t>E</w:t>
      </w:r>
      <w:r w:rsidR="008902E8" w:rsidRPr="0078704F">
        <w:rPr>
          <w:b/>
        </w:rPr>
        <w:t xml:space="preserve">.) </w:t>
      </w:r>
      <w:proofErr w:type="spellStart"/>
      <w:r w:rsidR="008902E8" w:rsidRPr="0078704F">
        <w:rPr>
          <w:b/>
        </w:rPr>
        <w:t>Calendarul</w:t>
      </w:r>
      <w:proofErr w:type="spellEnd"/>
      <w:r w:rsidR="008902E8" w:rsidRPr="0078704F">
        <w:rPr>
          <w:b/>
        </w:rPr>
        <w:t xml:space="preserve"> </w:t>
      </w:r>
      <w:proofErr w:type="spellStart"/>
      <w:r w:rsidR="008902E8" w:rsidRPr="0078704F">
        <w:rPr>
          <w:b/>
        </w:rPr>
        <w:t>concursului</w:t>
      </w:r>
      <w:proofErr w:type="spellEnd"/>
    </w:p>
    <w:p w14:paraId="467F30AA" w14:textId="18C90A54" w:rsidR="008902E8" w:rsidRPr="00BE71EA" w:rsidRDefault="00DF7A11" w:rsidP="008902E8">
      <w:pPr>
        <w:pStyle w:val="Listaszerbekezds"/>
        <w:numPr>
          <w:ilvl w:val="0"/>
          <w:numId w:val="12"/>
        </w:numPr>
        <w:jc w:val="both"/>
        <w:rPr>
          <w:lang w:val="fr-FR"/>
        </w:rPr>
      </w:pPr>
      <w:r>
        <w:rPr>
          <w:lang w:val="fr-FR"/>
        </w:rPr>
        <w:t>1</w:t>
      </w:r>
      <w:r w:rsidR="008844C6">
        <w:rPr>
          <w:lang w:val="fr-FR"/>
        </w:rPr>
        <w:t>9</w:t>
      </w:r>
      <w:r>
        <w:rPr>
          <w:lang w:val="fr-FR"/>
        </w:rPr>
        <w:t>.08.2026</w:t>
      </w:r>
      <w:r w:rsidR="008902E8" w:rsidRPr="00BE71EA">
        <w:rPr>
          <w:lang w:val="fr-FR"/>
        </w:rPr>
        <w:t xml:space="preserve">, </w:t>
      </w:r>
      <w:proofErr w:type="spellStart"/>
      <w:r w:rsidR="008902E8" w:rsidRPr="00BE71EA">
        <w:rPr>
          <w:lang w:val="fr-FR"/>
        </w:rPr>
        <w:t>ora</w:t>
      </w:r>
      <w:proofErr w:type="spellEnd"/>
      <w:r w:rsidR="008902E8" w:rsidRPr="00BE71EA">
        <w:rPr>
          <w:lang w:val="fr-FR"/>
        </w:rPr>
        <w:t xml:space="preserve"> 10:00 - data </w:t>
      </w:r>
      <w:proofErr w:type="spellStart"/>
      <w:r w:rsidR="008902E8" w:rsidRPr="00BE71EA">
        <w:rPr>
          <w:lang w:val="fr-FR"/>
        </w:rPr>
        <w:t>limită</w:t>
      </w:r>
      <w:proofErr w:type="spellEnd"/>
      <w:r w:rsidR="008902E8" w:rsidRPr="00BE71EA">
        <w:rPr>
          <w:lang w:val="fr-FR"/>
        </w:rPr>
        <w:t xml:space="preserve"> de </w:t>
      </w:r>
      <w:proofErr w:type="spellStart"/>
      <w:r w:rsidR="008902E8" w:rsidRPr="00BE71EA">
        <w:rPr>
          <w:lang w:val="fr-FR"/>
        </w:rPr>
        <w:t>depunere</w:t>
      </w:r>
      <w:proofErr w:type="spellEnd"/>
      <w:r w:rsidR="008902E8" w:rsidRPr="00BE71EA">
        <w:rPr>
          <w:lang w:val="fr-FR"/>
        </w:rPr>
        <w:t xml:space="preserve"> a </w:t>
      </w:r>
      <w:proofErr w:type="spellStart"/>
      <w:r w:rsidR="008902E8" w:rsidRPr="00BE71EA">
        <w:rPr>
          <w:lang w:val="fr-FR"/>
        </w:rPr>
        <w:t>dosarelor</w:t>
      </w:r>
      <w:proofErr w:type="spellEnd"/>
      <w:r w:rsidR="008902E8" w:rsidRPr="00BE71EA">
        <w:rPr>
          <w:lang w:val="fr-FR"/>
        </w:rPr>
        <w:t xml:space="preserve"> de </w:t>
      </w:r>
      <w:proofErr w:type="spellStart"/>
      <w:r w:rsidR="008902E8" w:rsidRPr="00BE71EA">
        <w:rPr>
          <w:lang w:val="fr-FR"/>
        </w:rPr>
        <w:t>concurs</w:t>
      </w:r>
      <w:proofErr w:type="spellEnd"/>
      <w:r w:rsidR="008902E8" w:rsidRPr="00BE71EA">
        <w:rPr>
          <w:lang w:val="fr-FR"/>
        </w:rPr>
        <w:t xml:space="preserve"> la </w:t>
      </w:r>
      <w:proofErr w:type="spellStart"/>
      <w:r w:rsidR="008902E8" w:rsidRPr="00BE71EA">
        <w:rPr>
          <w:lang w:val="fr-FR"/>
        </w:rPr>
        <w:t>registratura</w:t>
      </w:r>
      <w:proofErr w:type="spellEnd"/>
      <w:r w:rsidR="008902E8" w:rsidRPr="00BE71EA">
        <w:rPr>
          <w:lang w:val="fr-FR"/>
        </w:rPr>
        <w:t xml:space="preserve"> </w:t>
      </w:r>
      <w:proofErr w:type="spellStart"/>
      <w:r w:rsidR="008902E8" w:rsidRPr="00BE71EA">
        <w:t>Institutului</w:t>
      </w:r>
      <w:proofErr w:type="spellEnd"/>
      <w:r w:rsidR="008902E8" w:rsidRPr="00BE71EA">
        <w:t xml:space="preserve"> de Cercetare-Dezvoltare pentru </w:t>
      </w:r>
      <w:proofErr w:type="spellStart"/>
      <w:r w:rsidR="008902E8" w:rsidRPr="00BE71EA">
        <w:t>Cinegetică</w:t>
      </w:r>
      <w:proofErr w:type="spellEnd"/>
      <w:r w:rsidR="008902E8" w:rsidRPr="00BE71EA">
        <w:t xml:space="preserve"> </w:t>
      </w:r>
      <w:proofErr w:type="spellStart"/>
      <w:r w:rsidR="008902E8" w:rsidRPr="00BE71EA">
        <w:t>și</w:t>
      </w:r>
      <w:proofErr w:type="spellEnd"/>
      <w:r w:rsidR="008902E8" w:rsidRPr="00BE71EA">
        <w:t xml:space="preserve"> Resurse Montane Miercurea-Ciuc</w:t>
      </w:r>
      <w:r w:rsidR="008902E8" w:rsidRPr="00BE71EA">
        <w:rPr>
          <w:lang w:val="fr-FR"/>
        </w:rPr>
        <w:t xml:space="preserve"> </w:t>
      </w:r>
      <w:proofErr w:type="spellStart"/>
      <w:r w:rsidR="008902E8" w:rsidRPr="00BE71EA">
        <w:rPr>
          <w:lang w:val="fr-FR"/>
        </w:rPr>
        <w:t>a</w:t>
      </w:r>
      <w:proofErr w:type="spellEnd"/>
      <w:r w:rsidR="008902E8" w:rsidRPr="00BE71EA">
        <w:rPr>
          <w:lang w:val="fr-FR"/>
        </w:rPr>
        <w:t xml:space="preserve"> </w:t>
      </w:r>
      <w:proofErr w:type="spellStart"/>
      <w:r w:rsidR="008902E8" w:rsidRPr="00BE71EA">
        <w:rPr>
          <w:lang w:val="fr-FR"/>
        </w:rPr>
        <w:t>dosarelor</w:t>
      </w:r>
      <w:proofErr w:type="spellEnd"/>
      <w:r w:rsidR="008902E8" w:rsidRPr="00BE71EA">
        <w:rPr>
          <w:lang w:val="fr-FR"/>
        </w:rPr>
        <w:t xml:space="preserve"> de </w:t>
      </w:r>
      <w:proofErr w:type="spellStart"/>
      <w:r w:rsidR="008902E8" w:rsidRPr="00BE71EA">
        <w:rPr>
          <w:lang w:val="fr-FR"/>
        </w:rPr>
        <w:t>participare</w:t>
      </w:r>
      <w:proofErr w:type="spellEnd"/>
      <w:r w:rsidR="008902E8" w:rsidRPr="00BE71EA">
        <w:rPr>
          <w:lang w:val="fr-FR"/>
        </w:rPr>
        <w:t xml:space="preserve"> la </w:t>
      </w:r>
      <w:proofErr w:type="spellStart"/>
      <w:r w:rsidR="008902E8" w:rsidRPr="00BE71EA">
        <w:rPr>
          <w:lang w:val="fr-FR"/>
        </w:rPr>
        <w:t>concurs</w:t>
      </w:r>
      <w:proofErr w:type="spellEnd"/>
      <w:r w:rsidR="008902E8" w:rsidRPr="00BE71EA">
        <w:rPr>
          <w:lang w:val="fr-FR"/>
        </w:rPr>
        <w:t>;</w:t>
      </w:r>
    </w:p>
    <w:p w14:paraId="187AB404" w14:textId="0E78A9AC" w:rsidR="008902E8" w:rsidRPr="00BE71EA" w:rsidRDefault="00DF7A11" w:rsidP="008902E8">
      <w:pPr>
        <w:pStyle w:val="Listaszerbekezds"/>
        <w:numPr>
          <w:ilvl w:val="0"/>
          <w:numId w:val="12"/>
        </w:numPr>
        <w:jc w:val="both"/>
        <w:rPr>
          <w:lang w:val="fr-FR"/>
        </w:rPr>
      </w:pPr>
      <w:r>
        <w:rPr>
          <w:lang w:val="fr-FR"/>
        </w:rPr>
        <w:t>1</w:t>
      </w:r>
      <w:r w:rsidR="008844C6">
        <w:rPr>
          <w:lang w:val="fr-FR"/>
        </w:rPr>
        <w:t>9</w:t>
      </w:r>
      <w:r>
        <w:rPr>
          <w:lang w:val="fr-FR"/>
        </w:rPr>
        <w:t>.08.2026</w:t>
      </w:r>
      <w:r w:rsidR="008902E8" w:rsidRPr="00BE71EA">
        <w:rPr>
          <w:lang w:val="fr-FR"/>
        </w:rPr>
        <w:t xml:space="preserve">, </w:t>
      </w:r>
      <w:proofErr w:type="spellStart"/>
      <w:r w:rsidR="008902E8" w:rsidRPr="00BE71EA">
        <w:rPr>
          <w:lang w:val="fr-FR"/>
        </w:rPr>
        <w:t>ora</w:t>
      </w:r>
      <w:proofErr w:type="spellEnd"/>
      <w:r w:rsidR="008902E8" w:rsidRPr="00BE71EA">
        <w:rPr>
          <w:lang w:val="fr-FR"/>
        </w:rPr>
        <w:t xml:space="preserve"> 14:00 – </w:t>
      </w:r>
      <w:proofErr w:type="spellStart"/>
      <w:r w:rsidR="008902E8" w:rsidRPr="00BE71EA">
        <w:rPr>
          <w:lang w:val="fr-FR"/>
        </w:rPr>
        <w:t>selecţia</w:t>
      </w:r>
      <w:proofErr w:type="spellEnd"/>
      <w:r w:rsidR="008902E8" w:rsidRPr="00BE71EA">
        <w:rPr>
          <w:lang w:val="fr-FR"/>
        </w:rPr>
        <w:t xml:space="preserve"> </w:t>
      </w:r>
      <w:r w:rsidR="008902E8" w:rsidRPr="00BE71EA">
        <w:rPr>
          <w:lang w:val="ro-RO"/>
        </w:rPr>
        <w:t>și afișarea rezultatelor admiterii</w:t>
      </w:r>
      <w:r w:rsidR="008902E8" w:rsidRPr="00BE71EA">
        <w:rPr>
          <w:lang w:val="fr-FR"/>
        </w:rPr>
        <w:t xml:space="preserve"> </w:t>
      </w:r>
      <w:proofErr w:type="spellStart"/>
      <w:r w:rsidR="008902E8" w:rsidRPr="00BE71EA">
        <w:rPr>
          <w:lang w:val="fr-FR"/>
        </w:rPr>
        <w:t>dosarelor</w:t>
      </w:r>
      <w:proofErr w:type="spellEnd"/>
      <w:r w:rsidR="008902E8" w:rsidRPr="00BE71EA">
        <w:rPr>
          <w:lang w:val="fr-FR"/>
        </w:rPr>
        <w:t xml:space="preserve"> de </w:t>
      </w:r>
      <w:proofErr w:type="spellStart"/>
      <w:r w:rsidR="008902E8" w:rsidRPr="00BE71EA">
        <w:rPr>
          <w:lang w:val="fr-FR"/>
        </w:rPr>
        <w:t>concurs</w:t>
      </w:r>
      <w:proofErr w:type="spellEnd"/>
      <w:r w:rsidR="008902E8" w:rsidRPr="00BE71EA">
        <w:rPr>
          <w:lang w:val="fr-FR"/>
        </w:rPr>
        <w:t>;</w:t>
      </w:r>
    </w:p>
    <w:p w14:paraId="3658B128" w14:textId="3301A2B8" w:rsidR="008902E8" w:rsidRPr="00BE71EA" w:rsidRDefault="008844C6" w:rsidP="008902E8">
      <w:pPr>
        <w:pStyle w:val="Listaszerbekezds"/>
        <w:numPr>
          <w:ilvl w:val="0"/>
          <w:numId w:val="12"/>
        </w:numPr>
        <w:jc w:val="both"/>
        <w:rPr>
          <w:lang w:val="fr-FR"/>
        </w:rPr>
      </w:pPr>
      <w:r>
        <w:rPr>
          <w:lang w:val="fr-FR"/>
        </w:rPr>
        <w:t>20</w:t>
      </w:r>
      <w:r w:rsidR="00DF7A11">
        <w:rPr>
          <w:lang w:val="fr-FR"/>
        </w:rPr>
        <w:t>.08.2026</w:t>
      </w:r>
      <w:r w:rsidR="008902E8" w:rsidRPr="00BE71EA">
        <w:rPr>
          <w:lang w:val="fr-FR"/>
        </w:rPr>
        <w:t xml:space="preserve">, </w:t>
      </w:r>
      <w:proofErr w:type="spellStart"/>
      <w:r w:rsidR="008902E8" w:rsidRPr="00BE71EA">
        <w:rPr>
          <w:lang w:val="fr-FR"/>
        </w:rPr>
        <w:t>ora</w:t>
      </w:r>
      <w:proofErr w:type="spellEnd"/>
      <w:r w:rsidR="008902E8" w:rsidRPr="00BE71EA">
        <w:rPr>
          <w:lang w:val="fr-FR"/>
        </w:rPr>
        <w:t xml:space="preserve"> 14:00 - </w:t>
      </w:r>
      <w:proofErr w:type="spellStart"/>
      <w:r w:rsidR="008902E8" w:rsidRPr="00BE71EA">
        <w:rPr>
          <w:lang w:val="fr-FR"/>
        </w:rPr>
        <w:t>termen</w:t>
      </w:r>
      <w:proofErr w:type="spellEnd"/>
      <w:r w:rsidR="008902E8" w:rsidRPr="00BE71EA">
        <w:rPr>
          <w:lang w:val="fr-FR"/>
        </w:rPr>
        <w:t xml:space="preserve"> de </w:t>
      </w:r>
      <w:proofErr w:type="spellStart"/>
      <w:r w:rsidR="008902E8" w:rsidRPr="00BE71EA">
        <w:rPr>
          <w:lang w:val="fr-FR"/>
        </w:rPr>
        <w:t>depunere</w:t>
      </w:r>
      <w:proofErr w:type="spellEnd"/>
      <w:r w:rsidR="008902E8" w:rsidRPr="00BE71EA">
        <w:rPr>
          <w:lang w:val="fr-FR"/>
        </w:rPr>
        <w:t xml:space="preserve"> </w:t>
      </w:r>
      <w:proofErr w:type="spellStart"/>
      <w:r w:rsidR="008902E8" w:rsidRPr="00BE71EA">
        <w:rPr>
          <w:lang w:val="fr-FR"/>
        </w:rPr>
        <w:t>contestaţii</w:t>
      </w:r>
      <w:proofErr w:type="spellEnd"/>
      <w:r w:rsidR="008902E8" w:rsidRPr="00BE71EA">
        <w:rPr>
          <w:lang w:val="fr-FR"/>
        </w:rPr>
        <w:t xml:space="preserve"> </w:t>
      </w:r>
      <w:proofErr w:type="spellStart"/>
      <w:r w:rsidR="008902E8" w:rsidRPr="00BE71EA">
        <w:rPr>
          <w:lang w:val="fr-FR"/>
        </w:rPr>
        <w:t>cu</w:t>
      </w:r>
      <w:proofErr w:type="spellEnd"/>
      <w:r w:rsidR="008902E8" w:rsidRPr="00BE71EA">
        <w:rPr>
          <w:lang w:val="fr-FR"/>
        </w:rPr>
        <w:t xml:space="preserve"> </w:t>
      </w:r>
      <w:proofErr w:type="spellStart"/>
      <w:r w:rsidR="008902E8" w:rsidRPr="00BE71EA">
        <w:rPr>
          <w:lang w:val="fr-FR"/>
        </w:rPr>
        <w:t>privire</w:t>
      </w:r>
      <w:proofErr w:type="spellEnd"/>
      <w:r w:rsidR="008902E8" w:rsidRPr="00BE71EA">
        <w:rPr>
          <w:lang w:val="fr-FR"/>
        </w:rPr>
        <w:t xml:space="preserve"> la </w:t>
      </w:r>
      <w:proofErr w:type="spellStart"/>
      <w:r w:rsidR="008902E8" w:rsidRPr="00BE71EA">
        <w:rPr>
          <w:lang w:val="fr-FR"/>
        </w:rPr>
        <w:t>rezultatul</w:t>
      </w:r>
      <w:proofErr w:type="spellEnd"/>
      <w:r w:rsidR="008902E8" w:rsidRPr="00BE71EA">
        <w:rPr>
          <w:lang w:val="fr-FR"/>
        </w:rPr>
        <w:t xml:space="preserve"> </w:t>
      </w:r>
      <w:proofErr w:type="spellStart"/>
      <w:r w:rsidR="008902E8" w:rsidRPr="00BE71EA">
        <w:rPr>
          <w:lang w:val="fr-FR"/>
        </w:rPr>
        <w:t>selecţiei</w:t>
      </w:r>
      <w:proofErr w:type="spellEnd"/>
      <w:r w:rsidR="008902E8" w:rsidRPr="00BE71EA">
        <w:rPr>
          <w:lang w:val="fr-FR"/>
        </w:rPr>
        <w:t xml:space="preserve"> </w:t>
      </w:r>
      <w:proofErr w:type="spellStart"/>
      <w:r w:rsidR="008902E8" w:rsidRPr="00BE71EA">
        <w:rPr>
          <w:lang w:val="fr-FR"/>
        </w:rPr>
        <w:t>dosarelor</w:t>
      </w:r>
      <w:proofErr w:type="spellEnd"/>
      <w:r w:rsidR="008902E8" w:rsidRPr="00BE71EA">
        <w:rPr>
          <w:lang w:val="fr-FR"/>
        </w:rPr>
        <w:t xml:space="preserve"> de </w:t>
      </w:r>
      <w:proofErr w:type="spellStart"/>
      <w:r w:rsidR="008902E8" w:rsidRPr="00BE71EA">
        <w:rPr>
          <w:lang w:val="fr-FR"/>
        </w:rPr>
        <w:t>concurs</w:t>
      </w:r>
      <w:proofErr w:type="spellEnd"/>
      <w:r w:rsidR="008902E8" w:rsidRPr="00BE71EA">
        <w:rPr>
          <w:lang w:val="fr-FR"/>
        </w:rPr>
        <w:t>;</w:t>
      </w:r>
    </w:p>
    <w:p w14:paraId="03910BC0" w14:textId="0EEB0B8D" w:rsidR="008902E8" w:rsidRPr="00BE71EA" w:rsidRDefault="008844C6" w:rsidP="008902E8">
      <w:pPr>
        <w:pStyle w:val="Listaszerbekezds"/>
        <w:numPr>
          <w:ilvl w:val="0"/>
          <w:numId w:val="12"/>
        </w:numPr>
        <w:jc w:val="both"/>
        <w:rPr>
          <w:lang w:val="fr-FR"/>
        </w:rPr>
      </w:pPr>
      <w:r>
        <w:rPr>
          <w:lang w:val="fr-FR"/>
        </w:rPr>
        <w:t>21</w:t>
      </w:r>
      <w:r w:rsidR="00DF7A11">
        <w:rPr>
          <w:lang w:val="fr-FR"/>
        </w:rPr>
        <w:t>.08.2026</w:t>
      </w:r>
      <w:r w:rsidR="008902E8" w:rsidRPr="00BE71EA">
        <w:rPr>
          <w:lang w:val="fr-FR"/>
        </w:rPr>
        <w:t xml:space="preserve">, </w:t>
      </w:r>
      <w:proofErr w:type="spellStart"/>
      <w:r w:rsidR="008902E8" w:rsidRPr="00BE71EA">
        <w:rPr>
          <w:lang w:val="fr-FR"/>
        </w:rPr>
        <w:t>ora</w:t>
      </w:r>
      <w:proofErr w:type="spellEnd"/>
      <w:r w:rsidR="008902E8" w:rsidRPr="00BE71EA">
        <w:rPr>
          <w:lang w:val="fr-FR"/>
        </w:rPr>
        <w:t xml:space="preserve"> 1</w:t>
      </w:r>
      <w:r w:rsidR="007718B8">
        <w:rPr>
          <w:lang w:val="fr-FR"/>
        </w:rPr>
        <w:t>4</w:t>
      </w:r>
      <w:r w:rsidR="008902E8" w:rsidRPr="00BE71EA">
        <w:rPr>
          <w:lang w:val="fr-FR"/>
        </w:rPr>
        <w:t xml:space="preserve">:00 – </w:t>
      </w:r>
      <w:proofErr w:type="spellStart"/>
      <w:r w:rsidR="008902E8" w:rsidRPr="00BE71EA">
        <w:rPr>
          <w:lang w:val="fr-FR"/>
        </w:rPr>
        <w:t>termen</w:t>
      </w:r>
      <w:proofErr w:type="spellEnd"/>
      <w:r w:rsidR="008902E8" w:rsidRPr="00BE71EA">
        <w:rPr>
          <w:lang w:val="fr-FR"/>
        </w:rPr>
        <w:t xml:space="preserve"> de </w:t>
      </w:r>
      <w:proofErr w:type="spellStart"/>
      <w:r w:rsidR="008902E8" w:rsidRPr="00BE71EA">
        <w:rPr>
          <w:lang w:val="fr-FR"/>
        </w:rPr>
        <w:t>afișare</w:t>
      </w:r>
      <w:proofErr w:type="spellEnd"/>
      <w:r w:rsidR="008902E8" w:rsidRPr="00BE71EA">
        <w:rPr>
          <w:lang w:val="fr-FR"/>
        </w:rPr>
        <w:t xml:space="preserve"> a </w:t>
      </w:r>
      <w:proofErr w:type="spellStart"/>
      <w:r w:rsidR="008902E8" w:rsidRPr="00BE71EA">
        <w:rPr>
          <w:lang w:val="fr-FR"/>
        </w:rPr>
        <w:t>soluționării</w:t>
      </w:r>
      <w:proofErr w:type="spellEnd"/>
      <w:r w:rsidR="008902E8" w:rsidRPr="00BE71EA">
        <w:rPr>
          <w:lang w:val="fr-FR"/>
        </w:rPr>
        <w:t xml:space="preserve"> </w:t>
      </w:r>
      <w:proofErr w:type="spellStart"/>
      <w:r w:rsidR="008902E8" w:rsidRPr="00BE71EA">
        <w:rPr>
          <w:lang w:val="fr-FR"/>
        </w:rPr>
        <w:t>contestațiilor</w:t>
      </w:r>
      <w:proofErr w:type="spellEnd"/>
      <w:r w:rsidR="008902E8" w:rsidRPr="00BE71EA">
        <w:rPr>
          <w:lang w:val="fr-FR"/>
        </w:rPr>
        <w:t xml:space="preserve"> </w:t>
      </w:r>
      <w:proofErr w:type="spellStart"/>
      <w:r w:rsidR="008902E8" w:rsidRPr="00BE71EA">
        <w:rPr>
          <w:lang w:val="fr-FR"/>
        </w:rPr>
        <w:t>depuse</w:t>
      </w:r>
      <w:proofErr w:type="spellEnd"/>
      <w:r w:rsidR="008902E8" w:rsidRPr="00BE71EA">
        <w:rPr>
          <w:lang w:val="fr-FR"/>
        </w:rPr>
        <w:t>;</w:t>
      </w:r>
    </w:p>
    <w:p w14:paraId="6E7C6B69" w14:textId="609C9A3E" w:rsidR="008902E8" w:rsidRPr="00BE71EA" w:rsidRDefault="00DF7A11" w:rsidP="008902E8">
      <w:pPr>
        <w:pStyle w:val="Listaszerbekezds"/>
        <w:numPr>
          <w:ilvl w:val="0"/>
          <w:numId w:val="12"/>
        </w:numPr>
        <w:jc w:val="both"/>
        <w:rPr>
          <w:lang w:val="fr-FR"/>
        </w:rPr>
      </w:pPr>
      <w:r>
        <w:rPr>
          <w:lang w:val="fr-FR"/>
        </w:rPr>
        <w:t>24.08.2026</w:t>
      </w:r>
      <w:r w:rsidR="008902E8" w:rsidRPr="00BE71EA">
        <w:rPr>
          <w:lang w:val="fr-FR"/>
        </w:rPr>
        <w:t xml:space="preserve">, </w:t>
      </w:r>
      <w:proofErr w:type="spellStart"/>
      <w:r w:rsidR="008902E8" w:rsidRPr="00BE71EA">
        <w:rPr>
          <w:lang w:val="fr-FR"/>
        </w:rPr>
        <w:t>ora</w:t>
      </w:r>
      <w:proofErr w:type="spellEnd"/>
      <w:r w:rsidR="008902E8" w:rsidRPr="00BE71EA">
        <w:rPr>
          <w:lang w:val="fr-FR"/>
        </w:rPr>
        <w:t xml:space="preserve"> </w:t>
      </w:r>
      <w:r w:rsidR="0069530F" w:rsidRPr="00BE71EA">
        <w:rPr>
          <w:lang w:val="fr-FR"/>
        </w:rPr>
        <w:t>1</w:t>
      </w:r>
      <w:r w:rsidR="0078704F">
        <w:rPr>
          <w:lang w:val="fr-FR"/>
        </w:rPr>
        <w:t>0</w:t>
      </w:r>
      <w:r w:rsidR="008902E8" w:rsidRPr="00BE71EA">
        <w:rPr>
          <w:lang w:val="fr-FR"/>
        </w:rPr>
        <w:t xml:space="preserve">:00 - </w:t>
      </w:r>
      <w:proofErr w:type="spellStart"/>
      <w:r w:rsidR="008902E8" w:rsidRPr="00BE71EA">
        <w:rPr>
          <w:lang w:val="fr-FR"/>
        </w:rPr>
        <w:t>desfăşurare</w:t>
      </w:r>
      <w:proofErr w:type="spellEnd"/>
      <w:r w:rsidR="008902E8" w:rsidRPr="00BE71EA">
        <w:rPr>
          <w:lang w:val="fr-FR"/>
        </w:rPr>
        <w:t xml:space="preserve"> </w:t>
      </w:r>
      <w:proofErr w:type="spellStart"/>
      <w:r w:rsidR="008902E8" w:rsidRPr="00BE71EA">
        <w:rPr>
          <w:lang w:val="fr-FR"/>
        </w:rPr>
        <w:t>probă</w:t>
      </w:r>
      <w:proofErr w:type="spellEnd"/>
      <w:r w:rsidR="008902E8" w:rsidRPr="00BE71EA">
        <w:rPr>
          <w:lang w:val="fr-FR"/>
        </w:rPr>
        <w:t xml:space="preserve"> </w:t>
      </w:r>
      <w:proofErr w:type="spellStart"/>
      <w:r w:rsidR="008902E8" w:rsidRPr="00BE71EA">
        <w:rPr>
          <w:lang w:val="fr-FR"/>
        </w:rPr>
        <w:t>scrisă</w:t>
      </w:r>
      <w:proofErr w:type="spellEnd"/>
      <w:r w:rsidR="008902E8" w:rsidRPr="00BE71EA">
        <w:rPr>
          <w:lang w:val="fr-FR"/>
        </w:rPr>
        <w:t>;</w:t>
      </w:r>
    </w:p>
    <w:p w14:paraId="363190DC" w14:textId="17FF6E6C" w:rsidR="008902E8" w:rsidRPr="00BE71EA" w:rsidRDefault="00DF7A11" w:rsidP="008902E8">
      <w:pPr>
        <w:pStyle w:val="Listaszerbekezds"/>
        <w:numPr>
          <w:ilvl w:val="0"/>
          <w:numId w:val="12"/>
        </w:numPr>
        <w:jc w:val="both"/>
        <w:rPr>
          <w:lang w:val="fr-FR"/>
        </w:rPr>
      </w:pPr>
      <w:r>
        <w:rPr>
          <w:lang w:val="fr-FR"/>
        </w:rPr>
        <w:t>24.08.2026</w:t>
      </w:r>
      <w:r w:rsidR="008902E8" w:rsidRPr="00BE71EA">
        <w:rPr>
          <w:lang w:val="fr-FR"/>
        </w:rPr>
        <w:t xml:space="preserve">, </w:t>
      </w:r>
      <w:proofErr w:type="spellStart"/>
      <w:r w:rsidR="008902E8" w:rsidRPr="00BE71EA">
        <w:rPr>
          <w:lang w:val="fr-FR"/>
        </w:rPr>
        <w:t>ora</w:t>
      </w:r>
      <w:proofErr w:type="spellEnd"/>
      <w:r w:rsidR="008902E8" w:rsidRPr="00BE71EA">
        <w:rPr>
          <w:lang w:val="fr-FR"/>
        </w:rPr>
        <w:t xml:space="preserve"> 1</w:t>
      </w:r>
      <w:r w:rsidR="0078704F">
        <w:rPr>
          <w:lang w:val="fr-FR"/>
        </w:rPr>
        <w:t>4</w:t>
      </w:r>
      <w:r w:rsidR="008902E8" w:rsidRPr="00BE71EA">
        <w:rPr>
          <w:lang w:val="fr-FR"/>
        </w:rPr>
        <w:t xml:space="preserve">:00 - </w:t>
      </w:r>
      <w:proofErr w:type="spellStart"/>
      <w:r w:rsidR="008902E8" w:rsidRPr="00BE71EA">
        <w:rPr>
          <w:lang w:val="fr-FR"/>
        </w:rPr>
        <w:t>termen</w:t>
      </w:r>
      <w:proofErr w:type="spellEnd"/>
      <w:r w:rsidR="008902E8" w:rsidRPr="00BE71EA">
        <w:rPr>
          <w:lang w:val="fr-FR"/>
        </w:rPr>
        <w:t xml:space="preserve"> de </w:t>
      </w:r>
      <w:proofErr w:type="spellStart"/>
      <w:r w:rsidR="008902E8" w:rsidRPr="00BE71EA">
        <w:rPr>
          <w:lang w:val="fr-FR"/>
        </w:rPr>
        <w:t>afişare</w:t>
      </w:r>
      <w:proofErr w:type="spellEnd"/>
      <w:r w:rsidR="008902E8" w:rsidRPr="00BE71EA">
        <w:rPr>
          <w:lang w:val="fr-FR"/>
        </w:rPr>
        <w:t xml:space="preserve"> </w:t>
      </w:r>
      <w:proofErr w:type="spellStart"/>
      <w:r w:rsidR="008902E8" w:rsidRPr="00BE71EA">
        <w:rPr>
          <w:lang w:val="fr-FR"/>
        </w:rPr>
        <w:t>rezultate</w:t>
      </w:r>
      <w:proofErr w:type="spellEnd"/>
      <w:r w:rsidR="008902E8" w:rsidRPr="00BE71EA">
        <w:rPr>
          <w:lang w:val="fr-FR"/>
        </w:rPr>
        <w:t xml:space="preserve"> proba </w:t>
      </w:r>
      <w:proofErr w:type="spellStart"/>
      <w:r w:rsidR="008902E8" w:rsidRPr="00BE71EA">
        <w:rPr>
          <w:lang w:val="fr-FR"/>
        </w:rPr>
        <w:t>scrisă</w:t>
      </w:r>
      <w:proofErr w:type="spellEnd"/>
      <w:r w:rsidR="008902E8" w:rsidRPr="00BE71EA">
        <w:rPr>
          <w:lang w:val="fr-FR"/>
        </w:rPr>
        <w:t>;</w:t>
      </w:r>
    </w:p>
    <w:p w14:paraId="268F0930" w14:textId="517BDBF4" w:rsidR="008902E8" w:rsidRPr="00BE71EA" w:rsidRDefault="00DF7A11" w:rsidP="008902E8">
      <w:pPr>
        <w:pStyle w:val="Listaszerbekezds"/>
        <w:numPr>
          <w:ilvl w:val="0"/>
          <w:numId w:val="12"/>
        </w:numPr>
        <w:jc w:val="both"/>
        <w:rPr>
          <w:lang w:val="fr-FR"/>
        </w:rPr>
      </w:pPr>
      <w:r>
        <w:rPr>
          <w:lang w:val="fr-FR"/>
        </w:rPr>
        <w:t>25.08.2026</w:t>
      </w:r>
      <w:r w:rsidR="008902E8" w:rsidRPr="00BE71EA">
        <w:rPr>
          <w:lang w:val="fr-FR"/>
        </w:rPr>
        <w:t xml:space="preserve">, </w:t>
      </w:r>
      <w:proofErr w:type="spellStart"/>
      <w:r w:rsidR="008902E8" w:rsidRPr="00BE71EA">
        <w:rPr>
          <w:lang w:val="fr-FR"/>
        </w:rPr>
        <w:t>ora</w:t>
      </w:r>
      <w:proofErr w:type="spellEnd"/>
      <w:r w:rsidR="008902E8" w:rsidRPr="00BE71EA">
        <w:rPr>
          <w:lang w:val="fr-FR"/>
        </w:rPr>
        <w:t xml:space="preserve"> </w:t>
      </w:r>
      <w:r w:rsidR="0069530F" w:rsidRPr="00BE71EA">
        <w:rPr>
          <w:lang w:val="fr-FR"/>
        </w:rPr>
        <w:t>1</w:t>
      </w:r>
      <w:r w:rsidR="0078704F">
        <w:rPr>
          <w:lang w:val="fr-FR"/>
        </w:rPr>
        <w:t>4</w:t>
      </w:r>
      <w:r w:rsidR="008902E8" w:rsidRPr="00BE71EA">
        <w:rPr>
          <w:lang w:val="fr-FR"/>
        </w:rPr>
        <w:t xml:space="preserve">:00 - </w:t>
      </w:r>
      <w:proofErr w:type="spellStart"/>
      <w:r w:rsidR="008902E8" w:rsidRPr="00BE71EA">
        <w:rPr>
          <w:lang w:val="fr-FR"/>
        </w:rPr>
        <w:t>termen</w:t>
      </w:r>
      <w:proofErr w:type="spellEnd"/>
      <w:r w:rsidR="008902E8" w:rsidRPr="00BE71EA">
        <w:rPr>
          <w:lang w:val="fr-FR"/>
        </w:rPr>
        <w:t xml:space="preserve"> de </w:t>
      </w:r>
      <w:proofErr w:type="spellStart"/>
      <w:r w:rsidR="008902E8" w:rsidRPr="00BE71EA">
        <w:rPr>
          <w:lang w:val="fr-FR"/>
        </w:rPr>
        <w:t>depunere</w:t>
      </w:r>
      <w:proofErr w:type="spellEnd"/>
      <w:r w:rsidR="008902E8" w:rsidRPr="00BE71EA">
        <w:rPr>
          <w:lang w:val="fr-FR"/>
        </w:rPr>
        <w:t xml:space="preserve"> </w:t>
      </w:r>
      <w:proofErr w:type="spellStart"/>
      <w:r w:rsidR="008902E8" w:rsidRPr="00BE71EA">
        <w:rPr>
          <w:lang w:val="fr-FR"/>
        </w:rPr>
        <w:t>contestaţii</w:t>
      </w:r>
      <w:proofErr w:type="spellEnd"/>
      <w:r w:rsidR="008902E8" w:rsidRPr="00BE71EA">
        <w:rPr>
          <w:lang w:val="fr-FR"/>
        </w:rPr>
        <w:t xml:space="preserve"> </w:t>
      </w:r>
      <w:proofErr w:type="spellStart"/>
      <w:r w:rsidR="008902E8" w:rsidRPr="00BE71EA">
        <w:rPr>
          <w:lang w:val="fr-FR"/>
        </w:rPr>
        <w:t>cu</w:t>
      </w:r>
      <w:proofErr w:type="spellEnd"/>
      <w:r w:rsidR="008902E8" w:rsidRPr="00BE71EA">
        <w:rPr>
          <w:lang w:val="fr-FR"/>
        </w:rPr>
        <w:t xml:space="preserve"> </w:t>
      </w:r>
      <w:proofErr w:type="spellStart"/>
      <w:r w:rsidR="008902E8" w:rsidRPr="00BE71EA">
        <w:rPr>
          <w:lang w:val="fr-FR"/>
        </w:rPr>
        <w:t>privire</w:t>
      </w:r>
      <w:proofErr w:type="spellEnd"/>
      <w:r w:rsidR="008902E8" w:rsidRPr="00BE71EA">
        <w:rPr>
          <w:lang w:val="fr-FR"/>
        </w:rPr>
        <w:t xml:space="preserve"> la </w:t>
      </w:r>
      <w:proofErr w:type="spellStart"/>
      <w:r w:rsidR="008902E8" w:rsidRPr="00BE71EA">
        <w:rPr>
          <w:lang w:val="fr-FR"/>
        </w:rPr>
        <w:t>rezultatul</w:t>
      </w:r>
      <w:proofErr w:type="spellEnd"/>
      <w:r w:rsidR="008902E8" w:rsidRPr="00BE71EA">
        <w:rPr>
          <w:lang w:val="fr-FR"/>
        </w:rPr>
        <w:t xml:space="preserve"> </w:t>
      </w:r>
      <w:proofErr w:type="spellStart"/>
      <w:r w:rsidR="008902E8" w:rsidRPr="00BE71EA">
        <w:rPr>
          <w:lang w:val="fr-FR"/>
        </w:rPr>
        <w:t>probei</w:t>
      </w:r>
      <w:proofErr w:type="spellEnd"/>
      <w:r w:rsidR="008902E8" w:rsidRPr="00BE71EA">
        <w:rPr>
          <w:lang w:val="fr-FR"/>
        </w:rPr>
        <w:t xml:space="preserve"> </w:t>
      </w:r>
      <w:proofErr w:type="spellStart"/>
      <w:r w:rsidR="008902E8" w:rsidRPr="00BE71EA">
        <w:rPr>
          <w:lang w:val="fr-FR"/>
        </w:rPr>
        <w:t>scrise</w:t>
      </w:r>
      <w:proofErr w:type="spellEnd"/>
      <w:r w:rsidR="008902E8" w:rsidRPr="00BE71EA">
        <w:rPr>
          <w:lang w:val="fr-FR"/>
        </w:rPr>
        <w:t>;</w:t>
      </w:r>
    </w:p>
    <w:p w14:paraId="586031EE" w14:textId="26D65DAD" w:rsidR="008902E8" w:rsidRPr="00BE71EA" w:rsidRDefault="00DF7A11" w:rsidP="008902E8">
      <w:pPr>
        <w:pStyle w:val="Listaszerbekezds"/>
        <w:numPr>
          <w:ilvl w:val="0"/>
          <w:numId w:val="12"/>
        </w:numPr>
        <w:jc w:val="both"/>
        <w:rPr>
          <w:lang w:val="fr-FR"/>
        </w:rPr>
      </w:pPr>
      <w:r>
        <w:rPr>
          <w:lang w:val="fr-FR"/>
        </w:rPr>
        <w:t>25.08.2026</w:t>
      </w:r>
      <w:r w:rsidR="008902E8" w:rsidRPr="00BE71EA">
        <w:rPr>
          <w:lang w:val="fr-FR"/>
        </w:rPr>
        <w:t xml:space="preserve">, </w:t>
      </w:r>
      <w:proofErr w:type="spellStart"/>
      <w:r w:rsidR="008902E8" w:rsidRPr="00BE71EA">
        <w:rPr>
          <w:lang w:val="fr-FR"/>
        </w:rPr>
        <w:t>ora</w:t>
      </w:r>
      <w:proofErr w:type="spellEnd"/>
      <w:r>
        <w:rPr>
          <w:lang w:val="fr-FR"/>
        </w:rPr>
        <w:t xml:space="preserve"> </w:t>
      </w:r>
      <w:r w:rsidR="008902E8" w:rsidRPr="00BE71EA">
        <w:rPr>
          <w:lang w:val="fr-FR"/>
        </w:rPr>
        <w:t>1</w:t>
      </w:r>
      <w:r w:rsidR="000B1643">
        <w:rPr>
          <w:lang w:val="fr-FR"/>
        </w:rPr>
        <w:t>4</w:t>
      </w:r>
      <w:r w:rsidR="008902E8" w:rsidRPr="00BE71EA">
        <w:rPr>
          <w:lang w:val="fr-FR"/>
        </w:rPr>
        <w:t xml:space="preserve">:00 - </w:t>
      </w:r>
      <w:proofErr w:type="spellStart"/>
      <w:r w:rsidR="008902E8" w:rsidRPr="00BE71EA">
        <w:rPr>
          <w:lang w:val="fr-FR"/>
        </w:rPr>
        <w:t>termen</w:t>
      </w:r>
      <w:proofErr w:type="spellEnd"/>
      <w:r w:rsidR="008902E8" w:rsidRPr="00BE71EA">
        <w:rPr>
          <w:lang w:val="fr-FR"/>
        </w:rPr>
        <w:t xml:space="preserve"> de </w:t>
      </w:r>
      <w:proofErr w:type="spellStart"/>
      <w:r w:rsidR="008902E8" w:rsidRPr="00BE71EA">
        <w:rPr>
          <w:lang w:val="fr-FR"/>
        </w:rPr>
        <w:t>afişare</w:t>
      </w:r>
      <w:proofErr w:type="spellEnd"/>
      <w:r w:rsidR="008902E8" w:rsidRPr="00BE71EA">
        <w:rPr>
          <w:lang w:val="fr-FR"/>
        </w:rPr>
        <w:t xml:space="preserve"> a </w:t>
      </w:r>
      <w:proofErr w:type="spellStart"/>
      <w:r w:rsidR="008902E8" w:rsidRPr="00BE71EA">
        <w:rPr>
          <w:lang w:val="fr-FR"/>
        </w:rPr>
        <w:t>soluționării</w:t>
      </w:r>
      <w:proofErr w:type="spellEnd"/>
      <w:r w:rsidR="008902E8" w:rsidRPr="00BE71EA">
        <w:rPr>
          <w:lang w:val="fr-FR"/>
        </w:rPr>
        <w:t xml:space="preserve"> </w:t>
      </w:r>
      <w:proofErr w:type="spellStart"/>
      <w:r w:rsidR="008902E8" w:rsidRPr="00BE71EA">
        <w:rPr>
          <w:lang w:val="fr-FR"/>
        </w:rPr>
        <w:t>contestaţiei</w:t>
      </w:r>
      <w:proofErr w:type="spellEnd"/>
      <w:r w:rsidR="008902E8" w:rsidRPr="00BE71EA">
        <w:rPr>
          <w:lang w:val="fr-FR"/>
        </w:rPr>
        <w:t xml:space="preserve"> </w:t>
      </w:r>
      <w:proofErr w:type="spellStart"/>
      <w:r w:rsidR="008902E8" w:rsidRPr="00BE71EA">
        <w:rPr>
          <w:lang w:val="fr-FR"/>
        </w:rPr>
        <w:t>depuse</w:t>
      </w:r>
      <w:proofErr w:type="spellEnd"/>
      <w:r w:rsidR="008902E8" w:rsidRPr="00BE71EA">
        <w:rPr>
          <w:lang w:val="fr-FR"/>
        </w:rPr>
        <w:t xml:space="preserve"> </w:t>
      </w:r>
      <w:proofErr w:type="spellStart"/>
      <w:r w:rsidR="008902E8" w:rsidRPr="00BE71EA">
        <w:rPr>
          <w:lang w:val="fr-FR"/>
        </w:rPr>
        <w:t>privind</w:t>
      </w:r>
      <w:proofErr w:type="spellEnd"/>
      <w:r w:rsidR="008902E8" w:rsidRPr="00BE71EA">
        <w:rPr>
          <w:lang w:val="fr-FR"/>
        </w:rPr>
        <w:t xml:space="preserve"> </w:t>
      </w:r>
      <w:proofErr w:type="spellStart"/>
      <w:r w:rsidR="008902E8" w:rsidRPr="00BE71EA">
        <w:rPr>
          <w:lang w:val="fr-FR"/>
        </w:rPr>
        <w:t>rezultatele</w:t>
      </w:r>
      <w:proofErr w:type="spellEnd"/>
      <w:r w:rsidR="008902E8" w:rsidRPr="00BE71EA">
        <w:rPr>
          <w:lang w:val="fr-FR"/>
        </w:rPr>
        <w:t xml:space="preserve"> </w:t>
      </w:r>
      <w:proofErr w:type="spellStart"/>
      <w:r w:rsidR="008902E8" w:rsidRPr="00BE71EA">
        <w:rPr>
          <w:lang w:val="fr-FR"/>
        </w:rPr>
        <w:t>probei</w:t>
      </w:r>
      <w:proofErr w:type="spellEnd"/>
      <w:r w:rsidR="008902E8" w:rsidRPr="00BE71EA">
        <w:rPr>
          <w:lang w:val="fr-FR"/>
        </w:rPr>
        <w:t xml:space="preserve"> </w:t>
      </w:r>
      <w:proofErr w:type="spellStart"/>
      <w:r w:rsidR="008902E8" w:rsidRPr="00BE71EA">
        <w:rPr>
          <w:lang w:val="fr-FR"/>
        </w:rPr>
        <w:t>scrise</w:t>
      </w:r>
      <w:proofErr w:type="spellEnd"/>
      <w:r w:rsidR="008902E8" w:rsidRPr="00BE71EA">
        <w:rPr>
          <w:lang w:val="fr-FR"/>
        </w:rPr>
        <w:t>;</w:t>
      </w:r>
    </w:p>
    <w:p w14:paraId="7D6859D7" w14:textId="189BACD3" w:rsidR="008902E8" w:rsidRPr="00BE71EA" w:rsidRDefault="00DF7A11" w:rsidP="008902E8">
      <w:pPr>
        <w:pStyle w:val="Listaszerbekezds"/>
        <w:numPr>
          <w:ilvl w:val="0"/>
          <w:numId w:val="12"/>
        </w:numPr>
        <w:jc w:val="both"/>
        <w:rPr>
          <w:lang w:val="fr-FR"/>
        </w:rPr>
      </w:pPr>
      <w:r>
        <w:rPr>
          <w:lang w:val="fr-FR"/>
        </w:rPr>
        <w:t>26.08.2026</w:t>
      </w:r>
      <w:r w:rsidR="008902E8" w:rsidRPr="00BE71EA">
        <w:rPr>
          <w:lang w:val="fr-FR"/>
        </w:rPr>
        <w:t xml:space="preserve">, </w:t>
      </w:r>
      <w:proofErr w:type="spellStart"/>
      <w:r w:rsidR="008902E8" w:rsidRPr="00BE71EA">
        <w:rPr>
          <w:lang w:val="fr-FR"/>
        </w:rPr>
        <w:t>ora</w:t>
      </w:r>
      <w:proofErr w:type="spellEnd"/>
      <w:r w:rsidR="008902E8" w:rsidRPr="00BE71EA">
        <w:rPr>
          <w:lang w:val="fr-FR"/>
        </w:rPr>
        <w:t xml:space="preserve"> </w:t>
      </w:r>
      <w:r w:rsidR="0078704F">
        <w:rPr>
          <w:lang w:val="fr-FR"/>
        </w:rPr>
        <w:t>10</w:t>
      </w:r>
      <w:r w:rsidR="008902E8" w:rsidRPr="00BE71EA">
        <w:rPr>
          <w:lang w:val="fr-FR"/>
        </w:rPr>
        <w:t xml:space="preserve">:00 -  </w:t>
      </w:r>
      <w:proofErr w:type="spellStart"/>
      <w:r w:rsidR="008902E8" w:rsidRPr="00BE71EA">
        <w:rPr>
          <w:lang w:val="fr-FR"/>
        </w:rPr>
        <w:t>susţinerea</w:t>
      </w:r>
      <w:proofErr w:type="spellEnd"/>
      <w:r w:rsidR="008902E8" w:rsidRPr="00BE71EA">
        <w:rPr>
          <w:lang w:val="fr-FR"/>
        </w:rPr>
        <w:t xml:space="preserve"> </w:t>
      </w:r>
      <w:proofErr w:type="spellStart"/>
      <w:r w:rsidR="008902E8" w:rsidRPr="00BE71EA">
        <w:rPr>
          <w:lang w:val="fr-FR"/>
        </w:rPr>
        <w:t>interviului</w:t>
      </w:r>
      <w:proofErr w:type="spellEnd"/>
      <w:r w:rsidR="008902E8" w:rsidRPr="00BE71EA">
        <w:rPr>
          <w:lang w:val="fr-FR"/>
        </w:rPr>
        <w:t>;</w:t>
      </w:r>
    </w:p>
    <w:p w14:paraId="274B79E7" w14:textId="4F2D446A" w:rsidR="008902E8" w:rsidRPr="00BE71EA" w:rsidRDefault="00DF7A11" w:rsidP="008902E8">
      <w:pPr>
        <w:pStyle w:val="Listaszerbekezds"/>
        <w:numPr>
          <w:ilvl w:val="0"/>
          <w:numId w:val="12"/>
        </w:numPr>
        <w:jc w:val="both"/>
        <w:rPr>
          <w:lang w:val="fr-FR"/>
        </w:rPr>
      </w:pPr>
      <w:r>
        <w:rPr>
          <w:lang w:val="fr-FR"/>
        </w:rPr>
        <w:t>26.08.2026</w:t>
      </w:r>
      <w:r w:rsidR="008902E8" w:rsidRPr="00BE71EA">
        <w:rPr>
          <w:lang w:val="fr-FR"/>
        </w:rPr>
        <w:t xml:space="preserve">, </w:t>
      </w:r>
      <w:proofErr w:type="spellStart"/>
      <w:r w:rsidR="008902E8" w:rsidRPr="00BE71EA">
        <w:rPr>
          <w:lang w:val="fr-FR"/>
        </w:rPr>
        <w:t>ora</w:t>
      </w:r>
      <w:proofErr w:type="spellEnd"/>
      <w:r w:rsidR="008902E8" w:rsidRPr="00BE71EA">
        <w:rPr>
          <w:lang w:val="fr-FR"/>
        </w:rPr>
        <w:t xml:space="preserve"> </w:t>
      </w:r>
      <w:r w:rsidR="0069530F" w:rsidRPr="00BE71EA">
        <w:rPr>
          <w:lang w:val="fr-FR"/>
        </w:rPr>
        <w:t>1</w:t>
      </w:r>
      <w:r w:rsidR="0078704F">
        <w:rPr>
          <w:lang w:val="fr-FR"/>
        </w:rPr>
        <w:t>4</w:t>
      </w:r>
      <w:r w:rsidR="008902E8" w:rsidRPr="00BE71EA">
        <w:rPr>
          <w:lang w:val="fr-FR"/>
        </w:rPr>
        <w:t xml:space="preserve">:00 - </w:t>
      </w:r>
      <w:proofErr w:type="spellStart"/>
      <w:r w:rsidR="008902E8" w:rsidRPr="00BE71EA">
        <w:rPr>
          <w:lang w:val="fr-FR"/>
        </w:rPr>
        <w:t>termen</w:t>
      </w:r>
      <w:proofErr w:type="spellEnd"/>
      <w:r w:rsidR="008902E8" w:rsidRPr="00BE71EA">
        <w:rPr>
          <w:lang w:val="fr-FR"/>
        </w:rPr>
        <w:t xml:space="preserve"> de </w:t>
      </w:r>
      <w:proofErr w:type="spellStart"/>
      <w:r w:rsidR="008902E8" w:rsidRPr="00BE71EA">
        <w:rPr>
          <w:lang w:val="fr-FR"/>
        </w:rPr>
        <w:t>afişare</w:t>
      </w:r>
      <w:proofErr w:type="spellEnd"/>
      <w:r w:rsidR="008902E8" w:rsidRPr="00BE71EA">
        <w:rPr>
          <w:lang w:val="fr-FR"/>
        </w:rPr>
        <w:t xml:space="preserve"> a </w:t>
      </w:r>
      <w:proofErr w:type="spellStart"/>
      <w:r w:rsidR="008902E8" w:rsidRPr="00BE71EA">
        <w:rPr>
          <w:lang w:val="fr-FR"/>
        </w:rPr>
        <w:t>rezultatelor</w:t>
      </w:r>
      <w:proofErr w:type="spellEnd"/>
      <w:r w:rsidR="008902E8" w:rsidRPr="00BE71EA">
        <w:rPr>
          <w:lang w:val="fr-FR"/>
        </w:rPr>
        <w:t xml:space="preserve"> </w:t>
      </w:r>
      <w:proofErr w:type="spellStart"/>
      <w:r w:rsidR="008902E8" w:rsidRPr="00BE71EA">
        <w:rPr>
          <w:lang w:val="fr-FR"/>
        </w:rPr>
        <w:t>privind</w:t>
      </w:r>
      <w:proofErr w:type="spellEnd"/>
      <w:r w:rsidR="008902E8" w:rsidRPr="00BE71EA">
        <w:rPr>
          <w:lang w:val="fr-FR"/>
        </w:rPr>
        <w:t xml:space="preserve"> </w:t>
      </w:r>
      <w:proofErr w:type="spellStart"/>
      <w:r w:rsidR="008902E8" w:rsidRPr="00BE71EA">
        <w:rPr>
          <w:lang w:val="fr-FR"/>
        </w:rPr>
        <w:t>interviul</w:t>
      </w:r>
      <w:proofErr w:type="spellEnd"/>
      <w:r w:rsidR="008902E8" w:rsidRPr="00BE71EA">
        <w:rPr>
          <w:lang w:val="fr-FR"/>
        </w:rPr>
        <w:t>;</w:t>
      </w:r>
    </w:p>
    <w:p w14:paraId="159062DF" w14:textId="34BA756C" w:rsidR="008902E8" w:rsidRPr="00BE71EA" w:rsidRDefault="00DF7A11" w:rsidP="008902E8">
      <w:pPr>
        <w:pStyle w:val="Listaszerbekezds"/>
        <w:numPr>
          <w:ilvl w:val="0"/>
          <w:numId w:val="12"/>
        </w:numPr>
        <w:jc w:val="both"/>
        <w:rPr>
          <w:lang w:val="fr-FR"/>
        </w:rPr>
      </w:pPr>
      <w:r>
        <w:rPr>
          <w:lang w:val="fr-FR"/>
        </w:rPr>
        <w:t>27.08.2026</w:t>
      </w:r>
      <w:r w:rsidR="008902E8" w:rsidRPr="00BE71EA">
        <w:rPr>
          <w:lang w:val="fr-FR"/>
        </w:rPr>
        <w:t xml:space="preserve">, </w:t>
      </w:r>
      <w:proofErr w:type="spellStart"/>
      <w:r w:rsidR="008902E8" w:rsidRPr="00BE71EA">
        <w:rPr>
          <w:lang w:val="fr-FR"/>
        </w:rPr>
        <w:t>ora</w:t>
      </w:r>
      <w:proofErr w:type="spellEnd"/>
      <w:r w:rsidR="008902E8" w:rsidRPr="00BE71EA">
        <w:rPr>
          <w:lang w:val="fr-FR"/>
        </w:rPr>
        <w:t xml:space="preserve"> </w:t>
      </w:r>
      <w:r>
        <w:rPr>
          <w:lang w:val="fr-FR"/>
        </w:rPr>
        <w:t>1</w:t>
      </w:r>
      <w:r w:rsidR="00B12F2F">
        <w:rPr>
          <w:lang w:val="fr-FR"/>
        </w:rPr>
        <w:t>4</w:t>
      </w:r>
      <w:r w:rsidR="008902E8" w:rsidRPr="00BE71EA">
        <w:rPr>
          <w:lang w:val="fr-FR"/>
        </w:rPr>
        <w:t xml:space="preserve">:00 - </w:t>
      </w:r>
      <w:proofErr w:type="spellStart"/>
      <w:r w:rsidR="008902E8" w:rsidRPr="00BE71EA">
        <w:rPr>
          <w:lang w:val="fr-FR"/>
        </w:rPr>
        <w:t>termen</w:t>
      </w:r>
      <w:proofErr w:type="spellEnd"/>
      <w:r w:rsidR="008902E8" w:rsidRPr="00BE71EA">
        <w:rPr>
          <w:lang w:val="fr-FR"/>
        </w:rPr>
        <w:t xml:space="preserve"> de </w:t>
      </w:r>
      <w:proofErr w:type="spellStart"/>
      <w:r w:rsidR="008902E8" w:rsidRPr="00BE71EA">
        <w:rPr>
          <w:lang w:val="fr-FR"/>
        </w:rPr>
        <w:t>depunere</w:t>
      </w:r>
      <w:proofErr w:type="spellEnd"/>
      <w:r w:rsidR="008902E8" w:rsidRPr="00BE71EA">
        <w:rPr>
          <w:lang w:val="fr-FR"/>
        </w:rPr>
        <w:t xml:space="preserve"> </w:t>
      </w:r>
      <w:proofErr w:type="spellStart"/>
      <w:r w:rsidR="008902E8" w:rsidRPr="00BE71EA">
        <w:rPr>
          <w:lang w:val="fr-FR"/>
        </w:rPr>
        <w:t>contestaţii</w:t>
      </w:r>
      <w:proofErr w:type="spellEnd"/>
      <w:r w:rsidR="008902E8" w:rsidRPr="00BE71EA">
        <w:rPr>
          <w:lang w:val="fr-FR"/>
        </w:rPr>
        <w:t xml:space="preserve"> </w:t>
      </w:r>
      <w:proofErr w:type="spellStart"/>
      <w:r w:rsidR="008902E8" w:rsidRPr="00BE71EA">
        <w:rPr>
          <w:lang w:val="fr-FR"/>
        </w:rPr>
        <w:t>cu</w:t>
      </w:r>
      <w:proofErr w:type="spellEnd"/>
      <w:r w:rsidR="008902E8" w:rsidRPr="00BE71EA">
        <w:rPr>
          <w:lang w:val="fr-FR"/>
        </w:rPr>
        <w:t xml:space="preserve"> </w:t>
      </w:r>
      <w:proofErr w:type="spellStart"/>
      <w:r w:rsidR="008902E8" w:rsidRPr="00BE71EA">
        <w:rPr>
          <w:lang w:val="fr-FR"/>
        </w:rPr>
        <w:t>privire</w:t>
      </w:r>
      <w:proofErr w:type="spellEnd"/>
      <w:r w:rsidR="008902E8" w:rsidRPr="00BE71EA">
        <w:rPr>
          <w:lang w:val="fr-FR"/>
        </w:rPr>
        <w:t xml:space="preserve"> la </w:t>
      </w:r>
      <w:proofErr w:type="spellStart"/>
      <w:r w:rsidR="008902E8" w:rsidRPr="00BE71EA">
        <w:rPr>
          <w:lang w:val="fr-FR"/>
        </w:rPr>
        <w:t>rezultatul</w:t>
      </w:r>
      <w:proofErr w:type="spellEnd"/>
      <w:r w:rsidR="008902E8" w:rsidRPr="00BE71EA">
        <w:rPr>
          <w:lang w:val="fr-FR"/>
        </w:rPr>
        <w:t xml:space="preserve"> </w:t>
      </w:r>
      <w:proofErr w:type="spellStart"/>
      <w:r w:rsidR="008902E8" w:rsidRPr="00BE71EA">
        <w:rPr>
          <w:lang w:val="fr-FR"/>
        </w:rPr>
        <w:t>interviului</w:t>
      </w:r>
      <w:proofErr w:type="spellEnd"/>
      <w:r w:rsidR="008902E8" w:rsidRPr="00BE71EA">
        <w:rPr>
          <w:lang w:val="fr-FR"/>
        </w:rPr>
        <w:t>;</w:t>
      </w:r>
    </w:p>
    <w:p w14:paraId="5F2DB138" w14:textId="5843C20A" w:rsidR="008902E8" w:rsidRPr="00BE71EA" w:rsidRDefault="00DF7A11" w:rsidP="008902E8">
      <w:pPr>
        <w:pStyle w:val="Listaszerbekezds"/>
        <w:numPr>
          <w:ilvl w:val="0"/>
          <w:numId w:val="12"/>
        </w:numPr>
        <w:jc w:val="both"/>
        <w:rPr>
          <w:lang w:val="fr-FR"/>
        </w:rPr>
      </w:pPr>
      <w:r>
        <w:rPr>
          <w:lang w:val="fr-FR"/>
        </w:rPr>
        <w:t>27.08.2026</w:t>
      </w:r>
      <w:r w:rsidR="008902E8" w:rsidRPr="00BE71EA">
        <w:rPr>
          <w:lang w:val="fr-FR"/>
        </w:rPr>
        <w:t xml:space="preserve">, </w:t>
      </w:r>
      <w:proofErr w:type="spellStart"/>
      <w:r w:rsidR="008902E8" w:rsidRPr="00BE71EA">
        <w:rPr>
          <w:lang w:val="fr-FR"/>
        </w:rPr>
        <w:t>ora</w:t>
      </w:r>
      <w:proofErr w:type="spellEnd"/>
      <w:r w:rsidR="00E1496D">
        <w:rPr>
          <w:lang w:val="fr-FR"/>
        </w:rPr>
        <w:t xml:space="preserve"> </w:t>
      </w:r>
      <w:r>
        <w:rPr>
          <w:lang w:val="fr-FR"/>
        </w:rPr>
        <w:t>1</w:t>
      </w:r>
      <w:r w:rsidR="000B1643">
        <w:rPr>
          <w:lang w:val="fr-FR"/>
        </w:rPr>
        <w:t>4</w:t>
      </w:r>
      <w:r w:rsidR="008902E8" w:rsidRPr="00BE71EA">
        <w:rPr>
          <w:lang w:val="fr-FR"/>
        </w:rPr>
        <w:t xml:space="preserve">:00 - </w:t>
      </w:r>
      <w:proofErr w:type="spellStart"/>
      <w:r w:rsidR="008902E8" w:rsidRPr="00BE71EA">
        <w:rPr>
          <w:lang w:val="fr-FR"/>
        </w:rPr>
        <w:t>termen</w:t>
      </w:r>
      <w:proofErr w:type="spellEnd"/>
      <w:r w:rsidR="008902E8" w:rsidRPr="00BE71EA">
        <w:rPr>
          <w:lang w:val="fr-FR"/>
        </w:rPr>
        <w:t xml:space="preserve"> de </w:t>
      </w:r>
      <w:proofErr w:type="spellStart"/>
      <w:r w:rsidR="008902E8" w:rsidRPr="00BE71EA">
        <w:rPr>
          <w:lang w:val="fr-FR"/>
        </w:rPr>
        <w:t>afişare</w:t>
      </w:r>
      <w:proofErr w:type="spellEnd"/>
      <w:r w:rsidR="008902E8" w:rsidRPr="00BE71EA">
        <w:rPr>
          <w:lang w:val="fr-FR"/>
        </w:rPr>
        <w:t xml:space="preserve"> a </w:t>
      </w:r>
      <w:proofErr w:type="spellStart"/>
      <w:r w:rsidR="008902E8" w:rsidRPr="00BE71EA">
        <w:rPr>
          <w:lang w:val="fr-FR"/>
        </w:rPr>
        <w:t>soluționării</w:t>
      </w:r>
      <w:proofErr w:type="spellEnd"/>
      <w:r w:rsidR="008902E8" w:rsidRPr="00BE71EA">
        <w:rPr>
          <w:lang w:val="fr-FR"/>
        </w:rPr>
        <w:t xml:space="preserve"> </w:t>
      </w:r>
      <w:proofErr w:type="spellStart"/>
      <w:r w:rsidR="008902E8" w:rsidRPr="00BE71EA">
        <w:rPr>
          <w:lang w:val="fr-FR"/>
        </w:rPr>
        <w:t>contestaţiei</w:t>
      </w:r>
      <w:proofErr w:type="spellEnd"/>
      <w:r w:rsidR="008902E8" w:rsidRPr="00BE71EA">
        <w:rPr>
          <w:lang w:val="fr-FR"/>
        </w:rPr>
        <w:t xml:space="preserve"> </w:t>
      </w:r>
      <w:proofErr w:type="spellStart"/>
      <w:r w:rsidR="008902E8" w:rsidRPr="00BE71EA">
        <w:rPr>
          <w:lang w:val="fr-FR"/>
        </w:rPr>
        <w:t>depuse</w:t>
      </w:r>
      <w:proofErr w:type="spellEnd"/>
      <w:r w:rsidR="008902E8" w:rsidRPr="00BE71EA">
        <w:rPr>
          <w:lang w:val="fr-FR"/>
        </w:rPr>
        <w:t xml:space="preserve"> </w:t>
      </w:r>
      <w:proofErr w:type="spellStart"/>
      <w:r w:rsidR="008902E8" w:rsidRPr="00BE71EA">
        <w:rPr>
          <w:lang w:val="fr-FR"/>
        </w:rPr>
        <w:t>privind</w:t>
      </w:r>
      <w:proofErr w:type="spellEnd"/>
      <w:r w:rsidR="008902E8" w:rsidRPr="00BE71EA">
        <w:rPr>
          <w:lang w:val="fr-FR"/>
        </w:rPr>
        <w:t xml:space="preserve"> </w:t>
      </w:r>
      <w:proofErr w:type="spellStart"/>
      <w:r w:rsidR="008902E8" w:rsidRPr="00BE71EA">
        <w:rPr>
          <w:lang w:val="fr-FR"/>
        </w:rPr>
        <w:t>rezultatele</w:t>
      </w:r>
      <w:proofErr w:type="spellEnd"/>
      <w:r w:rsidR="008902E8" w:rsidRPr="00BE71EA">
        <w:rPr>
          <w:lang w:val="fr-FR"/>
        </w:rPr>
        <w:t xml:space="preserve"> </w:t>
      </w:r>
      <w:proofErr w:type="spellStart"/>
      <w:r w:rsidR="008902E8" w:rsidRPr="00BE71EA">
        <w:rPr>
          <w:lang w:val="fr-FR"/>
        </w:rPr>
        <w:t>interviului</w:t>
      </w:r>
      <w:proofErr w:type="spellEnd"/>
      <w:r w:rsidR="008902E8" w:rsidRPr="00BE71EA">
        <w:rPr>
          <w:lang w:val="fr-FR"/>
        </w:rPr>
        <w:t>;</w:t>
      </w:r>
    </w:p>
    <w:p w14:paraId="76F491A0" w14:textId="6C3CBE7F" w:rsidR="008902E8" w:rsidRPr="00BE71EA" w:rsidRDefault="00DF7A11" w:rsidP="008902E8">
      <w:pPr>
        <w:pStyle w:val="Listaszerbekezds"/>
        <w:numPr>
          <w:ilvl w:val="0"/>
          <w:numId w:val="12"/>
        </w:numPr>
        <w:jc w:val="both"/>
        <w:rPr>
          <w:lang w:val="fr-FR"/>
        </w:rPr>
      </w:pPr>
      <w:r>
        <w:rPr>
          <w:lang w:val="fr-FR"/>
        </w:rPr>
        <w:t>2</w:t>
      </w:r>
      <w:r w:rsidR="00B12F2F">
        <w:rPr>
          <w:lang w:val="fr-FR"/>
        </w:rPr>
        <w:t>8</w:t>
      </w:r>
      <w:r>
        <w:rPr>
          <w:lang w:val="fr-FR"/>
        </w:rPr>
        <w:t>.08.2026</w:t>
      </w:r>
      <w:r w:rsidR="008902E8" w:rsidRPr="00BE71EA">
        <w:rPr>
          <w:lang w:val="fr-FR"/>
        </w:rPr>
        <w:t xml:space="preserve">, </w:t>
      </w:r>
      <w:proofErr w:type="spellStart"/>
      <w:r w:rsidR="008902E8" w:rsidRPr="00BE71EA">
        <w:rPr>
          <w:lang w:val="fr-FR"/>
        </w:rPr>
        <w:t>ora</w:t>
      </w:r>
      <w:proofErr w:type="spellEnd"/>
      <w:r w:rsidR="008902E8" w:rsidRPr="00BE71EA">
        <w:rPr>
          <w:lang w:val="fr-FR"/>
        </w:rPr>
        <w:t xml:space="preserve"> 1</w:t>
      </w:r>
      <w:r w:rsidR="00B12F2F">
        <w:rPr>
          <w:lang w:val="fr-FR"/>
        </w:rPr>
        <w:t>0</w:t>
      </w:r>
      <w:r w:rsidR="008902E8" w:rsidRPr="00BE71EA">
        <w:rPr>
          <w:lang w:val="fr-FR"/>
        </w:rPr>
        <w:t xml:space="preserve">:00 - </w:t>
      </w:r>
      <w:proofErr w:type="spellStart"/>
      <w:r w:rsidR="008902E8" w:rsidRPr="00BE71EA">
        <w:rPr>
          <w:lang w:val="fr-FR"/>
        </w:rPr>
        <w:t>termen</w:t>
      </w:r>
      <w:proofErr w:type="spellEnd"/>
      <w:r w:rsidR="008902E8" w:rsidRPr="00BE71EA">
        <w:rPr>
          <w:lang w:val="fr-FR"/>
        </w:rPr>
        <w:t xml:space="preserve"> de </w:t>
      </w:r>
      <w:proofErr w:type="spellStart"/>
      <w:r w:rsidR="008902E8" w:rsidRPr="00BE71EA">
        <w:rPr>
          <w:lang w:val="fr-FR"/>
        </w:rPr>
        <w:t>afişare</w:t>
      </w:r>
      <w:proofErr w:type="spellEnd"/>
      <w:r w:rsidR="008902E8" w:rsidRPr="00BE71EA">
        <w:rPr>
          <w:lang w:val="fr-FR"/>
        </w:rPr>
        <w:t xml:space="preserve"> a </w:t>
      </w:r>
      <w:proofErr w:type="spellStart"/>
      <w:r w:rsidR="008902E8" w:rsidRPr="00BE71EA">
        <w:rPr>
          <w:lang w:val="fr-FR"/>
        </w:rPr>
        <w:t>rezultatelor</w:t>
      </w:r>
      <w:proofErr w:type="spellEnd"/>
      <w:r w:rsidR="008902E8" w:rsidRPr="00BE71EA">
        <w:rPr>
          <w:lang w:val="fr-FR"/>
        </w:rPr>
        <w:t xml:space="preserve"> finale</w:t>
      </w:r>
    </w:p>
    <w:p w14:paraId="62990079" w14:textId="77777777" w:rsidR="008902E8" w:rsidRPr="008902E8" w:rsidRDefault="008902E8" w:rsidP="008902E8">
      <w:pPr>
        <w:jc w:val="both"/>
        <w:rPr>
          <w:b/>
        </w:rPr>
      </w:pPr>
    </w:p>
    <w:p w14:paraId="1F8390A0" w14:textId="4EA38A5E" w:rsidR="008902E8" w:rsidRPr="008902E8" w:rsidRDefault="008902E8" w:rsidP="008902E8">
      <w:pPr>
        <w:jc w:val="both"/>
      </w:pPr>
      <w:proofErr w:type="spellStart"/>
      <w:r w:rsidRPr="008902E8">
        <w:rPr>
          <w:b/>
        </w:rPr>
        <w:t>Locul</w:t>
      </w:r>
      <w:proofErr w:type="spellEnd"/>
      <w:r w:rsidRPr="008902E8">
        <w:rPr>
          <w:b/>
        </w:rPr>
        <w:t xml:space="preserve"> </w:t>
      </w:r>
      <w:proofErr w:type="spellStart"/>
      <w:r w:rsidRPr="008902E8">
        <w:rPr>
          <w:b/>
        </w:rPr>
        <w:t>desfășurării</w:t>
      </w:r>
      <w:proofErr w:type="spellEnd"/>
      <w:r w:rsidRPr="008902E8">
        <w:rPr>
          <w:b/>
        </w:rPr>
        <w:t xml:space="preserve"> </w:t>
      </w:r>
      <w:proofErr w:type="spellStart"/>
      <w:r w:rsidRPr="008902E8">
        <w:rPr>
          <w:b/>
        </w:rPr>
        <w:t>concursului</w:t>
      </w:r>
      <w:proofErr w:type="spellEnd"/>
      <w:r w:rsidR="00BE71EA">
        <w:rPr>
          <w:b/>
        </w:rPr>
        <w:t>:</w:t>
      </w:r>
    </w:p>
    <w:p w14:paraId="15501A60" w14:textId="77777777" w:rsidR="008902E8" w:rsidRPr="008902E8" w:rsidRDefault="008902E8" w:rsidP="008902E8">
      <w:pPr>
        <w:jc w:val="both"/>
      </w:pPr>
      <w:proofErr w:type="spellStart"/>
      <w:r w:rsidRPr="008902E8">
        <w:t>Concursul</w:t>
      </w:r>
      <w:proofErr w:type="spellEnd"/>
      <w:r w:rsidRPr="008902E8">
        <w:t xml:space="preserve"> se </w:t>
      </w:r>
      <w:proofErr w:type="spellStart"/>
      <w:r w:rsidRPr="008902E8">
        <w:t>desfășoară</w:t>
      </w:r>
      <w:proofErr w:type="spellEnd"/>
      <w:r w:rsidRPr="008902E8">
        <w:t xml:space="preserve"> la </w:t>
      </w:r>
      <w:proofErr w:type="spellStart"/>
      <w:r w:rsidRPr="008902E8">
        <w:t>sediul</w:t>
      </w:r>
      <w:proofErr w:type="spellEnd"/>
      <w:r w:rsidRPr="008902E8">
        <w:t xml:space="preserve"> </w:t>
      </w:r>
      <w:proofErr w:type="spellStart"/>
      <w:r w:rsidRPr="008902E8">
        <w:t>Institutului</w:t>
      </w:r>
      <w:proofErr w:type="spellEnd"/>
      <w:r w:rsidRPr="008902E8">
        <w:t xml:space="preserve"> de Cercetare-Dezvoltare pentru </w:t>
      </w:r>
      <w:proofErr w:type="spellStart"/>
      <w:r w:rsidRPr="008902E8">
        <w:t>Cinegetică</w:t>
      </w:r>
      <w:proofErr w:type="spellEnd"/>
      <w:r w:rsidRPr="008902E8">
        <w:t xml:space="preserve"> </w:t>
      </w:r>
      <w:proofErr w:type="spellStart"/>
      <w:r w:rsidRPr="008902E8">
        <w:t>și</w:t>
      </w:r>
      <w:proofErr w:type="spellEnd"/>
      <w:r w:rsidRPr="008902E8">
        <w:t xml:space="preserve"> Resurse Montane Miercurea-Ciuc, Str. </w:t>
      </w:r>
      <w:proofErr w:type="spellStart"/>
      <w:r w:rsidRPr="008902E8">
        <w:t>Progresului</w:t>
      </w:r>
      <w:proofErr w:type="spellEnd"/>
      <w:r w:rsidRPr="008902E8">
        <w:t xml:space="preserve"> nr. 35B, Miercurea-Ciuc, </w:t>
      </w:r>
      <w:proofErr w:type="spellStart"/>
      <w:r w:rsidRPr="008902E8">
        <w:t>județul</w:t>
      </w:r>
      <w:proofErr w:type="spellEnd"/>
      <w:r w:rsidRPr="008902E8">
        <w:t xml:space="preserve"> Harghita.</w:t>
      </w:r>
    </w:p>
    <w:p w14:paraId="02CC44C5" w14:textId="77777777" w:rsidR="00BE71EA" w:rsidRDefault="00BE71EA" w:rsidP="008902E8">
      <w:pPr>
        <w:jc w:val="both"/>
        <w:rPr>
          <w:b/>
        </w:rPr>
      </w:pPr>
    </w:p>
    <w:p w14:paraId="3559B281" w14:textId="348F9177" w:rsidR="006F0AA1" w:rsidRPr="008902E8" w:rsidRDefault="00000000" w:rsidP="008902E8">
      <w:pPr>
        <w:jc w:val="both"/>
      </w:pPr>
      <w:proofErr w:type="spellStart"/>
      <w:r w:rsidRPr="008902E8">
        <w:rPr>
          <w:b/>
        </w:rPr>
        <w:t>Concursul</w:t>
      </w:r>
      <w:proofErr w:type="spellEnd"/>
      <w:r w:rsidRPr="008902E8">
        <w:rPr>
          <w:b/>
        </w:rPr>
        <w:t xml:space="preserve"> </w:t>
      </w:r>
      <w:proofErr w:type="spellStart"/>
      <w:r w:rsidRPr="008902E8">
        <w:rPr>
          <w:b/>
        </w:rPr>
        <w:t>constă</w:t>
      </w:r>
      <w:proofErr w:type="spellEnd"/>
      <w:r w:rsidRPr="008902E8">
        <w:rPr>
          <w:b/>
        </w:rPr>
        <w:t xml:space="preserve"> </w:t>
      </w:r>
      <w:proofErr w:type="spellStart"/>
      <w:r w:rsidRPr="008902E8">
        <w:rPr>
          <w:b/>
        </w:rPr>
        <w:t>în</w:t>
      </w:r>
      <w:proofErr w:type="spellEnd"/>
      <w:r w:rsidR="00BE71EA">
        <w:rPr>
          <w:b/>
        </w:rPr>
        <w:t>:</w:t>
      </w:r>
    </w:p>
    <w:p w14:paraId="4D21DA6D" w14:textId="77777777" w:rsidR="006F0AA1" w:rsidRPr="008902E8" w:rsidRDefault="00000000" w:rsidP="008902E8">
      <w:pPr>
        <w:jc w:val="both"/>
      </w:pPr>
      <w:r w:rsidRPr="008902E8">
        <w:t xml:space="preserve">- </w:t>
      </w:r>
      <w:proofErr w:type="spellStart"/>
      <w:r w:rsidRPr="008902E8">
        <w:t>probă</w:t>
      </w:r>
      <w:proofErr w:type="spellEnd"/>
      <w:r w:rsidRPr="008902E8">
        <w:t xml:space="preserve"> </w:t>
      </w:r>
      <w:proofErr w:type="spellStart"/>
      <w:r w:rsidRPr="008902E8">
        <w:t>scrisă</w:t>
      </w:r>
      <w:proofErr w:type="spellEnd"/>
      <w:r w:rsidRPr="008902E8">
        <w:t>;</w:t>
      </w:r>
    </w:p>
    <w:p w14:paraId="26C56017" w14:textId="77777777" w:rsidR="006F0AA1" w:rsidRDefault="00000000" w:rsidP="008902E8">
      <w:pPr>
        <w:jc w:val="both"/>
      </w:pPr>
      <w:r w:rsidRPr="008902E8">
        <w:t xml:space="preserve">- </w:t>
      </w:r>
      <w:proofErr w:type="spellStart"/>
      <w:r w:rsidRPr="008902E8">
        <w:t>interviu</w:t>
      </w:r>
      <w:proofErr w:type="spellEnd"/>
      <w:r w:rsidRPr="008902E8">
        <w:t>;</w:t>
      </w:r>
    </w:p>
    <w:p w14:paraId="0FF7ECBD" w14:textId="77777777" w:rsidR="00794907" w:rsidRDefault="00794907" w:rsidP="008902E8">
      <w:pPr>
        <w:jc w:val="both"/>
      </w:pPr>
    </w:p>
    <w:p w14:paraId="2618A240" w14:textId="77777777" w:rsidR="00794907" w:rsidRDefault="00794907">
      <w:pPr>
        <w:spacing w:after="200" w:line="276" w:lineRule="auto"/>
        <w:rPr>
          <w:b/>
          <w:bCs/>
        </w:rPr>
      </w:pPr>
      <w:r>
        <w:rPr>
          <w:b/>
          <w:bCs/>
        </w:rPr>
        <w:br w:type="page"/>
      </w:r>
    </w:p>
    <w:p w14:paraId="3887B5F4" w14:textId="1F0536EB" w:rsidR="00794907" w:rsidRPr="00794907" w:rsidRDefault="00794907" w:rsidP="008902E8">
      <w:pPr>
        <w:jc w:val="both"/>
        <w:rPr>
          <w:b/>
          <w:bCs/>
        </w:rPr>
      </w:pPr>
      <w:proofErr w:type="spellStart"/>
      <w:r w:rsidRPr="00794907">
        <w:rPr>
          <w:b/>
          <w:bCs/>
        </w:rPr>
        <w:lastRenderedPageBreak/>
        <w:t>Bibliografie</w:t>
      </w:r>
      <w:proofErr w:type="spellEnd"/>
      <w:r w:rsidRPr="00794907">
        <w:rPr>
          <w:b/>
          <w:bCs/>
        </w:rPr>
        <w:t>:</w:t>
      </w:r>
    </w:p>
    <w:p w14:paraId="7144EAF2" w14:textId="77777777" w:rsidR="008902E8" w:rsidRDefault="008902E8" w:rsidP="008902E8">
      <w:pPr>
        <w:jc w:val="both"/>
        <w:rPr>
          <w:bCs/>
        </w:rPr>
      </w:pPr>
    </w:p>
    <w:p w14:paraId="22FE35F0" w14:textId="77777777" w:rsidR="00D374F1" w:rsidRPr="00885751" w:rsidRDefault="00D374F1" w:rsidP="00D374F1">
      <w:pPr>
        <w:pStyle w:val="Listaszerbekezds"/>
        <w:numPr>
          <w:ilvl w:val="0"/>
          <w:numId w:val="22"/>
        </w:numPr>
        <w:spacing w:line="276" w:lineRule="auto"/>
        <w:ind w:left="426" w:hanging="426"/>
        <w:jc w:val="both"/>
        <w:rPr>
          <w:lang w:val="ro-RO"/>
        </w:rPr>
      </w:pPr>
      <w:r w:rsidRPr="00885751">
        <w:rPr>
          <w:lang w:val="ro-RO"/>
        </w:rPr>
        <w:t>Hotărârea nr. 992/2018 privind reorganizarea Institutului de Cercetare-Dezvoltare pentru Cinegetică și Resurse Montane Miercurea-Ciuc prin desființarea Stațiunii de Cercetare și Producție a Cartofului Miercurea-Ciuc;</w:t>
      </w:r>
    </w:p>
    <w:p w14:paraId="0D68030B" w14:textId="77777777" w:rsidR="00D374F1" w:rsidRPr="00885751" w:rsidRDefault="00D374F1" w:rsidP="00D374F1">
      <w:pPr>
        <w:numPr>
          <w:ilvl w:val="0"/>
          <w:numId w:val="22"/>
        </w:numPr>
        <w:shd w:val="clear" w:color="auto" w:fill="FFFFFF"/>
        <w:spacing w:line="276" w:lineRule="auto"/>
        <w:ind w:left="426" w:hanging="426"/>
        <w:jc w:val="both"/>
        <w:outlineLvl w:val="0"/>
        <w:rPr>
          <w:kern w:val="36"/>
          <w:lang w:eastAsia="en-US"/>
        </w:rPr>
      </w:pPr>
      <w:proofErr w:type="spellStart"/>
      <w:r w:rsidRPr="00885751">
        <w:t>Ordonanţa</w:t>
      </w:r>
      <w:proofErr w:type="spellEnd"/>
      <w:r w:rsidRPr="00885751">
        <w:t xml:space="preserve"> </w:t>
      </w:r>
      <w:proofErr w:type="spellStart"/>
      <w:r w:rsidRPr="00885751">
        <w:t>Guvernului</w:t>
      </w:r>
      <w:proofErr w:type="spellEnd"/>
      <w:r w:rsidRPr="00885751">
        <w:t xml:space="preserve"> nr. 137/2000 </w:t>
      </w:r>
      <w:proofErr w:type="spellStart"/>
      <w:r w:rsidRPr="00885751">
        <w:t>privind</w:t>
      </w:r>
      <w:proofErr w:type="spellEnd"/>
      <w:r w:rsidRPr="00885751">
        <w:t xml:space="preserve"> </w:t>
      </w:r>
      <w:proofErr w:type="spellStart"/>
      <w:r w:rsidRPr="00885751">
        <w:t>prevenirea</w:t>
      </w:r>
      <w:proofErr w:type="spellEnd"/>
      <w:r w:rsidRPr="00885751">
        <w:t xml:space="preserve"> </w:t>
      </w:r>
      <w:proofErr w:type="spellStart"/>
      <w:r w:rsidRPr="00885751">
        <w:t>şi</w:t>
      </w:r>
      <w:proofErr w:type="spellEnd"/>
      <w:r w:rsidRPr="00885751">
        <w:t xml:space="preserve"> </w:t>
      </w:r>
      <w:proofErr w:type="spellStart"/>
      <w:r w:rsidRPr="00885751">
        <w:t>sancţionarea</w:t>
      </w:r>
      <w:proofErr w:type="spellEnd"/>
      <w:r w:rsidRPr="00885751">
        <w:t xml:space="preserve"> </w:t>
      </w:r>
      <w:proofErr w:type="spellStart"/>
      <w:r w:rsidRPr="00885751">
        <w:t>tuturor</w:t>
      </w:r>
      <w:proofErr w:type="spellEnd"/>
      <w:r w:rsidRPr="00885751">
        <w:t xml:space="preserve"> </w:t>
      </w:r>
      <w:proofErr w:type="spellStart"/>
      <w:r w:rsidRPr="00885751">
        <w:t>formelor</w:t>
      </w:r>
      <w:proofErr w:type="spellEnd"/>
      <w:r w:rsidRPr="00885751">
        <w:t xml:space="preserve"> de </w:t>
      </w:r>
      <w:proofErr w:type="spellStart"/>
      <w:r w:rsidRPr="00885751">
        <w:t>discriminare</w:t>
      </w:r>
      <w:proofErr w:type="spellEnd"/>
      <w:r w:rsidRPr="00885751">
        <w:t xml:space="preserve">, </w:t>
      </w:r>
      <w:proofErr w:type="spellStart"/>
      <w:r w:rsidRPr="00885751">
        <w:t>republicată</w:t>
      </w:r>
      <w:proofErr w:type="spellEnd"/>
      <w:r w:rsidRPr="00885751">
        <w:t xml:space="preserve">, cu </w:t>
      </w:r>
      <w:proofErr w:type="spellStart"/>
      <w:r w:rsidRPr="00885751">
        <w:t>modificările</w:t>
      </w:r>
      <w:proofErr w:type="spellEnd"/>
      <w:r w:rsidRPr="00885751">
        <w:t xml:space="preserve"> </w:t>
      </w:r>
      <w:proofErr w:type="spellStart"/>
      <w:r w:rsidRPr="00885751">
        <w:t>şi</w:t>
      </w:r>
      <w:proofErr w:type="spellEnd"/>
      <w:r w:rsidRPr="00885751">
        <w:t xml:space="preserve"> </w:t>
      </w:r>
      <w:proofErr w:type="spellStart"/>
      <w:r w:rsidRPr="00885751">
        <w:t>completările</w:t>
      </w:r>
      <w:proofErr w:type="spellEnd"/>
      <w:r w:rsidRPr="00885751">
        <w:t xml:space="preserve"> </w:t>
      </w:r>
      <w:proofErr w:type="spellStart"/>
      <w:r w:rsidRPr="00885751">
        <w:t>ulterioare;</w:t>
      </w:r>
      <w:r w:rsidRPr="00885751">
        <w:rPr>
          <w:kern w:val="36"/>
          <w:lang w:eastAsia="en-US"/>
        </w:rPr>
        <w:t>Legea</w:t>
      </w:r>
      <w:proofErr w:type="spellEnd"/>
      <w:r w:rsidRPr="00885751">
        <w:rPr>
          <w:kern w:val="36"/>
          <w:lang w:eastAsia="en-US"/>
        </w:rPr>
        <w:t xml:space="preserve"> nr. 500/2002 </w:t>
      </w:r>
      <w:proofErr w:type="spellStart"/>
      <w:r w:rsidRPr="00885751">
        <w:rPr>
          <w:kern w:val="36"/>
          <w:lang w:eastAsia="en-US"/>
        </w:rPr>
        <w:t>privind</w:t>
      </w:r>
      <w:proofErr w:type="spellEnd"/>
      <w:r w:rsidRPr="00885751">
        <w:rPr>
          <w:kern w:val="36"/>
          <w:lang w:eastAsia="en-US"/>
        </w:rPr>
        <w:t xml:space="preserve"> </w:t>
      </w:r>
      <w:proofErr w:type="spellStart"/>
      <w:r w:rsidRPr="00885751">
        <w:rPr>
          <w:kern w:val="36"/>
          <w:lang w:eastAsia="en-US"/>
        </w:rPr>
        <w:t>finanţele</w:t>
      </w:r>
      <w:proofErr w:type="spellEnd"/>
      <w:r w:rsidRPr="00885751">
        <w:rPr>
          <w:kern w:val="36"/>
          <w:lang w:eastAsia="en-US"/>
        </w:rPr>
        <w:t xml:space="preserve"> </w:t>
      </w:r>
      <w:proofErr w:type="spellStart"/>
      <w:r w:rsidRPr="00885751">
        <w:rPr>
          <w:kern w:val="36"/>
          <w:lang w:eastAsia="en-US"/>
        </w:rPr>
        <w:t>publice</w:t>
      </w:r>
      <w:proofErr w:type="spellEnd"/>
      <w:r w:rsidRPr="00885751">
        <w:rPr>
          <w:kern w:val="36"/>
          <w:lang w:eastAsia="en-US"/>
        </w:rPr>
        <w:t>;</w:t>
      </w:r>
    </w:p>
    <w:p w14:paraId="6A498214" w14:textId="77777777" w:rsidR="00D374F1" w:rsidRPr="00885751" w:rsidRDefault="00D374F1" w:rsidP="00D374F1">
      <w:pPr>
        <w:pStyle w:val="Listaszerbekezds"/>
        <w:numPr>
          <w:ilvl w:val="0"/>
          <w:numId w:val="22"/>
        </w:numPr>
        <w:spacing w:line="276" w:lineRule="auto"/>
        <w:ind w:left="426" w:hanging="426"/>
        <w:jc w:val="both"/>
        <w:rPr>
          <w:lang w:val="ro-RO"/>
        </w:rPr>
      </w:pPr>
      <w:proofErr w:type="spellStart"/>
      <w:r w:rsidRPr="00885751">
        <w:t>Legea</w:t>
      </w:r>
      <w:proofErr w:type="spellEnd"/>
      <w:r w:rsidRPr="00885751">
        <w:t xml:space="preserve"> nr. 98/2016 </w:t>
      </w:r>
      <w:proofErr w:type="spellStart"/>
      <w:r w:rsidRPr="00885751">
        <w:t>privind</w:t>
      </w:r>
      <w:proofErr w:type="spellEnd"/>
      <w:r w:rsidRPr="00885751">
        <w:t xml:space="preserve"> </w:t>
      </w:r>
      <w:proofErr w:type="spellStart"/>
      <w:r w:rsidRPr="00885751">
        <w:t>achizițiile</w:t>
      </w:r>
      <w:proofErr w:type="spellEnd"/>
      <w:r w:rsidRPr="00885751">
        <w:t xml:space="preserve"> </w:t>
      </w:r>
      <w:proofErr w:type="spellStart"/>
      <w:r w:rsidRPr="00885751">
        <w:t>publice</w:t>
      </w:r>
      <w:proofErr w:type="spellEnd"/>
      <w:r w:rsidRPr="00885751">
        <w:t xml:space="preserve">, cu </w:t>
      </w:r>
      <w:proofErr w:type="spellStart"/>
      <w:r w:rsidRPr="00885751">
        <w:t>modificările</w:t>
      </w:r>
      <w:proofErr w:type="spellEnd"/>
      <w:r w:rsidRPr="00885751">
        <w:t xml:space="preserve"> </w:t>
      </w:r>
      <w:proofErr w:type="spellStart"/>
      <w:r w:rsidRPr="00885751">
        <w:t>şi</w:t>
      </w:r>
      <w:proofErr w:type="spellEnd"/>
      <w:r w:rsidRPr="00885751">
        <w:t xml:space="preserve"> </w:t>
      </w:r>
      <w:proofErr w:type="spellStart"/>
      <w:r w:rsidRPr="00885751">
        <w:t>completările</w:t>
      </w:r>
      <w:proofErr w:type="spellEnd"/>
      <w:r w:rsidRPr="00885751">
        <w:t xml:space="preserve"> </w:t>
      </w:r>
      <w:proofErr w:type="spellStart"/>
      <w:r w:rsidRPr="00885751">
        <w:t>ulterioare</w:t>
      </w:r>
      <w:proofErr w:type="spellEnd"/>
      <w:r w:rsidRPr="00885751">
        <w:t>;</w:t>
      </w:r>
    </w:p>
    <w:p w14:paraId="2110253D" w14:textId="77777777" w:rsidR="00D374F1" w:rsidRDefault="00D374F1" w:rsidP="00D374F1">
      <w:pPr>
        <w:pStyle w:val="Listaszerbekezds"/>
        <w:numPr>
          <w:ilvl w:val="0"/>
          <w:numId w:val="22"/>
        </w:numPr>
        <w:spacing w:line="276" w:lineRule="auto"/>
        <w:ind w:left="426" w:hanging="426"/>
        <w:rPr>
          <w:lang w:val="ro-RO"/>
        </w:rPr>
      </w:pPr>
      <w:proofErr w:type="spellStart"/>
      <w:r w:rsidRPr="00D374F1">
        <w:rPr>
          <w:lang w:val="ro-RO"/>
        </w:rPr>
        <w:t>Hotarârea</w:t>
      </w:r>
      <w:proofErr w:type="spellEnd"/>
      <w:r w:rsidRPr="00D374F1">
        <w:rPr>
          <w:lang w:val="ro-RO"/>
        </w:rPr>
        <w:t xml:space="preserve"> Guvernului nr. 395/2016 pentru aprobarea Normelor metodologice de aplicare a prevederilor referitoare la atribuirea contractului de </w:t>
      </w:r>
      <w:proofErr w:type="spellStart"/>
      <w:r w:rsidRPr="00D374F1">
        <w:rPr>
          <w:lang w:val="ro-RO"/>
        </w:rPr>
        <w:t>achiziţie</w:t>
      </w:r>
      <w:proofErr w:type="spellEnd"/>
      <w:r w:rsidRPr="00D374F1">
        <w:rPr>
          <w:lang w:val="ro-RO"/>
        </w:rPr>
        <w:t xml:space="preserve"> publică/acordului-cadru din Legea nr. 98/2016 privind </w:t>
      </w:r>
      <w:proofErr w:type="spellStart"/>
      <w:r w:rsidRPr="00D374F1">
        <w:rPr>
          <w:lang w:val="ro-RO"/>
        </w:rPr>
        <w:t>achiziţiile</w:t>
      </w:r>
      <w:proofErr w:type="spellEnd"/>
      <w:r w:rsidRPr="00D374F1">
        <w:rPr>
          <w:lang w:val="ro-RO"/>
        </w:rPr>
        <w:t xml:space="preserve"> publice, cu modificările </w:t>
      </w:r>
      <w:proofErr w:type="spellStart"/>
      <w:r w:rsidRPr="00D374F1">
        <w:rPr>
          <w:lang w:val="ro-RO"/>
        </w:rPr>
        <w:t>şi</w:t>
      </w:r>
      <w:proofErr w:type="spellEnd"/>
      <w:r w:rsidRPr="00D374F1">
        <w:rPr>
          <w:lang w:val="ro-RO"/>
        </w:rPr>
        <w:t xml:space="preserve"> completările ulterioare.</w:t>
      </w:r>
    </w:p>
    <w:p w14:paraId="05A97EEC" w14:textId="025E1EBE" w:rsidR="00287881" w:rsidRDefault="00287881" w:rsidP="00D374F1">
      <w:pPr>
        <w:pStyle w:val="Listaszerbekezds"/>
        <w:numPr>
          <w:ilvl w:val="0"/>
          <w:numId w:val="22"/>
        </w:numPr>
        <w:spacing w:line="276" w:lineRule="auto"/>
        <w:ind w:left="426" w:hanging="426"/>
        <w:rPr>
          <w:lang w:val="ro-RO"/>
        </w:rPr>
      </w:pPr>
      <w:hyperlink r:id="rId11" w:history="1">
        <w:r w:rsidRPr="00820F80">
          <w:rPr>
            <w:rStyle w:val="Hiperhivatkozs"/>
            <w:lang w:val="ro-RO"/>
          </w:rPr>
          <w:t>https://anap.gov.ro/ro/legislatie/legislatie-national/</w:t>
        </w:r>
      </w:hyperlink>
    </w:p>
    <w:p w14:paraId="23910F57" w14:textId="77777777" w:rsidR="00287881" w:rsidRPr="00D374F1" w:rsidRDefault="00287881" w:rsidP="00287881">
      <w:pPr>
        <w:pStyle w:val="Listaszerbekezds"/>
        <w:spacing w:line="276" w:lineRule="auto"/>
        <w:ind w:left="426"/>
        <w:rPr>
          <w:lang w:val="ro-RO"/>
        </w:rPr>
      </w:pPr>
    </w:p>
    <w:p w14:paraId="03716530" w14:textId="77777777" w:rsidR="00D374F1" w:rsidRPr="00D374F1" w:rsidRDefault="00D374F1" w:rsidP="00D374F1">
      <w:pPr>
        <w:spacing w:line="276" w:lineRule="auto"/>
        <w:rPr>
          <w:lang w:val="ro-RO"/>
        </w:rPr>
      </w:pPr>
    </w:p>
    <w:p w14:paraId="03D11C16" w14:textId="77777777" w:rsidR="005905D4" w:rsidRPr="00F641AF" w:rsidRDefault="005905D4" w:rsidP="008902E8">
      <w:pPr>
        <w:jc w:val="both"/>
        <w:rPr>
          <w:lang w:val="ro-RO"/>
        </w:rPr>
      </w:pPr>
    </w:p>
    <w:p w14:paraId="09F50B82" w14:textId="77777777" w:rsidR="007568DC" w:rsidRPr="00A21EF4" w:rsidRDefault="007568DC" w:rsidP="007568DC">
      <w:pPr>
        <w:ind w:firstLine="709"/>
        <w:jc w:val="both"/>
        <w:rPr>
          <w:lang w:val="ro-RO"/>
        </w:rPr>
      </w:pPr>
    </w:p>
    <w:p w14:paraId="15E854A6" w14:textId="4B0B6404" w:rsidR="005905D4" w:rsidRPr="00DA327C" w:rsidRDefault="005905D4" w:rsidP="007568DC">
      <w:pPr>
        <w:rPr>
          <w:lang w:val="ro-RO"/>
        </w:rPr>
      </w:pPr>
    </w:p>
    <w:sectPr w:rsidR="005905D4" w:rsidRPr="00DA327C" w:rsidSect="00F641AF">
      <w:headerReference w:type="default" r:id="rId12"/>
      <w:pgSz w:w="11906" w:h="16838" w:code="9"/>
      <w:pgMar w:top="1440" w:right="1183" w:bottom="709" w:left="12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68A8F5" w14:textId="77777777" w:rsidR="00631C48" w:rsidRDefault="00631C48" w:rsidP="00F47DF7">
      <w:r>
        <w:separator/>
      </w:r>
    </w:p>
  </w:endnote>
  <w:endnote w:type="continuationSeparator" w:id="0">
    <w:p w14:paraId="50A57DEC" w14:textId="77777777" w:rsidR="00631C48" w:rsidRDefault="00631C48" w:rsidP="00F47D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Liberation Serif">
    <w:altName w:val="Times New Roman"/>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BFDE80" w14:textId="77777777" w:rsidR="00631C48" w:rsidRDefault="00631C48" w:rsidP="00F47DF7">
      <w:r>
        <w:separator/>
      </w:r>
    </w:p>
  </w:footnote>
  <w:footnote w:type="continuationSeparator" w:id="0">
    <w:p w14:paraId="0C05F001" w14:textId="77777777" w:rsidR="00631C48" w:rsidRDefault="00631C48" w:rsidP="00F47D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69176" w14:textId="74ECE007" w:rsidR="00F47DF7" w:rsidRDefault="00590F72">
    <w:pPr>
      <w:pStyle w:val="lfej"/>
    </w:pPr>
    <w:r w:rsidRPr="002B13E8">
      <w:rPr>
        <w:noProof/>
      </w:rPr>
      <w:drawing>
        <wp:anchor distT="0" distB="0" distL="0" distR="0" simplePos="0" relativeHeight="251663360" behindDoc="0" locked="0" layoutInCell="1" allowOverlap="1" wp14:anchorId="4C747329" wp14:editId="4A2D7531">
          <wp:simplePos x="0" y="0"/>
          <wp:positionH relativeFrom="margin">
            <wp:posOffset>5617845</wp:posOffset>
          </wp:positionH>
          <wp:positionV relativeFrom="paragraph">
            <wp:posOffset>-293370</wp:posOffset>
          </wp:positionV>
          <wp:extent cx="620395" cy="620395"/>
          <wp:effectExtent l="0" t="0" r="8255" b="8255"/>
          <wp:wrapSquare wrapText="largest"/>
          <wp:docPr id="639527783" name="Image4" descr="O imagine care conține text, Font, cerc, siglă&#10;&#10;Conținutul generat de inteligența artificială poate fi inco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4" descr="O imagine care conține text, Font, cerc, siglă&#10;&#10;Conținutul generat de inteligența artificială poate fi incorect."/>
                  <pic:cNvPicPr>
                    <a:picLocks noChangeAspect="1" noChangeArrowheads="1"/>
                  </pic:cNvPicPr>
                </pic:nvPicPr>
                <pic:blipFill>
                  <a:blip r:embed="rId1"/>
                  <a:stretch>
                    <a:fillRect/>
                  </a:stretch>
                </pic:blipFill>
                <pic:spPr bwMode="auto">
                  <a:xfrm>
                    <a:off x="0" y="0"/>
                    <a:ext cx="620395" cy="620395"/>
                  </a:xfrm>
                  <a:prstGeom prst="rect">
                    <a:avLst/>
                  </a:prstGeom>
                </pic:spPr>
              </pic:pic>
            </a:graphicData>
          </a:graphic>
        </wp:anchor>
      </w:drawing>
    </w:r>
    <w:r w:rsidR="00092341" w:rsidRPr="002B13E8">
      <w:rPr>
        <w:noProof/>
      </w:rPr>
      <w:drawing>
        <wp:anchor distT="0" distB="0" distL="0" distR="0" simplePos="0" relativeHeight="251659264" behindDoc="0" locked="0" layoutInCell="1" allowOverlap="1" wp14:anchorId="6F0398CF" wp14:editId="30F67D40">
          <wp:simplePos x="0" y="0"/>
          <wp:positionH relativeFrom="column">
            <wp:posOffset>-608965</wp:posOffset>
          </wp:positionH>
          <wp:positionV relativeFrom="paragraph">
            <wp:posOffset>-354965</wp:posOffset>
          </wp:positionV>
          <wp:extent cx="5438140" cy="746125"/>
          <wp:effectExtent l="0" t="0" r="0" b="3175"/>
          <wp:wrapSquare wrapText="largest"/>
          <wp:docPr id="990548726" name="Image2" descr="O imagine care conține text, captură de ecran, Font&#10;&#10;Conținutul generat de inteligența artificială poate fi inco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 descr="O imagine care conține text, captură de ecran, Font&#10;&#10;Conținutul generat de inteligența artificială poate fi incorect."/>
                  <pic:cNvPicPr>
                    <a:picLocks noChangeAspect="1" noChangeArrowheads="1"/>
                  </pic:cNvPicPr>
                </pic:nvPicPr>
                <pic:blipFill>
                  <a:blip r:embed="rId2"/>
                  <a:stretch>
                    <a:fillRect/>
                  </a:stretch>
                </pic:blipFill>
                <pic:spPr bwMode="auto">
                  <a:xfrm>
                    <a:off x="0" y="0"/>
                    <a:ext cx="5438140" cy="746125"/>
                  </a:xfrm>
                  <a:prstGeom prst="rect">
                    <a:avLst/>
                  </a:prstGeom>
                </pic:spPr>
              </pic:pic>
            </a:graphicData>
          </a:graphic>
          <wp14:sizeRelH relativeFrom="margin">
            <wp14:pctWidth>0</wp14:pctWidth>
          </wp14:sizeRelH>
          <wp14:sizeRelV relativeFrom="margin">
            <wp14:pctHeight>0</wp14:pctHeight>
          </wp14:sizeRelV>
        </wp:anchor>
      </w:drawing>
    </w:r>
    <w:r w:rsidR="00092341" w:rsidRPr="002B13E8">
      <w:rPr>
        <w:noProof/>
      </w:rPr>
      <w:drawing>
        <wp:anchor distT="0" distB="0" distL="0" distR="0" simplePos="0" relativeHeight="251661312" behindDoc="0" locked="0" layoutInCell="1" allowOverlap="1" wp14:anchorId="12A506B0" wp14:editId="3E471614">
          <wp:simplePos x="0" y="0"/>
          <wp:positionH relativeFrom="column">
            <wp:posOffset>4845685</wp:posOffset>
          </wp:positionH>
          <wp:positionV relativeFrom="paragraph">
            <wp:posOffset>-279400</wp:posOffset>
          </wp:positionV>
          <wp:extent cx="638175" cy="636905"/>
          <wp:effectExtent l="0" t="0" r="0" b="0"/>
          <wp:wrapSquare wrapText="largest"/>
          <wp:docPr id="1173274044" name="Image3" descr="O imagine care conține text, siglă, Font, cerc&#10;&#10;Conținutul generat de inteligența artificială poate fi inco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 descr="O imagine care conține text, siglă, Font, cerc&#10;&#10;Conținutul generat de inteligența artificială poate fi incorect."/>
                  <pic:cNvPicPr>
                    <a:picLocks noChangeAspect="1" noChangeArrowheads="1"/>
                  </pic:cNvPicPr>
                </pic:nvPicPr>
                <pic:blipFill>
                  <a:blip r:embed="rId3"/>
                  <a:stretch>
                    <a:fillRect/>
                  </a:stretch>
                </pic:blipFill>
                <pic:spPr bwMode="auto">
                  <a:xfrm>
                    <a:off x="0" y="0"/>
                    <a:ext cx="638175" cy="63690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Szmozottlista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Szmozottlista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Felsorol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Felsorol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Szmozottlist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Felsorols"/>
      <w:lvlText w:val=""/>
      <w:lvlJc w:val="left"/>
      <w:pPr>
        <w:tabs>
          <w:tab w:val="num" w:pos="360"/>
        </w:tabs>
        <w:ind w:left="360" w:hanging="360"/>
      </w:pPr>
      <w:rPr>
        <w:rFonts w:ascii="Symbol" w:hAnsi="Symbol" w:hint="default"/>
      </w:rPr>
    </w:lvl>
  </w:abstractNum>
  <w:abstractNum w:abstractNumId="9" w15:restartNumberingAfterBreak="0">
    <w:nsid w:val="0EA45474"/>
    <w:multiLevelType w:val="hybridMultilevel"/>
    <w:tmpl w:val="47DADF8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18DB4B01"/>
    <w:multiLevelType w:val="hybridMultilevel"/>
    <w:tmpl w:val="6846E34E"/>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20E10559"/>
    <w:multiLevelType w:val="hybridMultilevel"/>
    <w:tmpl w:val="511AE4F2"/>
    <w:lvl w:ilvl="0" w:tplc="0409000F">
      <w:start w:val="1"/>
      <w:numFmt w:val="decimal"/>
      <w:lvlText w:val="%1."/>
      <w:lvlJc w:val="left"/>
      <w:pPr>
        <w:ind w:left="720" w:hanging="360"/>
      </w:pPr>
    </w:lvl>
    <w:lvl w:ilvl="1" w:tplc="B300BB14">
      <w:numFmt w:val="bullet"/>
      <w:lvlText w:val="-"/>
      <w:lvlJc w:val="left"/>
      <w:pPr>
        <w:ind w:left="1440" w:hanging="360"/>
      </w:pPr>
      <w:rPr>
        <w:rFonts w:ascii="Liberation Serif" w:eastAsia="NSimSun" w:hAnsi="Liberation Serif" w:cs="Liberation Serif" w:hint="default"/>
        <w:sz w:val="24"/>
      </w:rPr>
    </w:lvl>
    <w:lvl w:ilvl="2" w:tplc="0418001B">
      <w:start w:val="1"/>
      <w:numFmt w:val="lowerRoman"/>
      <w:lvlText w:val="%3."/>
      <w:lvlJc w:val="right"/>
      <w:pPr>
        <w:ind w:left="2160" w:hanging="180"/>
      </w:pPr>
    </w:lvl>
    <w:lvl w:ilvl="3" w:tplc="92985062">
      <w:start w:val="5"/>
      <w:numFmt w:val="bullet"/>
      <w:lvlText w:val="-"/>
      <w:lvlJc w:val="left"/>
      <w:pPr>
        <w:ind w:left="720" w:hanging="360"/>
      </w:pPr>
      <w:rPr>
        <w:rFonts w:ascii="Times New Roman" w:eastAsia="NSimSun" w:hAnsi="Times New Roman" w:cs="Times New Roman" w:hint="default"/>
      </w:rPr>
    </w:lvl>
    <w:lvl w:ilvl="4" w:tplc="04180019">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271A4749"/>
    <w:multiLevelType w:val="hybridMultilevel"/>
    <w:tmpl w:val="14DCA5B8"/>
    <w:lvl w:ilvl="0" w:tplc="92985062">
      <w:start w:val="5"/>
      <w:numFmt w:val="bullet"/>
      <w:lvlText w:val="-"/>
      <w:lvlJc w:val="left"/>
      <w:pPr>
        <w:ind w:left="720" w:hanging="360"/>
      </w:pPr>
      <w:rPr>
        <w:rFonts w:ascii="Times New Roman" w:eastAsia="NSimSun" w:hAnsi="Times New Roman"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2A0B12E9"/>
    <w:multiLevelType w:val="hybridMultilevel"/>
    <w:tmpl w:val="71AEA29E"/>
    <w:lvl w:ilvl="0" w:tplc="059C6AEA">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15:restartNumberingAfterBreak="0">
    <w:nsid w:val="426C7A72"/>
    <w:multiLevelType w:val="hybridMultilevel"/>
    <w:tmpl w:val="B0461BCE"/>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5" w15:restartNumberingAfterBreak="0">
    <w:nsid w:val="451F762D"/>
    <w:multiLevelType w:val="hybridMultilevel"/>
    <w:tmpl w:val="C2C222F4"/>
    <w:lvl w:ilvl="0" w:tplc="92985062">
      <w:start w:val="5"/>
      <w:numFmt w:val="bullet"/>
      <w:lvlText w:val="-"/>
      <w:lvlJc w:val="left"/>
      <w:pPr>
        <w:ind w:left="720" w:hanging="360"/>
      </w:pPr>
      <w:rPr>
        <w:rFonts w:ascii="Times New Roman" w:eastAsia="NSimSu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15:restartNumberingAfterBreak="0">
    <w:nsid w:val="47986541"/>
    <w:multiLevelType w:val="multilevel"/>
    <w:tmpl w:val="5A7A6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874495F"/>
    <w:multiLevelType w:val="hybridMultilevel"/>
    <w:tmpl w:val="191C9322"/>
    <w:lvl w:ilvl="0" w:tplc="EAB60AB8">
      <w:start w:val="3"/>
      <w:numFmt w:val="bullet"/>
      <w:lvlText w:val="-"/>
      <w:lvlJc w:val="left"/>
      <w:pPr>
        <w:ind w:left="720" w:hanging="360"/>
      </w:pPr>
      <w:rPr>
        <w:rFonts w:ascii="Times New Roman" w:eastAsia="NSimSu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 w15:restartNumberingAfterBreak="0">
    <w:nsid w:val="4B136C87"/>
    <w:multiLevelType w:val="hybridMultilevel"/>
    <w:tmpl w:val="98FA2098"/>
    <w:lvl w:ilvl="0" w:tplc="EAB60AB8">
      <w:start w:val="3"/>
      <w:numFmt w:val="bullet"/>
      <w:lvlText w:val="-"/>
      <w:lvlJc w:val="left"/>
      <w:pPr>
        <w:ind w:left="720" w:hanging="360"/>
      </w:pPr>
      <w:rPr>
        <w:rFonts w:ascii="Times New Roman" w:eastAsia="NSimSu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 w15:restartNumberingAfterBreak="0">
    <w:nsid w:val="4B316B01"/>
    <w:multiLevelType w:val="multilevel"/>
    <w:tmpl w:val="835CE9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0160783"/>
    <w:multiLevelType w:val="multilevel"/>
    <w:tmpl w:val="AEE87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39818C4"/>
    <w:multiLevelType w:val="hybridMultilevel"/>
    <w:tmpl w:val="AEBE3C8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2" w15:restartNumberingAfterBreak="0">
    <w:nsid w:val="70FD7AA5"/>
    <w:multiLevelType w:val="multilevel"/>
    <w:tmpl w:val="C584E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726389C"/>
    <w:multiLevelType w:val="hybridMultilevel"/>
    <w:tmpl w:val="D5DE5B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7A15570A"/>
    <w:multiLevelType w:val="hybridMultilevel"/>
    <w:tmpl w:val="0716598A"/>
    <w:lvl w:ilvl="0" w:tplc="EAB60AB8">
      <w:start w:val="3"/>
      <w:numFmt w:val="bullet"/>
      <w:lvlText w:val="-"/>
      <w:lvlJc w:val="left"/>
      <w:pPr>
        <w:ind w:left="720" w:hanging="360"/>
      </w:pPr>
      <w:rPr>
        <w:rFonts w:ascii="Times New Roman" w:eastAsia="NSimSu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253008410">
    <w:abstractNumId w:val="8"/>
  </w:num>
  <w:num w:numId="2" w16cid:durableId="611788123">
    <w:abstractNumId w:val="6"/>
  </w:num>
  <w:num w:numId="3" w16cid:durableId="1842086712">
    <w:abstractNumId w:val="5"/>
  </w:num>
  <w:num w:numId="4" w16cid:durableId="358900836">
    <w:abstractNumId w:val="4"/>
  </w:num>
  <w:num w:numId="5" w16cid:durableId="1631203682">
    <w:abstractNumId w:val="7"/>
  </w:num>
  <w:num w:numId="6" w16cid:durableId="13727056">
    <w:abstractNumId w:val="3"/>
  </w:num>
  <w:num w:numId="7" w16cid:durableId="773476085">
    <w:abstractNumId w:val="2"/>
  </w:num>
  <w:num w:numId="8" w16cid:durableId="17393492">
    <w:abstractNumId w:val="1"/>
  </w:num>
  <w:num w:numId="9" w16cid:durableId="79448940">
    <w:abstractNumId w:val="0"/>
  </w:num>
  <w:num w:numId="10" w16cid:durableId="137187959">
    <w:abstractNumId w:val="18"/>
  </w:num>
  <w:num w:numId="11" w16cid:durableId="1155149897">
    <w:abstractNumId w:val="10"/>
  </w:num>
  <w:num w:numId="12" w16cid:durableId="697507398">
    <w:abstractNumId w:val="9"/>
  </w:num>
  <w:num w:numId="13" w16cid:durableId="1553275085">
    <w:abstractNumId w:val="13"/>
  </w:num>
  <w:num w:numId="14" w16cid:durableId="1022172843">
    <w:abstractNumId w:val="17"/>
  </w:num>
  <w:num w:numId="15" w16cid:durableId="1257979943">
    <w:abstractNumId w:val="19"/>
  </w:num>
  <w:num w:numId="16" w16cid:durableId="1886746047">
    <w:abstractNumId w:val="16"/>
  </w:num>
  <w:num w:numId="17" w16cid:durableId="1148518541">
    <w:abstractNumId w:val="22"/>
  </w:num>
  <w:num w:numId="18" w16cid:durableId="956331816">
    <w:abstractNumId w:val="20"/>
  </w:num>
  <w:num w:numId="19" w16cid:durableId="1601792970">
    <w:abstractNumId w:val="21"/>
  </w:num>
  <w:num w:numId="20" w16cid:durableId="1536502005">
    <w:abstractNumId w:val="24"/>
  </w:num>
  <w:num w:numId="21" w16cid:durableId="1415397080">
    <w:abstractNumId w:val="12"/>
  </w:num>
  <w:num w:numId="22" w16cid:durableId="684214852">
    <w:abstractNumId w:val="14"/>
  </w:num>
  <w:num w:numId="23" w16cid:durableId="2434737">
    <w:abstractNumId w:val="11"/>
  </w:num>
  <w:num w:numId="24" w16cid:durableId="761268225">
    <w:abstractNumId w:val="15"/>
  </w:num>
  <w:num w:numId="25" w16cid:durableId="210818932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57E8"/>
    <w:rsid w:val="00032A80"/>
    <w:rsid w:val="00034616"/>
    <w:rsid w:val="0006063C"/>
    <w:rsid w:val="00065AA5"/>
    <w:rsid w:val="00091F6F"/>
    <w:rsid w:val="00092341"/>
    <w:rsid w:val="000A16FA"/>
    <w:rsid w:val="000B1643"/>
    <w:rsid w:val="00127FA0"/>
    <w:rsid w:val="0015074B"/>
    <w:rsid w:val="00175591"/>
    <w:rsid w:val="00192F71"/>
    <w:rsid w:val="001A4914"/>
    <w:rsid w:val="001B68B9"/>
    <w:rsid w:val="001C5773"/>
    <w:rsid w:val="001D3E33"/>
    <w:rsid w:val="00246D41"/>
    <w:rsid w:val="00286DAF"/>
    <w:rsid w:val="00287881"/>
    <w:rsid w:val="0029639D"/>
    <w:rsid w:val="00326F90"/>
    <w:rsid w:val="00374212"/>
    <w:rsid w:val="0037685F"/>
    <w:rsid w:val="003A2884"/>
    <w:rsid w:val="004129FD"/>
    <w:rsid w:val="00414E74"/>
    <w:rsid w:val="004162CF"/>
    <w:rsid w:val="00432C0C"/>
    <w:rsid w:val="00460E10"/>
    <w:rsid w:val="00480034"/>
    <w:rsid w:val="00480C34"/>
    <w:rsid w:val="0048629B"/>
    <w:rsid w:val="004A08BF"/>
    <w:rsid w:val="004A4465"/>
    <w:rsid w:val="004C0FA8"/>
    <w:rsid w:val="004C41FD"/>
    <w:rsid w:val="004E57CD"/>
    <w:rsid w:val="004F7AD9"/>
    <w:rsid w:val="00503022"/>
    <w:rsid w:val="005312B4"/>
    <w:rsid w:val="00574781"/>
    <w:rsid w:val="005905D4"/>
    <w:rsid w:val="00590F72"/>
    <w:rsid w:val="005C5AED"/>
    <w:rsid w:val="005D3A55"/>
    <w:rsid w:val="00623E6B"/>
    <w:rsid w:val="00631C48"/>
    <w:rsid w:val="00693BE9"/>
    <w:rsid w:val="0069530F"/>
    <w:rsid w:val="006B7364"/>
    <w:rsid w:val="006F085D"/>
    <w:rsid w:val="006F0AA1"/>
    <w:rsid w:val="00701F14"/>
    <w:rsid w:val="007416EC"/>
    <w:rsid w:val="007568DC"/>
    <w:rsid w:val="00766F65"/>
    <w:rsid w:val="007718B8"/>
    <w:rsid w:val="0078704F"/>
    <w:rsid w:val="00794907"/>
    <w:rsid w:val="007E258D"/>
    <w:rsid w:val="008169BA"/>
    <w:rsid w:val="00854EC1"/>
    <w:rsid w:val="008844C6"/>
    <w:rsid w:val="008902E8"/>
    <w:rsid w:val="00890C1F"/>
    <w:rsid w:val="008B53C8"/>
    <w:rsid w:val="008F0B9E"/>
    <w:rsid w:val="009304A6"/>
    <w:rsid w:val="00993C79"/>
    <w:rsid w:val="00995206"/>
    <w:rsid w:val="009C3E28"/>
    <w:rsid w:val="00A00F2F"/>
    <w:rsid w:val="00A71648"/>
    <w:rsid w:val="00A72F00"/>
    <w:rsid w:val="00A932A7"/>
    <w:rsid w:val="00AA1D8D"/>
    <w:rsid w:val="00AB0A3B"/>
    <w:rsid w:val="00AF2E20"/>
    <w:rsid w:val="00B01FBA"/>
    <w:rsid w:val="00B12F2F"/>
    <w:rsid w:val="00B2626D"/>
    <w:rsid w:val="00B47730"/>
    <w:rsid w:val="00BA3E2A"/>
    <w:rsid w:val="00BA3F76"/>
    <w:rsid w:val="00BB3B26"/>
    <w:rsid w:val="00BC552C"/>
    <w:rsid w:val="00BE71EA"/>
    <w:rsid w:val="00CB0664"/>
    <w:rsid w:val="00CB3818"/>
    <w:rsid w:val="00CD1C9A"/>
    <w:rsid w:val="00CE0116"/>
    <w:rsid w:val="00CE0DF8"/>
    <w:rsid w:val="00D21B82"/>
    <w:rsid w:val="00D22E74"/>
    <w:rsid w:val="00D26F21"/>
    <w:rsid w:val="00D374F1"/>
    <w:rsid w:val="00D70085"/>
    <w:rsid w:val="00DA327C"/>
    <w:rsid w:val="00DC2CC4"/>
    <w:rsid w:val="00DF7A11"/>
    <w:rsid w:val="00E1496D"/>
    <w:rsid w:val="00E268E8"/>
    <w:rsid w:val="00E43FD0"/>
    <w:rsid w:val="00E81306"/>
    <w:rsid w:val="00ED1709"/>
    <w:rsid w:val="00F47DF7"/>
    <w:rsid w:val="00F641AF"/>
    <w:rsid w:val="00F67822"/>
    <w:rsid w:val="00F9258F"/>
    <w:rsid w:val="00FC693F"/>
    <w:rsid w:val="00FE4E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9EBF1D2"/>
  <w14:defaultImageDpi w14:val="300"/>
  <w15:docId w15:val="{747B872D-25AF-9D48-B664-281A9A243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D22E74"/>
    <w:pPr>
      <w:spacing w:after="0" w:line="240" w:lineRule="auto"/>
    </w:pPr>
    <w:rPr>
      <w:rFonts w:ascii="Times New Roman" w:eastAsia="Times New Roman" w:hAnsi="Times New Roman" w:cs="Times New Roman"/>
      <w:sz w:val="24"/>
      <w:szCs w:val="24"/>
      <w:lang w:eastAsia="en-GB"/>
    </w:rPr>
  </w:style>
  <w:style w:type="paragraph" w:styleId="Cmsor1">
    <w:name w:val="heading 1"/>
    <w:basedOn w:val="Norml"/>
    <w:next w:val="Norml"/>
    <w:link w:val="Cmsor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Cmsor2">
    <w:name w:val="heading 2"/>
    <w:basedOn w:val="Norml"/>
    <w:next w:val="Norml"/>
    <w:link w:val="Cmsor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Cmsor3">
    <w:name w:val="heading 3"/>
    <w:basedOn w:val="Norml"/>
    <w:next w:val="Norml"/>
    <w:link w:val="Cmsor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Cmsor4">
    <w:name w:val="heading 4"/>
    <w:basedOn w:val="Norml"/>
    <w:next w:val="Norml"/>
    <w:link w:val="Cmsor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Cmsor5">
    <w:name w:val="heading 5"/>
    <w:basedOn w:val="Norml"/>
    <w:next w:val="Norml"/>
    <w:link w:val="Cmsor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Cmsor6">
    <w:name w:val="heading 6"/>
    <w:basedOn w:val="Norml"/>
    <w:next w:val="Norml"/>
    <w:link w:val="Cmsor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Cmsor7">
    <w:name w:val="heading 7"/>
    <w:basedOn w:val="Norml"/>
    <w:next w:val="Norml"/>
    <w:link w:val="Cmsor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Cmsor8">
    <w:name w:val="heading 8"/>
    <w:basedOn w:val="Norml"/>
    <w:next w:val="Norml"/>
    <w:link w:val="Cmsor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Cmsor9">
    <w:name w:val="heading 9"/>
    <w:basedOn w:val="Norml"/>
    <w:next w:val="Norml"/>
    <w:link w:val="Cmsor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E618BF"/>
    <w:pPr>
      <w:tabs>
        <w:tab w:val="center" w:pos="4680"/>
        <w:tab w:val="right" w:pos="9360"/>
      </w:tabs>
    </w:pPr>
  </w:style>
  <w:style w:type="character" w:customStyle="1" w:styleId="lfejChar">
    <w:name w:val="Élőfej Char"/>
    <w:basedOn w:val="Bekezdsalapbettpusa"/>
    <w:link w:val="lfej"/>
    <w:uiPriority w:val="99"/>
    <w:rsid w:val="00E618BF"/>
  </w:style>
  <w:style w:type="paragraph" w:styleId="llb">
    <w:name w:val="footer"/>
    <w:basedOn w:val="Norml"/>
    <w:link w:val="llbChar"/>
    <w:uiPriority w:val="99"/>
    <w:unhideWhenUsed/>
    <w:rsid w:val="00E618BF"/>
    <w:pPr>
      <w:tabs>
        <w:tab w:val="center" w:pos="4680"/>
        <w:tab w:val="right" w:pos="9360"/>
      </w:tabs>
    </w:pPr>
  </w:style>
  <w:style w:type="character" w:customStyle="1" w:styleId="llbChar">
    <w:name w:val="Élőláb Char"/>
    <w:basedOn w:val="Bekezdsalapbettpusa"/>
    <w:link w:val="llb"/>
    <w:uiPriority w:val="99"/>
    <w:rsid w:val="00E618BF"/>
  </w:style>
  <w:style w:type="paragraph" w:styleId="Nincstrkz">
    <w:name w:val="No Spacing"/>
    <w:uiPriority w:val="1"/>
    <w:qFormat/>
    <w:rsid w:val="00FC693F"/>
    <w:pPr>
      <w:spacing w:after="0" w:line="240" w:lineRule="auto"/>
    </w:pPr>
  </w:style>
  <w:style w:type="character" w:customStyle="1" w:styleId="Cmsor1Char">
    <w:name w:val="Címsor 1 Char"/>
    <w:basedOn w:val="Bekezdsalapbettpusa"/>
    <w:link w:val="Cmsor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Cmsor2Char">
    <w:name w:val="Címsor 2 Char"/>
    <w:basedOn w:val="Bekezdsalapbettpusa"/>
    <w:link w:val="Cmsor2"/>
    <w:uiPriority w:val="9"/>
    <w:rsid w:val="00FC693F"/>
    <w:rPr>
      <w:rFonts w:asciiTheme="majorHAnsi" w:eastAsiaTheme="majorEastAsia" w:hAnsiTheme="majorHAnsi" w:cstheme="majorBidi"/>
      <w:b/>
      <w:bCs/>
      <w:color w:val="4F81BD" w:themeColor="accent1"/>
      <w:sz w:val="26"/>
      <w:szCs w:val="26"/>
    </w:rPr>
  </w:style>
  <w:style w:type="character" w:customStyle="1" w:styleId="Cmsor3Char">
    <w:name w:val="Címsor 3 Char"/>
    <w:basedOn w:val="Bekezdsalapbettpusa"/>
    <w:link w:val="Cmsor3"/>
    <w:uiPriority w:val="9"/>
    <w:rsid w:val="00FC693F"/>
    <w:rPr>
      <w:rFonts w:asciiTheme="majorHAnsi" w:eastAsiaTheme="majorEastAsia" w:hAnsiTheme="majorHAnsi" w:cstheme="majorBidi"/>
      <w:b/>
      <w:bCs/>
      <w:color w:val="4F81BD" w:themeColor="accent1"/>
    </w:rPr>
  </w:style>
  <w:style w:type="paragraph" w:styleId="Cm">
    <w:name w:val="Title"/>
    <w:basedOn w:val="Norml"/>
    <w:next w:val="Norml"/>
    <w:link w:val="Cm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mChar">
    <w:name w:val="Cím Char"/>
    <w:basedOn w:val="Bekezdsalapbettpusa"/>
    <w:link w:val="Cm"/>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cm">
    <w:name w:val="Subtitle"/>
    <w:basedOn w:val="Norml"/>
    <w:next w:val="Norml"/>
    <w:link w:val="AlcmChar"/>
    <w:uiPriority w:val="11"/>
    <w:qFormat/>
    <w:rsid w:val="00FC693F"/>
    <w:pPr>
      <w:numPr>
        <w:ilvl w:val="1"/>
      </w:numPr>
    </w:pPr>
    <w:rPr>
      <w:rFonts w:asciiTheme="majorHAnsi" w:eastAsiaTheme="majorEastAsia" w:hAnsiTheme="majorHAnsi" w:cstheme="majorBidi"/>
      <w:i/>
      <w:iCs/>
      <w:color w:val="4F81BD" w:themeColor="accent1"/>
      <w:spacing w:val="15"/>
    </w:rPr>
  </w:style>
  <w:style w:type="character" w:customStyle="1" w:styleId="AlcmChar">
    <w:name w:val="Alcím Char"/>
    <w:basedOn w:val="Bekezdsalapbettpusa"/>
    <w:link w:val="Alcm"/>
    <w:uiPriority w:val="11"/>
    <w:rsid w:val="00FC693F"/>
    <w:rPr>
      <w:rFonts w:asciiTheme="majorHAnsi" w:eastAsiaTheme="majorEastAsia" w:hAnsiTheme="majorHAnsi" w:cstheme="majorBidi"/>
      <w:i/>
      <w:iCs/>
      <w:color w:val="4F81BD" w:themeColor="accent1"/>
      <w:spacing w:val="15"/>
      <w:sz w:val="24"/>
      <w:szCs w:val="24"/>
    </w:rPr>
  </w:style>
  <w:style w:type="paragraph" w:styleId="Listaszerbekezds">
    <w:name w:val="List Paragraph"/>
    <w:basedOn w:val="Norml"/>
    <w:uiPriority w:val="34"/>
    <w:qFormat/>
    <w:rsid w:val="00FC693F"/>
    <w:pPr>
      <w:ind w:left="720"/>
      <w:contextualSpacing/>
    </w:pPr>
  </w:style>
  <w:style w:type="paragraph" w:styleId="Szvegtrzs">
    <w:name w:val="Body Text"/>
    <w:basedOn w:val="Norml"/>
    <w:link w:val="SzvegtrzsChar"/>
    <w:uiPriority w:val="99"/>
    <w:unhideWhenUsed/>
    <w:rsid w:val="00AA1D8D"/>
    <w:pPr>
      <w:spacing w:after="120"/>
    </w:pPr>
  </w:style>
  <w:style w:type="character" w:customStyle="1" w:styleId="SzvegtrzsChar">
    <w:name w:val="Szövegtörzs Char"/>
    <w:basedOn w:val="Bekezdsalapbettpusa"/>
    <w:link w:val="Szvegtrzs"/>
    <w:uiPriority w:val="99"/>
    <w:rsid w:val="00AA1D8D"/>
  </w:style>
  <w:style w:type="paragraph" w:styleId="Szvegtrzs2">
    <w:name w:val="Body Text 2"/>
    <w:basedOn w:val="Norml"/>
    <w:link w:val="Szvegtrzs2Char"/>
    <w:uiPriority w:val="99"/>
    <w:unhideWhenUsed/>
    <w:rsid w:val="00AA1D8D"/>
    <w:pPr>
      <w:spacing w:after="120" w:line="480" w:lineRule="auto"/>
    </w:pPr>
  </w:style>
  <w:style w:type="character" w:customStyle="1" w:styleId="Szvegtrzs2Char">
    <w:name w:val="Szövegtörzs 2 Char"/>
    <w:basedOn w:val="Bekezdsalapbettpusa"/>
    <w:link w:val="Szvegtrzs2"/>
    <w:uiPriority w:val="99"/>
    <w:rsid w:val="00AA1D8D"/>
  </w:style>
  <w:style w:type="paragraph" w:styleId="Szvegtrzs3">
    <w:name w:val="Body Text 3"/>
    <w:basedOn w:val="Norml"/>
    <w:link w:val="Szvegtrzs3Char"/>
    <w:uiPriority w:val="99"/>
    <w:unhideWhenUsed/>
    <w:rsid w:val="00AA1D8D"/>
    <w:pPr>
      <w:spacing w:after="120"/>
    </w:pPr>
    <w:rPr>
      <w:sz w:val="16"/>
      <w:szCs w:val="16"/>
    </w:rPr>
  </w:style>
  <w:style w:type="character" w:customStyle="1" w:styleId="Szvegtrzs3Char">
    <w:name w:val="Szövegtörzs 3 Char"/>
    <w:basedOn w:val="Bekezdsalapbettpusa"/>
    <w:link w:val="Szvegtrzs3"/>
    <w:uiPriority w:val="99"/>
    <w:rsid w:val="00AA1D8D"/>
    <w:rPr>
      <w:sz w:val="16"/>
      <w:szCs w:val="16"/>
    </w:rPr>
  </w:style>
  <w:style w:type="paragraph" w:styleId="Lista">
    <w:name w:val="List"/>
    <w:basedOn w:val="Norml"/>
    <w:uiPriority w:val="99"/>
    <w:unhideWhenUsed/>
    <w:rsid w:val="00AA1D8D"/>
    <w:pPr>
      <w:ind w:left="360" w:hanging="360"/>
      <w:contextualSpacing/>
    </w:pPr>
  </w:style>
  <w:style w:type="paragraph" w:styleId="Lista2">
    <w:name w:val="List 2"/>
    <w:basedOn w:val="Norml"/>
    <w:uiPriority w:val="99"/>
    <w:unhideWhenUsed/>
    <w:rsid w:val="00326F90"/>
    <w:pPr>
      <w:ind w:left="720" w:hanging="360"/>
      <w:contextualSpacing/>
    </w:pPr>
  </w:style>
  <w:style w:type="paragraph" w:styleId="Lista3">
    <w:name w:val="List 3"/>
    <w:basedOn w:val="Norml"/>
    <w:uiPriority w:val="99"/>
    <w:unhideWhenUsed/>
    <w:rsid w:val="00326F90"/>
    <w:pPr>
      <w:ind w:left="1080" w:hanging="360"/>
      <w:contextualSpacing/>
    </w:pPr>
  </w:style>
  <w:style w:type="paragraph" w:styleId="Felsorols">
    <w:name w:val="List Bullet"/>
    <w:basedOn w:val="Norml"/>
    <w:uiPriority w:val="99"/>
    <w:unhideWhenUsed/>
    <w:rsid w:val="00326F90"/>
    <w:pPr>
      <w:numPr>
        <w:numId w:val="1"/>
      </w:numPr>
      <w:contextualSpacing/>
    </w:pPr>
  </w:style>
  <w:style w:type="paragraph" w:styleId="Felsorols2">
    <w:name w:val="List Bullet 2"/>
    <w:basedOn w:val="Norml"/>
    <w:uiPriority w:val="99"/>
    <w:unhideWhenUsed/>
    <w:rsid w:val="00326F90"/>
    <w:pPr>
      <w:numPr>
        <w:numId w:val="2"/>
      </w:numPr>
      <w:contextualSpacing/>
    </w:pPr>
  </w:style>
  <w:style w:type="paragraph" w:styleId="Felsorols3">
    <w:name w:val="List Bullet 3"/>
    <w:basedOn w:val="Norml"/>
    <w:uiPriority w:val="99"/>
    <w:unhideWhenUsed/>
    <w:rsid w:val="00326F90"/>
    <w:pPr>
      <w:numPr>
        <w:numId w:val="3"/>
      </w:numPr>
      <w:contextualSpacing/>
    </w:pPr>
  </w:style>
  <w:style w:type="paragraph" w:styleId="Szmozottlista">
    <w:name w:val="List Number"/>
    <w:basedOn w:val="Norml"/>
    <w:uiPriority w:val="99"/>
    <w:unhideWhenUsed/>
    <w:rsid w:val="00326F90"/>
    <w:pPr>
      <w:numPr>
        <w:numId w:val="5"/>
      </w:numPr>
      <w:contextualSpacing/>
    </w:pPr>
  </w:style>
  <w:style w:type="paragraph" w:styleId="Szmozottlista2">
    <w:name w:val="List Number 2"/>
    <w:basedOn w:val="Norml"/>
    <w:uiPriority w:val="99"/>
    <w:unhideWhenUsed/>
    <w:rsid w:val="0029639D"/>
    <w:pPr>
      <w:numPr>
        <w:numId w:val="6"/>
      </w:numPr>
      <w:contextualSpacing/>
    </w:pPr>
  </w:style>
  <w:style w:type="paragraph" w:styleId="Szmozottlista3">
    <w:name w:val="List Number 3"/>
    <w:basedOn w:val="Norml"/>
    <w:uiPriority w:val="99"/>
    <w:unhideWhenUsed/>
    <w:rsid w:val="0029639D"/>
    <w:pPr>
      <w:numPr>
        <w:numId w:val="7"/>
      </w:numPr>
      <w:contextualSpacing/>
    </w:pPr>
  </w:style>
  <w:style w:type="paragraph" w:styleId="Listafolytatsa">
    <w:name w:val="List Continue"/>
    <w:basedOn w:val="Norml"/>
    <w:uiPriority w:val="99"/>
    <w:unhideWhenUsed/>
    <w:rsid w:val="0029639D"/>
    <w:pPr>
      <w:spacing w:after="120"/>
      <w:ind w:left="360"/>
      <w:contextualSpacing/>
    </w:pPr>
  </w:style>
  <w:style w:type="paragraph" w:styleId="Listafolytatsa2">
    <w:name w:val="List Continue 2"/>
    <w:basedOn w:val="Norml"/>
    <w:uiPriority w:val="99"/>
    <w:unhideWhenUsed/>
    <w:rsid w:val="0029639D"/>
    <w:pPr>
      <w:spacing w:after="120"/>
      <w:ind w:left="720"/>
      <w:contextualSpacing/>
    </w:pPr>
  </w:style>
  <w:style w:type="paragraph" w:styleId="Listafolytatsa3">
    <w:name w:val="List Continue 3"/>
    <w:basedOn w:val="Norml"/>
    <w:uiPriority w:val="99"/>
    <w:unhideWhenUsed/>
    <w:rsid w:val="0029639D"/>
    <w:pPr>
      <w:spacing w:after="120"/>
      <w:ind w:left="1080"/>
      <w:contextualSpacing/>
    </w:pPr>
  </w:style>
  <w:style w:type="paragraph" w:styleId="Makrszvege">
    <w:name w:val="macro"/>
    <w:link w:val="Makrszvege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szvegeChar">
    <w:name w:val="Makró szövege Char"/>
    <w:basedOn w:val="Bekezdsalapbettpusa"/>
    <w:link w:val="Makrszvege"/>
    <w:uiPriority w:val="99"/>
    <w:rsid w:val="0029639D"/>
    <w:rPr>
      <w:rFonts w:ascii="Courier" w:hAnsi="Courier"/>
      <w:sz w:val="20"/>
      <w:szCs w:val="20"/>
    </w:rPr>
  </w:style>
  <w:style w:type="paragraph" w:styleId="Idzet">
    <w:name w:val="Quote"/>
    <w:basedOn w:val="Norml"/>
    <w:next w:val="Norml"/>
    <w:link w:val="IdzetChar"/>
    <w:uiPriority w:val="29"/>
    <w:qFormat/>
    <w:rsid w:val="00FC693F"/>
    <w:rPr>
      <w:i/>
      <w:iCs/>
      <w:color w:val="000000" w:themeColor="text1"/>
    </w:rPr>
  </w:style>
  <w:style w:type="character" w:customStyle="1" w:styleId="IdzetChar">
    <w:name w:val="Idézet Char"/>
    <w:basedOn w:val="Bekezdsalapbettpusa"/>
    <w:link w:val="Idzet"/>
    <w:uiPriority w:val="29"/>
    <w:rsid w:val="00FC693F"/>
    <w:rPr>
      <w:i/>
      <w:iCs/>
      <w:color w:val="000000" w:themeColor="text1"/>
    </w:rPr>
  </w:style>
  <w:style w:type="character" w:customStyle="1" w:styleId="Cmsor4Char">
    <w:name w:val="Címsor 4 Char"/>
    <w:basedOn w:val="Bekezdsalapbettpusa"/>
    <w:link w:val="Cmsor4"/>
    <w:uiPriority w:val="9"/>
    <w:semiHidden/>
    <w:rsid w:val="00FC693F"/>
    <w:rPr>
      <w:rFonts w:asciiTheme="majorHAnsi" w:eastAsiaTheme="majorEastAsia" w:hAnsiTheme="majorHAnsi" w:cstheme="majorBidi"/>
      <w:b/>
      <w:bCs/>
      <w:i/>
      <w:iCs/>
      <w:color w:val="4F81BD" w:themeColor="accent1"/>
    </w:rPr>
  </w:style>
  <w:style w:type="character" w:customStyle="1" w:styleId="Cmsor5Char">
    <w:name w:val="Címsor 5 Char"/>
    <w:basedOn w:val="Bekezdsalapbettpusa"/>
    <w:link w:val="Cmsor5"/>
    <w:uiPriority w:val="9"/>
    <w:semiHidden/>
    <w:rsid w:val="00FC693F"/>
    <w:rPr>
      <w:rFonts w:asciiTheme="majorHAnsi" w:eastAsiaTheme="majorEastAsia" w:hAnsiTheme="majorHAnsi" w:cstheme="majorBidi"/>
      <w:color w:val="243F60" w:themeColor="accent1" w:themeShade="7F"/>
    </w:rPr>
  </w:style>
  <w:style w:type="character" w:customStyle="1" w:styleId="Cmsor6Char">
    <w:name w:val="Címsor 6 Char"/>
    <w:basedOn w:val="Bekezdsalapbettpusa"/>
    <w:link w:val="Cmsor6"/>
    <w:uiPriority w:val="9"/>
    <w:semiHidden/>
    <w:rsid w:val="00FC693F"/>
    <w:rPr>
      <w:rFonts w:asciiTheme="majorHAnsi" w:eastAsiaTheme="majorEastAsia" w:hAnsiTheme="majorHAnsi" w:cstheme="majorBidi"/>
      <w:i/>
      <w:iCs/>
      <w:color w:val="243F60" w:themeColor="accent1" w:themeShade="7F"/>
    </w:rPr>
  </w:style>
  <w:style w:type="character" w:customStyle="1" w:styleId="Cmsor7Char">
    <w:name w:val="Címsor 7 Char"/>
    <w:basedOn w:val="Bekezdsalapbettpusa"/>
    <w:link w:val="Cmsor7"/>
    <w:uiPriority w:val="9"/>
    <w:semiHidden/>
    <w:rsid w:val="00FC693F"/>
    <w:rPr>
      <w:rFonts w:asciiTheme="majorHAnsi" w:eastAsiaTheme="majorEastAsia" w:hAnsiTheme="majorHAnsi" w:cstheme="majorBidi"/>
      <w:i/>
      <w:iCs/>
      <w:color w:val="404040" w:themeColor="text1" w:themeTint="BF"/>
    </w:rPr>
  </w:style>
  <w:style w:type="character" w:customStyle="1" w:styleId="Cmsor8Char">
    <w:name w:val="Címsor 8 Char"/>
    <w:basedOn w:val="Bekezdsalapbettpusa"/>
    <w:link w:val="Cmsor8"/>
    <w:uiPriority w:val="9"/>
    <w:semiHidden/>
    <w:rsid w:val="00FC693F"/>
    <w:rPr>
      <w:rFonts w:asciiTheme="majorHAnsi" w:eastAsiaTheme="majorEastAsia" w:hAnsiTheme="majorHAnsi" w:cstheme="majorBidi"/>
      <w:color w:val="4F81BD" w:themeColor="accent1"/>
      <w:sz w:val="20"/>
      <w:szCs w:val="20"/>
    </w:rPr>
  </w:style>
  <w:style w:type="character" w:customStyle="1" w:styleId="Cmsor9Char">
    <w:name w:val="Címsor 9 Char"/>
    <w:basedOn w:val="Bekezdsalapbettpusa"/>
    <w:link w:val="Cmsor9"/>
    <w:uiPriority w:val="9"/>
    <w:semiHidden/>
    <w:rsid w:val="00FC693F"/>
    <w:rPr>
      <w:rFonts w:asciiTheme="majorHAnsi" w:eastAsiaTheme="majorEastAsia" w:hAnsiTheme="majorHAnsi" w:cstheme="majorBidi"/>
      <w:i/>
      <w:iCs/>
      <w:color w:val="404040" w:themeColor="text1" w:themeTint="BF"/>
      <w:sz w:val="20"/>
      <w:szCs w:val="20"/>
    </w:rPr>
  </w:style>
  <w:style w:type="paragraph" w:styleId="Kpalrs">
    <w:name w:val="caption"/>
    <w:basedOn w:val="Norml"/>
    <w:next w:val="Norml"/>
    <w:uiPriority w:val="35"/>
    <w:semiHidden/>
    <w:unhideWhenUsed/>
    <w:qFormat/>
    <w:rsid w:val="00FC693F"/>
    <w:rPr>
      <w:b/>
      <w:bCs/>
      <w:color w:val="4F81BD" w:themeColor="accent1"/>
      <w:sz w:val="18"/>
      <w:szCs w:val="18"/>
    </w:rPr>
  </w:style>
  <w:style w:type="character" w:styleId="Kiemels2">
    <w:name w:val="Strong"/>
    <w:basedOn w:val="Bekezdsalapbettpusa"/>
    <w:uiPriority w:val="22"/>
    <w:qFormat/>
    <w:rsid w:val="00FC693F"/>
    <w:rPr>
      <w:b/>
      <w:bCs/>
    </w:rPr>
  </w:style>
  <w:style w:type="character" w:styleId="Kiemels">
    <w:name w:val="Emphasis"/>
    <w:basedOn w:val="Bekezdsalapbettpusa"/>
    <w:uiPriority w:val="20"/>
    <w:qFormat/>
    <w:rsid w:val="00FC693F"/>
    <w:rPr>
      <w:i/>
      <w:iCs/>
    </w:rPr>
  </w:style>
  <w:style w:type="paragraph" w:styleId="Kiemeltidzet">
    <w:name w:val="Intense Quote"/>
    <w:basedOn w:val="Norml"/>
    <w:next w:val="Norml"/>
    <w:link w:val="Kiemeltidze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KiemeltidzetChar">
    <w:name w:val="Kiemelt idézet Char"/>
    <w:basedOn w:val="Bekezdsalapbettpusa"/>
    <w:link w:val="Kiemeltidzet"/>
    <w:uiPriority w:val="30"/>
    <w:rsid w:val="00FC693F"/>
    <w:rPr>
      <w:b/>
      <w:bCs/>
      <w:i/>
      <w:iCs/>
      <w:color w:val="4F81BD" w:themeColor="accent1"/>
    </w:rPr>
  </w:style>
  <w:style w:type="character" w:styleId="Finomkiemels">
    <w:name w:val="Subtle Emphasis"/>
    <w:basedOn w:val="Bekezdsalapbettpusa"/>
    <w:uiPriority w:val="19"/>
    <w:qFormat/>
    <w:rsid w:val="00FC693F"/>
    <w:rPr>
      <w:i/>
      <w:iCs/>
      <w:color w:val="808080" w:themeColor="text1" w:themeTint="7F"/>
    </w:rPr>
  </w:style>
  <w:style w:type="character" w:styleId="Erskiemels">
    <w:name w:val="Intense Emphasis"/>
    <w:basedOn w:val="Bekezdsalapbettpusa"/>
    <w:uiPriority w:val="21"/>
    <w:qFormat/>
    <w:rsid w:val="00FC693F"/>
    <w:rPr>
      <w:b/>
      <w:bCs/>
      <w:i/>
      <w:iCs/>
      <w:color w:val="4F81BD" w:themeColor="accent1"/>
    </w:rPr>
  </w:style>
  <w:style w:type="character" w:styleId="Finomhivatkozs">
    <w:name w:val="Subtle Reference"/>
    <w:basedOn w:val="Bekezdsalapbettpusa"/>
    <w:uiPriority w:val="31"/>
    <w:qFormat/>
    <w:rsid w:val="00FC693F"/>
    <w:rPr>
      <w:smallCaps/>
      <w:color w:val="C0504D" w:themeColor="accent2"/>
      <w:u w:val="single"/>
    </w:rPr>
  </w:style>
  <w:style w:type="character" w:styleId="Ershivatkozs">
    <w:name w:val="Intense Reference"/>
    <w:basedOn w:val="Bekezdsalapbettpusa"/>
    <w:uiPriority w:val="32"/>
    <w:qFormat/>
    <w:rsid w:val="00FC693F"/>
    <w:rPr>
      <w:b/>
      <w:bCs/>
      <w:smallCaps/>
      <w:color w:val="C0504D" w:themeColor="accent2"/>
      <w:spacing w:val="5"/>
      <w:u w:val="single"/>
    </w:rPr>
  </w:style>
  <w:style w:type="character" w:styleId="Knyvcme">
    <w:name w:val="Book Title"/>
    <w:basedOn w:val="Bekezdsalapbettpusa"/>
    <w:uiPriority w:val="33"/>
    <w:qFormat/>
    <w:rsid w:val="00FC693F"/>
    <w:rPr>
      <w:b/>
      <w:bCs/>
      <w:smallCaps/>
      <w:spacing w:val="5"/>
    </w:rPr>
  </w:style>
  <w:style w:type="paragraph" w:styleId="Tartalomjegyzkcmsora">
    <w:name w:val="TOC Heading"/>
    <w:basedOn w:val="Cmsor1"/>
    <w:next w:val="Norml"/>
    <w:uiPriority w:val="39"/>
    <w:semiHidden/>
    <w:unhideWhenUsed/>
    <w:qFormat/>
    <w:rsid w:val="00FC693F"/>
    <w:pPr>
      <w:outlineLvl w:val="9"/>
    </w:pPr>
  </w:style>
  <w:style w:type="table" w:styleId="Rcsostblzat">
    <w:name w:val="Table Grid"/>
    <w:basedOn w:val="Normltblzat"/>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ilgostnus">
    <w:name w:val="Light Shading"/>
    <w:basedOn w:val="Normltblzat"/>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Vilgosrnykols1jellszn">
    <w:name w:val="Light Shading Accent 1"/>
    <w:basedOn w:val="Normltblzat"/>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Vilgosrnykols2jellszn">
    <w:name w:val="Light Shading Accent 2"/>
    <w:basedOn w:val="Normltblzat"/>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Vilgosrnykols3jellszn">
    <w:name w:val="Light Shading Accent 3"/>
    <w:basedOn w:val="Normltblzat"/>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Vilgosrnykols4jellszn">
    <w:name w:val="Light Shading Accent 4"/>
    <w:basedOn w:val="Normltblzat"/>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Vilgosrnykols5jellszn">
    <w:name w:val="Light Shading Accent 5"/>
    <w:basedOn w:val="Normltblzat"/>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Vilgosrnykols6jellszn">
    <w:name w:val="Light Shading Accent 6"/>
    <w:basedOn w:val="Normltblzat"/>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Vilgoslista">
    <w:name w:val="Light List"/>
    <w:basedOn w:val="Normltblzat"/>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Vilgoslista1jellszn">
    <w:name w:val="Light List Accent 1"/>
    <w:basedOn w:val="Normltblzat"/>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Vilgoslista2jellszn">
    <w:name w:val="Light List Accent 2"/>
    <w:basedOn w:val="Normltblzat"/>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Vilgoslista3jellszn">
    <w:name w:val="Light List Accent 3"/>
    <w:basedOn w:val="Normltblzat"/>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Vilgoslista4jellszn">
    <w:name w:val="Light List Accent 4"/>
    <w:basedOn w:val="Normltblzat"/>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Vilgoslista5jellszn">
    <w:name w:val="Light List Accent 5"/>
    <w:basedOn w:val="Normltblzat"/>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Vilgoslista6jellszn">
    <w:name w:val="Light List Accent 6"/>
    <w:basedOn w:val="Normltblzat"/>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Vilgosrcs">
    <w:name w:val="Light Grid"/>
    <w:basedOn w:val="Normltblzat"/>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Vilgosrcs1jellszn">
    <w:name w:val="Light Grid Accent 1"/>
    <w:basedOn w:val="Normltblzat"/>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Vilgosrcs2jellszn">
    <w:name w:val="Light Grid Accent 2"/>
    <w:basedOn w:val="Normltblzat"/>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Vilgosrcs3jellszn">
    <w:name w:val="Light Grid Accent 3"/>
    <w:basedOn w:val="Normltblzat"/>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Vilgosrcs4jellszn">
    <w:name w:val="Light Grid Accent 4"/>
    <w:basedOn w:val="Normltblzat"/>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Vilgosrcs5jellszn">
    <w:name w:val="Light Grid Accent 5"/>
    <w:basedOn w:val="Normltblzat"/>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Vilgosrcs6jellszn">
    <w:name w:val="Light Grid Accent 6"/>
    <w:basedOn w:val="Normltblzat"/>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Kzepesrnykols1">
    <w:name w:val="Medium Shading 1"/>
    <w:basedOn w:val="Normltblzat"/>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Kzepesrnykols11jellszn">
    <w:name w:val="Medium Shading 1 Accent 1"/>
    <w:basedOn w:val="Normltblzat"/>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Kzepesrnykols12jellszn">
    <w:name w:val="Medium Shading 1 Accent 2"/>
    <w:basedOn w:val="Normltblzat"/>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Kzepesrnykols13jellszn">
    <w:name w:val="Medium Shading 1 Accent 3"/>
    <w:basedOn w:val="Normltblzat"/>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Kzepesrnykols14jellszn">
    <w:name w:val="Medium Shading 1 Accent 4"/>
    <w:basedOn w:val="Normltblzat"/>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Kzepesrnykols15jellszn">
    <w:name w:val="Medium Shading 1 Accent 5"/>
    <w:basedOn w:val="Normltblzat"/>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Kzepesrnykols16jellszn">
    <w:name w:val="Medium Shading 1 Accent 6"/>
    <w:basedOn w:val="Normltblzat"/>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Kzepesrnykols2">
    <w:name w:val="Medium Shading 2"/>
    <w:basedOn w:val="Normltblzat"/>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Kzepesrnykols21jellszn">
    <w:name w:val="Medium Shading 2 Accent 1"/>
    <w:basedOn w:val="Normltblzat"/>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Kzepesrnykols22jellszn">
    <w:name w:val="Medium Shading 2 Accent 2"/>
    <w:basedOn w:val="Normltblzat"/>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Kzepesrnykols23jellszn">
    <w:name w:val="Medium Shading 2 Accent 3"/>
    <w:basedOn w:val="Normltblzat"/>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Kzepesrnykols24jellszn">
    <w:name w:val="Medium Shading 2 Accent 4"/>
    <w:basedOn w:val="Normltblzat"/>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Kzepesrnykols25jellszn">
    <w:name w:val="Medium Shading 2 Accent 5"/>
    <w:basedOn w:val="Normltblzat"/>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Kzepesrnykols26jellszn">
    <w:name w:val="Medium Shading 2 Accent 6"/>
    <w:basedOn w:val="Normltblzat"/>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Kzepeslista1">
    <w:name w:val="Medium List 1"/>
    <w:basedOn w:val="Normltblzat"/>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Kzepeslista11jellszn">
    <w:name w:val="Medium List 1 Accent 1"/>
    <w:basedOn w:val="Normltblzat"/>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Kzepeslista12jellszn">
    <w:name w:val="Medium List 1 Accent 2"/>
    <w:basedOn w:val="Normltblzat"/>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Kzepeslista13jellszn">
    <w:name w:val="Medium List 1 Accent 3"/>
    <w:basedOn w:val="Normltblzat"/>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Kzepeslista14jellszn">
    <w:name w:val="Medium List 1 Accent 4"/>
    <w:basedOn w:val="Normltblzat"/>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Kzepeslista15jellszn">
    <w:name w:val="Medium List 1 Accent 5"/>
    <w:basedOn w:val="Normltblzat"/>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Kzepeslista16jellszn">
    <w:name w:val="Medium List 1 Accent 6"/>
    <w:basedOn w:val="Normltblzat"/>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Kzepeslista2">
    <w:name w:val="Medium List 2"/>
    <w:basedOn w:val="Normltblzat"/>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Kzepeslista21jellszn">
    <w:name w:val="Medium List 2 Accent 1"/>
    <w:basedOn w:val="Normltblzat"/>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Kzepeslista22jellszn">
    <w:name w:val="Medium List 2 Accent 2"/>
    <w:basedOn w:val="Normltblzat"/>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Kzepeslista23jellszn">
    <w:name w:val="Medium List 2 Accent 3"/>
    <w:basedOn w:val="Normltblzat"/>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Kzepeslista24jellszn">
    <w:name w:val="Medium List 2 Accent 4"/>
    <w:basedOn w:val="Normltblzat"/>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Kzepeslista25jellszn">
    <w:name w:val="Medium List 2 Accent 5"/>
    <w:basedOn w:val="Normltblzat"/>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Kzepeslista26jellszn">
    <w:name w:val="Medium List 2 Accent 6"/>
    <w:basedOn w:val="Normltblzat"/>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Kzepesrcs1">
    <w:name w:val="Medium Grid 1"/>
    <w:basedOn w:val="Normltblzat"/>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zepesrcs11jellszn">
    <w:name w:val="Medium Grid 1 Accent 1"/>
    <w:basedOn w:val="Normltblzat"/>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zepesrcs12jellszn">
    <w:name w:val="Medium Grid 1 Accent 2"/>
    <w:basedOn w:val="Normltblzat"/>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zepesrcs13jellszn">
    <w:name w:val="Medium Grid 1 Accent 3"/>
    <w:basedOn w:val="Normltblzat"/>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zepesrcs14jellszn">
    <w:name w:val="Medium Grid 1 Accent 4"/>
    <w:basedOn w:val="Normltblzat"/>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zepesrcs15jellszn">
    <w:name w:val="Medium Grid 1 Accent 5"/>
    <w:basedOn w:val="Normltblzat"/>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zepesrcs16jellszn">
    <w:name w:val="Medium Grid 1 Accent 6"/>
    <w:basedOn w:val="Normltblzat"/>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Kzepesrcs2">
    <w:name w:val="Medium Grid 2"/>
    <w:basedOn w:val="Normltblzat"/>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Kzepesrcs21jellszn">
    <w:name w:val="Medium Grid 2 Accent 1"/>
    <w:basedOn w:val="Normltblzat"/>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Kzepesrcs22jellszn">
    <w:name w:val="Medium Grid 2 Accent 2"/>
    <w:basedOn w:val="Normltblzat"/>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Kzepesrcs23jellszn">
    <w:name w:val="Medium Grid 2 Accent 3"/>
    <w:basedOn w:val="Normltblzat"/>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Kzepesrcs24jellszn">
    <w:name w:val="Medium Grid 2 Accent 4"/>
    <w:basedOn w:val="Normltblzat"/>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Kzepesrcs25jellszn">
    <w:name w:val="Medium Grid 2 Accent 5"/>
    <w:basedOn w:val="Normltblzat"/>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Kzepesrcs26jellszn">
    <w:name w:val="Medium Grid 2 Accent 6"/>
    <w:basedOn w:val="Normltblzat"/>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Kzepesrcs3">
    <w:name w:val="Medium Grid 3"/>
    <w:basedOn w:val="Normltblzat"/>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Kzepesrcs31jellszn">
    <w:name w:val="Medium Grid 3 Accent 1"/>
    <w:basedOn w:val="Normltblzat"/>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Kzepesrcs32jellszn">
    <w:name w:val="Medium Grid 3 Accent 2"/>
    <w:basedOn w:val="Normltblzat"/>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Kzepesrcs33jellszn">
    <w:name w:val="Medium Grid 3 Accent 3"/>
    <w:basedOn w:val="Normltblzat"/>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Kzepesrcs34jellszn">
    <w:name w:val="Medium Grid 3 Accent 4"/>
    <w:basedOn w:val="Normltblzat"/>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Kzepesrcs35jellszn">
    <w:name w:val="Medium Grid 3 Accent 5"/>
    <w:basedOn w:val="Normltblzat"/>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Kzepesrcs36jellszn">
    <w:name w:val="Medium Grid 3 Accent 6"/>
    <w:basedOn w:val="Normltblzat"/>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Sttlista">
    <w:name w:val="Dark List"/>
    <w:basedOn w:val="Normltblzat"/>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Sttlista1jellszn">
    <w:name w:val="Dark List Accent 1"/>
    <w:basedOn w:val="Normltblzat"/>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Sttlista2jellszn">
    <w:name w:val="Dark List Accent 2"/>
    <w:basedOn w:val="Normltblzat"/>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Sttlista3jellszn">
    <w:name w:val="Dark List Accent 3"/>
    <w:basedOn w:val="Normltblzat"/>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Sttlista4jellszn">
    <w:name w:val="Dark List Accent 4"/>
    <w:basedOn w:val="Normltblzat"/>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Sttlista5jellszn">
    <w:name w:val="Dark List Accent 5"/>
    <w:basedOn w:val="Normltblzat"/>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Sttlista6jellszn">
    <w:name w:val="Dark List Accent 6"/>
    <w:basedOn w:val="Normltblzat"/>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znesrnykols">
    <w:name w:val="Colorful Shading"/>
    <w:basedOn w:val="Normltblzat"/>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znesrnykols1jellszn">
    <w:name w:val="Colorful Shading Accent 1"/>
    <w:basedOn w:val="Normltblzat"/>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znesrnykols2jellszn">
    <w:name w:val="Colorful Shading Accent 2"/>
    <w:basedOn w:val="Normltblzat"/>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znesrnykols3jellszn">
    <w:name w:val="Colorful Shading Accent 3"/>
    <w:basedOn w:val="Normltblzat"/>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znesrnykols4jellszn">
    <w:name w:val="Colorful Shading Accent 4"/>
    <w:basedOn w:val="Normltblzat"/>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znesrnykols5jellszn">
    <w:name w:val="Colorful Shading Accent 5"/>
    <w:basedOn w:val="Normltblzat"/>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znesrnykols6jellszn">
    <w:name w:val="Colorful Shading Accent 6"/>
    <w:basedOn w:val="Normltblzat"/>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Szneslista">
    <w:name w:val="Colorful List"/>
    <w:basedOn w:val="Normltblzat"/>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Szneslista1jellszn">
    <w:name w:val="Colorful List Accent 1"/>
    <w:basedOn w:val="Normltblzat"/>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Szneslista2jellszn">
    <w:name w:val="Colorful List Accent 2"/>
    <w:basedOn w:val="Normltblzat"/>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Szneslista3jellszn">
    <w:name w:val="Colorful List Accent 3"/>
    <w:basedOn w:val="Normltblzat"/>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Szneslista4jellszn">
    <w:name w:val="Colorful List Accent 4"/>
    <w:basedOn w:val="Normltblzat"/>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Szneslista5jellszn">
    <w:name w:val="Colorful List Accent 5"/>
    <w:basedOn w:val="Normltblzat"/>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Szneslista6jellszn">
    <w:name w:val="Colorful List Accent 6"/>
    <w:basedOn w:val="Normltblzat"/>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Sznesrcs">
    <w:name w:val="Colorful Grid"/>
    <w:basedOn w:val="Normltblzat"/>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znesrcs1jellszn">
    <w:name w:val="Colorful Grid Accent 1"/>
    <w:basedOn w:val="Normltblzat"/>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znesrcs2jellszn">
    <w:name w:val="Colorful Grid Accent 2"/>
    <w:basedOn w:val="Normltblzat"/>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znesrcs3jellszn">
    <w:name w:val="Colorful Grid Accent 3"/>
    <w:basedOn w:val="Normltblzat"/>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Sznesrcs4jellszn">
    <w:name w:val="Colorful Grid Accent 4"/>
    <w:basedOn w:val="Normltblzat"/>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Sznesrcs5jellszn">
    <w:name w:val="Colorful Grid Accent 5"/>
    <w:basedOn w:val="Normltblzat"/>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znesrcs6jellszn">
    <w:name w:val="Colorful Grid Accent 6"/>
    <w:basedOn w:val="Normltblzat"/>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iperhivatkozs">
    <w:name w:val="Hyperlink"/>
    <w:basedOn w:val="Bekezdsalapbettpusa"/>
    <w:uiPriority w:val="99"/>
    <w:unhideWhenUsed/>
    <w:rsid w:val="00192F71"/>
    <w:rPr>
      <w:color w:val="0000FF" w:themeColor="hyperlink"/>
      <w:u w:val="single"/>
    </w:rPr>
  </w:style>
  <w:style w:type="character" w:styleId="Feloldatlanmegemlts">
    <w:name w:val="Unresolved Mention"/>
    <w:basedOn w:val="Bekezdsalapbettpusa"/>
    <w:uiPriority w:val="99"/>
    <w:semiHidden/>
    <w:unhideWhenUsed/>
    <w:rsid w:val="00CE01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370054">
      <w:bodyDiv w:val="1"/>
      <w:marLeft w:val="0"/>
      <w:marRight w:val="0"/>
      <w:marTop w:val="0"/>
      <w:marBottom w:val="0"/>
      <w:divBdr>
        <w:top w:val="none" w:sz="0" w:space="0" w:color="auto"/>
        <w:left w:val="none" w:sz="0" w:space="0" w:color="auto"/>
        <w:bottom w:val="none" w:sz="0" w:space="0" w:color="auto"/>
        <w:right w:val="none" w:sz="0" w:space="0" w:color="auto"/>
      </w:divBdr>
    </w:div>
    <w:div w:id="342368296">
      <w:bodyDiv w:val="1"/>
      <w:marLeft w:val="0"/>
      <w:marRight w:val="0"/>
      <w:marTop w:val="0"/>
      <w:marBottom w:val="0"/>
      <w:divBdr>
        <w:top w:val="none" w:sz="0" w:space="0" w:color="auto"/>
        <w:left w:val="none" w:sz="0" w:space="0" w:color="auto"/>
        <w:bottom w:val="none" w:sz="0" w:space="0" w:color="auto"/>
        <w:right w:val="none" w:sz="0" w:space="0" w:color="auto"/>
      </w:divBdr>
    </w:div>
    <w:div w:id="438526590">
      <w:bodyDiv w:val="1"/>
      <w:marLeft w:val="0"/>
      <w:marRight w:val="0"/>
      <w:marTop w:val="0"/>
      <w:marBottom w:val="0"/>
      <w:divBdr>
        <w:top w:val="none" w:sz="0" w:space="0" w:color="auto"/>
        <w:left w:val="none" w:sz="0" w:space="0" w:color="auto"/>
        <w:bottom w:val="none" w:sz="0" w:space="0" w:color="auto"/>
        <w:right w:val="none" w:sz="0" w:space="0" w:color="auto"/>
      </w:divBdr>
    </w:div>
    <w:div w:id="1040324841">
      <w:bodyDiv w:val="1"/>
      <w:marLeft w:val="0"/>
      <w:marRight w:val="0"/>
      <w:marTop w:val="0"/>
      <w:marBottom w:val="0"/>
      <w:divBdr>
        <w:top w:val="none" w:sz="0" w:space="0" w:color="auto"/>
        <w:left w:val="none" w:sz="0" w:space="0" w:color="auto"/>
        <w:bottom w:val="none" w:sz="0" w:space="0" w:color="auto"/>
        <w:right w:val="none" w:sz="0" w:space="0" w:color="auto"/>
      </w:divBdr>
    </w:div>
    <w:div w:id="18366019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nistrativ@icdcrm.ro"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nap.gov.ro/ro/legislatie/legislatie-national/" TargetMode="External"/><Relationship Id="rId5" Type="http://schemas.openxmlformats.org/officeDocument/2006/relationships/webSettings" Target="webSettings.xml"/><Relationship Id="rId10" Type="http://schemas.openxmlformats.org/officeDocument/2006/relationships/hyperlink" Target="https://icdcrm.ro/ro/page/114/cariera" TargetMode="External"/><Relationship Id="rId4" Type="http://schemas.openxmlformats.org/officeDocument/2006/relationships/settings" Target="settings.xml"/><Relationship Id="rId9" Type="http://schemas.openxmlformats.org/officeDocument/2006/relationships/hyperlink" Target="http://www.icdcrm.ro"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160</TotalTime>
  <Pages>4</Pages>
  <Words>1564</Words>
  <Characters>9077</Characters>
  <Application>Microsoft Office Word</Application>
  <DocSecurity>0</DocSecurity>
  <Lines>75</Lines>
  <Paragraphs>21</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10620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ICDCRM Miercurea Ciuc</cp:lastModifiedBy>
  <cp:revision>19</cp:revision>
  <cp:lastPrinted>2026-08-05T06:48:00Z</cp:lastPrinted>
  <dcterms:created xsi:type="dcterms:W3CDTF">2026-06-18T06:24:00Z</dcterms:created>
  <dcterms:modified xsi:type="dcterms:W3CDTF">2026-08-05T07:12:00Z</dcterms:modified>
  <cp:category/>
</cp:coreProperties>
</file>