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704"/>
      </w:tblGrid>
      <w:tr w:rsidR="00335EBB" w:rsidRPr="00996BC7" w14:paraId="0D162B11" w14:textId="77777777" w:rsidTr="00335EBB">
        <w:tc>
          <w:tcPr>
            <w:tcW w:w="5094" w:type="dxa"/>
          </w:tcPr>
          <w:p w14:paraId="40C0C8FB" w14:textId="77777777" w:rsidR="00335EBB" w:rsidRPr="00996BC7" w:rsidRDefault="00335EBB" w:rsidP="00335EBB">
            <w:pPr>
              <w:jc w:val="center"/>
              <w:rPr>
                <w:b/>
                <w:bCs/>
                <w:sz w:val="24"/>
                <w:szCs w:val="24"/>
                <w:lang w:val="ro-RO"/>
              </w:rPr>
            </w:pPr>
            <w:r w:rsidRPr="00996BC7">
              <w:rPr>
                <w:b/>
                <w:bCs/>
                <w:sz w:val="24"/>
                <w:szCs w:val="24"/>
                <w:lang w:val="ro-RO"/>
              </w:rPr>
              <w:t>ROMÂNIA</w:t>
            </w:r>
          </w:p>
          <w:p w14:paraId="3EEB0CF7" w14:textId="77777777" w:rsidR="00335EBB" w:rsidRPr="00996BC7" w:rsidRDefault="00335EBB" w:rsidP="00335EBB">
            <w:pPr>
              <w:jc w:val="center"/>
              <w:rPr>
                <w:b/>
                <w:bCs/>
                <w:sz w:val="24"/>
                <w:szCs w:val="24"/>
                <w:lang w:val="ro-RO"/>
              </w:rPr>
            </w:pPr>
            <w:r w:rsidRPr="00996BC7">
              <w:rPr>
                <w:b/>
                <w:bCs/>
                <w:sz w:val="24"/>
                <w:szCs w:val="24"/>
                <w:lang w:val="ro-RO"/>
              </w:rPr>
              <w:t>JUDEȚUL CARAȘ-SEVERIN</w:t>
            </w:r>
          </w:p>
          <w:p w14:paraId="5A5D3A05" w14:textId="77777777" w:rsidR="00335EBB" w:rsidRPr="00996BC7" w:rsidRDefault="00335EBB" w:rsidP="00335EBB">
            <w:pPr>
              <w:jc w:val="center"/>
              <w:rPr>
                <w:b/>
                <w:bCs/>
                <w:sz w:val="24"/>
                <w:szCs w:val="24"/>
                <w:lang w:val="ro-RO"/>
              </w:rPr>
            </w:pPr>
            <w:r w:rsidRPr="00996BC7">
              <w:rPr>
                <w:b/>
                <w:bCs/>
                <w:sz w:val="24"/>
                <w:szCs w:val="24"/>
                <w:lang w:val="ro-RO"/>
              </w:rPr>
              <w:t>Serviciul Public „SERVICIUL DE UTILITĂȚI PUBLICE – SLATINA-TIMIȘ”</w:t>
            </w:r>
          </w:p>
          <w:p w14:paraId="4F201D6F" w14:textId="71BC41A2" w:rsidR="00335EBB" w:rsidRPr="00996BC7" w:rsidRDefault="00335EBB" w:rsidP="00335EBB">
            <w:pPr>
              <w:jc w:val="center"/>
              <w:rPr>
                <w:sz w:val="24"/>
                <w:szCs w:val="24"/>
                <w:lang w:val="ro-RO"/>
              </w:rPr>
            </w:pPr>
            <w:r w:rsidRPr="00996BC7">
              <w:rPr>
                <w:sz w:val="24"/>
                <w:szCs w:val="24"/>
                <w:lang w:val="ro-RO"/>
              </w:rPr>
              <w:t>Slatina-Timiș, str. Principală nr. 3, județul Caraș-Severin</w:t>
            </w:r>
          </w:p>
          <w:p w14:paraId="49069237" w14:textId="7B4C8A18" w:rsidR="003D4276" w:rsidRPr="00996BC7" w:rsidRDefault="003D4276" w:rsidP="00335EBB">
            <w:pPr>
              <w:jc w:val="center"/>
              <w:rPr>
                <w:sz w:val="24"/>
                <w:szCs w:val="24"/>
                <w:lang w:val="ro-RO"/>
              </w:rPr>
            </w:pPr>
            <w:r w:rsidRPr="00996BC7">
              <w:rPr>
                <w:sz w:val="24"/>
                <w:szCs w:val="24"/>
                <w:lang w:val="ro-RO"/>
              </w:rPr>
              <w:t>CUI 54447904</w:t>
            </w:r>
          </w:p>
          <w:p w14:paraId="2F53C54D" w14:textId="362C0011" w:rsidR="00335EBB" w:rsidRPr="00996BC7" w:rsidRDefault="00335EBB" w:rsidP="00335EBB">
            <w:pPr>
              <w:jc w:val="center"/>
              <w:rPr>
                <w:sz w:val="24"/>
                <w:szCs w:val="24"/>
                <w:lang w:val="ro-RO"/>
              </w:rPr>
            </w:pPr>
            <w:r w:rsidRPr="00996BC7">
              <w:rPr>
                <w:sz w:val="24"/>
                <w:szCs w:val="24"/>
                <w:lang w:val="ro-RO"/>
              </w:rPr>
              <w:t>Nr. ________/24.07.2026</w:t>
            </w:r>
          </w:p>
        </w:tc>
        <w:tc>
          <w:tcPr>
            <w:tcW w:w="5094" w:type="dxa"/>
          </w:tcPr>
          <w:p w14:paraId="3BC4EF1E" w14:textId="77777777" w:rsidR="00335EBB" w:rsidRPr="00996BC7" w:rsidRDefault="00335EBB" w:rsidP="00D23BD9">
            <w:pPr>
              <w:rPr>
                <w:sz w:val="24"/>
                <w:szCs w:val="24"/>
                <w:lang w:val="ro-RO"/>
              </w:rPr>
            </w:pPr>
          </w:p>
        </w:tc>
      </w:tr>
    </w:tbl>
    <w:p w14:paraId="05686A4A" w14:textId="77777777" w:rsidR="00D23BD9" w:rsidRPr="00996BC7" w:rsidRDefault="00D23BD9">
      <w:pPr>
        <w:spacing w:after="40" w:line="240" w:lineRule="auto"/>
        <w:rPr>
          <w:sz w:val="24"/>
          <w:szCs w:val="24"/>
          <w:u w:val="single"/>
          <w:lang w:val="ro-RO"/>
        </w:rPr>
      </w:pPr>
    </w:p>
    <w:p w14:paraId="6531E004" w14:textId="77777777" w:rsidR="00D23BD9" w:rsidRPr="00996BC7" w:rsidRDefault="00D23BD9">
      <w:pPr>
        <w:spacing w:after="40" w:line="240" w:lineRule="auto"/>
        <w:rPr>
          <w:sz w:val="24"/>
          <w:szCs w:val="24"/>
          <w:lang w:val="ro-RO"/>
        </w:rPr>
      </w:pPr>
    </w:p>
    <w:p w14:paraId="2F5C52B9" w14:textId="77777777" w:rsidR="00C56BDE" w:rsidRPr="00996BC7" w:rsidRDefault="00000000" w:rsidP="00335EBB">
      <w:pPr>
        <w:spacing w:after="40" w:line="240" w:lineRule="auto"/>
        <w:jc w:val="center"/>
        <w:rPr>
          <w:sz w:val="24"/>
          <w:szCs w:val="24"/>
          <w:lang w:val="ro-RO"/>
        </w:rPr>
      </w:pPr>
      <w:r w:rsidRPr="00996BC7">
        <w:rPr>
          <w:b/>
          <w:sz w:val="24"/>
          <w:szCs w:val="24"/>
          <w:lang w:val="ro-RO"/>
        </w:rPr>
        <w:t>ANUNȚ</w:t>
      </w:r>
    </w:p>
    <w:p w14:paraId="03DE4094" w14:textId="77777777" w:rsidR="00C56BDE" w:rsidRPr="00996BC7" w:rsidRDefault="00000000">
      <w:pPr>
        <w:spacing w:after="120" w:line="240" w:lineRule="auto"/>
        <w:jc w:val="center"/>
        <w:rPr>
          <w:b/>
          <w:sz w:val="24"/>
          <w:szCs w:val="24"/>
          <w:lang w:val="ro-RO"/>
        </w:rPr>
      </w:pPr>
      <w:r w:rsidRPr="00996BC7">
        <w:rPr>
          <w:b/>
          <w:sz w:val="24"/>
          <w:szCs w:val="24"/>
          <w:lang w:val="ro-RO"/>
        </w:rPr>
        <w:t>privind concursul pentru ocuparea a două posturi contractuale vacante, posturi unice</w:t>
      </w:r>
    </w:p>
    <w:p w14:paraId="41B228D9" w14:textId="77777777" w:rsidR="00D23BD9" w:rsidRPr="00996BC7" w:rsidRDefault="00D23BD9">
      <w:pPr>
        <w:spacing w:after="120" w:line="240" w:lineRule="auto"/>
        <w:jc w:val="center"/>
        <w:rPr>
          <w:sz w:val="24"/>
          <w:szCs w:val="24"/>
          <w:lang w:val="ro-RO"/>
        </w:rPr>
      </w:pPr>
    </w:p>
    <w:p w14:paraId="0060182E" w14:textId="77777777" w:rsidR="00C56BDE" w:rsidRPr="00996BC7" w:rsidRDefault="00000000" w:rsidP="00D23BD9">
      <w:pPr>
        <w:spacing w:after="40" w:line="240" w:lineRule="auto"/>
        <w:ind w:firstLine="720"/>
        <w:rPr>
          <w:sz w:val="24"/>
          <w:szCs w:val="24"/>
          <w:lang w:val="ro-RO"/>
        </w:rPr>
      </w:pPr>
      <w:r w:rsidRPr="00996BC7">
        <w:rPr>
          <w:sz w:val="24"/>
          <w:szCs w:val="24"/>
          <w:lang w:val="ro-RO"/>
        </w:rPr>
        <w:t>Serviciul Public „SERVICIUL DE UTILITĂȚI PUBLICE – SLATINA-TIMIȘ”, cu sediul în Slatina-Timiș, str. Principală nr. 3, județul Caraș-Severin, în conformitate cu H.G. nr. 1.336/2022, cu modificările și completările ulterioare, și cu respectarea art. XXII din Legea nr. 141/2025, posturile fiind posturi unice vacante, organizează concurs pentru ocuparea următoarelor posturi:</w:t>
      </w:r>
    </w:p>
    <w:p w14:paraId="2FA6EA62" w14:textId="77777777" w:rsidR="00D23BD9" w:rsidRPr="00996BC7" w:rsidRDefault="00D23BD9" w:rsidP="00D23BD9">
      <w:pPr>
        <w:spacing w:after="40" w:line="240" w:lineRule="auto"/>
        <w:ind w:firstLine="720"/>
        <w:rPr>
          <w:sz w:val="24"/>
          <w:szCs w:val="24"/>
          <w:lang w:val="ro-RO"/>
        </w:rPr>
      </w:pPr>
    </w:p>
    <w:tbl>
      <w:tblPr>
        <w:tblStyle w:val="Tabelgril"/>
        <w:tblW w:w="0" w:type="auto"/>
        <w:jc w:val="center"/>
        <w:tblLook w:val="04A0" w:firstRow="1" w:lastRow="0" w:firstColumn="1" w:lastColumn="0" w:noHBand="0" w:noVBand="1"/>
      </w:tblPr>
      <w:tblGrid>
        <w:gridCol w:w="3830"/>
        <w:gridCol w:w="2873"/>
        <w:gridCol w:w="2873"/>
      </w:tblGrid>
      <w:tr w:rsidR="00C56BDE" w:rsidRPr="00996BC7" w14:paraId="1311016F" w14:textId="77777777">
        <w:trPr>
          <w:jc w:val="center"/>
        </w:trPr>
        <w:tc>
          <w:tcPr>
            <w:tcW w:w="3324" w:type="dxa"/>
            <w:shd w:val="clear" w:color="auto" w:fill="D9EAF7"/>
            <w:vAlign w:val="center"/>
          </w:tcPr>
          <w:p w14:paraId="018C48D9" w14:textId="77777777" w:rsidR="00C56BDE" w:rsidRPr="00996BC7" w:rsidRDefault="00000000">
            <w:pPr>
              <w:rPr>
                <w:sz w:val="24"/>
                <w:szCs w:val="24"/>
                <w:lang w:val="ro-RO"/>
              </w:rPr>
            </w:pPr>
            <w:r w:rsidRPr="00996BC7">
              <w:rPr>
                <w:b/>
                <w:sz w:val="24"/>
                <w:szCs w:val="24"/>
                <w:lang w:val="ro-RO"/>
              </w:rPr>
              <w:t>ELEMENT</w:t>
            </w:r>
          </w:p>
        </w:tc>
        <w:tc>
          <w:tcPr>
            <w:tcW w:w="3324" w:type="dxa"/>
            <w:shd w:val="clear" w:color="auto" w:fill="D9EAF7"/>
            <w:vAlign w:val="center"/>
          </w:tcPr>
          <w:p w14:paraId="7DD35FC8" w14:textId="77777777" w:rsidR="00C56BDE" w:rsidRPr="00996BC7" w:rsidRDefault="00000000">
            <w:pPr>
              <w:rPr>
                <w:sz w:val="24"/>
                <w:szCs w:val="24"/>
                <w:lang w:val="ro-RO"/>
              </w:rPr>
            </w:pPr>
            <w:r w:rsidRPr="00996BC7">
              <w:rPr>
                <w:b/>
                <w:sz w:val="24"/>
                <w:szCs w:val="24"/>
                <w:lang w:val="ro-RO"/>
              </w:rPr>
              <w:t>POSTUL 1</w:t>
            </w:r>
          </w:p>
        </w:tc>
        <w:tc>
          <w:tcPr>
            <w:tcW w:w="3324" w:type="dxa"/>
            <w:shd w:val="clear" w:color="auto" w:fill="D9EAF7"/>
            <w:vAlign w:val="center"/>
          </w:tcPr>
          <w:p w14:paraId="310E77A7" w14:textId="77777777" w:rsidR="00C56BDE" w:rsidRPr="00996BC7" w:rsidRDefault="00000000">
            <w:pPr>
              <w:rPr>
                <w:sz w:val="24"/>
                <w:szCs w:val="24"/>
                <w:lang w:val="ro-RO"/>
              </w:rPr>
            </w:pPr>
            <w:r w:rsidRPr="00996BC7">
              <w:rPr>
                <w:b/>
                <w:sz w:val="24"/>
                <w:szCs w:val="24"/>
                <w:lang w:val="ro-RO"/>
              </w:rPr>
              <w:t>POSTUL 2</w:t>
            </w:r>
          </w:p>
        </w:tc>
      </w:tr>
      <w:tr w:rsidR="00C56BDE" w:rsidRPr="00996BC7" w14:paraId="71F84D6B" w14:textId="77777777">
        <w:trPr>
          <w:jc w:val="center"/>
        </w:trPr>
        <w:tc>
          <w:tcPr>
            <w:tcW w:w="3324" w:type="dxa"/>
            <w:vAlign w:val="center"/>
          </w:tcPr>
          <w:p w14:paraId="0E70C8E8" w14:textId="77777777" w:rsidR="00C56BDE" w:rsidRPr="00996BC7" w:rsidRDefault="00000000">
            <w:pPr>
              <w:rPr>
                <w:sz w:val="24"/>
                <w:szCs w:val="24"/>
                <w:lang w:val="ro-RO"/>
              </w:rPr>
            </w:pPr>
            <w:r w:rsidRPr="00996BC7">
              <w:rPr>
                <w:b/>
                <w:sz w:val="24"/>
                <w:szCs w:val="24"/>
                <w:lang w:val="ro-RO"/>
              </w:rPr>
              <w:t>DENUMIREA POSTULUI</w:t>
            </w:r>
          </w:p>
        </w:tc>
        <w:tc>
          <w:tcPr>
            <w:tcW w:w="3324" w:type="dxa"/>
            <w:vAlign w:val="center"/>
          </w:tcPr>
          <w:p w14:paraId="17D82DFF" w14:textId="77777777" w:rsidR="00C56BDE" w:rsidRPr="00996BC7" w:rsidRDefault="00000000">
            <w:pPr>
              <w:rPr>
                <w:sz w:val="24"/>
                <w:szCs w:val="24"/>
                <w:lang w:val="ro-RO"/>
              </w:rPr>
            </w:pPr>
            <w:r w:rsidRPr="00996BC7">
              <w:rPr>
                <w:sz w:val="24"/>
                <w:szCs w:val="24"/>
                <w:lang w:val="ro-RO"/>
              </w:rPr>
              <w:t>Muncitor calificat I – mașinist la mașini pentru terasamente (</w:t>
            </w:r>
            <w:proofErr w:type="spellStart"/>
            <w:r w:rsidRPr="00996BC7">
              <w:rPr>
                <w:sz w:val="24"/>
                <w:szCs w:val="24"/>
                <w:lang w:val="ro-RO"/>
              </w:rPr>
              <w:t>ifronist</w:t>
            </w:r>
            <w:proofErr w:type="spellEnd"/>
            <w:r w:rsidRPr="00996BC7">
              <w:rPr>
                <w:sz w:val="24"/>
                <w:szCs w:val="24"/>
                <w:lang w:val="ro-RO"/>
              </w:rPr>
              <w:t>), cod COR 834201</w:t>
            </w:r>
          </w:p>
        </w:tc>
        <w:tc>
          <w:tcPr>
            <w:tcW w:w="3324" w:type="dxa"/>
            <w:vAlign w:val="center"/>
          </w:tcPr>
          <w:p w14:paraId="5B694E93" w14:textId="77777777" w:rsidR="00C56BDE" w:rsidRPr="00996BC7" w:rsidRDefault="00000000">
            <w:pPr>
              <w:rPr>
                <w:sz w:val="24"/>
                <w:szCs w:val="24"/>
                <w:lang w:val="ro-RO"/>
              </w:rPr>
            </w:pPr>
            <w:r w:rsidRPr="00996BC7">
              <w:rPr>
                <w:sz w:val="24"/>
                <w:szCs w:val="24"/>
                <w:lang w:val="ro-RO"/>
              </w:rPr>
              <w:t>Muncitor necalificat</w:t>
            </w:r>
          </w:p>
        </w:tc>
      </w:tr>
      <w:tr w:rsidR="00C56BDE" w:rsidRPr="00996BC7" w14:paraId="67793351" w14:textId="77777777">
        <w:trPr>
          <w:jc w:val="center"/>
        </w:trPr>
        <w:tc>
          <w:tcPr>
            <w:tcW w:w="3324" w:type="dxa"/>
            <w:vAlign w:val="center"/>
          </w:tcPr>
          <w:p w14:paraId="5DBEF0EA" w14:textId="77777777" w:rsidR="00C56BDE" w:rsidRPr="00996BC7" w:rsidRDefault="00000000">
            <w:pPr>
              <w:rPr>
                <w:sz w:val="24"/>
                <w:szCs w:val="24"/>
                <w:lang w:val="ro-RO"/>
              </w:rPr>
            </w:pPr>
            <w:r w:rsidRPr="00996BC7">
              <w:rPr>
                <w:b/>
                <w:sz w:val="24"/>
                <w:szCs w:val="24"/>
                <w:lang w:val="ro-RO"/>
              </w:rPr>
              <w:t>NUMĂRUL POSTURILOR</w:t>
            </w:r>
          </w:p>
        </w:tc>
        <w:tc>
          <w:tcPr>
            <w:tcW w:w="3324" w:type="dxa"/>
            <w:vAlign w:val="center"/>
          </w:tcPr>
          <w:p w14:paraId="012D2258" w14:textId="77777777" w:rsidR="00C56BDE" w:rsidRPr="00996BC7" w:rsidRDefault="00000000">
            <w:pPr>
              <w:rPr>
                <w:sz w:val="24"/>
                <w:szCs w:val="24"/>
                <w:lang w:val="ro-RO"/>
              </w:rPr>
            </w:pPr>
            <w:r w:rsidRPr="00996BC7">
              <w:rPr>
                <w:sz w:val="24"/>
                <w:szCs w:val="24"/>
                <w:lang w:val="ro-RO"/>
              </w:rPr>
              <w:t>1 post contractual vacant, post unic</w:t>
            </w:r>
          </w:p>
        </w:tc>
        <w:tc>
          <w:tcPr>
            <w:tcW w:w="3324" w:type="dxa"/>
            <w:vAlign w:val="center"/>
          </w:tcPr>
          <w:p w14:paraId="3B8B3B92" w14:textId="77777777" w:rsidR="00C56BDE" w:rsidRPr="00996BC7" w:rsidRDefault="00000000">
            <w:pPr>
              <w:rPr>
                <w:sz w:val="24"/>
                <w:szCs w:val="24"/>
                <w:lang w:val="ro-RO"/>
              </w:rPr>
            </w:pPr>
            <w:r w:rsidRPr="00996BC7">
              <w:rPr>
                <w:sz w:val="24"/>
                <w:szCs w:val="24"/>
                <w:lang w:val="ro-RO"/>
              </w:rPr>
              <w:t>1 post contractual vacant, post unic</w:t>
            </w:r>
          </w:p>
        </w:tc>
      </w:tr>
      <w:tr w:rsidR="00C56BDE" w:rsidRPr="00996BC7" w14:paraId="5A7EF5FB" w14:textId="77777777">
        <w:trPr>
          <w:jc w:val="center"/>
        </w:trPr>
        <w:tc>
          <w:tcPr>
            <w:tcW w:w="3324" w:type="dxa"/>
            <w:vAlign w:val="center"/>
          </w:tcPr>
          <w:p w14:paraId="2FB2A995" w14:textId="77777777" w:rsidR="00C56BDE" w:rsidRPr="00996BC7" w:rsidRDefault="00000000">
            <w:pPr>
              <w:rPr>
                <w:sz w:val="24"/>
                <w:szCs w:val="24"/>
                <w:lang w:val="ro-RO"/>
              </w:rPr>
            </w:pPr>
            <w:r w:rsidRPr="00996BC7">
              <w:rPr>
                <w:b/>
                <w:sz w:val="24"/>
                <w:szCs w:val="24"/>
                <w:lang w:val="ro-RO"/>
              </w:rPr>
              <w:t>NIVELUL POSTULUI</w:t>
            </w:r>
          </w:p>
        </w:tc>
        <w:tc>
          <w:tcPr>
            <w:tcW w:w="3324" w:type="dxa"/>
            <w:vAlign w:val="center"/>
          </w:tcPr>
          <w:p w14:paraId="742075F8" w14:textId="77777777" w:rsidR="00C56BDE" w:rsidRPr="00996BC7" w:rsidRDefault="00000000">
            <w:pPr>
              <w:rPr>
                <w:sz w:val="24"/>
                <w:szCs w:val="24"/>
                <w:lang w:val="ro-RO"/>
              </w:rPr>
            </w:pPr>
            <w:r w:rsidRPr="00996BC7">
              <w:rPr>
                <w:sz w:val="24"/>
                <w:szCs w:val="24"/>
                <w:lang w:val="ro-RO"/>
              </w:rPr>
              <w:t>Funcție contractuală de execuție</w:t>
            </w:r>
          </w:p>
        </w:tc>
        <w:tc>
          <w:tcPr>
            <w:tcW w:w="3324" w:type="dxa"/>
            <w:vAlign w:val="center"/>
          </w:tcPr>
          <w:p w14:paraId="1C5A97D1" w14:textId="77777777" w:rsidR="00C56BDE" w:rsidRPr="00996BC7" w:rsidRDefault="00000000">
            <w:pPr>
              <w:rPr>
                <w:sz w:val="24"/>
                <w:szCs w:val="24"/>
                <w:lang w:val="ro-RO"/>
              </w:rPr>
            </w:pPr>
            <w:r w:rsidRPr="00996BC7">
              <w:rPr>
                <w:sz w:val="24"/>
                <w:szCs w:val="24"/>
                <w:lang w:val="ro-RO"/>
              </w:rPr>
              <w:t>Funcție contractuală de execuție</w:t>
            </w:r>
          </w:p>
        </w:tc>
      </w:tr>
      <w:tr w:rsidR="00C56BDE" w:rsidRPr="00996BC7" w14:paraId="6B853E0E" w14:textId="77777777">
        <w:trPr>
          <w:jc w:val="center"/>
        </w:trPr>
        <w:tc>
          <w:tcPr>
            <w:tcW w:w="3324" w:type="dxa"/>
            <w:vAlign w:val="center"/>
          </w:tcPr>
          <w:p w14:paraId="53AF7BD8" w14:textId="77777777" w:rsidR="00C56BDE" w:rsidRPr="00996BC7" w:rsidRDefault="00000000">
            <w:pPr>
              <w:rPr>
                <w:sz w:val="24"/>
                <w:szCs w:val="24"/>
                <w:lang w:val="ro-RO"/>
              </w:rPr>
            </w:pPr>
            <w:r w:rsidRPr="00996BC7">
              <w:rPr>
                <w:b/>
                <w:sz w:val="24"/>
                <w:szCs w:val="24"/>
                <w:lang w:val="ro-RO"/>
              </w:rPr>
              <w:t>COMPARTIMENT/STRUCTURĂ</w:t>
            </w:r>
          </w:p>
        </w:tc>
        <w:tc>
          <w:tcPr>
            <w:tcW w:w="3324" w:type="dxa"/>
            <w:vAlign w:val="center"/>
          </w:tcPr>
          <w:p w14:paraId="0E2EE942" w14:textId="77777777" w:rsidR="00C56BDE" w:rsidRPr="00996BC7" w:rsidRDefault="00000000">
            <w:pPr>
              <w:rPr>
                <w:sz w:val="24"/>
                <w:szCs w:val="24"/>
                <w:lang w:val="ro-RO"/>
              </w:rPr>
            </w:pPr>
            <w:r w:rsidRPr="00996BC7">
              <w:rPr>
                <w:sz w:val="24"/>
                <w:szCs w:val="24"/>
                <w:lang w:val="ro-RO"/>
              </w:rPr>
              <w:t>Compartimentul Mentenanță și Calitate</w:t>
            </w:r>
          </w:p>
        </w:tc>
        <w:tc>
          <w:tcPr>
            <w:tcW w:w="3324" w:type="dxa"/>
            <w:vAlign w:val="center"/>
          </w:tcPr>
          <w:p w14:paraId="38B75002" w14:textId="77777777" w:rsidR="00C56BDE" w:rsidRPr="00996BC7" w:rsidRDefault="00000000">
            <w:pPr>
              <w:rPr>
                <w:sz w:val="24"/>
                <w:szCs w:val="24"/>
                <w:lang w:val="ro-RO"/>
              </w:rPr>
            </w:pPr>
            <w:r w:rsidRPr="00996BC7">
              <w:rPr>
                <w:sz w:val="24"/>
                <w:szCs w:val="24"/>
                <w:lang w:val="ro-RO"/>
              </w:rPr>
              <w:t>Compartimentul Mentenanță și Calitate</w:t>
            </w:r>
          </w:p>
        </w:tc>
      </w:tr>
      <w:tr w:rsidR="00C56BDE" w:rsidRPr="00996BC7" w14:paraId="270E06A1" w14:textId="77777777">
        <w:trPr>
          <w:jc w:val="center"/>
        </w:trPr>
        <w:tc>
          <w:tcPr>
            <w:tcW w:w="3324" w:type="dxa"/>
            <w:vAlign w:val="center"/>
          </w:tcPr>
          <w:p w14:paraId="71AA9D6A" w14:textId="77777777" w:rsidR="00C56BDE" w:rsidRPr="00996BC7" w:rsidRDefault="00000000">
            <w:pPr>
              <w:rPr>
                <w:sz w:val="24"/>
                <w:szCs w:val="24"/>
                <w:lang w:val="ro-RO"/>
              </w:rPr>
            </w:pPr>
            <w:r w:rsidRPr="00996BC7">
              <w:rPr>
                <w:b/>
                <w:sz w:val="24"/>
                <w:szCs w:val="24"/>
                <w:lang w:val="ro-RO"/>
              </w:rPr>
              <w:t>DURATA TIMPULUI DE LUCRU</w:t>
            </w:r>
          </w:p>
        </w:tc>
        <w:tc>
          <w:tcPr>
            <w:tcW w:w="3324" w:type="dxa"/>
            <w:vAlign w:val="center"/>
          </w:tcPr>
          <w:p w14:paraId="3965CEF0" w14:textId="77777777" w:rsidR="00C56BDE" w:rsidRPr="00996BC7" w:rsidRDefault="00000000">
            <w:pPr>
              <w:rPr>
                <w:sz w:val="24"/>
                <w:szCs w:val="24"/>
                <w:lang w:val="ro-RO"/>
              </w:rPr>
            </w:pPr>
            <w:r w:rsidRPr="00996BC7">
              <w:rPr>
                <w:sz w:val="24"/>
                <w:szCs w:val="24"/>
                <w:lang w:val="ro-RO"/>
              </w:rPr>
              <w:t>8 ore/zi, 40 de ore/săptămână, normă întreagă</w:t>
            </w:r>
          </w:p>
        </w:tc>
        <w:tc>
          <w:tcPr>
            <w:tcW w:w="3324" w:type="dxa"/>
            <w:vAlign w:val="center"/>
          </w:tcPr>
          <w:p w14:paraId="11C0A887" w14:textId="77777777" w:rsidR="00C56BDE" w:rsidRPr="00996BC7" w:rsidRDefault="00000000">
            <w:pPr>
              <w:rPr>
                <w:sz w:val="24"/>
                <w:szCs w:val="24"/>
                <w:lang w:val="ro-RO"/>
              </w:rPr>
            </w:pPr>
            <w:r w:rsidRPr="00996BC7">
              <w:rPr>
                <w:sz w:val="24"/>
                <w:szCs w:val="24"/>
                <w:lang w:val="ro-RO"/>
              </w:rPr>
              <w:t>8 ore/zi, 40 de ore/săptămână, normă întreagă</w:t>
            </w:r>
          </w:p>
        </w:tc>
      </w:tr>
      <w:tr w:rsidR="00C56BDE" w:rsidRPr="00996BC7" w14:paraId="3D1EF4B0" w14:textId="77777777">
        <w:trPr>
          <w:jc w:val="center"/>
        </w:trPr>
        <w:tc>
          <w:tcPr>
            <w:tcW w:w="3324" w:type="dxa"/>
            <w:vAlign w:val="center"/>
          </w:tcPr>
          <w:p w14:paraId="6021222E" w14:textId="77777777" w:rsidR="00C56BDE" w:rsidRPr="00996BC7" w:rsidRDefault="00000000">
            <w:pPr>
              <w:rPr>
                <w:sz w:val="24"/>
                <w:szCs w:val="24"/>
                <w:lang w:val="ro-RO"/>
              </w:rPr>
            </w:pPr>
            <w:r w:rsidRPr="00996BC7">
              <w:rPr>
                <w:b/>
                <w:sz w:val="24"/>
                <w:szCs w:val="24"/>
                <w:lang w:val="ro-RO"/>
              </w:rPr>
              <w:t>PERIOADA</w:t>
            </w:r>
          </w:p>
        </w:tc>
        <w:tc>
          <w:tcPr>
            <w:tcW w:w="3324" w:type="dxa"/>
            <w:vAlign w:val="center"/>
          </w:tcPr>
          <w:p w14:paraId="72293ACA" w14:textId="77777777" w:rsidR="00C56BDE" w:rsidRPr="00996BC7" w:rsidRDefault="00000000">
            <w:pPr>
              <w:rPr>
                <w:sz w:val="24"/>
                <w:szCs w:val="24"/>
                <w:lang w:val="ro-RO"/>
              </w:rPr>
            </w:pPr>
            <w:r w:rsidRPr="00996BC7">
              <w:rPr>
                <w:sz w:val="24"/>
                <w:szCs w:val="24"/>
                <w:lang w:val="ro-RO"/>
              </w:rPr>
              <w:t>Nedeterminată</w:t>
            </w:r>
          </w:p>
        </w:tc>
        <w:tc>
          <w:tcPr>
            <w:tcW w:w="3324" w:type="dxa"/>
            <w:vAlign w:val="center"/>
          </w:tcPr>
          <w:p w14:paraId="32C14FCB" w14:textId="77777777" w:rsidR="00C56BDE" w:rsidRPr="00996BC7" w:rsidRDefault="00000000">
            <w:pPr>
              <w:rPr>
                <w:sz w:val="24"/>
                <w:szCs w:val="24"/>
                <w:lang w:val="ro-RO"/>
              </w:rPr>
            </w:pPr>
            <w:r w:rsidRPr="00996BC7">
              <w:rPr>
                <w:sz w:val="24"/>
                <w:szCs w:val="24"/>
                <w:lang w:val="ro-RO"/>
              </w:rPr>
              <w:t>Nedeterminată</w:t>
            </w:r>
          </w:p>
        </w:tc>
      </w:tr>
      <w:tr w:rsidR="00C56BDE" w:rsidRPr="00996BC7" w14:paraId="11B5DBF9" w14:textId="77777777">
        <w:trPr>
          <w:jc w:val="center"/>
        </w:trPr>
        <w:tc>
          <w:tcPr>
            <w:tcW w:w="3324" w:type="dxa"/>
            <w:vAlign w:val="center"/>
          </w:tcPr>
          <w:p w14:paraId="679DEAE3" w14:textId="77777777" w:rsidR="00C56BDE" w:rsidRPr="00996BC7" w:rsidRDefault="00000000">
            <w:pPr>
              <w:rPr>
                <w:sz w:val="24"/>
                <w:szCs w:val="24"/>
                <w:lang w:val="ro-RO"/>
              </w:rPr>
            </w:pPr>
            <w:r w:rsidRPr="00996BC7">
              <w:rPr>
                <w:b/>
                <w:sz w:val="24"/>
                <w:szCs w:val="24"/>
                <w:lang w:val="ro-RO"/>
              </w:rPr>
              <w:t>LOCUL DE MUNCĂ</w:t>
            </w:r>
          </w:p>
        </w:tc>
        <w:tc>
          <w:tcPr>
            <w:tcW w:w="3324" w:type="dxa"/>
            <w:vAlign w:val="center"/>
          </w:tcPr>
          <w:p w14:paraId="3048F656" w14:textId="77777777" w:rsidR="00C56BDE" w:rsidRPr="00996BC7" w:rsidRDefault="00000000">
            <w:pPr>
              <w:rPr>
                <w:sz w:val="24"/>
                <w:szCs w:val="24"/>
                <w:lang w:val="ro-RO"/>
              </w:rPr>
            </w:pPr>
            <w:r w:rsidRPr="00996BC7">
              <w:rPr>
                <w:sz w:val="24"/>
                <w:szCs w:val="24"/>
                <w:lang w:val="ro-RO"/>
              </w:rPr>
              <w:t>Sediul Serviciul Public „SERVICIUL DE UTILITĂȚI PUBLICE – SLATINA-TIMIȘ” și aria în care serviciul își desfășoară activitatea, potrivit sarcinilor de serviciu</w:t>
            </w:r>
          </w:p>
        </w:tc>
        <w:tc>
          <w:tcPr>
            <w:tcW w:w="3324" w:type="dxa"/>
            <w:vAlign w:val="center"/>
          </w:tcPr>
          <w:p w14:paraId="7A1EFBFC" w14:textId="77777777" w:rsidR="00C56BDE" w:rsidRPr="00996BC7" w:rsidRDefault="00000000">
            <w:pPr>
              <w:rPr>
                <w:sz w:val="24"/>
                <w:szCs w:val="24"/>
                <w:lang w:val="ro-RO"/>
              </w:rPr>
            </w:pPr>
            <w:r w:rsidRPr="00996BC7">
              <w:rPr>
                <w:sz w:val="24"/>
                <w:szCs w:val="24"/>
                <w:lang w:val="ro-RO"/>
              </w:rPr>
              <w:t>Sediul Serviciul Public „SERVICIUL DE UTILITĂȚI PUBLICE – SLATINA-TIMIȘ” și aria în care serviciul își desfășoară activitatea, potrivit sarcinilor de serviciu</w:t>
            </w:r>
          </w:p>
        </w:tc>
      </w:tr>
    </w:tbl>
    <w:p w14:paraId="2BD99C54" w14:textId="77777777" w:rsidR="00D23BD9" w:rsidRPr="00996BC7" w:rsidRDefault="00D23BD9">
      <w:pPr>
        <w:spacing w:after="80" w:line="240" w:lineRule="auto"/>
        <w:jc w:val="center"/>
        <w:rPr>
          <w:b/>
          <w:sz w:val="24"/>
          <w:szCs w:val="24"/>
          <w:lang w:val="ro-RO"/>
        </w:rPr>
      </w:pPr>
    </w:p>
    <w:p w14:paraId="08C4A8D1" w14:textId="6AD5EC5D" w:rsidR="00C56BDE" w:rsidRPr="00996BC7" w:rsidRDefault="00000000">
      <w:pPr>
        <w:spacing w:after="80" w:line="240" w:lineRule="auto"/>
        <w:jc w:val="center"/>
        <w:rPr>
          <w:sz w:val="24"/>
          <w:szCs w:val="24"/>
          <w:lang w:val="ro-RO"/>
        </w:rPr>
      </w:pPr>
      <w:r w:rsidRPr="00996BC7">
        <w:rPr>
          <w:b/>
          <w:sz w:val="24"/>
          <w:szCs w:val="24"/>
          <w:lang w:val="ro-RO"/>
        </w:rPr>
        <w:t>I. CONDIȚII DE OCUPARE A POSTURILOR</w:t>
      </w:r>
    </w:p>
    <w:p w14:paraId="7B8D06BB" w14:textId="77777777" w:rsidR="00C56BDE" w:rsidRPr="00996BC7" w:rsidRDefault="00000000">
      <w:pPr>
        <w:spacing w:after="40" w:line="240" w:lineRule="auto"/>
        <w:rPr>
          <w:sz w:val="24"/>
          <w:szCs w:val="24"/>
          <w:lang w:val="ro-RO"/>
        </w:rPr>
      </w:pPr>
      <w:r w:rsidRPr="00996BC7">
        <w:rPr>
          <w:b/>
          <w:sz w:val="24"/>
          <w:szCs w:val="24"/>
          <w:lang w:val="ro-RO"/>
        </w:rPr>
        <w:lastRenderedPageBreak/>
        <w:t>1. Condiții generale de participare</w:t>
      </w:r>
    </w:p>
    <w:p w14:paraId="6C482599" w14:textId="77777777" w:rsidR="00C56BDE" w:rsidRPr="00996BC7" w:rsidRDefault="00000000" w:rsidP="00D23BD9">
      <w:pPr>
        <w:spacing w:after="40" w:line="240" w:lineRule="auto"/>
        <w:jc w:val="both"/>
        <w:rPr>
          <w:sz w:val="24"/>
          <w:szCs w:val="24"/>
          <w:lang w:val="ro-RO"/>
        </w:rPr>
      </w:pPr>
      <w:r w:rsidRPr="00996BC7">
        <w:rPr>
          <w:sz w:val="24"/>
          <w:szCs w:val="24"/>
          <w:lang w:val="ro-RO"/>
        </w:rPr>
        <w:t>Poate ocupa un post contractual vacant persoana care îndeplinește condițiile prevăzute de art. 15 din Regulamentul-cadru aprobat prin H.G. nr. 1.336/2022:</w:t>
      </w:r>
    </w:p>
    <w:p w14:paraId="26D74D8D" w14:textId="77777777" w:rsidR="00C56BDE" w:rsidRPr="00996BC7" w:rsidRDefault="00000000" w:rsidP="00D23BD9">
      <w:pPr>
        <w:spacing w:after="40" w:line="240" w:lineRule="auto"/>
        <w:jc w:val="both"/>
        <w:rPr>
          <w:sz w:val="24"/>
          <w:szCs w:val="24"/>
          <w:lang w:val="ro-RO"/>
        </w:rPr>
      </w:pPr>
      <w:r w:rsidRPr="00996BC7">
        <w:rPr>
          <w:sz w:val="24"/>
          <w:szCs w:val="24"/>
          <w:lang w:val="ro-RO"/>
        </w:rPr>
        <w:t>a) are cetățenia română sau cetățenia unui alt stat membru al Uniunii Europene, a unui stat parte la Acordul privind Spațiul Economic European (SEE) ori cetățenia Confederației Elvețiene;</w:t>
      </w:r>
    </w:p>
    <w:p w14:paraId="2CC6F483" w14:textId="77777777" w:rsidR="00C56BDE" w:rsidRPr="00996BC7" w:rsidRDefault="00000000" w:rsidP="00D23BD9">
      <w:pPr>
        <w:spacing w:after="40" w:line="240" w:lineRule="auto"/>
        <w:jc w:val="both"/>
        <w:rPr>
          <w:sz w:val="24"/>
          <w:szCs w:val="24"/>
          <w:lang w:val="ro-RO"/>
        </w:rPr>
      </w:pPr>
      <w:r w:rsidRPr="00996BC7">
        <w:rPr>
          <w:sz w:val="24"/>
          <w:szCs w:val="24"/>
          <w:lang w:val="ro-RO"/>
        </w:rPr>
        <w:t>b) cunoaște limba română, scris și vorbit;</w:t>
      </w:r>
    </w:p>
    <w:p w14:paraId="679F1AB5" w14:textId="77777777" w:rsidR="00C56BDE" w:rsidRPr="00996BC7" w:rsidRDefault="00000000" w:rsidP="00D23BD9">
      <w:pPr>
        <w:spacing w:after="40" w:line="240" w:lineRule="auto"/>
        <w:jc w:val="both"/>
        <w:rPr>
          <w:sz w:val="24"/>
          <w:szCs w:val="24"/>
          <w:lang w:val="ro-RO"/>
        </w:rPr>
      </w:pPr>
      <w:r w:rsidRPr="00996BC7">
        <w:rPr>
          <w:sz w:val="24"/>
          <w:szCs w:val="24"/>
          <w:lang w:val="ro-RO"/>
        </w:rPr>
        <w:t>c) are capacitate de muncă în conformitate cu prevederile Legii nr. 53/2003 – Codul muncii, republicată, cu modificările și completările ulterioare;</w:t>
      </w:r>
    </w:p>
    <w:p w14:paraId="5DD078C7" w14:textId="77777777" w:rsidR="00C56BDE" w:rsidRPr="00996BC7" w:rsidRDefault="00000000" w:rsidP="00D23BD9">
      <w:pPr>
        <w:spacing w:after="40" w:line="240" w:lineRule="auto"/>
        <w:jc w:val="both"/>
        <w:rPr>
          <w:sz w:val="24"/>
          <w:szCs w:val="24"/>
          <w:lang w:val="ro-RO"/>
        </w:rPr>
      </w:pPr>
      <w:r w:rsidRPr="00996BC7">
        <w:rPr>
          <w:sz w:val="24"/>
          <w:szCs w:val="24"/>
          <w:lang w:val="ro-RO"/>
        </w:rPr>
        <w:t>d) are o stare de sănătate corespunzătoare postului pentru care candidează, atestată prin adeverință medicală;</w:t>
      </w:r>
    </w:p>
    <w:p w14:paraId="21B66122" w14:textId="77777777" w:rsidR="00C56BDE" w:rsidRPr="00996BC7" w:rsidRDefault="00000000" w:rsidP="00D23BD9">
      <w:pPr>
        <w:spacing w:after="40" w:line="240" w:lineRule="auto"/>
        <w:jc w:val="both"/>
        <w:rPr>
          <w:sz w:val="24"/>
          <w:szCs w:val="24"/>
          <w:lang w:val="ro-RO"/>
        </w:rPr>
      </w:pPr>
      <w:r w:rsidRPr="00996BC7">
        <w:rPr>
          <w:sz w:val="24"/>
          <w:szCs w:val="24"/>
          <w:lang w:val="ro-RO"/>
        </w:rPr>
        <w:t>e) îndeplinește condițiile de studii și celelalte condiții specifice postului;</w:t>
      </w:r>
    </w:p>
    <w:p w14:paraId="6CB90BF9" w14:textId="77777777" w:rsidR="00C56BDE" w:rsidRPr="00996BC7" w:rsidRDefault="00000000" w:rsidP="00D23BD9">
      <w:pPr>
        <w:spacing w:after="40" w:line="240" w:lineRule="auto"/>
        <w:jc w:val="both"/>
        <w:rPr>
          <w:sz w:val="24"/>
          <w:szCs w:val="24"/>
          <w:lang w:val="ro-RO"/>
        </w:rPr>
      </w:pPr>
      <w:r w:rsidRPr="00996BC7">
        <w:rPr>
          <w:sz w:val="24"/>
          <w:szCs w:val="24"/>
          <w:lang w:val="ro-RO"/>
        </w:rPr>
        <w:t>f) nu a fost condamnată definitiv pentru infracțiuni care ar face-o incompatibilă cu exercitarea funcției, cu excepția situației în care a intervenit reabilitarea;</w:t>
      </w:r>
    </w:p>
    <w:p w14:paraId="120D3942" w14:textId="77777777" w:rsidR="00C56BDE" w:rsidRPr="00996BC7" w:rsidRDefault="00000000" w:rsidP="00D23BD9">
      <w:pPr>
        <w:spacing w:after="40" w:line="240" w:lineRule="auto"/>
        <w:jc w:val="both"/>
        <w:rPr>
          <w:sz w:val="24"/>
          <w:szCs w:val="24"/>
          <w:lang w:val="ro-RO"/>
        </w:rPr>
      </w:pPr>
      <w:r w:rsidRPr="00996BC7">
        <w:rPr>
          <w:sz w:val="24"/>
          <w:szCs w:val="24"/>
          <w:lang w:val="ro-RO"/>
        </w:rPr>
        <w:t>g) nu execută o pedeapsă complementară de interzicere a ocupării funcției ori a exercitării profesiei și nu i-a fost aplicată măsura de siguranță corespunzătoare;</w:t>
      </w:r>
    </w:p>
    <w:p w14:paraId="205A5EBD" w14:textId="77777777" w:rsidR="00C56BDE" w:rsidRPr="00996BC7" w:rsidRDefault="00000000" w:rsidP="00D23BD9">
      <w:pPr>
        <w:spacing w:after="40" w:line="240" w:lineRule="auto"/>
        <w:jc w:val="both"/>
        <w:rPr>
          <w:sz w:val="24"/>
          <w:szCs w:val="24"/>
          <w:lang w:val="ro-RO"/>
        </w:rPr>
      </w:pPr>
      <w:r w:rsidRPr="00996BC7">
        <w:rPr>
          <w:sz w:val="24"/>
          <w:szCs w:val="24"/>
          <w:lang w:val="ro-RO"/>
        </w:rPr>
        <w:t>h) îndeplinește, dacă este aplicabil activităților concrete ale postului, condiția privind integritatea comportamentală prevăzută de lege.</w:t>
      </w:r>
    </w:p>
    <w:p w14:paraId="3302AC1D" w14:textId="77777777" w:rsidR="00D23BD9" w:rsidRPr="00996BC7" w:rsidRDefault="00D23BD9">
      <w:pPr>
        <w:spacing w:after="40" w:line="240" w:lineRule="auto"/>
        <w:rPr>
          <w:sz w:val="24"/>
          <w:szCs w:val="24"/>
          <w:lang w:val="ro-RO"/>
        </w:rPr>
      </w:pPr>
    </w:p>
    <w:p w14:paraId="45F13042" w14:textId="77777777" w:rsidR="00C56BDE" w:rsidRPr="00996BC7" w:rsidRDefault="00000000">
      <w:pPr>
        <w:spacing w:after="40" w:line="240" w:lineRule="auto"/>
        <w:rPr>
          <w:sz w:val="24"/>
          <w:szCs w:val="24"/>
          <w:lang w:val="ro-RO"/>
        </w:rPr>
      </w:pPr>
      <w:r w:rsidRPr="00996BC7">
        <w:rPr>
          <w:b/>
          <w:sz w:val="24"/>
          <w:szCs w:val="24"/>
          <w:lang w:val="ro-RO"/>
        </w:rPr>
        <w:t>2. Condiții specifice</w:t>
      </w:r>
    </w:p>
    <w:p w14:paraId="50D52546" w14:textId="77777777" w:rsidR="00C56BDE" w:rsidRPr="00996BC7" w:rsidRDefault="00000000">
      <w:pPr>
        <w:spacing w:after="40" w:line="240" w:lineRule="auto"/>
        <w:rPr>
          <w:sz w:val="24"/>
          <w:szCs w:val="24"/>
          <w:lang w:val="ro-RO"/>
        </w:rPr>
      </w:pPr>
      <w:r w:rsidRPr="00996BC7">
        <w:rPr>
          <w:b/>
          <w:sz w:val="24"/>
          <w:szCs w:val="24"/>
          <w:u w:val="single"/>
          <w:lang w:val="ro-RO"/>
        </w:rPr>
        <w:t>A. Pentru postul de muncitor calificat I – mașinist la mașini pentru terasamente (</w:t>
      </w:r>
      <w:proofErr w:type="spellStart"/>
      <w:r w:rsidRPr="00996BC7">
        <w:rPr>
          <w:b/>
          <w:sz w:val="24"/>
          <w:szCs w:val="24"/>
          <w:u w:val="single"/>
          <w:lang w:val="ro-RO"/>
        </w:rPr>
        <w:t>ifronist</w:t>
      </w:r>
      <w:proofErr w:type="spellEnd"/>
      <w:r w:rsidRPr="00996BC7">
        <w:rPr>
          <w:b/>
          <w:sz w:val="24"/>
          <w:szCs w:val="24"/>
          <w:u w:val="single"/>
          <w:lang w:val="ro-RO"/>
        </w:rPr>
        <w:t>), cod COR 834201:</w:t>
      </w:r>
    </w:p>
    <w:p w14:paraId="1C03CB58" w14:textId="77777777" w:rsidR="00C56BDE" w:rsidRPr="00996BC7" w:rsidRDefault="00000000" w:rsidP="00D23BD9">
      <w:pPr>
        <w:spacing w:after="40" w:line="240" w:lineRule="auto"/>
        <w:jc w:val="both"/>
        <w:rPr>
          <w:sz w:val="24"/>
          <w:szCs w:val="24"/>
          <w:lang w:val="ro-RO"/>
        </w:rPr>
      </w:pPr>
      <w:r w:rsidRPr="00996BC7">
        <w:rPr>
          <w:sz w:val="24"/>
          <w:szCs w:val="24"/>
          <w:lang w:val="ro-RO"/>
        </w:rPr>
        <w:t>• studii medii/profesionale;</w:t>
      </w:r>
    </w:p>
    <w:p w14:paraId="589CAB6F" w14:textId="77777777" w:rsidR="00C56BDE" w:rsidRPr="00996BC7" w:rsidRDefault="00000000" w:rsidP="00D23BD9">
      <w:pPr>
        <w:spacing w:after="40" w:line="240" w:lineRule="auto"/>
        <w:jc w:val="both"/>
        <w:rPr>
          <w:sz w:val="24"/>
          <w:szCs w:val="24"/>
          <w:lang w:val="ro-RO"/>
        </w:rPr>
      </w:pPr>
      <w:r w:rsidRPr="00996BC7">
        <w:rPr>
          <w:sz w:val="24"/>
          <w:szCs w:val="24"/>
          <w:lang w:val="ro-RO"/>
        </w:rPr>
        <w:t>• vechime minimă în muncă: nu se solicită;</w:t>
      </w:r>
    </w:p>
    <w:p w14:paraId="0D69B192" w14:textId="77777777" w:rsidR="00C56BDE" w:rsidRPr="00996BC7" w:rsidRDefault="00000000" w:rsidP="00D23BD9">
      <w:pPr>
        <w:spacing w:after="40" w:line="240" w:lineRule="auto"/>
        <w:jc w:val="both"/>
        <w:rPr>
          <w:sz w:val="24"/>
          <w:szCs w:val="24"/>
          <w:lang w:val="ro-RO"/>
        </w:rPr>
      </w:pPr>
      <w:r w:rsidRPr="00996BC7">
        <w:rPr>
          <w:sz w:val="24"/>
          <w:szCs w:val="24"/>
          <w:lang w:val="ro-RO"/>
        </w:rPr>
        <w:t>• certificat de calificare/absolvire sau document echivalent pentru ocupația „Mașinist la mașini pentru terasamente”, cod COR 834201;</w:t>
      </w:r>
    </w:p>
    <w:p w14:paraId="2ACDE543" w14:textId="77777777" w:rsidR="00C56BDE" w:rsidRPr="00996BC7" w:rsidRDefault="00000000" w:rsidP="00D23BD9">
      <w:pPr>
        <w:spacing w:after="40" w:line="240" w:lineRule="auto"/>
        <w:jc w:val="both"/>
        <w:rPr>
          <w:sz w:val="24"/>
          <w:szCs w:val="24"/>
          <w:lang w:val="ro-RO"/>
        </w:rPr>
      </w:pPr>
      <w:r w:rsidRPr="00996BC7">
        <w:rPr>
          <w:sz w:val="24"/>
          <w:szCs w:val="24"/>
          <w:lang w:val="ro-RO"/>
        </w:rPr>
        <w:t>• permis de conducere categoria B și/sau categoria corespunzătoare utilajului, după caz;</w:t>
      </w:r>
    </w:p>
    <w:p w14:paraId="37E11029" w14:textId="77777777" w:rsidR="00C56BDE" w:rsidRPr="00996BC7" w:rsidRDefault="00000000" w:rsidP="00D23BD9">
      <w:pPr>
        <w:spacing w:after="40" w:line="240" w:lineRule="auto"/>
        <w:jc w:val="both"/>
        <w:rPr>
          <w:sz w:val="24"/>
          <w:szCs w:val="24"/>
          <w:lang w:val="ro-RO"/>
        </w:rPr>
      </w:pPr>
      <w:r w:rsidRPr="00996BC7">
        <w:rPr>
          <w:sz w:val="24"/>
          <w:szCs w:val="24"/>
          <w:lang w:val="ro-RO"/>
        </w:rPr>
        <w:t>• cunoștințe privind exploatarea, întreținerea curentă și verificarea utilajelor pentru terasamente;</w:t>
      </w:r>
    </w:p>
    <w:p w14:paraId="5035C00C" w14:textId="77777777" w:rsidR="00C56BDE" w:rsidRPr="00996BC7" w:rsidRDefault="00000000" w:rsidP="00D23BD9">
      <w:pPr>
        <w:spacing w:after="40" w:line="240" w:lineRule="auto"/>
        <w:jc w:val="both"/>
        <w:rPr>
          <w:sz w:val="24"/>
          <w:szCs w:val="24"/>
          <w:lang w:val="ro-RO"/>
        </w:rPr>
      </w:pPr>
      <w:r w:rsidRPr="00996BC7">
        <w:rPr>
          <w:sz w:val="24"/>
          <w:szCs w:val="24"/>
          <w:lang w:val="ro-RO"/>
        </w:rPr>
        <w:t>• capacitatea de a executa lucrări de săpătură, nivelare, încărcare și intervenții specifice activităților de utilități publice;</w:t>
      </w:r>
    </w:p>
    <w:p w14:paraId="39156D51" w14:textId="77777777" w:rsidR="00C56BDE" w:rsidRPr="00996BC7" w:rsidRDefault="00000000" w:rsidP="00D23BD9">
      <w:pPr>
        <w:spacing w:after="40" w:line="240" w:lineRule="auto"/>
        <w:jc w:val="both"/>
        <w:rPr>
          <w:sz w:val="24"/>
          <w:szCs w:val="24"/>
          <w:lang w:val="ro-RO"/>
        </w:rPr>
      </w:pPr>
      <w:r w:rsidRPr="00996BC7">
        <w:rPr>
          <w:sz w:val="24"/>
          <w:szCs w:val="24"/>
          <w:lang w:val="ro-RO"/>
        </w:rPr>
        <w:t>• abilități de comunicare și de lucru în echipă;</w:t>
      </w:r>
    </w:p>
    <w:p w14:paraId="060F97EB" w14:textId="77777777" w:rsidR="00C56BDE" w:rsidRPr="00996BC7" w:rsidRDefault="00000000" w:rsidP="00D23BD9">
      <w:pPr>
        <w:spacing w:after="40" w:line="240" w:lineRule="auto"/>
        <w:jc w:val="both"/>
        <w:rPr>
          <w:sz w:val="24"/>
          <w:szCs w:val="24"/>
          <w:lang w:val="ro-RO"/>
        </w:rPr>
      </w:pPr>
      <w:r w:rsidRPr="00996BC7">
        <w:rPr>
          <w:sz w:val="24"/>
          <w:szCs w:val="24"/>
          <w:lang w:val="ro-RO"/>
        </w:rPr>
        <w:t>• disponibilitate pentru program flexibil, inclusiv sâmbăta și duminica, cu respectarea legislației muncii;</w:t>
      </w:r>
    </w:p>
    <w:p w14:paraId="1F43BD88" w14:textId="77777777" w:rsidR="00C56BDE" w:rsidRPr="00996BC7" w:rsidRDefault="00000000" w:rsidP="00D23BD9">
      <w:pPr>
        <w:spacing w:after="40" w:line="240" w:lineRule="auto"/>
        <w:jc w:val="both"/>
        <w:rPr>
          <w:sz w:val="24"/>
          <w:szCs w:val="24"/>
          <w:lang w:val="ro-RO"/>
        </w:rPr>
      </w:pPr>
      <w:r w:rsidRPr="00996BC7">
        <w:rPr>
          <w:sz w:val="24"/>
          <w:szCs w:val="24"/>
          <w:lang w:val="ro-RO"/>
        </w:rPr>
        <w:t>• răspunde de inventarul încredințat;</w:t>
      </w:r>
    </w:p>
    <w:p w14:paraId="04CAD5DD" w14:textId="77777777" w:rsidR="00C56BDE" w:rsidRPr="00996BC7" w:rsidRDefault="00000000" w:rsidP="00D23BD9">
      <w:pPr>
        <w:spacing w:after="40" w:line="240" w:lineRule="auto"/>
        <w:jc w:val="both"/>
        <w:rPr>
          <w:sz w:val="24"/>
          <w:szCs w:val="24"/>
          <w:lang w:val="ro-RO"/>
        </w:rPr>
      </w:pPr>
      <w:r w:rsidRPr="00996BC7">
        <w:rPr>
          <w:sz w:val="24"/>
          <w:szCs w:val="24"/>
          <w:lang w:val="ro-RO"/>
        </w:rPr>
        <w:t>• cunoștințe minime privind securitatea și sănătatea în muncă și prevenirea și stingerea incendiilor.</w:t>
      </w:r>
    </w:p>
    <w:p w14:paraId="54A54F88" w14:textId="77777777" w:rsidR="00D23BD9" w:rsidRPr="00996BC7" w:rsidRDefault="00D23BD9">
      <w:pPr>
        <w:spacing w:after="40" w:line="240" w:lineRule="auto"/>
        <w:rPr>
          <w:b/>
          <w:sz w:val="24"/>
          <w:szCs w:val="24"/>
          <w:u w:val="single"/>
          <w:lang w:val="ro-RO"/>
        </w:rPr>
      </w:pPr>
    </w:p>
    <w:p w14:paraId="747B2F63" w14:textId="089198F3" w:rsidR="00C56BDE" w:rsidRPr="00996BC7" w:rsidRDefault="00000000">
      <w:pPr>
        <w:spacing w:after="40" w:line="240" w:lineRule="auto"/>
        <w:rPr>
          <w:sz w:val="24"/>
          <w:szCs w:val="24"/>
          <w:lang w:val="ro-RO"/>
        </w:rPr>
      </w:pPr>
      <w:r w:rsidRPr="00996BC7">
        <w:rPr>
          <w:b/>
          <w:sz w:val="24"/>
          <w:szCs w:val="24"/>
          <w:u w:val="single"/>
          <w:lang w:val="ro-RO"/>
        </w:rPr>
        <w:t>B. Pentru postul de muncitor necalificat:</w:t>
      </w:r>
    </w:p>
    <w:p w14:paraId="34D5DA55" w14:textId="77777777" w:rsidR="00C56BDE" w:rsidRPr="00996BC7" w:rsidRDefault="00000000" w:rsidP="00D23BD9">
      <w:pPr>
        <w:spacing w:after="40" w:line="240" w:lineRule="auto"/>
        <w:jc w:val="both"/>
        <w:rPr>
          <w:sz w:val="24"/>
          <w:szCs w:val="24"/>
          <w:lang w:val="ro-RO"/>
        </w:rPr>
      </w:pPr>
      <w:r w:rsidRPr="00996BC7">
        <w:rPr>
          <w:sz w:val="24"/>
          <w:szCs w:val="24"/>
          <w:lang w:val="ro-RO"/>
        </w:rPr>
        <w:t>• studii generale/medii;</w:t>
      </w:r>
    </w:p>
    <w:p w14:paraId="0B25C1FA" w14:textId="77777777" w:rsidR="00C56BDE" w:rsidRPr="00996BC7" w:rsidRDefault="00000000" w:rsidP="00D23BD9">
      <w:pPr>
        <w:spacing w:after="40" w:line="240" w:lineRule="auto"/>
        <w:jc w:val="both"/>
        <w:rPr>
          <w:sz w:val="24"/>
          <w:szCs w:val="24"/>
          <w:lang w:val="ro-RO"/>
        </w:rPr>
      </w:pPr>
      <w:r w:rsidRPr="00996BC7">
        <w:rPr>
          <w:sz w:val="24"/>
          <w:szCs w:val="24"/>
          <w:lang w:val="ro-RO"/>
        </w:rPr>
        <w:t>• vechime minimă în muncă: nu se solicită;</w:t>
      </w:r>
    </w:p>
    <w:p w14:paraId="428F5828" w14:textId="77777777" w:rsidR="00C56BDE" w:rsidRPr="00996BC7" w:rsidRDefault="00000000" w:rsidP="00D23BD9">
      <w:pPr>
        <w:spacing w:after="40" w:line="240" w:lineRule="auto"/>
        <w:jc w:val="both"/>
        <w:rPr>
          <w:sz w:val="24"/>
          <w:szCs w:val="24"/>
          <w:lang w:val="ro-RO"/>
        </w:rPr>
      </w:pPr>
      <w:r w:rsidRPr="00996BC7">
        <w:rPr>
          <w:sz w:val="24"/>
          <w:szCs w:val="24"/>
          <w:lang w:val="ro-RO"/>
        </w:rPr>
        <w:t>• capacitate de desfășurare a muncii fizice și a activităților de întreținere, curățenie, manipulare de materiale și sprijin la intervențiile specifice serviciului;</w:t>
      </w:r>
    </w:p>
    <w:p w14:paraId="1035C330" w14:textId="77777777" w:rsidR="00C56BDE" w:rsidRPr="00996BC7" w:rsidRDefault="00000000" w:rsidP="00D23BD9">
      <w:pPr>
        <w:spacing w:after="40" w:line="240" w:lineRule="auto"/>
        <w:jc w:val="both"/>
        <w:rPr>
          <w:sz w:val="24"/>
          <w:szCs w:val="24"/>
          <w:lang w:val="ro-RO"/>
        </w:rPr>
      </w:pPr>
      <w:r w:rsidRPr="00996BC7">
        <w:rPr>
          <w:sz w:val="24"/>
          <w:szCs w:val="24"/>
          <w:lang w:val="ro-RO"/>
        </w:rPr>
        <w:t>• cunoștințe minime privind folosirea uneltelor și echipamentelor de lucru;</w:t>
      </w:r>
    </w:p>
    <w:p w14:paraId="798DB4F1" w14:textId="77777777" w:rsidR="00C56BDE" w:rsidRPr="00996BC7" w:rsidRDefault="00000000" w:rsidP="00D23BD9">
      <w:pPr>
        <w:spacing w:after="40" w:line="240" w:lineRule="auto"/>
        <w:jc w:val="both"/>
        <w:rPr>
          <w:sz w:val="24"/>
          <w:szCs w:val="24"/>
          <w:lang w:val="ro-RO"/>
        </w:rPr>
      </w:pPr>
      <w:r w:rsidRPr="00996BC7">
        <w:rPr>
          <w:sz w:val="24"/>
          <w:szCs w:val="24"/>
          <w:lang w:val="ro-RO"/>
        </w:rPr>
        <w:lastRenderedPageBreak/>
        <w:t>• capacitatea de a sprijini lucrările de întreținere în domeniul alimentării cu apă și canalizării, iluminatului public și salubrizării;</w:t>
      </w:r>
    </w:p>
    <w:p w14:paraId="4C637DB5" w14:textId="77777777" w:rsidR="00C56BDE" w:rsidRPr="00996BC7" w:rsidRDefault="00000000" w:rsidP="00D23BD9">
      <w:pPr>
        <w:spacing w:after="40" w:line="240" w:lineRule="auto"/>
        <w:jc w:val="both"/>
        <w:rPr>
          <w:sz w:val="24"/>
          <w:szCs w:val="24"/>
          <w:lang w:val="ro-RO"/>
        </w:rPr>
      </w:pPr>
      <w:r w:rsidRPr="00996BC7">
        <w:rPr>
          <w:sz w:val="24"/>
          <w:szCs w:val="24"/>
          <w:lang w:val="ro-RO"/>
        </w:rPr>
        <w:t>• abilități de comunicare și de lucru în echipă;</w:t>
      </w:r>
    </w:p>
    <w:p w14:paraId="1FDA61D9" w14:textId="77777777" w:rsidR="00C56BDE" w:rsidRPr="00996BC7" w:rsidRDefault="00000000" w:rsidP="00D23BD9">
      <w:pPr>
        <w:spacing w:after="40" w:line="240" w:lineRule="auto"/>
        <w:jc w:val="both"/>
        <w:rPr>
          <w:sz w:val="24"/>
          <w:szCs w:val="24"/>
          <w:lang w:val="ro-RO"/>
        </w:rPr>
      </w:pPr>
      <w:r w:rsidRPr="00996BC7">
        <w:rPr>
          <w:sz w:val="24"/>
          <w:szCs w:val="24"/>
          <w:lang w:val="ro-RO"/>
        </w:rPr>
        <w:t>• disponibilitate pentru program flexibil, inclusiv sâmbăta și duminica, cu respectarea legislației muncii;</w:t>
      </w:r>
    </w:p>
    <w:p w14:paraId="17E87430" w14:textId="77777777" w:rsidR="00C56BDE" w:rsidRPr="00996BC7" w:rsidRDefault="00000000" w:rsidP="00D23BD9">
      <w:pPr>
        <w:spacing w:after="40" w:line="240" w:lineRule="auto"/>
        <w:jc w:val="both"/>
        <w:rPr>
          <w:sz w:val="24"/>
          <w:szCs w:val="24"/>
          <w:lang w:val="ro-RO"/>
        </w:rPr>
      </w:pPr>
      <w:r w:rsidRPr="00996BC7">
        <w:rPr>
          <w:sz w:val="24"/>
          <w:szCs w:val="24"/>
          <w:lang w:val="ro-RO"/>
        </w:rPr>
        <w:t>• răspunde de inventarul încredințat;</w:t>
      </w:r>
    </w:p>
    <w:p w14:paraId="4BBE0B50" w14:textId="77777777" w:rsidR="00C56BDE" w:rsidRPr="00996BC7" w:rsidRDefault="00000000" w:rsidP="00D23BD9">
      <w:pPr>
        <w:spacing w:after="40" w:line="240" w:lineRule="auto"/>
        <w:jc w:val="both"/>
        <w:rPr>
          <w:sz w:val="24"/>
          <w:szCs w:val="24"/>
          <w:lang w:val="ro-RO"/>
        </w:rPr>
      </w:pPr>
      <w:r w:rsidRPr="00996BC7">
        <w:rPr>
          <w:sz w:val="24"/>
          <w:szCs w:val="24"/>
          <w:lang w:val="ro-RO"/>
        </w:rPr>
        <w:t>• cunoștințe minime privind securitatea și sănătatea în muncă și prevenirea și stingerea incendiilor.</w:t>
      </w:r>
    </w:p>
    <w:p w14:paraId="5B1F097C" w14:textId="77777777" w:rsidR="00D23BD9" w:rsidRPr="00996BC7" w:rsidRDefault="00D23BD9" w:rsidP="00D23BD9">
      <w:pPr>
        <w:spacing w:after="40" w:line="240" w:lineRule="auto"/>
        <w:jc w:val="both"/>
        <w:rPr>
          <w:sz w:val="24"/>
          <w:szCs w:val="24"/>
          <w:lang w:val="ro-RO"/>
        </w:rPr>
      </w:pPr>
    </w:p>
    <w:p w14:paraId="54C4C68A" w14:textId="77777777" w:rsidR="00C56BDE" w:rsidRPr="00996BC7" w:rsidRDefault="00000000">
      <w:pPr>
        <w:spacing w:after="40" w:line="240" w:lineRule="auto"/>
        <w:jc w:val="center"/>
        <w:rPr>
          <w:b/>
          <w:sz w:val="24"/>
          <w:szCs w:val="24"/>
          <w:lang w:val="ro-RO"/>
        </w:rPr>
      </w:pPr>
      <w:r w:rsidRPr="00996BC7">
        <w:rPr>
          <w:b/>
          <w:sz w:val="24"/>
          <w:szCs w:val="24"/>
          <w:lang w:val="ro-RO"/>
        </w:rPr>
        <w:t>II. ETAPELE, PROBELE ȘI CALENDARUL CONCURSULUI</w:t>
      </w:r>
    </w:p>
    <w:p w14:paraId="4B4A24A3" w14:textId="77777777" w:rsidR="00D23BD9" w:rsidRPr="00996BC7" w:rsidRDefault="00D23BD9">
      <w:pPr>
        <w:spacing w:after="40" w:line="240" w:lineRule="auto"/>
        <w:jc w:val="center"/>
        <w:rPr>
          <w:sz w:val="24"/>
          <w:szCs w:val="24"/>
          <w:lang w:val="ro-RO"/>
        </w:rPr>
      </w:pPr>
    </w:p>
    <w:p w14:paraId="33CFD6FB" w14:textId="77777777" w:rsidR="008A53E2" w:rsidRPr="00996BC7" w:rsidRDefault="008A53E2" w:rsidP="008A53E2">
      <w:pPr>
        <w:spacing w:after="60" w:line="247" w:lineRule="auto"/>
        <w:ind w:firstLine="720"/>
        <w:jc w:val="both"/>
        <w:rPr>
          <w:rFonts w:eastAsiaTheme="minorEastAsia" w:cs="Times New Roman"/>
          <w:sz w:val="24"/>
          <w:szCs w:val="24"/>
          <w:lang w:val="ro-RO"/>
        </w:rPr>
      </w:pPr>
      <w:r w:rsidRPr="00996BC7">
        <w:rPr>
          <w:rFonts w:eastAsiaTheme="minorEastAsia" w:cs="Times New Roman"/>
          <w:sz w:val="24"/>
          <w:szCs w:val="24"/>
          <w:lang w:val="ro-RO"/>
        </w:rPr>
        <w:t>Concursul constă în următoarele etape succesive:</w:t>
      </w:r>
    </w:p>
    <w:p w14:paraId="47771FBE" w14:textId="77777777" w:rsidR="008A53E2" w:rsidRPr="00996BC7" w:rsidRDefault="008A53E2" w:rsidP="008A53E2">
      <w:pPr>
        <w:spacing w:after="60" w:line="247" w:lineRule="auto"/>
        <w:ind w:left="397" w:hanging="397"/>
        <w:jc w:val="both"/>
        <w:rPr>
          <w:rFonts w:eastAsiaTheme="minorEastAsia" w:cs="Times New Roman"/>
          <w:sz w:val="24"/>
          <w:szCs w:val="24"/>
          <w:lang w:val="ro-RO"/>
        </w:rPr>
      </w:pPr>
      <w:r w:rsidRPr="00996BC7">
        <w:rPr>
          <w:rFonts w:eastAsiaTheme="minorEastAsia" w:cs="Times New Roman"/>
          <w:b/>
          <w:sz w:val="24"/>
          <w:szCs w:val="24"/>
          <w:lang w:val="ro-RO"/>
        </w:rPr>
        <w:t xml:space="preserve">a) </w:t>
      </w:r>
      <w:r w:rsidRPr="00996BC7">
        <w:rPr>
          <w:rFonts w:eastAsiaTheme="minorEastAsia" w:cs="Times New Roman"/>
          <w:sz w:val="24"/>
          <w:szCs w:val="24"/>
          <w:lang w:val="ro-RO"/>
        </w:rPr>
        <w:t>selecția dosarelor de înscriere;</w:t>
      </w:r>
    </w:p>
    <w:p w14:paraId="40099D95" w14:textId="77777777" w:rsidR="008A53E2" w:rsidRPr="00996BC7" w:rsidRDefault="008A53E2" w:rsidP="008A53E2">
      <w:pPr>
        <w:spacing w:after="60" w:line="247" w:lineRule="auto"/>
        <w:ind w:left="397" w:hanging="397"/>
        <w:jc w:val="both"/>
        <w:rPr>
          <w:rFonts w:eastAsiaTheme="minorEastAsia" w:cs="Times New Roman"/>
          <w:sz w:val="24"/>
          <w:szCs w:val="24"/>
          <w:lang w:val="ro-RO"/>
        </w:rPr>
      </w:pPr>
      <w:r w:rsidRPr="00996BC7">
        <w:rPr>
          <w:rFonts w:eastAsiaTheme="minorEastAsia" w:cs="Times New Roman"/>
          <w:b/>
          <w:sz w:val="24"/>
          <w:szCs w:val="24"/>
          <w:lang w:val="ro-RO"/>
        </w:rPr>
        <w:t xml:space="preserve">b) </w:t>
      </w:r>
      <w:r w:rsidRPr="00996BC7">
        <w:rPr>
          <w:rFonts w:eastAsiaTheme="minorEastAsia" w:cs="Times New Roman"/>
          <w:sz w:val="24"/>
          <w:szCs w:val="24"/>
          <w:lang w:val="ro-RO"/>
        </w:rPr>
        <w:t>proba scrisă;</w:t>
      </w:r>
    </w:p>
    <w:p w14:paraId="4BEF23A3" w14:textId="77777777" w:rsidR="008A53E2" w:rsidRPr="00996BC7" w:rsidRDefault="008A53E2" w:rsidP="008A53E2">
      <w:pPr>
        <w:spacing w:after="60" w:line="247" w:lineRule="auto"/>
        <w:ind w:left="397" w:hanging="397"/>
        <w:jc w:val="both"/>
        <w:rPr>
          <w:rFonts w:eastAsiaTheme="minorEastAsia" w:cs="Times New Roman"/>
          <w:sz w:val="24"/>
          <w:szCs w:val="24"/>
          <w:lang w:val="ro-RO"/>
        </w:rPr>
      </w:pPr>
      <w:r w:rsidRPr="00996BC7">
        <w:rPr>
          <w:rFonts w:eastAsiaTheme="minorEastAsia" w:cs="Times New Roman"/>
          <w:b/>
          <w:sz w:val="24"/>
          <w:szCs w:val="24"/>
          <w:lang w:val="ro-RO"/>
        </w:rPr>
        <w:t xml:space="preserve">c) </w:t>
      </w:r>
      <w:r w:rsidRPr="00996BC7">
        <w:rPr>
          <w:rFonts w:eastAsiaTheme="minorEastAsia" w:cs="Times New Roman"/>
          <w:sz w:val="24"/>
          <w:szCs w:val="24"/>
          <w:lang w:val="ro-RO"/>
        </w:rPr>
        <w:t>interviul.</w:t>
      </w:r>
    </w:p>
    <w:p w14:paraId="3036FB22" w14:textId="77777777" w:rsidR="008A53E2" w:rsidRPr="00996BC7" w:rsidRDefault="008A53E2" w:rsidP="008A53E2">
      <w:pPr>
        <w:spacing w:after="60" w:line="247" w:lineRule="auto"/>
        <w:ind w:firstLine="397"/>
        <w:jc w:val="both"/>
        <w:rPr>
          <w:rFonts w:eastAsiaTheme="minorEastAsia" w:cs="Times New Roman"/>
          <w:sz w:val="24"/>
          <w:szCs w:val="24"/>
          <w:lang w:val="ro-RO"/>
        </w:rPr>
      </w:pPr>
      <w:r w:rsidRPr="00996BC7">
        <w:rPr>
          <w:rFonts w:eastAsiaTheme="minorEastAsia" w:cs="Times New Roman"/>
          <w:sz w:val="24"/>
          <w:szCs w:val="24"/>
          <w:lang w:val="ro-RO"/>
        </w:rPr>
        <w:t>Se pot prezenta la etapa următoare numai candidații declarați admiși la etapa precedentă. În situația în care se prezintă un singur candidat, ocuparea postului se face prin examen. Pentru fiecare probă se acordă maximum 100 de puncte, iar pentru promovare este necesar un punctaj de minimum 50 de puncte.</w:t>
      </w:r>
    </w:p>
    <w:p w14:paraId="372FEB46" w14:textId="77777777" w:rsidR="00D23BD9" w:rsidRPr="00996BC7" w:rsidRDefault="00D23BD9">
      <w:pPr>
        <w:spacing w:after="40" w:line="240" w:lineRule="auto"/>
        <w:rPr>
          <w:sz w:val="24"/>
          <w:szCs w:val="24"/>
          <w:lang w:val="ro-RO"/>
        </w:rPr>
      </w:pPr>
    </w:p>
    <w:tbl>
      <w:tblPr>
        <w:tblStyle w:val="Tabelgril"/>
        <w:tblW w:w="0" w:type="auto"/>
        <w:jc w:val="center"/>
        <w:tblLook w:val="04A0" w:firstRow="1" w:lastRow="0" w:firstColumn="1" w:lastColumn="0" w:noHBand="0" w:noVBand="1"/>
      </w:tblPr>
      <w:tblGrid>
        <w:gridCol w:w="3157"/>
        <w:gridCol w:w="3211"/>
        <w:gridCol w:w="3208"/>
      </w:tblGrid>
      <w:tr w:rsidR="00C56BDE" w:rsidRPr="00996BC7" w14:paraId="74CA230A" w14:textId="77777777">
        <w:trPr>
          <w:jc w:val="center"/>
        </w:trPr>
        <w:tc>
          <w:tcPr>
            <w:tcW w:w="3324" w:type="dxa"/>
            <w:shd w:val="clear" w:color="auto" w:fill="D9EAF7"/>
            <w:vAlign w:val="center"/>
          </w:tcPr>
          <w:p w14:paraId="02423EAA" w14:textId="77777777" w:rsidR="00C56BDE" w:rsidRPr="00996BC7" w:rsidRDefault="00000000">
            <w:pPr>
              <w:jc w:val="center"/>
              <w:rPr>
                <w:sz w:val="24"/>
                <w:szCs w:val="24"/>
                <w:lang w:val="ro-RO"/>
              </w:rPr>
            </w:pPr>
            <w:r w:rsidRPr="00996BC7">
              <w:rPr>
                <w:b/>
                <w:sz w:val="24"/>
                <w:szCs w:val="24"/>
                <w:lang w:val="ro-RO"/>
              </w:rPr>
              <w:t>Nr. crt.</w:t>
            </w:r>
          </w:p>
        </w:tc>
        <w:tc>
          <w:tcPr>
            <w:tcW w:w="3324" w:type="dxa"/>
            <w:shd w:val="clear" w:color="auto" w:fill="D9EAF7"/>
            <w:vAlign w:val="center"/>
          </w:tcPr>
          <w:p w14:paraId="426AA78B" w14:textId="77777777" w:rsidR="00C56BDE" w:rsidRPr="00996BC7" w:rsidRDefault="00000000">
            <w:pPr>
              <w:jc w:val="center"/>
              <w:rPr>
                <w:sz w:val="24"/>
                <w:szCs w:val="24"/>
                <w:lang w:val="ro-RO"/>
              </w:rPr>
            </w:pPr>
            <w:r w:rsidRPr="00996BC7">
              <w:rPr>
                <w:b/>
                <w:sz w:val="24"/>
                <w:szCs w:val="24"/>
                <w:lang w:val="ro-RO"/>
              </w:rPr>
              <w:t>Etapa concursului</w:t>
            </w:r>
          </w:p>
        </w:tc>
        <w:tc>
          <w:tcPr>
            <w:tcW w:w="3324" w:type="dxa"/>
            <w:shd w:val="clear" w:color="auto" w:fill="D9EAF7"/>
            <w:vAlign w:val="center"/>
          </w:tcPr>
          <w:p w14:paraId="10AA6AA6" w14:textId="77777777" w:rsidR="00C56BDE" w:rsidRPr="00996BC7" w:rsidRDefault="00000000">
            <w:pPr>
              <w:jc w:val="center"/>
              <w:rPr>
                <w:sz w:val="24"/>
                <w:szCs w:val="24"/>
                <w:lang w:val="ro-RO"/>
              </w:rPr>
            </w:pPr>
            <w:r w:rsidRPr="00996BC7">
              <w:rPr>
                <w:b/>
                <w:sz w:val="24"/>
                <w:szCs w:val="24"/>
                <w:lang w:val="ro-RO"/>
              </w:rPr>
              <w:t>Data/ora</w:t>
            </w:r>
          </w:p>
        </w:tc>
      </w:tr>
      <w:tr w:rsidR="00C56BDE" w:rsidRPr="00996BC7" w14:paraId="288EE12F" w14:textId="77777777">
        <w:trPr>
          <w:jc w:val="center"/>
        </w:trPr>
        <w:tc>
          <w:tcPr>
            <w:tcW w:w="3324" w:type="dxa"/>
            <w:vAlign w:val="center"/>
          </w:tcPr>
          <w:p w14:paraId="09AF3471" w14:textId="77777777" w:rsidR="00C56BDE" w:rsidRPr="00996BC7" w:rsidRDefault="00000000">
            <w:pPr>
              <w:jc w:val="center"/>
              <w:rPr>
                <w:sz w:val="24"/>
                <w:szCs w:val="24"/>
                <w:lang w:val="ro-RO"/>
              </w:rPr>
            </w:pPr>
            <w:r w:rsidRPr="00996BC7">
              <w:rPr>
                <w:sz w:val="24"/>
                <w:szCs w:val="24"/>
                <w:lang w:val="ro-RO"/>
              </w:rPr>
              <w:t>1</w:t>
            </w:r>
          </w:p>
        </w:tc>
        <w:tc>
          <w:tcPr>
            <w:tcW w:w="3324" w:type="dxa"/>
            <w:vAlign w:val="center"/>
          </w:tcPr>
          <w:p w14:paraId="217B85A1" w14:textId="77777777" w:rsidR="00C56BDE" w:rsidRPr="00996BC7" w:rsidRDefault="00000000">
            <w:pPr>
              <w:rPr>
                <w:sz w:val="24"/>
                <w:szCs w:val="24"/>
                <w:lang w:val="ro-RO"/>
              </w:rPr>
            </w:pPr>
            <w:r w:rsidRPr="00996BC7">
              <w:rPr>
                <w:sz w:val="24"/>
                <w:szCs w:val="24"/>
                <w:lang w:val="ro-RO"/>
              </w:rPr>
              <w:t>Publicarea anunțului</w:t>
            </w:r>
          </w:p>
        </w:tc>
        <w:tc>
          <w:tcPr>
            <w:tcW w:w="3324" w:type="dxa"/>
            <w:vAlign w:val="center"/>
          </w:tcPr>
          <w:p w14:paraId="1AC23C45" w14:textId="77777777" w:rsidR="00C56BDE" w:rsidRPr="00996BC7" w:rsidRDefault="00000000">
            <w:pPr>
              <w:rPr>
                <w:sz w:val="24"/>
                <w:szCs w:val="24"/>
                <w:lang w:val="ro-RO"/>
              </w:rPr>
            </w:pPr>
            <w:r w:rsidRPr="00996BC7">
              <w:rPr>
                <w:sz w:val="24"/>
                <w:szCs w:val="24"/>
                <w:lang w:val="ro-RO"/>
              </w:rPr>
              <w:t>24.07.2026</w:t>
            </w:r>
          </w:p>
        </w:tc>
      </w:tr>
      <w:tr w:rsidR="00C56BDE" w:rsidRPr="00996BC7" w14:paraId="015AD994" w14:textId="77777777">
        <w:trPr>
          <w:jc w:val="center"/>
        </w:trPr>
        <w:tc>
          <w:tcPr>
            <w:tcW w:w="3324" w:type="dxa"/>
            <w:vAlign w:val="center"/>
          </w:tcPr>
          <w:p w14:paraId="0C6191CF" w14:textId="77777777" w:rsidR="00C56BDE" w:rsidRPr="00996BC7" w:rsidRDefault="00000000">
            <w:pPr>
              <w:jc w:val="center"/>
              <w:rPr>
                <w:sz w:val="24"/>
                <w:szCs w:val="24"/>
                <w:lang w:val="ro-RO"/>
              </w:rPr>
            </w:pPr>
            <w:r w:rsidRPr="00996BC7">
              <w:rPr>
                <w:sz w:val="24"/>
                <w:szCs w:val="24"/>
                <w:lang w:val="ro-RO"/>
              </w:rPr>
              <w:t>2</w:t>
            </w:r>
          </w:p>
        </w:tc>
        <w:tc>
          <w:tcPr>
            <w:tcW w:w="3324" w:type="dxa"/>
            <w:vAlign w:val="center"/>
          </w:tcPr>
          <w:p w14:paraId="16235B7D" w14:textId="77777777" w:rsidR="00C56BDE" w:rsidRPr="00996BC7" w:rsidRDefault="00000000">
            <w:pPr>
              <w:rPr>
                <w:sz w:val="24"/>
                <w:szCs w:val="24"/>
                <w:lang w:val="ro-RO"/>
              </w:rPr>
            </w:pPr>
            <w:r w:rsidRPr="00996BC7">
              <w:rPr>
                <w:sz w:val="24"/>
                <w:szCs w:val="24"/>
                <w:lang w:val="ro-RO"/>
              </w:rPr>
              <w:t>Depunerea dosarelor de participare la concurs</w:t>
            </w:r>
          </w:p>
        </w:tc>
        <w:tc>
          <w:tcPr>
            <w:tcW w:w="3324" w:type="dxa"/>
            <w:vAlign w:val="center"/>
          </w:tcPr>
          <w:p w14:paraId="6579811B" w14:textId="77777777" w:rsidR="00C56BDE" w:rsidRPr="00996BC7" w:rsidRDefault="00000000">
            <w:pPr>
              <w:rPr>
                <w:sz w:val="24"/>
                <w:szCs w:val="24"/>
                <w:lang w:val="ro-RO"/>
              </w:rPr>
            </w:pPr>
            <w:r w:rsidRPr="00996BC7">
              <w:rPr>
                <w:sz w:val="24"/>
                <w:szCs w:val="24"/>
                <w:lang w:val="ro-RO"/>
              </w:rPr>
              <w:t>24.07.2026–06.08.2026, în intervalul 10:00–15:00</w:t>
            </w:r>
          </w:p>
        </w:tc>
      </w:tr>
      <w:tr w:rsidR="00C56BDE" w:rsidRPr="00996BC7" w14:paraId="6578AD48" w14:textId="77777777">
        <w:trPr>
          <w:jc w:val="center"/>
        </w:trPr>
        <w:tc>
          <w:tcPr>
            <w:tcW w:w="3324" w:type="dxa"/>
            <w:vAlign w:val="center"/>
          </w:tcPr>
          <w:p w14:paraId="1559C468" w14:textId="77777777" w:rsidR="00C56BDE" w:rsidRPr="00996BC7" w:rsidRDefault="00000000">
            <w:pPr>
              <w:jc w:val="center"/>
              <w:rPr>
                <w:sz w:val="24"/>
                <w:szCs w:val="24"/>
                <w:lang w:val="ro-RO"/>
              </w:rPr>
            </w:pPr>
            <w:r w:rsidRPr="00996BC7">
              <w:rPr>
                <w:sz w:val="24"/>
                <w:szCs w:val="24"/>
                <w:lang w:val="ro-RO"/>
              </w:rPr>
              <w:t>3</w:t>
            </w:r>
          </w:p>
        </w:tc>
        <w:tc>
          <w:tcPr>
            <w:tcW w:w="3324" w:type="dxa"/>
            <w:vAlign w:val="center"/>
          </w:tcPr>
          <w:p w14:paraId="2FD081C1" w14:textId="77777777" w:rsidR="00C56BDE" w:rsidRPr="00996BC7" w:rsidRDefault="00000000">
            <w:pPr>
              <w:rPr>
                <w:sz w:val="24"/>
                <w:szCs w:val="24"/>
                <w:lang w:val="ro-RO"/>
              </w:rPr>
            </w:pPr>
            <w:r w:rsidRPr="00996BC7">
              <w:rPr>
                <w:sz w:val="24"/>
                <w:szCs w:val="24"/>
                <w:lang w:val="ro-RO"/>
              </w:rPr>
              <w:t>Data-limită pentru depunerea dosarelor</w:t>
            </w:r>
          </w:p>
        </w:tc>
        <w:tc>
          <w:tcPr>
            <w:tcW w:w="3324" w:type="dxa"/>
            <w:vAlign w:val="center"/>
          </w:tcPr>
          <w:p w14:paraId="6D0EA263" w14:textId="77777777" w:rsidR="00C56BDE" w:rsidRPr="00996BC7" w:rsidRDefault="00000000">
            <w:pPr>
              <w:rPr>
                <w:sz w:val="24"/>
                <w:szCs w:val="24"/>
                <w:lang w:val="ro-RO"/>
              </w:rPr>
            </w:pPr>
            <w:r w:rsidRPr="00996BC7">
              <w:rPr>
                <w:sz w:val="24"/>
                <w:szCs w:val="24"/>
                <w:lang w:val="ro-RO"/>
              </w:rPr>
              <w:t>06.08.2026, ora 15:00</w:t>
            </w:r>
          </w:p>
        </w:tc>
      </w:tr>
      <w:tr w:rsidR="00C56BDE" w:rsidRPr="00996BC7" w14:paraId="6F5F8366" w14:textId="77777777">
        <w:trPr>
          <w:jc w:val="center"/>
        </w:trPr>
        <w:tc>
          <w:tcPr>
            <w:tcW w:w="3324" w:type="dxa"/>
            <w:vAlign w:val="center"/>
          </w:tcPr>
          <w:p w14:paraId="619C8862" w14:textId="77777777" w:rsidR="00C56BDE" w:rsidRPr="00996BC7" w:rsidRDefault="00000000">
            <w:pPr>
              <w:jc w:val="center"/>
              <w:rPr>
                <w:sz w:val="24"/>
                <w:szCs w:val="24"/>
                <w:lang w:val="ro-RO"/>
              </w:rPr>
            </w:pPr>
            <w:r w:rsidRPr="00996BC7">
              <w:rPr>
                <w:sz w:val="24"/>
                <w:szCs w:val="24"/>
                <w:lang w:val="ro-RO"/>
              </w:rPr>
              <w:t>4</w:t>
            </w:r>
          </w:p>
        </w:tc>
        <w:tc>
          <w:tcPr>
            <w:tcW w:w="3324" w:type="dxa"/>
            <w:vAlign w:val="center"/>
          </w:tcPr>
          <w:p w14:paraId="4D2900A7" w14:textId="77777777" w:rsidR="00C56BDE" w:rsidRPr="00996BC7" w:rsidRDefault="00000000">
            <w:pPr>
              <w:rPr>
                <w:sz w:val="24"/>
                <w:szCs w:val="24"/>
                <w:lang w:val="ro-RO"/>
              </w:rPr>
            </w:pPr>
            <w:r w:rsidRPr="00996BC7">
              <w:rPr>
                <w:sz w:val="24"/>
                <w:szCs w:val="24"/>
                <w:lang w:val="ro-RO"/>
              </w:rPr>
              <w:t>Selecția dosarelor de concurs</w:t>
            </w:r>
          </w:p>
        </w:tc>
        <w:tc>
          <w:tcPr>
            <w:tcW w:w="3324" w:type="dxa"/>
            <w:vAlign w:val="center"/>
          </w:tcPr>
          <w:p w14:paraId="390AD378" w14:textId="77777777" w:rsidR="00C56BDE" w:rsidRPr="00996BC7" w:rsidRDefault="00000000">
            <w:pPr>
              <w:rPr>
                <w:sz w:val="24"/>
                <w:szCs w:val="24"/>
                <w:lang w:val="ro-RO"/>
              </w:rPr>
            </w:pPr>
            <w:r w:rsidRPr="00996BC7">
              <w:rPr>
                <w:sz w:val="24"/>
                <w:szCs w:val="24"/>
                <w:lang w:val="ro-RO"/>
              </w:rPr>
              <w:t>07.08.2026–10.08.2026</w:t>
            </w:r>
          </w:p>
        </w:tc>
      </w:tr>
      <w:tr w:rsidR="00C56BDE" w:rsidRPr="00996BC7" w14:paraId="7C6E3586" w14:textId="77777777">
        <w:trPr>
          <w:jc w:val="center"/>
        </w:trPr>
        <w:tc>
          <w:tcPr>
            <w:tcW w:w="3324" w:type="dxa"/>
            <w:vAlign w:val="center"/>
          </w:tcPr>
          <w:p w14:paraId="3E40D3F8" w14:textId="77777777" w:rsidR="00C56BDE" w:rsidRPr="00996BC7" w:rsidRDefault="00000000">
            <w:pPr>
              <w:jc w:val="center"/>
              <w:rPr>
                <w:sz w:val="24"/>
                <w:szCs w:val="24"/>
                <w:lang w:val="ro-RO"/>
              </w:rPr>
            </w:pPr>
            <w:r w:rsidRPr="00996BC7">
              <w:rPr>
                <w:sz w:val="24"/>
                <w:szCs w:val="24"/>
                <w:lang w:val="ro-RO"/>
              </w:rPr>
              <w:t>5</w:t>
            </w:r>
          </w:p>
        </w:tc>
        <w:tc>
          <w:tcPr>
            <w:tcW w:w="3324" w:type="dxa"/>
            <w:vAlign w:val="center"/>
          </w:tcPr>
          <w:p w14:paraId="5810AAEE" w14:textId="77777777" w:rsidR="00C56BDE" w:rsidRPr="00996BC7" w:rsidRDefault="00000000">
            <w:pPr>
              <w:rPr>
                <w:sz w:val="24"/>
                <w:szCs w:val="24"/>
                <w:lang w:val="ro-RO"/>
              </w:rPr>
            </w:pPr>
            <w:r w:rsidRPr="00996BC7">
              <w:rPr>
                <w:sz w:val="24"/>
                <w:szCs w:val="24"/>
                <w:lang w:val="ro-RO"/>
              </w:rPr>
              <w:t>Afișarea rezultatului selecției dosarelor</w:t>
            </w:r>
          </w:p>
        </w:tc>
        <w:tc>
          <w:tcPr>
            <w:tcW w:w="3324" w:type="dxa"/>
            <w:vAlign w:val="center"/>
          </w:tcPr>
          <w:p w14:paraId="127A6480" w14:textId="77777777" w:rsidR="00C56BDE" w:rsidRPr="00996BC7" w:rsidRDefault="00000000">
            <w:pPr>
              <w:rPr>
                <w:sz w:val="24"/>
                <w:szCs w:val="24"/>
                <w:lang w:val="ro-RO"/>
              </w:rPr>
            </w:pPr>
            <w:r w:rsidRPr="00996BC7">
              <w:rPr>
                <w:sz w:val="24"/>
                <w:szCs w:val="24"/>
                <w:lang w:val="ro-RO"/>
              </w:rPr>
              <w:t>11.08.2026, ora 12:00</w:t>
            </w:r>
          </w:p>
        </w:tc>
      </w:tr>
      <w:tr w:rsidR="00C56BDE" w:rsidRPr="00996BC7" w14:paraId="1280E9BD" w14:textId="77777777">
        <w:trPr>
          <w:jc w:val="center"/>
        </w:trPr>
        <w:tc>
          <w:tcPr>
            <w:tcW w:w="3324" w:type="dxa"/>
            <w:vAlign w:val="center"/>
          </w:tcPr>
          <w:p w14:paraId="2B084A45" w14:textId="77777777" w:rsidR="00C56BDE" w:rsidRPr="00996BC7" w:rsidRDefault="00000000">
            <w:pPr>
              <w:jc w:val="center"/>
              <w:rPr>
                <w:sz w:val="24"/>
                <w:szCs w:val="24"/>
                <w:lang w:val="ro-RO"/>
              </w:rPr>
            </w:pPr>
            <w:r w:rsidRPr="00996BC7">
              <w:rPr>
                <w:sz w:val="24"/>
                <w:szCs w:val="24"/>
                <w:lang w:val="ro-RO"/>
              </w:rPr>
              <w:t>6</w:t>
            </w:r>
          </w:p>
        </w:tc>
        <w:tc>
          <w:tcPr>
            <w:tcW w:w="3324" w:type="dxa"/>
            <w:vAlign w:val="center"/>
          </w:tcPr>
          <w:p w14:paraId="781604D1" w14:textId="77777777" w:rsidR="00C56BDE" w:rsidRPr="00996BC7" w:rsidRDefault="00000000">
            <w:pPr>
              <w:rPr>
                <w:sz w:val="24"/>
                <w:szCs w:val="24"/>
                <w:lang w:val="ro-RO"/>
              </w:rPr>
            </w:pPr>
            <w:r w:rsidRPr="00996BC7">
              <w:rPr>
                <w:sz w:val="24"/>
                <w:szCs w:val="24"/>
                <w:lang w:val="ro-RO"/>
              </w:rPr>
              <w:t>Depunerea contestațiilor la rezultatul selecției dosarelor</w:t>
            </w:r>
          </w:p>
        </w:tc>
        <w:tc>
          <w:tcPr>
            <w:tcW w:w="3324" w:type="dxa"/>
            <w:vAlign w:val="center"/>
          </w:tcPr>
          <w:p w14:paraId="7FC3B843" w14:textId="77777777" w:rsidR="00C56BDE" w:rsidRPr="00996BC7" w:rsidRDefault="00000000">
            <w:pPr>
              <w:rPr>
                <w:sz w:val="24"/>
                <w:szCs w:val="24"/>
                <w:lang w:val="ro-RO"/>
              </w:rPr>
            </w:pPr>
            <w:r w:rsidRPr="00996BC7">
              <w:rPr>
                <w:sz w:val="24"/>
                <w:szCs w:val="24"/>
                <w:lang w:val="ro-RO"/>
              </w:rPr>
              <w:t>până la 12.08.2026, ora 12:00</w:t>
            </w:r>
          </w:p>
        </w:tc>
      </w:tr>
      <w:tr w:rsidR="00C56BDE" w:rsidRPr="00996BC7" w14:paraId="3536028C" w14:textId="77777777">
        <w:trPr>
          <w:jc w:val="center"/>
        </w:trPr>
        <w:tc>
          <w:tcPr>
            <w:tcW w:w="3324" w:type="dxa"/>
            <w:vAlign w:val="center"/>
          </w:tcPr>
          <w:p w14:paraId="7693B3D3" w14:textId="77777777" w:rsidR="00C56BDE" w:rsidRPr="00996BC7" w:rsidRDefault="00000000">
            <w:pPr>
              <w:jc w:val="center"/>
              <w:rPr>
                <w:sz w:val="24"/>
                <w:szCs w:val="24"/>
                <w:lang w:val="ro-RO"/>
              </w:rPr>
            </w:pPr>
            <w:r w:rsidRPr="00996BC7">
              <w:rPr>
                <w:sz w:val="24"/>
                <w:szCs w:val="24"/>
                <w:lang w:val="ro-RO"/>
              </w:rPr>
              <w:t>7</w:t>
            </w:r>
          </w:p>
        </w:tc>
        <w:tc>
          <w:tcPr>
            <w:tcW w:w="3324" w:type="dxa"/>
            <w:vAlign w:val="center"/>
          </w:tcPr>
          <w:p w14:paraId="1B66A063" w14:textId="77777777" w:rsidR="00C56BDE" w:rsidRPr="00996BC7" w:rsidRDefault="00000000">
            <w:pPr>
              <w:rPr>
                <w:sz w:val="24"/>
                <w:szCs w:val="24"/>
                <w:lang w:val="ro-RO"/>
              </w:rPr>
            </w:pPr>
            <w:r w:rsidRPr="00996BC7">
              <w:rPr>
                <w:sz w:val="24"/>
                <w:szCs w:val="24"/>
                <w:lang w:val="ro-RO"/>
              </w:rPr>
              <w:t>Soluționarea și afișarea rezultatului contestațiilor la selecția dosarelor</w:t>
            </w:r>
          </w:p>
        </w:tc>
        <w:tc>
          <w:tcPr>
            <w:tcW w:w="3324" w:type="dxa"/>
            <w:vAlign w:val="center"/>
          </w:tcPr>
          <w:p w14:paraId="4B23BDD2" w14:textId="77777777" w:rsidR="00C56BDE" w:rsidRPr="00996BC7" w:rsidRDefault="00000000">
            <w:pPr>
              <w:rPr>
                <w:sz w:val="24"/>
                <w:szCs w:val="24"/>
                <w:lang w:val="ro-RO"/>
              </w:rPr>
            </w:pPr>
            <w:r w:rsidRPr="00996BC7">
              <w:rPr>
                <w:sz w:val="24"/>
                <w:szCs w:val="24"/>
                <w:lang w:val="ro-RO"/>
              </w:rPr>
              <w:t>până la 13.08.2026, ora 12:00</w:t>
            </w:r>
          </w:p>
        </w:tc>
      </w:tr>
      <w:tr w:rsidR="00C56BDE" w:rsidRPr="00996BC7" w14:paraId="6643E52B" w14:textId="77777777">
        <w:trPr>
          <w:jc w:val="center"/>
        </w:trPr>
        <w:tc>
          <w:tcPr>
            <w:tcW w:w="3324" w:type="dxa"/>
            <w:vAlign w:val="center"/>
          </w:tcPr>
          <w:p w14:paraId="740C85DB" w14:textId="77777777" w:rsidR="00C56BDE" w:rsidRPr="00996BC7" w:rsidRDefault="00000000">
            <w:pPr>
              <w:jc w:val="center"/>
              <w:rPr>
                <w:sz w:val="24"/>
                <w:szCs w:val="24"/>
                <w:lang w:val="ro-RO"/>
              </w:rPr>
            </w:pPr>
            <w:r w:rsidRPr="00996BC7">
              <w:rPr>
                <w:sz w:val="24"/>
                <w:szCs w:val="24"/>
                <w:lang w:val="ro-RO"/>
              </w:rPr>
              <w:t>8</w:t>
            </w:r>
          </w:p>
        </w:tc>
        <w:tc>
          <w:tcPr>
            <w:tcW w:w="3324" w:type="dxa"/>
            <w:vAlign w:val="center"/>
          </w:tcPr>
          <w:p w14:paraId="1F7809F6" w14:textId="77777777" w:rsidR="00C56BDE" w:rsidRPr="00996BC7" w:rsidRDefault="00000000">
            <w:pPr>
              <w:rPr>
                <w:sz w:val="24"/>
                <w:szCs w:val="24"/>
                <w:lang w:val="ro-RO"/>
              </w:rPr>
            </w:pPr>
            <w:r w:rsidRPr="00996BC7">
              <w:rPr>
                <w:sz w:val="24"/>
                <w:szCs w:val="24"/>
                <w:lang w:val="ro-RO"/>
              </w:rPr>
              <w:t>Proba scrisă</w:t>
            </w:r>
          </w:p>
        </w:tc>
        <w:tc>
          <w:tcPr>
            <w:tcW w:w="3324" w:type="dxa"/>
            <w:vAlign w:val="center"/>
          </w:tcPr>
          <w:p w14:paraId="5B22EF51" w14:textId="77777777" w:rsidR="00C56BDE" w:rsidRPr="00996BC7" w:rsidRDefault="00000000">
            <w:pPr>
              <w:rPr>
                <w:sz w:val="24"/>
                <w:szCs w:val="24"/>
                <w:lang w:val="ro-RO"/>
              </w:rPr>
            </w:pPr>
            <w:r w:rsidRPr="00996BC7">
              <w:rPr>
                <w:sz w:val="24"/>
                <w:szCs w:val="24"/>
                <w:lang w:val="ro-RO"/>
              </w:rPr>
              <w:t>14.08.2026, ora 10:00</w:t>
            </w:r>
          </w:p>
        </w:tc>
      </w:tr>
      <w:tr w:rsidR="00C56BDE" w:rsidRPr="00996BC7" w14:paraId="2A476A2A" w14:textId="77777777">
        <w:trPr>
          <w:jc w:val="center"/>
        </w:trPr>
        <w:tc>
          <w:tcPr>
            <w:tcW w:w="3324" w:type="dxa"/>
            <w:vAlign w:val="center"/>
          </w:tcPr>
          <w:p w14:paraId="55BB8E4B" w14:textId="77777777" w:rsidR="00C56BDE" w:rsidRPr="00996BC7" w:rsidRDefault="00000000">
            <w:pPr>
              <w:jc w:val="center"/>
              <w:rPr>
                <w:sz w:val="24"/>
                <w:szCs w:val="24"/>
                <w:lang w:val="ro-RO"/>
              </w:rPr>
            </w:pPr>
            <w:r w:rsidRPr="00996BC7">
              <w:rPr>
                <w:sz w:val="24"/>
                <w:szCs w:val="24"/>
                <w:lang w:val="ro-RO"/>
              </w:rPr>
              <w:t>9</w:t>
            </w:r>
          </w:p>
        </w:tc>
        <w:tc>
          <w:tcPr>
            <w:tcW w:w="3324" w:type="dxa"/>
            <w:vAlign w:val="center"/>
          </w:tcPr>
          <w:p w14:paraId="174EADC3" w14:textId="77777777" w:rsidR="00C56BDE" w:rsidRPr="00996BC7" w:rsidRDefault="00000000">
            <w:pPr>
              <w:rPr>
                <w:sz w:val="24"/>
                <w:szCs w:val="24"/>
                <w:lang w:val="ro-RO"/>
              </w:rPr>
            </w:pPr>
            <w:r w:rsidRPr="00996BC7">
              <w:rPr>
                <w:sz w:val="24"/>
                <w:szCs w:val="24"/>
                <w:lang w:val="ro-RO"/>
              </w:rPr>
              <w:t>Afișarea rezultatului probei scrise</w:t>
            </w:r>
          </w:p>
        </w:tc>
        <w:tc>
          <w:tcPr>
            <w:tcW w:w="3324" w:type="dxa"/>
            <w:vAlign w:val="center"/>
          </w:tcPr>
          <w:p w14:paraId="406CD580" w14:textId="77777777" w:rsidR="00C56BDE" w:rsidRPr="00996BC7" w:rsidRDefault="00000000">
            <w:pPr>
              <w:rPr>
                <w:sz w:val="24"/>
                <w:szCs w:val="24"/>
                <w:lang w:val="ro-RO"/>
              </w:rPr>
            </w:pPr>
            <w:r w:rsidRPr="00996BC7">
              <w:rPr>
                <w:sz w:val="24"/>
                <w:szCs w:val="24"/>
                <w:lang w:val="ro-RO"/>
              </w:rPr>
              <w:t>14.08.2026, ora 13:00</w:t>
            </w:r>
          </w:p>
        </w:tc>
      </w:tr>
      <w:tr w:rsidR="00C56BDE" w:rsidRPr="00996BC7" w14:paraId="274C90C9" w14:textId="77777777">
        <w:trPr>
          <w:jc w:val="center"/>
        </w:trPr>
        <w:tc>
          <w:tcPr>
            <w:tcW w:w="3324" w:type="dxa"/>
            <w:vAlign w:val="center"/>
          </w:tcPr>
          <w:p w14:paraId="10C09EDC" w14:textId="77777777" w:rsidR="00C56BDE" w:rsidRPr="00996BC7" w:rsidRDefault="00000000">
            <w:pPr>
              <w:jc w:val="center"/>
              <w:rPr>
                <w:sz w:val="24"/>
                <w:szCs w:val="24"/>
                <w:lang w:val="ro-RO"/>
              </w:rPr>
            </w:pPr>
            <w:r w:rsidRPr="00996BC7">
              <w:rPr>
                <w:sz w:val="24"/>
                <w:szCs w:val="24"/>
                <w:lang w:val="ro-RO"/>
              </w:rPr>
              <w:t>10</w:t>
            </w:r>
          </w:p>
        </w:tc>
        <w:tc>
          <w:tcPr>
            <w:tcW w:w="3324" w:type="dxa"/>
            <w:vAlign w:val="center"/>
          </w:tcPr>
          <w:p w14:paraId="489B09FB" w14:textId="77777777" w:rsidR="00C56BDE" w:rsidRPr="00996BC7" w:rsidRDefault="00000000">
            <w:pPr>
              <w:rPr>
                <w:sz w:val="24"/>
                <w:szCs w:val="24"/>
                <w:lang w:val="ro-RO"/>
              </w:rPr>
            </w:pPr>
            <w:r w:rsidRPr="00996BC7">
              <w:rPr>
                <w:sz w:val="24"/>
                <w:szCs w:val="24"/>
                <w:lang w:val="ro-RO"/>
              </w:rPr>
              <w:t>Depunerea contestațiilor la rezultatul probei scrise</w:t>
            </w:r>
          </w:p>
        </w:tc>
        <w:tc>
          <w:tcPr>
            <w:tcW w:w="3324" w:type="dxa"/>
            <w:vAlign w:val="center"/>
          </w:tcPr>
          <w:p w14:paraId="7EDAB487" w14:textId="77777777" w:rsidR="00C56BDE" w:rsidRPr="00996BC7" w:rsidRDefault="00000000">
            <w:pPr>
              <w:rPr>
                <w:sz w:val="24"/>
                <w:szCs w:val="24"/>
                <w:lang w:val="ro-RO"/>
              </w:rPr>
            </w:pPr>
            <w:r w:rsidRPr="00996BC7">
              <w:rPr>
                <w:sz w:val="24"/>
                <w:szCs w:val="24"/>
                <w:lang w:val="ro-RO"/>
              </w:rPr>
              <w:t>până la 17.08.2026, ora 13:00</w:t>
            </w:r>
          </w:p>
        </w:tc>
      </w:tr>
      <w:tr w:rsidR="00C56BDE" w:rsidRPr="00996BC7" w14:paraId="00AAEC53" w14:textId="77777777">
        <w:trPr>
          <w:jc w:val="center"/>
        </w:trPr>
        <w:tc>
          <w:tcPr>
            <w:tcW w:w="3324" w:type="dxa"/>
            <w:vAlign w:val="center"/>
          </w:tcPr>
          <w:p w14:paraId="3F5B3EAB" w14:textId="77777777" w:rsidR="00C56BDE" w:rsidRPr="00996BC7" w:rsidRDefault="00000000">
            <w:pPr>
              <w:jc w:val="center"/>
              <w:rPr>
                <w:sz w:val="24"/>
                <w:szCs w:val="24"/>
                <w:lang w:val="ro-RO"/>
              </w:rPr>
            </w:pPr>
            <w:r w:rsidRPr="00996BC7">
              <w:rPr>
                <w:sz w:val="24"/>
                <w:szCs w:val="24"/>
                <w:lang w:val="ro-RO"/>
              </w:rPr>
              <w:t>11</w:t>
            </w:r>
          </w:p>
        </w:tc>
        <w:tc>
          <w:tcPr>
            <w:tcW w:w="3324" w:type="dxa"/>
            <w:vAlign w:val="center"/>
          </w:tcPr>
          <w:p w14:paraId="2A80032F" w14:textId="77777777" w:rsidR="00C56BDE" w:rsidRPr="00996BC7" w:rsidRDefault="00000000">
            <w:pPr>
              <w:rPr>
                <w:sz w:val="24"/>
                <w:szCs w:val="24"/>
                <w:lang w:val="ro-RO"/>
              </w:rPr>
            </w:pPr>
            <w:r w:rsidRPr="00996BC7">
              <w:rPr>
                <w:sz w:val="24"/>
                <w:szCs w:val="24"/>
                <w:lang w:val="ro-RO"/>
              </w:rPr>
              <w:t>Soluționarea și afișarea rezultatului contestațiilor la proba scrisă</w:t>
            </w:r>
          </w:p>
        </w:tc>
        <w:tc>
          <w:tcPr>
            <w:tcW w:w="3324" w:type="dxa"/>
            <w:vAlign w:val="center"/>
          </w:tcPr>
          <w:p w14:paraId="0C06EC7B" w14:textId="77777777" w:rsidR="00C56BDE" w:rsidRPr="00996BC7" w:rsidRDefault="00000000">
            <w:pPr>
              <w:rPr>
                <w:sz w:val="24"/>
                <w:szCs w:val="24"/>
                <w:lang w:val="ro-RO"/>
              </w:rPr>
            </w:pPr>
            <w:r w:rsidRPr="00996BC7">
              <w:rPr>
                <w:sz w:val="24"/>
                <w:szCs w:val="24"/>
                <w:lang w:val="ro-RO"/>
              </w:rPr>
              <w:t>până la 18.08.2026, ora 13:00</w:t>
            </w:r>
          </w:p>
        </w:tc>
      </w:tr>
      <w:tr w:rsidR="00C56BDE" w:rsidRPr="00996BC7" w14:paraId="034CFA47" w14:textId="77777777">
        <w:trPr>
          <w:jc w:val="center"/>
        </w:trPr>
        <w:tc>
          <w:tcPr>
            <w:tcW w:w="3324" w:type="dxa"/>
            <w:vAlign w:val="center"/>
          </w:tcPr>
          <w:p w14:paraId="3838E420" w14:textId="77777777" w:rsidR="00C56BDE" w:rsidRPr="00996BC7" w:rsidRDefault="00000000">
            <w:pPr>
              <w:jc w:val="center"/>
              <w:rPr>
                <w:sz w:val="24"/>
                <w:szCs w:val="24"/>
                <w:lang w:val="ro-RO"/>
              </w:rPr>
            </w:pPr>
            <w:r w:rsidRPr="00996BC7">
              <w:rPr>
                <w:sz w:val="24"/>
                <w:szCs w:val="24"/>
                <w:lang w:val="ro-RO"/>
              </w:rPr>
              <w:t>12</w:t>
            </w:r>
          </w:p>
        </w:tc>
        <w:tc>
          <w:tcPr>
            <w:tcW w:w="3324" w:type="dxa"/>
            <w:vAlign w:val="center"/>
          </w:tcPr>
          <w:p w14:paraId="79946D66" w14:textId="77777777" w:rsidR="00C56BDE" w:rsidRPr="00996BC7" w:rsidRDefault="00000000">
            <w:pPr>
              <w:rPr>
                <w:sz w:val="24"/>
                <w:szCs w:val="24"/>
                <w:lang w:val="ro-RO"/>
              </w:rPr>
            </w:pPr>
            <w:r w:rsidRPr="00996BC7">
              <w:rPr>
                <w:sz w:val="24"/>
                <w:szCs w:val="24"/>
                <w:lang w:val="ro-RO"/>
              </w:rPr>
              <w:t>Interviul</w:t>
            </w:r>
          </w:p>
        </w:tc>
        <w:tc>
          <w:tcPr>
            <w:tcW w:w="3324" w:type="dxa"/>
            <w:vAlign w:val="center"/>
          </w:tcPr>
          <w:p w14:paraId="4E35DC30" w14:textId="77777777" w:rsidR="00C56BDE" w:rsidRPr="00996BC7" w:rsidRDefault="00000000">
            <w:pPr>
              <w:rPr>
                <w:sz w:val="24"/>
                <w:szCs w:val="24"/>
                <w:lang w:val="ro-RO"/>
              </w:rPr>
            </w:pPr>
            <w:r w:rsidRPr="00996BC7">
              <w:rPr>
                <w:sz w:val="24"/>
                <w:szCs w:val="24"/>
                <w:lang w:val="ro-RO"/>
              </w:rPr>
              <w:t>19.08.2026, ora 10:00</w:t>
            </w:r>
          </w:p>
        </w:tc>
      </w:tr>
      <w:tr w:rsidR="00C56BDE" w:rsidRPr="00996BC7" w14:paraId="0A9BDFB9" w14:textId="77777777">
        <w:trPr>
          <w:jc w:val="center"/>
        </w:trPr>
        <w:tc>
          <w:tcPr>
            <w:tcW w:w="3324" w:type="dxa"/>
            <w:vAlign w:val="center"/>
          </w:tcPr>
          <w:p w14:paraId="3B2A2B4B" w14:textId="77777777" w:rsidR="00C56BDE" w:rsidRPr="00996BC7" w:rsidRDefault="00000000">
            <w:pPr>
              <w:jc w:val="center"/>
              <w:rPr>
                <w:sz w:val="24"/>
                <w:szCs w:val="24"/>
                <w:lang w:val="ro-RO"/>
              </w:rPr>
            </w:pPr>
            <w:r w:rsidRPr="00996BC7">
              <w:rPr>
                <w:sz w:val="24"/>
                <w:szCs w:val="24"/>
                <w:lang w:val="ro-RO"/>
              </w:rPr>
              <w:lastRenderedPageBreak/>
              <w:t>13</w:t>
            </w:r>
          </w:p>
        </w:tc>
        <w:tc>
          <w:tcPr>
            <w:tcW w:w="3324" w:type="dxa"/>
            <w:vAlign w:val="center"/>
          </w:tcPr>
          <w:p w14:paraId="5BCBAA3F" w14:textId="77777777" w:rsidR="00C56BDE" w:rsidRPr="00996BC7" w:rsidRDefault="00000000">
            <w:pPr>
              <w:rPr>
                <w:sz w:val="24"/>
                <w:szCs w:val="24"/>
                <w:lang w:val="ro-RO"/>
              </w:rPr>
            </w:pPr>
            <w:r w:rsidRPr="00996BC7">
              <w:rPr>
                <w:sz w:val="24"/>
                <w:szCs w:val="24"/>
                <w:lang w:val="ro-RO"/>
              </w:rPr>
              <w:t>Afișarea rezultatului interviului</w:t>
            </w:r>
          </w:p>
        </w:tc>
        <w:tc>
          <w:tcPr>
            <w:tcW w:w="3324" w:type="dxa"/>
            <w:vAlign w:val="center"/>
          </w:tcPr>
          <w:p w14:paraId="2F4F271A" w14:textId="77777777" w:rsidR="00C56BDE" w:rsidRPr="00996BC7" w:rsidRDefault="00000000">
            <w:pPr>
              <w:rPr>
                <w:sz w:val="24"/>
                <w:szCs w:val="24"/>
                <w:lang w:val="ro-RO"/>
              </w:rPr>
            </w:pPr>
            <w:r w:rsidRPr="00996BC7">
              <w:rPr>
                <w:sz w:val="24"/>
                <w:szCs w:val="24"/>
                <w:lang w:val="ro-RO"/>
              </w:rPr>
              <w:t>19.08.2026, ora 13:00</w:t>
            </w:r>
          </w:p>
        </w:tc>
      </w:tr>
      <w:tr w:rsidR="00C56BDE" w:rsidRPr="00996BC7" w14:paraId="23EB5445" w14:textId="77777777">
        <w:trPr>
          <w:jc w:val="center"/>
        </w:trPr>
        <w:tc>
          <w:tcPr>
            <w:tcW w:w="3324" w:type="dxa"/>
            <w:vAlign w:val="center"/>
          </w:tcPr>
          <w:p w14:paraId="18E2766E" w14:textId="77777777" w:rsidR="00C56BDE" w:rsidRPr="00996BC7" w:rsidRDefault="00000000">
            <w:pPr>
              <w:jc w:val="center"/>
              <w:rPr>
                <w:sz w:val="24"/>
                <w:szCs w:val="24"/>
                <w:lang w:val="ro-RO"/>
              </w:rPr>
            </w:pPr>
            <w:r w:rsidRPr="00996BC7">
              <w:rPr>
                <w:sz w:val="24"/>
                <w:szCs w:val="24"/>
                <w:lang w:val="ro-RO"/>
              </w:rPr>
              <w:t>14</w:t>
            </w:r>
          </w:p>
        </w:tc>
        <w:tc>
          <w:tcPr>
            <w:tcW w:w="3324" w:type="dxa"/>
            <w:vAlign w:val="center"/>
          </w:tcPr>
          <w:p w14:paraId="42E6129B" w14:textId="77777777" w:rsidR="00C56BDE" w:rsidRPr="00996BC7" w:rsidRDefault="00000000">
            <w:pPr>
              <w:rPr>
                <w:sz w:val="24"/>
                <w:szCs w:val="24"/>
                <w:lang w:val="ro-RO"/>
              </w:rPr>
            </w:pPr>
            <w:r w:rsidRPr="00996BC7">
              <w:rPr>
                <w:sz w:val="24"/>
                <w:szCs w:val="24"/>
                <w:lang w:val="ro-RO"/>
              </w:rPr>
              <w:t>Depunerea contestațiilor la rezultatul interviului</w:t>
            </w:r>
          </w:p>
        </w:tc>
        <w:tc>
          <w:tcPr>
            <w:tcW w:w="3324" w:type="dxa"/>
            <w:vAlign w:val="center"/>
          </w:tcPr>
          <w:p w14:paraId="0F64AA70" w14:textId="77777777" w:rsidR="00C56BDE" w:rsidRPr="00996BC7" w:rsidRDefault="00000000">
            <w:pPr>
              <w:rPr>
                <w:sz w:val="24"/>
                <w:szCs w:val="24"/>
                <w:lang w:val="ro-RO"/>
              </w:rPr>
            </w:pPr>
            <w:r w:rsidRPr="00996BC7">
              <w:rPr>
                <w:sz w:val="24"/>
                <w:szCs w:val="24"/>
                <w:lang w:val="ro-RO"/>
              </w:rPr>
              <w:t>până la 20.08.2026, ora 13:00</w:t>
            </w:r>
          </w:p>
        </w:tc>
      </w:tr>
      <w:tr w:rsidR="00C56BDE" w:rsidRPr="00996BC7" w14:paraId="06FD22EB" w14:textId="77777777">
        <w:trPr>
          <w:jc w:val="center"/>
        </w:trPr>
        <w:tc>
          <w:tcPr>
            <w:tcW w:w="3324" w:type="dxa"/>
            <w:vAlign w:val="center"/>
          </w:tcPr>
          <w:p w14:paraId="160C9CC8" w14:textId="77777777" w:rsidR="00C56BDE" w:rsidRPr="00996BC7" w:rsidRDefault="00000000">
            <w:pPr>
              <w:jc w:val="center"/>
              <w:rPr>
                <w:sz w:val="24"/>
                <w:szCs w:val="24"/>
                <w:lang w:val="ro-RO"/>
              </w:rPr>
            </w:pPr>
            <w:r w:rsidRPr="00996BC7">
              <w:rPr>
                <w:sz w:val="24"/>
                <w:szCs w:val="24"/>
                <w:lang w:val="ro-RO"/>
              </w:rPr>
              <w:t>15</w:t>
            </w:r>
          </w:p>
        </w:tc>
        <w:tc>
          <w:tcPr>
            <w:tcW w:w="3324" w:type="dxa"/>
            <w:vAlign w:val="center"/>
          </w:tcPr>
          <w:p w14:paraId="7CE76398" w14:textId="77777777" w:rsidR="00C56BDE" w:rsidRPr="00996BC7" w:rsidRDefault="00000000">
            <w:pPr>
              <w:rPr>
                <w:sz w:val="24"/>
                <w:szCs w:val="24"/>
                <w:lang w:val="ro-RO"/>
              </w:rPr>
            </w:pPr>
            <w:r w:rsidRPr="00996BC7">
              <w:rPr>
                <w:sz w:val="24"/>
                <w:szCs w:val="24"/>
                <w:lang w:val="ro-RO"/>
              </w:rPr>
              <w:t>Soluționarea și afișarea rezultatului contestațiilor la interviu</w:t>
            </w:r>
          </w:p>
        </w:tc>
        <w:tc>
          <w:tcPr>
            <w:tcW w:w="3324" w:type="dxa"/>
            <w:vAlign w:val="center"/>
          </w:tcPr>
          <w:p w14:paraId="53E4AE3C" w14:textId="77777777" w:rsidR="00C56BDE" w:rsidRPr="00996BC7" w:rsidRDefault="00000000">
            <w:pPr>
              <w:rPr>
                <w:sz w:val="24"/>
                <w:szCs w:val="24"/>
                <w:lang w:val="ro-RO"/>
              </w:rPr>
            </w:pPr>
            <w:r w:rsidRPr="00996BC7">
              <w:rPr>
                <w:sz w:val="24"/>
                <w:szCs w:val="24"/>
                <w:lang w:val="ro-RO"/>
              </w:rPr>
              <w:t>până la 21.08.2026, ora 13:00</w:t>
            </w:r>
          </w:p>
        </w:tc>
      </w:tr>
      <w:tr w:rsidR="00C56BDE" w:rsidRPr="00996BC7" w14:paraId="4DB7F291" w14:textId="77777777">
        <w:trPr>
          <w:jc w:val="center"/>
        </w:trPr>
        <w:tc>
          <w:tcPr>
            <w:tcW w:w="3324" w:type="dxa"/>
            <w:vAlign w:val="center"/>
          </w:tcPr>
          <w:p w14:paraId="38315329" w14:textId="77777777" w:rsidR="00C56BDE" w:rsidRPr="00996BC7" w:rsidRDefault="00000000">
            <w:pPr>
              <w:jc w:val="center"/>
              <w:rPr>
                <w:sz w:val="24"/>
                <w:szCs w:val="24"/>
                <w:lang w:val="ro-RO"/>
              </w:rPr>
            </w:pPr>
            <w:r w:rsidRPr="00996BC7">
              <w:rPr>
                <w:sz w:val="24"/>
                <w:szCs w:val="24"/>
                <w:lang w:val="ro-RO"/>
              </w:rPr>
              <w:t>16</w:t>
            </w:r>
          </w:p>
        </w:tc>
        <w:tc>
          <w:tcPr>
            <w:tcW w:w="3324" w:type="dxa"/>
            <w:vAlign w:val="center"/>
          </w:tcPr>
          <w:p w14:paraId="575011CD" w14:textId="77777777" w:rsidR="00C56BDE" w:rsidRPr="00996BC7" w:rsidRDefault="00000000">
            <w:pPr>
              <w:rPr>
                <w:sz w:val="24"/>
                <w:szCs w:val="24"/>
                <w:lang w:val="ro-RO"/>
              </w:rPr>
            </w:pPr>
            <w:r w:rsidRPr="00996BC7">
              <w:rPr>
                <w:sz w:val="24"/>
                <w:szCs w:val="24"/>
                <w:lang w:val="ro-RO"/>
              </w:rPr>
              <w:t>Afișarea rezultatului final al concursului</w:t>
            </w:r>
          </w:p>
        </w:tc>
        <w:tc>
          <w:tcPr>
            <w:tcW w:w="3324" w:type="dxa"/>
            <w:vAlign w:val="center"/>
          </w:tcPr>
          <w:p w14:paraId="35C7D15F" w14:textId="77777777" w:rsidR="00C56BDE" w:rsidRPr="00996BC7" w:rsidRDefault="00000000">
            <w:pPr>
              <w:rPr>
                <w:sz w:val="24"/>
                <w:szCs w:val="24"/>
                <w:lang w:val="ro-RO"/>
              </w:rPr>
            </w:pPr>
            <w:r w:rsidRPr="00996BC7">
              <w:rPr>
                <w:sz w:val="24"/>
                <w:szCs w:val="24"/>
                <w:lang w:val="ro-RO"/>
              </w:rPr>
              <w:t>24.08.2026, ora 13:00</w:t>
            </w:r>
          </w:p>
        </w:tc>
      </w:tr>
    </w:tbl>
    <w:p w14:paraId="7360C952" w14:textId="77777777" w:rsidR="00D23BD9" w:rsidRPr="00996BC7" w:rsidRDefault="00D23BD9">
      <w:pPr>
        <w:spacing w:after="40" w:line="240" w:lineRule="auto"/>
        <w:rPr>
          <w:sz w:val="24"/>
          <w:szCs w:val="24"/>
          <w:u w:val="single"/>
          <w:lang w:val="ro-RO"/>
        </w:rPr>
      </w:pPr>
    </w:p>
    <w:p w14:paraId="24E18257" w14:textId="6B8C7DA8" w:rsidR="00C56BDE" w:rsidRPr="00996BC7" w:rsidRDefault="00000000" w:rsidP="00D23BD9">
      <w:pPr>
        <w:spacing w:after="40" w:line="240" w:lineRule="auto"/>
        <w:ind w:firstLine="720"/>
        <w:rPr>
          <w:sz w:val="24"/>
          <w:szCs w:val="24"/>
          <w:lang w:val="ro-RO"/>
        </w:rPr>
      </w:pPr>
      <w:r w:rsidRPr="00996BC7">
        <w:rPr>
          <w:sz w:val="24"/>
          <w:szCs w:val="24"/>
          <w:lang w:val="ro-RO"/>
        </w:rPr>
        <w:t xml:space="preserve">Toate probele și activitățile se desfășoară la sediul instituției, dacă nu se comunică altfel. </w:t>
      </w:r>
    </w:p>
    <w:p w14:paraId="37646EF8" w14:textId="77777777" w:rsidR="00D23BD9" w:rsidRPr="00996BC7" w:rsidRDefault="00D23BD9" w:rsidP="00D23BD9">
      <w:pPr>
        <w:spacing w:after="40" w:line="240" w:lineRule="auto"/>
        <w:ind w:firstLine="720"/>
        <w:rPr>
          <w:sz w:val="24"/>
          <w:szCs w:val="24"/>
          <w:lang w:val="ro-RO"/>
        </w:rPr>
      </w:pPr>
    </w:p>
    <w:p w14:paraId="7A51F907" w14:textId="77777777" w:rsidR="00C56BDE" w:rsidRPr="00996BC7" w:rsidRDefault="00000000">
      <w:pPr>
        <w:spacing w:after="40" w:line="240" w:lineRule="auto"/>
        <w:jc w:val="center"/>
        <w:rPr>
          <w:b/>
          <w:sz w:val="24"/>
          <w:szCs w:val="24"/>
          <w:lang w:val="ro-RO"/>
        </w:rPr>
      </w:pPr>
      <w:r w:rsidRPr="00996BC7">
        <w:rPr>
          <w:b/>
          <w:sz w:val="24"/>
          <w:szCs w:val="24"/>
          <w:lang w:val="ro-RO"/>
        </w:rPr>
        <w:t>III. DOSARUL DE ÎNSCRIERE</w:t>
      </w:r>
    </w:p>
    <w:p w14:paraId="1BDB8EA6" w14:textId="77777777" w:rsidR="00D23BD9" w:rsidRPr="00996BC7" w:rsidRDefault="00D23BD9">
      <w:pPr>
        <w:spacing w:after="40" w:line="240" w:lineRule="auto"/>
        <w:jc w:val="center"/>
        <w:rPr>
          <w:sz w:val="24"/>
          <w:szCs w:val="24"/>
          <w:lang w:val="ro-RO"/>
        </w:rPr>
      </w:pPr>
    </w:p>
    <w:p w14:paraId="79E12D71" w14:textId="77777777" w:rsidR="008A53E2" w:rsidRPr="00996BC7" w:rsidRDefault="008A53E2" w:rsidP="008A53E2">
      <w:pPr>
        <w:spacing w:after="60" w:line="247" w:lineRule="auto"/>
        <w:ind w:left="397" w:hanging="397"/>
        <w:jc w:val="both"/>
        <w:rPr>
          <w:rFonts w:eastAsiaTheme="minorEastAsia" w:cs="Times New Roman"/>
          <w:sz w:val="24"/>
          <w:szCs w:val="24"/>
          <w:lang w:val="ro-RO"/>
        </w:rPr>
      </w:pPr>
      <w:r w:rsidRPr="00996BC7">
        <w:rPr>
          <w:rFonts w:eastAsiaTheme="minorEastAsia" w:cs="Times New Roman"/>
          <w:b/>
          <w:sz w:val="24"/>
          <w:szCs w:val="24"/>
          <w:lang w:val="ro-RO"/>
        </w:rPr>
        <w:t xml:space="preserve">1. </w:t>
      </w:r>
      <w:r w:rsidRPr="00996BC7">
        <w:rPr>
          <w:rFonts w:eastAsiaTheme="minorEastAsia" w:cs="Times New Roman"/>
          <w:sz w:val="24"/>
          <w:szCs w:val="24"/>
          <w:lang w:val="ro-RO"/>
        </w:rPr>
        <w:t>formular de înscriere la concurs, conform modelului prevăzut în anexa nr. 2 la Regulamentul-cadru;</w:t>
      </w:r>
    </w:p>
    <w:p w14:paraId="4E994375" w14:textId="77777777" w:rsidR="008A53E2" w:rsidRPr="00996BC7" w:rsidRDefault="008A53E2" w:rsidP="008A53E2">
      <w:pPr>
        <w:spacing w:after="60" w:line="247" w:lineRule="auto"/>
        <w:ind w:left="397" w:hanging="397"/>
        <w:jc w:val="both"/>
        <w:rPr>
          <w:rFonts w:eastAsiaTheme="minorEastAsia" w:cs="Times New Roman"/>
          <w:sz w:val="24"/>
          <w:szCs w:val="24"/>
          <w:lang w:val="ro-RO"/>
        </w:rPr>
      </w:pPr>
      <w:r w:rsidRPr="00996BC7">
        <w:rPr>
          <w:rFonts w:eastAsiaTheme="minorEastAsia" w:cs="Times New Roman"/>
          <w:b/>
          <w:sz w:val="24"/>
          <w:szCs w:val="24"/>
          <w:lang w:val="ro-RO"/>
        </w:rPr>
        <w:t xml:space="preserve">2. </w:t>
      </w:r>
      <w:r w:rsidRPr="00996BC7">
        <w:rPr>
          <w:rFonts w:eastAsiaTheme="minorEastAsia" w:cs="Times New Roman"/>
          <w:sz w:val="24"/>
          <w:szCs w:val="24"/>
          <w:lang w:val="ro-RO"/>
        </w:rPr>
        <w:t>copia actului de identitate sau orice alt document care atestă identitatea, aflat în termen de valabilitate;</w:t>
      </w:r>
    </w:p>
    <w:p w14:paraId="68BDBFA2" w14:textId="77777777" w:rsidR="008A53E2" w:rsidRPr="00996BC7" w:rsidRDefault="008A53E2" w:rsidP="008A53E2">
      <w:pPr>
        <w:spacing w:after="60" w:line="247" w:lineRule="auto"/>
        <w:ind w:left="397" w:hanging="397"/>
        <w:jc w:val="both"/>
        <w:rPr>
          <w:rFonts w:eastAsiaTheme="minorEastAsia" w:cs="Times New Roman"/>
          <w:sz w:val="24"/>
          <w:szCs w:val="24"/>
          <w:lang w:val="ro-RO"/>
        </w:rPr>
      </w:pPr>
      <w:r w:rsidRPr="00996BC7">
        <w:rPr>
          <w:rFonts w:eastAsiaTheme="minorEastAsia" w:cs="Times New Roman"/>
          <w:b/>
          <w:sz w:val="24"/>
          <w:szCs w:val="24"/>
          <w:lang w:val="ro-RO"/>
        </w:rPr>
        <w:t xml:space="preserve">3. </w:t>
      </w:r>
      <w:r w:rsidRPr="00996BC7">
        <w:rPr>
          <w:rFonts w:eastAsiaTheme="minorEastAsia" w:cs="Times New Roman"/>
          <w:sz w:val="24"/>
          <w:szCs w:val="24"/>
          <w:lang w:val="ro-RO"/>
        </w:rPr>
        <w:t>copia certificatului de căsătorie sau a altui document prin care s-a realizat schimbarea de nume, după caz;</w:t>
      </w:r>
    </w:p>
    <w:p w14:paraId="526DABC7" w14:textId="77777777" w:rsidR="008A53E2" w:rsidRPr="00996BC7" w:rsidRDefault="008A53E2" w:rsidP="008A53E2">
      <w:pPr>
        <w:spacing w:after="60" w:line="247" w:lineRule="auto"/>
        <w:ind w:left="397" w:hanging="397"/>
        <w:jc w:val="both"/>
        <w:rPr>
          <w:rFonts w:eastAsiaTheme="minorEastAsia" w:cs="Times New Roman"/>
          <w:sz w:val="24"/>
          <w:szCs w:val="24"/>
          <w:lang w:val="ro-RO"/>
        </w:rPr>
      </w:pPr>
      <w:r w:rsidRPr="00996BC7">
        <w:rPr>
          <w:rFonts w:eastAsiaTheme="minorEastAsia" w:cs="Times New Roman"/>
          <w:b/>
          <w:sz w:val="24"/>
          <w:szCs w:val="24"/>
          <w:lang w:val="ro-RO"/>
        </w:rPr>
        <w:t xml:space="preserve">4. </w:t>
      </w:r>
      <w:r w:rsidRPr="00996BC7">
        <w:rPr>
          <w:rFonts w:eastAsiaTheme="minorEastAsia" w:cs="Times New Roman"/>
          <w:sz w:val="24"/>
          <w:szCs w:val="24"/>
          <w:lang w:val="ro-RO"/>
        </w:rPr>
        <w:t>copiile documentelor care atestă nivelul studiilor, calificarea profesională și îndeplinirea condițiilor specifice ale postului, inclusiv copia permisului de conducere;</w:t>
      </w:r>
    </w:p>
    <w:p w14:paraId="5463C9C8" w14:textId="77777777" w:rsidR="008A53E2" w:rsidRPr="00996BC7" w:rsidRDefault="008A53E2" w:rsidP="008A53E2">
      <w:pPr>
        <w:spacing w:after="60" w:line="247" w:lineRule="auto"/>
        <w:ind w:left="397" w:hanging="397"/>
        <w:jc w:val="both"/>
        <w:rPr>
          <w:rFonts w:eastAsiaTheme="minorEastAsia" w:cs="Times New Roman"/>
          <w:sz w:val="24"/>
          <w:szCs w:val="24"/>
          <w:lang w:val="ro-RO"/>
        </w:rPr>
      </w:pPr>
      <w:r w:rsidRPr="00996BC7">
        <w:rPr>
          <w:rFonts w:eastAsiaTheme="minorEastAsia" w:cs="Times New Roman"/>
          <w:b/>
          <w:sz w:val="24"/>
          <w:szCs w:val="24"/>
          <w:lang w:val="ro-RO"/>
        </w:rPr>
        <w:t xml:space="preserve">5. </w:t>
      </w:r>
      <w:r w:rsidRPr="00996BC7">
        <w:rPr>
          <w:rFonts w:eastAsiaTheme="minorEastAsia" w:cs="Times New Roman"/>
          <w:sz w:val="24"/>
          <w:szCs w:val="24"/>
          <w:lang w:val="ro-RO"/>
        </w:rPr>
        <w:t>copia carnetului de muncă și/sau adeverința eliberată de angajator pentru perioada lucrată, care să ateste vechimea solicitată;</w:t>
      </w:r>
    </w:p>
    <w:p w14:paraId="1340EB5B" w14:textId="77777777" w:rsidR="008A53E2" w:rsidRPr="00996BC7" w:rsidRDefault="008A53E2" w:rsidP="008A53E2">
      <w:pPr>
        <w:spacing w:after="60" w:line="247" w:lineRule="auto"/>
        <w:ind w:left="397" w:hanging="397"/>
        <w:jc w:val="both"/>
        <w:rPr>
          <w:rFonts w:eastAsiaTheme="minorEastAsia" w:cs="Times New Roman"/>
          <w:sz w:val="24"/>
          <w:szCs w:val="24"/>
          <w:lang w:val="ro-RO"/>
        </w:rPr>
      </w:pPr>
      <w:r w:rsidRPr="00996BC7">
        <w:rPr>
          <w:rFonts w:eastAsiaTheme="minorEastAsia" w:cs="Times New Roman"/>
          <w:b/>
          <w:sz w:val="24"/>
          <w:szCs w:val="24"/>
          <w:lang w:val="ro-RO"/>
        </w:rPr>
        <w:t xml:space="preserve">6. </w:t>
      </w:r>
      <w:r w:rsidRPr="00996BC7">
        <w:rPr>
          <w:rFonts w:eastAsiaTheme="minorEastAsia" w:cs="Times New Roman"/>
          <w:sz w:val="24"/>
          <w:szCs w:val="24"/>
          <w:lang w:val="ro-RO"/>
        </w:rPr>
        <w:t>certificat de cazier judiciar sau, după caz, extrasul de pe cazierul judiciar; acesta poate fi înlocuit, în condițiile art. 35 alin. (5) din H.G. nr. 1.336/2022, cu declarație pe propria răspundere;</w:t>
      </w:r>
    </w:p>
    <w:p w14:paraId="3C91B28A" w14:textId="77777777" w:rsidR="008A53E2" w:rsidRPr="00996BC7" w:rsidRDefault="008A53E2" w:rsidP="008A53E2">
      <w:pPr>
        <w:spacing w:after="60" w:line="247" w:lineRule="auto"/>
        <w:ind w:left="397" w:hanging="397"/>
        <w:jc w:val="both"/>
        <w:rPr>
          <w:rFonts w:eastAsiaTheme="minorEastAsia" w:cs="Times New Roman"/>
          <w:sz w:val="24"/>
          <w:szCs w:val="24"/>
          <w:lang w:val="ro-RO"/>
        </w:rPr>
      </w:pPr>
      <w:r w:rsidRPr="00996BC7">
        <w:rPr>
          <w:rFonts w:eastAsiaTheme="minorEastAsia" w:cs="Times New Roman"/>
          <w:b/>
          <w:sz w:val="24"/>
          <w:szCs w:val="24"/>
          <w:lang w:val="ro-RO"/>
        </w:rPr>
        <w:t xml:space="preserve">7. </w:t>
      </w:r>
      <w:r w:rsidRPr="00996BC7">
        <w:rPr>
          <w:rFonts w:eastAsiaTheme="minorEastAsia" w:cs="Times New Roman"/>
          <w:sz w:val="24"/>
          <w:szCs w:val="24"/>
          <w:lang w:val="ro-RO"/>
        </w:rPr>
        <w:t>adeverință medicală care să ateste starea de sănătate corespunzătoare, eliberată cu cel mult 6 luni anterior derulării concursului;</w:t>
      </w:r>
    </w:p>
    <w:p w14:paraId="3C7B1F9D" w14:textId="77777777" w:rsidR="008A53E2" w:rsidRPr="00996BC7" w:rsidRDefault="008A53E2" w:rsidP="008A53E2">
      <w:pPr>
        <w:spacing w:after="60" w:line="247" w:lineRule="auto"/>
        <w:ind w:left="397" w:hanging="397"/>
        <w:jc w:val="both"/>
        <w:rPr>
          <w:rFonts w:eastAsiaTheme="minorEastAsia" w:cs="Times New Roman"/>
          <w:sz w:val="24"/>
          <w:szCs w:val="24"/>
          <w:lang w:val="ro-RO"/>
        </w:rPr>
      </w:pPr>
      <w:r w:rsidRPr="00996BC7">
        <w:rPr>
          <w:rFonts w:eastAsiaTheme="minorEastAsia" w:cs="Times New Roman"/>
          <w:b/>
          <w:sz w:val="24"/>
          <w:szCs w:val="24"/>
          <w:lang w:val="ro-RO"/>
        </w:rPr>
        <w:t xml:space="preserve">8. </w:t>
      </w:r>
      <w:r w:rsidRPr="00996BC7">
        <w:rPr>
          <w:rFonts w:eastAsiaTheme="minorEastAsia" w:cs="Times New Roman"/>
          <w:sz w:val="24"/>
          <w:szCs w:val="24"/>
          <w:lang w:val="ro-RO"/>
        </w:rPr>
        <w:t>certificat de integritate comportamentală, numai dacă cerința este aplicabilă activităților concrete ale postului potrivit art. 35 alin. (1) lit. h) din H.G. nr. 1.336/2022;</w:t>
      </w:r>
    </w:p>
    <w:p w14:paraId="5A78AED0" w14:textId="77777777" w:rsidR="008A53E2" w:rsidRPr="00996BC7" w:rsidRDefault="008A53E2" w:rsidP="008A53E2">
      <w:pPr>
        <w:spacing w:after="60" w:line="247" w:lineRule="auto"/>
        <w:ind w:left="397" w:hanging="397"/>
        <w:jc w:val="both"/>
        <w:rPr>
          <w:rFonts w:eastAsiaTheme="minorEastAsia" w:cs="Times New Roman"/>
          <w:sz w:val="24"/>
          <w:szCs w:val="24"/>
          <w:lang w:val="ro-RO"/>
        </w:rPr>
      </w:pPr>
      <w:r w:rsidRPr="00996BC7">
        <w:rPr>
          <w:rFonts w:eastAsiaTheme="minorEastAsia" w:cs="Times New Roman"/>
          <w:b/>
          <w:sz w:val="24"/>
          <w:szCs w:val="24"/>
          <w:lang w:val="ro-RO"/>
        </w:rPr>
        <w:t xml:space="preserve">9. </w:t>
      </w:r>
      <w:r w:rsidRPr="00996BC7">
        <w:rPr>
          <w:rFonts w:eastAsiaTheme="minorEastAsia" w:cs="Times New Roman"/>
          <w:sz w:val="24"/>
          <w:szCs w:val="24"/>
          <w:lang w:val="ro-RO"/>
        </w:rPr>
        <w:t>curriculum vitae, model comun european.</w:t>
      </w:r>
    </w:p>
    <w:p w14:paraId="62D7472A" w14:textId="77777777" w:rsidR="008A53E2" w:rsidRPr="00996BC7" w:rsidRDefault="008A53E2" w:rsidP="008A53E2">
      <w:pPr>
        <w:spacing w:after="60" w:line="247" w:lineRule="auto"/>
        <w:ind w:firstLine="397"/>
        <w:jc w:val="both"/>
        <w:rPr>
          <w:rFonts w:eastAsiaTheme="minorEastAsia" w:cs="Times New Roman"/>
          <w:sz w:val="24"/>
          <w:szCs w:val="24"/>
          <w:lang w:val="ro-RO"/>
        </w:rPr>
      </w:pPr>
      <w:r w:rsidRPr="00996BC7">
        <w:rPr>
          <w:rFonts w:eastAsiaTheme="minorEastAsia" w:cs="Times New Roman"/>
          <w:sz w:val="24"/>
          <w:szCs w:val="24"/>
          <w:lang w:val="ro-RO"/>
        </w:rPr>
        <w:t>Copiile documentelor prevăzute de art. 35 alin. (1) lit. b)–e) din H.G. nr. 1.336/2022 se prezintă însoțite de original, pentru certificarea „conform cu originalul” de către secretarul comisiei.</w:t>
      </w:r>
    </w:p>
    <w:p w14:paraId="1975884F" w14:textId="77777777" w:rsidR="008A53E2" w:rsidRPr="00996BC7" w:rsidRDefault="008A53E2" w:rsidP="008A53E2">
      <w:pPr>
        <w:spacing w:after="60" w:line="247" w:lineRule="auto"/>
        <w:ind w:firstLine="397"/>
        <w:jc w:val="both"/>
        <w:rPr>
          <w:rFonts w:eastAsiaTheme="minorEastAsia" w:cs="Times New Roman"/>
          <w:sz w:val="24"/>
          <w:szCs w:val="24"/>
          <w:lang w:val="ro-RO"/>
        </w:rPr>
      </w:pPr>
      <w:r w:rsidRPr="00996BC7">
        <w:rPr>
          <w:rFonts w:eastAsiaTheme="minorEastAsia" w:cs="Times New Roman"/>
          <w:sz w:val="24"/>
          <w:szCs w:val="24"/>
          <w:lang w:val="ro-RO"/>
        </w:rPr>
        <w:t xml:space="preserve">Dosarele se depun la sediul </w:t>
      </w:r>
      <w:r w:rsidRPr="00996BC7">
        <w:rPr>
          <w:sz w:val="24"/>
          <w:szCs w:val="24"/>
          <w:lang w:val="ro-RO"/>
        </w:rPr>
        <w:t>Serviciul Public „SERVICIUL DE UTILITĂȚI PUBLICE – SLATINA-TIMIȘ”</w:t>
      </w:r>
      <w:r w:rsidRPr="00996BC7">
        <w:rPr>
          <w:rFonts w:eastAsiaTheme="minorEastAsia" w:cs="Times New Roman"/>
          <w:sz w:val="24"/>
          <w:szCs w:val="24"/>
          <w:lang w:val="ro-RO"/>
        </w:rPr>
        <w:t xml:space="preserve">, </w:t>
      </w:r>
      <w:r w:rsidRPr="00996BC7">
        <w:rPr>
          <w:sz w:val="24"/>
          <w:szCs w:val="24"/>
          <w:lang w:val="ro-RO"/>
        </w:rPr>
        <w:t>”, din Slatina-Timiș, str. Principală nr. 3, județul Caraș-Severin</w:t>
      </w:r>
      <w:r w:rsidRPr="00996BC7">
        <w:rPr>
          <w:rFonts w:eastAsiaTheme="minorEastAsia" w:cs="Times New Roman"/>
          <w:sz w:val="24"/>
          <w:szCs w:val="24"/>
          <w:lang w:val="ro-RO"/>
        </w:rPr>
        <w:t xml:space="preserve">, la compartimentul care asigură organizarea concursului. </w:t>
      </w:r>
    </w:p>
    <w:p w14:paraId="77D1FBC8" w14:textId="5617D67E" w:rsidR="008A53E2" w:rsidRPr="00996BC7" w:rsidRDefault="008A53E2" w:rsidP="008A53E2">
      <w:pPr>
        <w:spacing w:after="60" w:line="247" w:lineRule="auto"/>
        <w:ind w:firstLine="397"/>
        <w:jc w:val="both"/>
        <w:rPr>
          <w:rFonts w:eastAsiaTheme="minorEastAsia" w:cs="Times New Roman"/>
          <w:sz w:val="24"/>
          <w:szCs w:val="24"/>
          <w:lang w:val="ro-RO"/>
        </w:rPr>
      </w:pPr>
      <w:r w:rsidRPr="00996BC7">
        <w:rPr>
          <w:rFonts w:eastAsiaTheme="minorEastAsia" w:cs="Times New Roman"/>
          <w:sz w:val="24"/>
          <w:szCs w:val="24"/>
          <w:lang w:val="ro-RO"/>
        </w:rPr>
        <w:t>Documentele pot fi transmise si prin poștă, curier sau e-mail, documentele electronice se transmit în format PDF, fiind lizibile, iar originalele se prezintă cel târziu la data și ora probei scrise.</w:t>
      </w:r>
    </w:p>
    <w:p w14:paraId="456CA2CE" w14:textId="77777777" w:rsidR="008A53E2" w:rsidRPr="00996BC7" w:rsidRDefault="008A53E2" w:rsidP="008A53E2">
      <w:pPr>
        <w:spacing w:after="60" w:line="247" w:lineRule="auto"/>
        <w:ind w:firstLine="397"/>
        <w:jc w:val="both"/>
        <w:rPr>
          <w:rFonts w:eastAsiaTheme="minorEastAsia" w:cs="Times New Roman"/>
          <w:sz w:val="24"/>
          <w:szCs w:val="24"/>
          <w:lang w:val="ro-RO"/>
        </w:rPr>
      </w:pPr>
    </w:p>
    <w:p w14:paraId="42F741E0" w14:textId="77777777" w:rsidR="00C56BDE" w:rsidRPr="00996BC7" w:rsidRDefault="00000000">
      <w:pPr>
        <w:spacing w:after="40" w:line="240" w:lineRule="auto"/>
        <w:jc w:val="center"/>
        <w:rPr>
          <w:b/>
          <w:sz w:val="24"/>
          <w:szCs w:val="24"/>
          <w:lang w:val="ro-RO"/>
        </w:rPr>
      </w:pPr>
      <w:r w:rsidRPr="00996BC7">
        <w:rPr>
          <w:b/>
          <w:sz w:val="24"/>
          <w:szCs w:val="24"/>
          <w:lang w:val="ro-RO"/>
        </w:rPr>
        <w:lastRenderedPageBreak/>
        <w:t>IV. BIBLIOGRAFIE ȘI TEMATICĂ</w:t>
      </w:r>
    </w:p>
    <w:p w14:paraId="0D60AC6B" w14:textId="77777777" w:rsidR="0093596D" w:rsidRPr="00996BC7" w:rsidRDefault="0093596D">
      <w:pPr>
        <w:spacing w:after="40" w:line="240" w:lineRule="auto"/>
        <w:jc w:val="center"/>
        <w:rPr>
          <w:sz w:val="24"/>
          <w:szCs w:val="24"/>
          <w:lang w:val="ro-RO"/>
        </w:rPr>
      </w:pPr>
    </w:p>
    <w:p w14:paraId="22A7031F" w14:textId="77777777" w:rsidR="00C56BDE" w:rsidRPr="00996BC7" w:rsidRDefault="00000000" w:rsidP="00D23BD9">
      <w:pPr>
        <w:spacing w:after="40" w:line="240" w:lineRule="auto"/>
        <w:jc w:val="both"/>
        <w:rPr>
          <w:sz w:val="24"/>
          <w:szCs w:val="24"/>
          <w:lang w:val="ro-RO"/>
        </w:rPr>
      </w:pPr>
      <w:r w:rsidRPr="00996BC7">
        <w:rPr>
          <w:b/>
          <w:sz w:val="24"/>
          <w:szCs w:val="24"/>
          <w:lang w:val="ro-RO"/>
        </w:rPr>
        <w:t>A. Muncitor calificat I – mașinist la mașini pentru terasamente</w:t>
      </w:r>
    </w:p>
    <w:p w14:paraId="7C2F8071" w14:textId="77777777" w:rsidR="00C56BDE" w:rsidRPr="00996BC7" w:rsidRDefault="00000000" w:rsidP="00D23BD9">
      <w:pPr>
        <w:spacing w:after="40" w:line="240" w:lineRule="auto"/>
        <w:jc w:val="both"/>
        <w:rPr>
          <w:sz w:val="24"/>
          <w:szCs w:val="24"/>
          <w:lang w:val="ro-RO"/>
        </w:rPr>
      </w:pPr>
      <w:r w:rsidRPr="00996BC7">
        <w:rPr>
          <w:sz w:val="24"/>
          <w:szCs w:val="24"/>
          <w:lang w:val="ro-RO"/>
        </w:rPr>
        <w:t>• Legea nr. 307/2006 privind apărarea împotriva incendiilor – obligații, măsuri de prevenire și conduita în situații de urgență;</w:t>
      </w:r>
    </w:p>
    <w:p w14:paraId="455F7A7E" w14:textId="77777777" w:rsidR="00C56BDE" w:rsidRPr="00996BC7" w:rsidRDefault="00000000" w:rsidP="00D23BD9">
      <w:pPr>
        <w:spacing w:after="40" w:line="240" w:lineRule="auto"/>
        <w:jc w:val="both"/>
        <w:rPr>
          <w:sz w:val="24"/>
          <w:szCs w:val="24"/>
          <w:lang w:val="ro-RO"/>
        </w:rPr>
      </w:pPr>
      <w:r w:rsidRPr="00996BC7">
        <w:rPr>
          <w:sz w:val="24"/>
          <w:szCs w:val="24"/>
          <w:lang w:val="ro-RO"/>
        </w:rPr>
        <w:t>• Legea nr. 319/2006 a securității și sănătății în muncă – obligațiile lucrătorilor, prevenirea riscurilor și echipamentul individual de protecție;</w:t>
      </w:r>
    </w:p>
    <w:p w14:paraId="7AEB0EF5" w14:textId="77777777" w:rsidR="00C56BDE" w:rsidRPr="00996BC7" w:rsidRDefault="00000000" w:rsidP="00D23BD9">
      <w:pPr>
        <w:spacing w:after="40" w:line="240" w:lineRule="auto"/>
        <w:jc w:val="both"/>
        <w:rPr>
          <w:sz w:val="24"/>
          <w:szCs w:val="24"/>
          <w:lang w:val="ro-RO"/>
        </w:rPr>
      </w:pPr>
      <w:r w:rsidRPr="00996BC7">
        <w:rPr>
          <w:sz w:val="24"/>
          <w:szCs w:val="24"/>
          <w:lang w:val="ro-RO"/>
        </w:rPr>
        <w:t>• Legea nr. 53/2003 – Codul muncii, art. 247–252 – răspunderea disciplinară;</w:t>
      </w:r>
    </w:p>
    <w:p w14:paraId="26A9CF62" w14:textId="77777777" w:rsidR="00C56BDE" w:rsidRPr="00996BC7" w:rsidRDefault="00000000" w:rsidP="00D23BD9">
      <w:pPr>
        <w:spacing w:after="40" w:line="240" w:lineRule="auto"/>
        <w:jc w:val="both"/>
        <w:rPr>
          <w:sz w:val="24"/>
          <w:szCs w:val="24"/>
          <w:lang w:val="ro-RO"/>
        </w:rPr>
      </w:pPr>
      <w:r w:rsidRPr="00996BC7">
        <w:rPr>
          <w:sz w:val="24"/>
          <w:szCs w:val="24"/>
          <w:lang w:val="ro-RO"/>
        </w:rPr>
        <w:t>• O.U.G. nr. 57/2019 privind Codul administrativ, Partea a VI-a, Titlul III, capitolele I, III și V;</w:t>
      </w:r>
    </w:p>
    <w:p w14:paraId="5B85982D" w14:textId="77777777" w:rsidR="00C56BDE" w:rsidRPr="00996BC7" w:rsidRDefault="00000000" w:rsidP="00D23BD9">
      <w:pPr>
        <w:spacing w:after="40" w:line="240" w:lineRule="auto"/>
        <w:jc w:val="both"/>
        <w:rPr>
          <w:sz w:val="24"/>
          <w:szCs w:val="24"/>
          <w:lang w:val="ro-RO"/>
        </w:rPr>
      </w:pPr>
      <w:r w:rsidRPr="00996BC7">
        <w:rPr>
          <w:sz w:val="24"/>
          <w:szCs w:val="24"/>
          <w:lang w:val="ro-RO"/>
        </w:rPr>
        <w:t>• Tematică profesională: verificarea utilajului înainte de pornire, exploatarea în siguranță, întreținerea curentă, săpături, nivelare, încărcare, delimitarea zonei de lucru și măsuri în caz de defecțiune.</w:t>
      </w:r>
    </w:p>
    <w:p w14:paraId="3F4B88E1" w14:textId="77777777" w:rsidR="00D23BD9" w:rsidRPr="00996BC7" w:rsidRDefault="00D23BD9" w:rsidP="00D23BD9">
      <w:pPr>
        <w:spacing w:after="40" w:line="240" w:lineRule="auto"/>
        <w:jc w:val="both"/>
        <w:rPr>
          <w:sz w:val="24"/>
          <w:szCs w:val="24"/>
          <w:lang w:val="ro-RO"/>
        </w:rPr>
      </w:pPr>
    </w:p>
    <w:p w14:paraId="2F2BCB51" w14:textId="77777777" w:rsidR="00C56BDE" w:rsidRPr="00996BC7" w:rsidRDefault="00000000" w:rsidP="00D23BD9">
      <w:pPr>
        <w:spacing w:after="40" w:line="240" w:lineRule="auto"/>
        <w:jc w:val="both"/>
        <w:rPr>
          <w:sz w:val="24"/>
          <w:szCs w:val="24"/>
          <w:lang w:val="ro-RO"/>
        </w:rPr>
      </w:pPr>
      <w:r w:rsidRPr="00996BC7">
        <w:rPr>
          <w:b/>
          <w:sz w:val="24"/>
          <w:szCs w:val="24"/>
          <w:lang w:val="ro-RO"/>
        </w:rPr>
        <w:t>B. Muncitor necalificat</w:t>
      </w:r>
    </w:p>
    <w:p w14:paraId="3E23BB84" w14:textId="77777777" w:rsidR="00C56BDE" w:rsidRPr="00996BC7" w:rsidRDefault="00000000" w:rsidP="00D23BD9">
      <w:pPr>
        <w:spacing w:after="40" w:line="240" w:lineRule="auto"/>
        <w:jc w:val="both"/>
        <w:rPr>
          <w:sz w:val="24"/>
          <w:szCs w:val="24"/>
          <w:lang w:val="ro-RO"/>
        </w:rPr>
      </w:pPr>
      <w:r w:rsidRPr="00996BC7">
        <w:rPr>
          <w:sz w:val="24"/>
          <w:szCs w:val="24"/>
          <w:lang w:val="ro-RO"/>
        </w:rPr>
        <w:t>• Legea nr. 319/2006 a securității și sănătății în muncă – obligațiile lucrătorilor și utilizarea echipamentului de protecție;</w:t>
      </w:r>
    </w:p>
    <w:p w14:paraId="7BDD8FAA" w14:textId="77777777" w:rsidR="00C56BDE" w:rsidRPr="00996BC7" w:rsidRDefault="00000000" w:rsidP="00D23BD9">
      <w:pPr>
        <w:spacing w:after="40" w:line="240" w:lineRule="auto"/>
        <w:jc w:val="both"/>
        <w:rPr>
          <w:sz w:val="24"/>
          <w:szCs w:val="24"/>
          <w:lang w:val="ro-RO"/>
        </w:rPr>
      </w:pPr>
      <w:r w:rsidRPr="00996BC7">
        <w:rPr>
          <w:sz w:val="24"/>
          <w:szCs w:val="24"/>
          <w:lang w:val="ro-RO"/>
        </w:rPr>
        <w:t>• Legea nr. 53/2003 – Codul muncii, art. 247–252 – răspunderea disciplinară;</w:t>
      </w:r>
    </w:p>
    <w:p w14:paraId="7DDD6F5B" w14:textId="77777777" w:rsidR="00C56BDE" w:rsidRPr="00996BC7" w:rsidRDefault="00000000" w:rsidP="00D23BD9">
      <w:pPr>
        <w:spacing w:after="40" w:line="240" w:lineRule="auto"/>
        <w:jc w:val="both"/>
        <w:rPr>
          <w:sz w:val="24"/>
          <w:szCs w:val="24"/>
          <w:lang w:val="ro-RO"/>
        </w:rPr>
      </w:pPr>
      <w:r w:rsidRPr="00996BC7">
        <w:rPr>
          <w:sz w:val="24"/>
          <w:szCs w:val="24"/>
          <w:lang w:val="ro-RO"/>
        </w:rPr>
        <w:t>• Legea nr. 307/2006 privind apărarea împotriva incendiilor – obligații și măsuri de prevenire;</w:t>
      </w:r>
    </w:p>
    <w:p w14:paraId="3305E6FA" w14:textId="77777777" w:rsidR="00C56BDE" w:rsidRPr="00996BC7" w:rsidRDefault="00000000" w:rsidP="00D23BD9">
      <w:pPr>
        <w:spacing w:after="40" w:line="240" w:lineRule="auto"/>
        <w:jc w:val="both"/>
        <w:rPr>
          <w:sz w:val="24"/>
          <w:szCs w:val="24"/>
          <w:lang w:val="ro-RO"/>
        </w:rPr>
      </w:pPr>
      <w:r w:rsidRPr="00996BC7">
        <w:rPr>
          <w:sz w:val="24"/>
          <w:szCs w:val="24"/>
          <w:lang w:val="ro-RO"/>
        </w:rPr>
        <w:t>• O.U.G. nr. 57/2019 privind Codul administrativ, Partea a VI-a, Titlul III, capitolele I, III și V.</w:t>
      </w:r>
    </w:p>
    <w:p w14:paraId="047AD479" w14:textId="77777777" w:rsidR="00C56BDE" w:rsidRPr="00996BC7" w:rsidRDefault="00000000" w:rsidP="00D23BD9">
      <w:pPr>
        <w:spacing w:after="40" w:line="240" w:lineRule="auto"/>
        <w:jc w:val="both"/>
        <w:rPr>
          <w:sz w:val="24"/>
          <w:szCs w:val="24"/>
          <w:lang w:val="ro-RO"/>
        </w:rPr>
      </w:pPr>
      <w:r w:rsidRPr="00996BC7">
        <w:rPr>
          <w:sz w:val="24"/>
          <w:szCs w:val="24"/>
          <w:lang w:val="ro-RO"/>
        </w:rPr>
        <w:t>Candidații vor avea în vedere forma actualizată a actelor normative până la data concursului.</w:t>
      </w:r>
    </w:p>
    <w:p w14:paraId="29AD1304" w14:textId="77777777" w:rsidR="00D23BD9" w:rsidRPr="00996BC7" w:rsidRDefault="00D23BD9" w:rsidP="00D23BD9">
      <w:pPr>
        <w:spacing w:after="40" w:line="240" w:lineRule="auto"/>
        <w:jc w:val="both"/>
        <w:rPr>
          <w:sz w:val="24"/>
          <w:szCs w:val="24"/>
          <w:lang w:val="ro-RO"/>
        </w:rPr>
      </w:pPr>
    </w:p>
    <w:p w14:paraId="7735DCA7" w14:textId="77777777" w:rsidR="00C56BDE" w:rsidRPr="00996BC7" w:rsidRDefault="00000000">
      <w:pPr>
        <w:spacing w:after="40" w:line="240" w:lineRule="auto"/>
        <w:jc w:val="center"/>
        <w:rPr>
          <w:b/>
          <w:sz w:val="24"/>
          <w:szCs w:val="24"/>
          <w:lang w:val="ro-RO"/>
        </w:rPr>
      </w:pPr>
      <w:r w:rsidRPr="00996BC7">
        <w:rPr>
          <w:b/>
          <w:sz w:val="24"/>
          <w:szCs w:val="24"/>
          <w:lang w:val="ro-RO"/>
        </w:rPr>
        <w:t>V. COMUNICAREA REZULTATELOR ȘI INFORMAȚII SUPLIMENTARE</w:t>
      </w:r>
    </w:p>
    <w:p w14:paraId="17C765A6" w14:textId="77777777" w:rsidR="00D23BD9" w:rsidRPr="00996BC7" w:rsidRDefault="00D23BD9">
      <w:pPr>
        <w:spacing w:after="40" w:line="240" w:lineRule="auto"/>
        <w:jc w:val="center"/>
        <w:rPr>
          <w:sz w:val="24"/>
          <w:szCs w:val="24"/>
          <w:lang w:val="ro-RO"/>
        </w:rPr>
      </w:pPr>
    </w:p>
    <w:p w14:paraId="685EE36F" w14:textId="77777777" w:rsidR="00C56BDE" w:rsidRPr="00996BC7" w:rsidRDefault="00000000" w:rsidP="008A53E2">
      <w:pPr>
        <w:spacing w:after="40" w:line="240" w:lineRule="auto"/>
        <w:ind w:firstLine="720"/>
        <w:jc w:val="both"/>
        <w:rPr>
          <w:sz w:val="24"/>
          <w:szCs w:val="24"/>
          <w:lang w:val="ro-RO"/>
        </w:rPr>
      </w:pPr>
      <w:r w:rsidRPr="00996BC7">
        <w:rPr>
          <w:sz w:val="24"/>
          <w:szCs w:val="24"/>
          <w:lang w:val="ro-RO"/>
        </w:rPr>
        <w:t>Rezultatele se afișează la sediul Serviciul Public „SERVICIUL DE UTILITĂȚI PUBLICE – SLATINA-TIMIȘ” și pe pagina de internet https://www.slatina-timis.ro, folosindu-se codul numeric de identificare atribuit fiecărui candidat. Orice modificare privind organizarea concursului se publică prin aceleași mijloace.</w:t>
      </w:r>
    </w:p>
    <w:p w14:paraId="1B480167" w14:textId="77777777" w:rsidR="00C56BDE" w:rsidRPr="00996BC7" w:rsidRDefault="00000000" w:rsidP="008A53E2">
      <w:pPr>
        <w:spacing w:after="40" w:line="240" w:lineRule="auto"/>
        <w:ind w:firstLine="720"/>
        <w:jc w:val="both"/>
        <w:rPr>
          <w:sz w:val="24"/>
          <w:szCs w:val="24"/>
          <w:lang w:val="ro-RO"/>
        </w:rPr>
      </w:pPr>
      <w:r w:rsidRPr="00996BC7">
        <w:rPr>
          <w:sz w:val="24"/>
          <w:szCs w:val="24"/>
          <w:lang w:val="ro-RO"/>
        </w:rPr>
        <w:t>Informații suplimentare: Todor Cristi-Rusalin – Șef serviciu, telefon 0355 401 711 / 0742 215 787.</w:t>
      </w:r>
    </w:p>
    <w:p w14:paraId="4AA25D38" w14:textId="77777777" w:rsidR="00D23BD9" w:rsidRPr="00996BC7" w:rsidRDefault="00D23BD9" w:rsidP="008A53E2">
      <w:pPr>
        <w:spacing w:after="40" w:line="240" w:lineRule="auto"/>
        <w:jc w:val="both"/>
        <w:rPr>
          <w:sz w:val="24"/>
          <w:szCs w:val="24"/>
          <w:lang w:val="ro-RO"/>
        </w:rPr>
      </w:pPr>
    </w:p>
    <w:p w14:paraId="76F20769" w14:textId="77777777" w:rsidR="00D23BD9" w:rsidRPr="00996BC7" w:rsidRDefault="00D23BD9" w:rsidP="008A53E2">
      <w:pPr>
        <w:spacing w:after="40" w:line="240" w:lineRule="auto"/>
        <w:jc w:val="both"/>
        <w:rPr>
          <w:sz w:val="24"/>
          <w:szCs w:val="24"/>
          <w:lang w:val="ro-RO"/>
        </w:rPr>
      </w:pPr>
    </w:p>
    <w:p w14:paraId="346A8B5C" w14:textId="77777777" w:rsidR="00C56BDE" w:rsidRPr="00996BC7" w:rsidRDefault="00000000">
      <w:pPr>
        <w:spacing w:after="40" w:line="240" w:lineRule="auto"/>
        <w:jc w:val="center"/>
        <w:rPr>
          <w:sz w:val="24"/>
          <w:szCs w:val="24"/>
          <w:lang w:val="ro-RO"/>
        </w:rPr>
      </w:pPr>
      <w:r w:rsidRPr="00996BC7">
        <w:rPr>
          <w:b/>
          <w:sz w:val="24"/>
          <w:szCs w:val="24"/>
          <w:lang w:val="ro-RO"/>
        </w:rPr>
        <w:t>ȘEF SERVICIU</w:t>
      </w:r>
    </w:p>
    <w:p w14:paraId="76711213" w14:textId="77777777" w:rsidR="00C56BDE" w:rsidRPr="00996BC7" w:rsidRDefault="00000000">
      <w:pPr>
        <w:spacing w:after="40" w:line="240" w:lineRule="auto"/>
        <w:jc w:val="center"/>
        <w:rPr>
          <w:sz w:val="24"/>
          <w:szCs w:val="24"/>
          <w:lang w:val="ro-RO"/>
        </w:rPr>
      </w:pPr>
      <w:r w:rsidRPr="00996BC7">
        <w:rPr>
          <w:b/>
          <w:sz w:val="24"/>
          <w:szCs w:val="24"/>
          <w:lang w:val="ro-RO"/>
        </w:rPr>
        <w:t>TODOR CRISTI-RUSALIN</w:t>
      </w:r>
    </w:p>
    <w:sectPr w:rsidR="00C56BDE" w:rsidRPr="00996BC7" w:rsidSect="00996B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2100245961">
    <w:abstractNumId w:val="8"/>
  </w:num>
  <w:num w:numId="2" w16cid:durableId="2069722493">
    <w:abstractNumId w:val="6"/>
  </w:num>
  <w:num w:numId="3" w16cid:durableId="2108884450">
    <w:abstractNumId w:val="5"/>
  </w:num>
  <w:num w:numId="4" w16cid:durableId="2091779318">
    <w:abstractNumId w:val="4"/>
  </w:num>
  <w:num w:numId="5" w16cid:durableId="1597060278">
    <w:abstractNumId w:val="7"/>
  </w:num>
  <w:num w:numId="6" w16cid:durableId="1375231011">
    <w:abstractNumId w:val="3"/>
  </w:num>
  <w:num w:numId="7" w16cid:durableId="1031222322">
    <w:abstractNumId w:val="2"/>
  </w:num>
  <w:num w:numId="8" w16cid:durableId="2146504666">
    <w:abstractNumId w:val="1"/>
  </w:num>
  <w:num w:numId="9" w16cid:durableId="182323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35EBB"/>
    <w:rsid w:val="00376063"/>
    <w:rsid w:val="003D4276"/>
    <w:rsid w:val="00790B0B"/>
    <w:rsid w:val="008A53E2"/>
    <w:rsid w:val="008F79F8"/>
    <w:rsid w:val="0093596D"/>
    <w:rsid w:val="00996BC7"/>
    <w:rsid w:val="00AA1D8D"/>
    <w:rsid w:val="00B47730"/>
    <w:rsid w:val="00C56BDE"/>
    <w:rsid w:val="00CB0664"/>
    <w:rsid w:val="00D23B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343858"/>
  <w14:defaultImageDpi w14:val="300"/>
  <w15:docId w15:val="{39A1C154-BAD5-46F1-8443-1682C43D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1486</Words>
  <Characters>8473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7</cp:revision>
  <dcterms:created xsi:type="dcterms:W3CDTF">2013-12-23T23:15:00Z</dcterms:created>
  <dcterms:modified xsi:type="dcterms:W3CDTF">2026-07-22T09:39:00Z</dcterms:modified>
  <cp:category/>
</cp:coreProperties>
</file>