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13EE8" w14:textId="0F8F24E1" w:rsidR="003820C8" w:rsidRPr="00E64505" w:rsidRDefault="00FC22C1">
      <w:pPr>
        <w:pStyle w:val="CenterInstitution"/>
        <w:rPr>
          <w:lang w:val="ro-RO"/>
        </w:rPr>
      </w:pPr>
      <w:r w:rsidRPr="00E64505">
        <w:rPr>
          <w:lang w:val="ro-RO"/>
        </w:rPr>
        <w:t>MINISTERUL EDUCAȚIEI</w:t>
      </w:r>
      <w:r w:rsidR="00045C86" w:rsidRPr="00E64505">
        <w:rPr>
          <w:lang w:val="ro-RO"/>
        </w:rPr>
        <w:t xml:space="preserve"> ȘI CERCETĂRII</w:t>
      </w:r>
    </w:p>
    <w:p w14:paraId="5BF705A0" w14:textId="77777777" w:rsidR="003820C8" w:rsidRPr="00E64505" w:rsidRDefault="003820C8">
      <w:pPr>
        <w:rPr>
          <w:lang w:val="ro-RO"/>
        </w:rPr>
      </w:pPr>
    </w:p>
    <w:p w14:paraId="2E9F9F92" w14:textId="77D807D6" w:rsidR="003820C8" w:rsidRPr="00E64505" w:rsidRDefault="00AF1962">
      <w:pPr>
        <w:pStyle w:val="CenterInstitution"/>
        <w:rPr>
          <w:lang w:val="ro-RO"/>
        </w:rPr>
      </w:pPr>
      <w:r w:rsidRPr="00E64505">
        <w:rPr>
          <w:lang w:val="ro-RO"/>
        </w:rPr>
        <w:t>LICEUL TEHNOLOGIC PUCIOASA</w:t>
      </w:r>
    </w:p>
    <w:p w14:paraId="3CB972B7" w14:textId="23A4136F" w:rsidR="003820C8" w:rsidRPr="00E64505" w:rsidRDefault="00FC22C1">
      <w:pPr>
        <w:jc w:val="center"/>
        <w:rPr>
          <w:lang w:val="ro-RO"/>
        </w:rPr>
      </w:pPr>
      <w:r w:rsidRPr="00E64505">
        <w:rPr>
          <w:lang w:val="ro-RO"/>
        </w:rPr>
        <w:t xml:space="preserve">Str. </w:t>
      </w:r>
      <w:r w:rsidR="00AF1962" w:rsidRPr="00E64505">
        <w:rPr>
          <w:lang w:val="ro-RO"/>
        </w:rPr>
        <w:t>C. Olănescu</w:t>
      </w:r>
      <w:r w:rsidRPr="00E64505">
        <w:rPr>
          <w:lang w:val="ro-RO"/>
        </w:rPr>
        <w:t xml:space="preserve"> nr. </w:t>
      </w:r>
      <w:r w:rsidR="00AF1962" w:rsidRPr="00E64505">
        <w:rPr>
          <w:lang w:val="ro-RO"/>
        </w:rPr>
        <w:t>19</w:t>
      </w:r>
      <w:r w:rsidRPr="00E64505">
        <w:rPr>
          <w:lang w:val="ro-RO"/>
        </w:rPr>
        <w:t xml:space="preserve">, </w:t>
      </w:r>
      <w:r w:rsidR="00AF1962" w:rsidRPr="00E64505">
        <w:rPr>
          <w:lang w:val="ro-RO"/>
        </w:rPr>
        <w:t>Pucioasa</w:t>
      </w:r>
      <w:r w:rsidRPr="00E64505">
        <w:rPr>
          <w:lang w:val="ro-RO"/>
        </w:rPr>
        <w:t xml:space="preserve">, Tel.: </w:t>
      </w:r>
      <w:r w:rsidR="00AF1962" w:rsidRPr="00E64505">
        <w:rPr>
          <w:lang w:val="ro-RO"/>
        </w:rPr>
        <w:t>0245760383</w:t>
      </w:r>
    </w:p>
    <w:p w14:paraId="3172A5AE" w14:textId="43D98EE1" w:rsidR="003820C8" w:rsidRPr="00E64505" w:rsidRDefault="00FC22C1">
      <w:pPr>
        <w:jc w:val="center"/>
        <w:rPr>
          <w:lang w:val="ro-RO"/>
        </w:rPr>
      </w:pPr>
      <w:r w:rsidRPr="00E64505">
        <w:rPr>
          <w:lang w:val="ro-RO"/>
        </w:rPr>
        <w:t xml:space="preserve">E-mail: </w:t>
      </w:r>
      <w:r w:rsidR="00AF1962" w:rsidRPr="00E64505">
        <w:rPr>
          <w:lang w:val="ro-RO"/>
        </w:rPr>
        <w:t>gsipucioasa@yahoo.com</w:t>
      </w:r>
      <w:r w:rsidRPr="00E64505">
        <w:rPr>
          <w:lang w:val="ro-RO"/>
        </w:rPr>
        <w:t xml:space="preserve">, website: </w:t>
      </w:r>
      <w:r w:rsidR="00DC532C" w:rsidRPr="00E64505">
        <w:rPr>
          <w:lang w:val="ro-RO"/>
        </w:rPr>
        <w:t>www.lictpucioasa.ro</w:t>
      </w:r>
    </w:p>
    <w:p w14:paraId="164ADDD4" w14:textId="77777777" w:rsidR="003820C8" w:rsidRPr="00E64505" w:rsidRDefault="003820C8">
      <w:pPr>
        <w:rPr>
          <w:lang w:val="ro-RO"/>
        </w:rPr>
      </w:pPr>
    </w:p>
    <w:p w14:paraId="512CCAC8" w14:textId="77777777" w:rsidR="003820C8" w:rsidRPr="00E64505" w:rsidRDefault="00FC22C1">
      <w:pPr>
        <w:pStyle w:val="CenterTitle"/>
        <w:rPr>
          <w:lang w:val="ro-RO"/>
        </w:rPr>
      </w:pPr>
      <w:r w:rsidRPr="00E64505">
        <w:rPr>
          <w:lang w:val="ro-RO"/>
        </w:rPr>
        <w:t>ANUNȚ CONCURS</w:t>
      </w:r>
    </w:p>
    <w:p w14:paraId="3E6C4069" w14:textId="77777777" w:rsidR="003820C8" w:rsidRPr="00E64505" w:rsidRDefault="00FC22C1">
      <w:pPr>
        <w:pStyle w:val="CenterTitle"/>
        <w:rPr>
          <w:lang w:val="ro-RO"/>
        </w:rPr>
      </w:pPr>
      <w:r w:rsidRPr="00E64505">
        <w:rPr>
          <w:lang w:val="ro-RO"/>
        </w:rPr>
        <w:t>pentru post contractual INFORMATICIAN</w:t>
      </w:r>
    </w:p>
    <w:p w14:paraId="59EFC93F" w14:textId="77777777" w:rsidR="003820C8" w:rsidRPr="00E64505" w:rsidRDefault="003820C8">
      <w:pPr>
        <w:rPr>
          <w:lang w:val="ro-RO"/>
        </w:rPr>
      </w:pPr>
    </w:p>
    <w:p w14:paraId="5F084C34" w14:textId="159057B3" w:rsidR="003820C8" w:rsidRPr="00E64505" w:rsidRDefault="00DC532C" w:rsidP="00DC532C">
      <w:pPr>
        <w:ind w:firstLine="709"/>
        <w:jc w:val="both"/>
        <w:rPr>
          <w:lang w:val="ro-RO"/>
        </w:rPr>
      </w:pPr>
      <w:r w:rsidRPr="00E64505">
        <w:rPr>
          <w:lang w:val="ro-RO"/>
        </w:rPr>
        <w:t>Liceul Tehnologic Pucioasa</w:t>
      </w:r>
      <w:r w:rsidR="00FC22C1" w:rsidRPr="00E64505">
        <w:rPr>
          <w:lang w:val="ro-RO"/>
        </w:rPr>
        <w:t xml:space="preserve">, cu sediul în </w:t>
      </w:r>
      <w:r w:rsidRPr="00E64505">
        <w:rPr>
          <w:lang w:val="ro-RO"/>
        </w:rPr>
        <w:t>Str. C. Olănescu nr. 19, Pucioasa</w:t>
      </w:r>
      <w:r w:rsidR="00FC22C1" w:rsidRPr="00E64505">
        <w:rPr>
          <w:lang w:val="ro-RO"/>
        </w:rPr>
        <w:t>, organizează concurs pentru ocuparea următorului post contractual vacant, conform H.G. nr. 1336/08.11.2022.</w:t>
      </w:r>
    </w:p>
    <w:p w14:paraId="5C604A52" w14:textId="77777777" w:rsidR="003820C8" w:rsidRPr="00E64505" w:rsidRDefault="00FC22C1">
      <w:pPr>
        <w:rPr>
          <w:lang w:val="ro-RO"/>
        </w:rPr>
      </w:pPr>
      <w:r w:rsidRPr="00E64505">
        <w:rPr>
          <w:lang w:val="ro-RO"/>
        </w:rPr>
        <w:t>1. Nivelul postului: EXECUȚIE</w:t>
      </w:r>
    </w:p>
    <w:p w14:paraId="7510070C" w14:textId="27DDB652" w:rsidR="003820C8" w:rsidRPr="00E64505" w:rsidRDefault="00FC22C1">
      <w:pPr>
        <w:rPr>
          <w:lang w:val="ro-RO"/>
        </w:rPr>
      </w:pPr>
      <w:r w:rsidRPr="00E64505">
        <w:rPr>
          <w:lang w:val="ro-RO"/>
        </w:rPr>
        <w:t>2. Denumirea postului: INFORMATICIAN, 1 post vacant</w:t>
      </w:r>
      <w:r w:rsidR="00C36950" w:rsidRPr="00E64505">
        <w:rPr>
          <w:lang w:val="ro-RO"/>
        </w:rPr>
        <w:t xml:space="preserve"> (0,50 normă)</w:t>
      </w:r>
      <w:r w:rsidRPr="00E64505">
        <w:rPr>
          <w:lang w:val="ro-RO"/>
        </w:rPr>
        <w:t xml:space="preserve">, pe perioadă nedeterminată, timp de lucru </w:t>
      </w:r>
      <w:r w:rsidR="00DC532C" w:rsidRPr="00E64505">
        <w:rPr>
          <w:lang w:val="ro-RO"/>
        </w:rPr>
        <w:t>4</w:t>
      </w:r>
      <w:r w:rsidRPr="00E64505">
        <w:rPr>
          <w:lang w:val="ro-RO"/>
        </w:rPr>
        <w:t xml:space="preserve"> ore/zi (LUNI-VINERI)</w:t>
      </w:r>
    </w:p>
    <w:p w14:paraId="4E91994F" w14:textId="50ED1560" w:rsidR="003820C8" w:rsidRPr="00E64505" w:rsidRDefault="00FC22C1">
      <w:pPr>
        <w:rPr>
          <w:lang w:val="ro-RO"/>
        </w:rPr>
      </w:pPr>
      <w:r w:rsidRPr="00E64505">
        <w:rPr>
          <w:lang w:val="ro-RO"/>
        </w:rPr>
        <w:t>3</w:t>
      </w:r>
      <w:r w:rsidR="009729F9">
        <w:rPr>
          <w:lang w:val="ro-RO"/>
        </w:rPr>
        <w:t>.</w:t>
      </w:r>
      <w:r w:rsidRPr="00E64505">
        <w:rPr>
          <w:lang w:val="ro-RO"/>
        </w:rPr>
        <w:t xml:space="preserve"> Studii </w:t>
      </w:r>
      <w:r w:rsidR="00DC532C" w:rsidRPr="00E64505">
        <w:rPr>
          <w:lang w:val="ro-RO"/>
        </w:rPr>
        <w:t>-</w:t>
      </w:r>
      <w:r w:rsidRPr="00E64505">
        <w:rPr>
          <w:lang w:val="ro-RO"/>
        </w:rPr>
        <w:t>medii</w:t>
      </w:r>
    </w:p>
    <w:p w14:paraId="42B33B46" w14:textId="3B9E9289" w:rsidR="003820C8" w:rsidRPr="00E64505" w:rsidRDefault="009729F9">
      <w:pPr>
        <w:rPr>
          <w:lang w:val="ro-RO"/>
        </w:rPr>
      </w:pPr>
      <w:r>
        <w:rPr>
          <w:lang w:val="ro-RO"/>
        </w:rPr>
        <w:t>4</w:t>
      </w:r>
      <w:r w:rsidR="00FC22C1" w:rsidRPr="00E64505">
        <w:rPr>
          <w:lang w:val="ro-RO"/>
        </w:rPr>
        <w:t>. Numărul de posturi: 1</w:t>
      </w:r>
    </w:p>
    <w:p w14:paraId="70F5C285" w14:textId="77777777" w:rsidR="003820C8" w:rsidRPr="00E64505" w:rsidRDefault="003820C8">
      <w:pPr>
        <w:rPr>
          <w:lang w:val="ro-RO"/>
        </w:rPr>
      </w:pPr>
    </w:p>
    <w:p w14:paraId="1F345D35" w14:textId="77777777" w:rsidR="003820C8" w:rsidRPr="00E64505" w:rsidRDefault="00FC22C1">
      <w:pPr>
        <w:pStyle w:val="SectionHeading"/>
        <w:rPr>
          <w:lang w:val="ro-RO"/>
        </w:rPr>
      </w:pPr>
      <w:r w:rsidRPr="00E64505">
        <w:rPr>
          <w:lang w:val="ro-RO"/>
        </w:rPr>
        <w:t>Documente solicitate candidaților pentru întocmirea dosarului de concurs, conform art. 35 din H.G. nr. 1336/2022:</w:t>
      </w:r>
    </w:p>
    <w:p w14:paraId="43B415FB" w14:textId="74DFD75D" w:rsidR="00563062" w:rsidRPr="00563062" w:rsidRDefault="00563062" w:rsidP="00563062">
      <w:pPr>
        <w:ind w:firstLine="709"/>
        <w:jc w:val="both"/>
        <w:rPr>
          <w:lang w:val="ro-RO"/>
        </w:rPr>
      </w:pPr>
      <w:r w:rsidRPr="00563062">
        <w:rPr>
          <w:b/>
          <w:bCs/>
          <w:lang w:val="ro-RO"/>
        </w:rPr>
        <w:t>a)</w:t>
      </w:r>
      <w:r w:rsidR="00210792">
        <w:rPr>
          <w:b/>
          <w:bCs/>
          <w:lang w:val="ro-RO"/>
        </w:rPr>
        <w:t xml:space="preserve"> </w:t>
      </w:r>
      <w:r w:rsidRPr="00563062">
        <w:rPr>
          <w:lang w:val="ro-RO"/>
        </w:rPr>
        <w:t xml:space="preserve">formular de înscriere la concurs, conform modelului prevăzut la anexa nr. 2; </w:t>
      </w:r>
    </w:p>
    <w:p w14:paraId="6EBC1E77" w14:textId="01A3682A" w:rsidR="00563062" w:rsidRPr="00563062" w:rsidRDefault="00563062" w:rsidP="00563062">
      <w:pPr>
        <w:ind w:firstLine="709"/>
        <w:jc w:val="both"/>
        <w:rPr>
          <w:lang w:val="ro-RO"/>
        </w:rPr>
      </w:pPr>
      <w:r w:rsidRPr="00563062">
        <w:rPr>
          <w:b/>
          <w:bCs/>
          <w:lang w:val="ro-RO"/>
        </w:rPr>
        <w:t>b)</w:t>
      </w:r>
      <w:r w:rsidR="00210792">
        <w:rPr>
          <w:b/>
          <w:bCs/>
          <w:lang w:val="ro-RO"/>
        </w:rPr>
        <w:t xml:space="preserve"> </w:t>
      </w:r>
      <w:r w:rsidRPr="00563062">
        <w:rPr>
          <w:lang w:val="ro-RO"/>
        </w:rPr>
        <w:t xml:space="preserve">copia actului de identitate sau orice alt document care atestă identitatea, potrivit legii, aflate în termen de valabilitate; </w:t>
      </w:r>
    </w:p>
    <w:p w14:paraId="41E9A4BB" w14:textId="4A3F8378" w:rsidR="00563062" w:rsidRPr="00563062" w:rsidRDefault="00563062" w:rsidP="00563062">
      <w:pPr>
        <w:ind w:firstLine="709"/>
        <w:jc w:val="both"/>
        <w:rPr>
          <w:lang w:val="ro-RO"/>
        </w:rPr>
      </w:pPr>
      <w:r w:rsidRPr="00563062">
        <w:rPr>
          <w:b/>
          <w:bCs/>
          <w:lang w:val="ro-RO"/>
        </w:rPr>
        <w:t>c)</w:t>
      </w:r>
      <w:r w:rsidR="00210792">
        <w:rPr>
          <w:b/>
          <w:bCs/>
          <w:lang w:val="ro-RO"/>
        </w:rPr>
        <w:t xml:space="preserve"> </w:t>
      </w:r>
      <w:r w:rsidRPr="00563062">
        <w:rPr>
          <w:lang w:val="ro-RO"/>
        </w:rPr>
        <w:t xml:space="preserve">copia certificatului de căsătorie sau a altui document prin care s-a realizat schimbarea de nume, după caz; </w:t>
      </w:r>
    </w:p>
    <w:p w14:paraId="3B616A2F" w14:textId="55F244A0" w:rsidR="00563062" w:rsidRPr="00563062" w:rsidRDefault="00563062" w:rsidP="00563062">
      <w:pPr>
        <w:ind w:firstLine="709"/>
        <w:jc w:val="both"/>
        <w:rPr>
          <w:lang w:val="ro-RO"/>
        </w:rPr>
      </w:pPr>
      <w:r w:rsidRPr="00563062">
        <w:rPr>
          <w:b/>
          <w:bCs/>
          <w:lang w:val="ro-RO"/>
        </w:rPr>
        <w:t>d)</w:t>
      </w:r>
      <w:r w:rsidR="00210792">
        <w:rPr>
          <w:b/>
          <w:bCs/>
          <w:lang w:val="ro-RO"/>
        </w:rPr>
        <w:t xml:space="preserve"> </w:t>
      </w:r>
      <w:r w:rsidRPr="00563062">
        <w:rPr>
          <w:lang w:val="ro-RO"/>
        </w:rPr>
        <w:t xml:space="preserve">copiile documentelor care atestă nivelul studiilor şi ale altor acte care atestă efectuarea unor specializări, precum şi copiile documentelor care atestă îndeplinirea condiţiilor specifice ale postului solicitate de autoritatea sau instituţia publică; </w:t>
      </w:r>
    </w:p>
    <w:p w14:paraId="23335528" w14:textId="2B6ED51B" w:rsidR="00563062" w:rsidRPr="00563062" w:rsidRDefault="00563062" w:rsidP="00563062">
      <w:pPr>
        <w:ind w:firstLine="709"/>
        <w:jc w:val="both"/>
        <w:rPr>
          <w:lang w:val="ro-RO"/>
        </w:rPr>
      </w:pPr>
      <w:r w:rsidRPr="00563062">
        <w:rPr>
          <w:b/>
          <w:bCs/>
          <w:lang w:val="ro-RO"/>
        </w:rPr>
        <w:t>e)</w:t>
      </w:r>
      <w:r w:rsidR="00210792">
        <w:rPr>
          <w:b/>
          <w:bCs/>
          <w:lang w:val="ro-RO"/>
        </w:rPr>
        <w:t xml:space="preserve"> </w:t>
      </w:r>
      <w:r w:rsidRPr="00563062">
        <w:rPr>
          <w:lang w:val="ro-RO"/>
        </w:rPr>
        <w:t xml:space="preserve">copia carnetului de muncă, a adeverinţei eliberate de angajator pentru perioada lucrată, care să ateste vechimea în muncă şi în specialitatea studiilor solicitate pentru ocuparea postului; </w:t>
      </w:r>
    </w:p>
    <w:p w14:paraId="0356AF55" w14:textId="69E258A0" w:rsidR="00563062" w:rsidRPr="00563062" w:rsidRDefault="00563062" w:rsidP="00563062">
      <w:pPr>
        <w:ind w:firstLine="709"/>
        <w:jc w:val="both"/>
        <w:rPr>
          <w:lang w:val="ro-RO"/>
        </w:rPr>
      </w:pPr>
      <w:r w:rsidRPr="00563062">
        <w:rPr>
          <w:b/>
          <w:bCs/>
          <w:lang w:val="ro-RO"/>
        </w:rPr>
        <w:t>f)</w:t>
      </w:r>
      <w:r w:rsidR="00210792">
        <w:rPr>
          <w:b/>
          <w:bCs/>
          <w:lang w:val="ro-RO"/>
        </w:rPr>
        <w:t xml:space="preserve"> </w:t>
      </w:r>
      <w:r w:rsidRPr="00563062">
        <w:rPr>
          <w:lang w:val="ro-RO"/>
        </w:rPr>
        <w:t xml:space="preserve">certificat de cazier judiciar sau, după caz, extrasul de pe cazierul judiciar; </w:t>
      </w:r>
    </w:p>
    <w:p w14:paraId="2F911484" w14:textId="15474302" w:rsidR="00563062" w:rsidRPr="00563062" w:rsidRDefault="00563062" w:rsidP="00563062">
      <w:pPr>
        <w:ind w:firstLine="709"/>
        <w:jc w:val="both"/>
        <w:rPr>
          <w:lang w:val="ro-RO"/>
        </w:rPr>
      </w:pPr>
      <w:r w:rsidRPr="00563062">
        <w:rPr>
          <w:b/>
          <w:bCs/>
          <w:lang w:val="ro-RO"/>
        </w:rPr>
        <w:t>g)</w:t>
      </w:r>
      <w:r w:rsidR="00210792">
        <w:rPr>
          <w:b/>
          <w:bCs/>
          <w:lang w:val="ro-RO"/>
        </w:rPr>
        <w:t xml:space="preserve"> </w:t>
      </w:r>
      <w:r w:rsidRPr="00563062">
        <w:rPr>
          <w:lang w:val="ro-RO"/>
        </w:rPr>
        <w:t xml:space="preserve">adeverinţă medicală care să ateste starea de sănătate corespunzătoare, eliberată de către medicul de familie al candidatului sau de către unităţile sanitare abilitate cu cel mult 6 luni anterior derulării concursului; </w:t>
      </w:r>
    </w:p>
    <w:p w14:paraId="557E865C" w14:textId="77777777" w:rsidR="006D6821" w:rsidRPr="006D6821" w:rsidRDefault="00563062" w:rsidP="006D6821">
      <w:pPr>
        <w:ind w:firstLine="709"/>
        <w:jc w:val="both"/>
        <w:rPr>
          <w:lang w:val="ro-RO"/>
        </w:rPr>
      </w:pPr>
      <w:r w:rsidRPr="00563062">
        <w:rPr>
          <w:b/>
          <w:bCs/>
          <w:lang w:val="ro-RO"/>
        </w:rPr>
        <w:t>h)</w:t>
      </w:r>
      <w:r w:rsidRPr="00563062">
        <w:rPr>
          <w:lang w:val="ro-RO"/>
        </w:rPr>
        <w:t xml:space="preserve">certificatul de integritate comportamentală din care să reiasă că nu s-au comis infracţiuni prevăzute la art. 1 alin. (2) din Legea nr. </w:t>
      </w:r>
      <w:r w:rsidRPr="00563062">
        <w:rPr>
          <w:b/>
          <w:bCs/>
          <w:lang w:val="ro-RO"/>
        </w:rPr>
        <w:t xml:space="preserve">118/2019 </w:t>
      </w:r>
      <w:r w:rsidRPr="00563062">
        <w:rPr>
          <w:lang w:val="ro-RO"/>
        </w:rPr>
        <w:t xml:space="preserve">privind Registrul naţional automatizat cu privire la persoanele care au comis infracţiuni sexuale, de exploatare a unor persoane sau asupra minorilor, precum şi pentru completarea Legii nr. </w:t>
      </w:r>
      <w:r w:rsidRPr="00563062">
        <w:rPr>
          <w:b/>
          <w:bCs/>
          <w:lang w:val="ro-RO"/>
        </w:rPr>
        <w:t xml:space="preserve">76/2008 </w:t>
      </w:r>
      <w:r w:rsidRPr="00563062">
        <w:rPr>
          <w:lang w:val="ro-RO"/>
        </w:rPr>
        <w:t>privind organizarea şi funcţionarea Sistemului Naţional de Date Genetice Judiciare, cu modificările ulterioare, pentru candidaţii înscrişi pentru posturile din cadrul sistemului de învăţământ, sănătate sau protec</w:t>
      </w:r>
      <w:r w:rsidR="006D6821">
        <w:rPr>
          <w:lang w:val="ro-RO"/>
        </w:rPr>
        <w:t xml:space="preserve">ție </w:t>
      </w:r>
      <w:r w:rsidR="006D6821" w:rsidRPr="006D6821">
        <w:rPr>
          <w:lang w:val="ro-RO"/>
        </w:rPr>
        <w:t xml:space="preserve">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14:paraId="6C5AB980" w14:textId="71F553E1" w:rsidR="00563062" w:rsidRDefault="006D6821" w:rsidP="006D6821">
      <w:pPr>
        <w:ind w:firstLine="709"/>
        <w:jc w:val="both"/>
        <w:rPr>
          <w:lang w:val="ro-RO"/>
        </w:rPr>
      </w:pPr>
      <w:r w:rsidRPr="006D6821">
        <w:rPr>
          <w:b/>
          <w:bCs/>
          <w:lang w:val="ro-RO"/>
        </w:rPr>
        <w:t>i)</w:t>
      </w:r>
      <w:r w:rsidRPr="006D6821">
        <w:rPr>
          <w:lang w:val="ro-RO"/>
        </w:rPr>
        <w:t>curriculum vitae, model comun european.</w:t>
      </w:r>
    </w:p>
    <w:p w14:paraId="594D5259" w14:textId="1B92DDFB" w:rsidR="003820C8" w:rsidRPr="00E64505" w:rsidRDefault="00563062" w:rsidP="00563062">
      <w:pPr>
        <w:ind w:firstLine="709"/>
        <w:jc w:val="both"/>
        <w:rPr>
          <w:lang w:val="ro-RO"/>
        </w:rPr>
      </w:pPr>
      <w:r w:rsidRPr="00563062">
        <w:rPr>
          <w:lang w:val="ro-RO"/>
        </w:rPr>
        <w:t xml:space="preserve"> </w:t>
      </w:r>
      <w:r w:rsidR="00FC22C1" w:rsidRPr="00E64505">
        <w:rPr>
          <w:lang w:val="ro-RO"/>
        </w:rPr>
        <w:t xml:space="preserve">Dosarele de concurs se depun la </w:t>
      </w:r>
      <w:r w:rsidR="00F4058F" w:rsidRPr="00E64505">
        <w:rPr>
          <w:lang w:val="ro-RO"/>
        </w:rPr>
        <w:t>LICEUL TEHNOLOGIC PUCIOASA</w:t>
      </w:r>
      <w:r w:rsidR="00FC22C1" w:rsidRPr="00E64505">
        <w:rPr>
          <w:lang w:val="ro-RO"/>
        </w:rPr>
        <w:t xml:space="preserve">, Str. </w:t>
      </w:r>
      <w:r w:rsidR="00F4058F" w:rsidRPr="00E64505">
        <w:rPr>
          <w:lang w:val="ro-RO"/>
        </w:rPr>
        <w:t xml:space="preserve">C. Olănescu </w:t>
      </w:r>
      <w:r w:rsidR="00FC22C1" w:rsidRPr="00E64505">
        <w:rPr>
          <w:lang w:val="ro-RO"/>
        </w:rPr>
        <w:t xml:space="preserve"> nr. </w:t>
      </w:r>
      <w:r w:rsidR="00F4058F" w:rsidRPr="00E64505">
        <w:rPr>
          <w:lang w:val="ro-RO"/>
        </w:rPr>
        <w:t>19</w:t>
      </w:r>
      <w:r w:rsidR="00FC22C1" w:rsidRPr="00E64505">
        <w:rPr>
          <w:lang w:val="ro-RO"/>
        </w:rPr>
        <w:t xml:space="preserve">, </w:t>
      </w:r>
      <w:r w:rsidR="00F4058F" w:rsidRPr="00E64505">
        <w:rPr>
          <w:lang w:val="ro-RO"/>
        </w:rPr>
        <w:t>Pucioasa</w:t>
      </w:r>
      <w:r w:rsidR="00FC22C1" w:rsidRPr="00E64505">
        <w:rPr>
          <w:lang w:val="ro-RO"/>
        </w:rPr>
        <w:t xml:space="preserve">, tel. </w:t>
      </w:r>
      <w:r w:rsidR="00F4058F" w:rsidRPr="00E64505">
        <w:rPr>
          <w:lang w:val="ro-RO"/>
        </w:rPr>
        <w:t>0245760383</w:t>
      </w:r>
      <w:r w:rsidR="00FC22C1" w:rsidRPr="00E64505">
        <w:rPr>
          <w:lang w:val="ro-RO"/>
        </w:rPr>
        <w:t xml:space="preserve">, </w:t>
      </w:r>
    </w:p>
    <w:p w14:paraId="065D16DF" w14:textId="1E1D0E80" w:rsidR="003820C8" w:rsidRPr="00E64505" w:rsidRDefault="00FC22C1">
      <w:pPr>
        <w:ind w:firstLine="709"/>
        <w:rPr>
          <w:lang w:val="ro-RO"/>
        </w:rPr>
      </w:pPr>
      <w:r w:rsidRPr="00E64505">
        <w:rPr>
          <w:lang w:val="ro-RO"/>
        </w:rPr>
        <w:lastRenderedPageBreak/>
        <w:t xml:space="preserve">Termenul de depunere a dosarelor: </w:t>
      </w:r>
      <w:r w:rsidR="003528DA" w:rsidRPr="00924603">
        <w:rPr>
          <w:rFonts w:cs="Times New Roman"/>
          <w:b/>
          <w:sz w:val="22"/>
          <w:lang w:val="ro-RO"/>
        </w:rPr>
        <w:t>27.07.2026-31.0</w:t>
      </w:r>
      <w:r w:rsidR="003528DA">
        <w:rPr>
          <w:rFonts w:cs="Times New Roman"/>
          <w:b/>
          <w:sz w:val="22"/>
          <w:lang w:val="ro-RO"/>
        </w:rPr>
        <w:t>7</w:t>
      </w:r>
      <w:r w:rsidR="003528DA" w:rsidRPr="00924603">
        <w:rPr>
          <w:rFonts w:cs="Times New Roman"/>
          <w:b/>
          <w:sz w:val="22"/>
          <w:lang w:val="ro-RO"/>
        </w:rPr>
        <w:t>.2026</w:t>
      </w:r>
      <w:r w:rsidRPr="00F250CA">
        <w:rPr>
          <w:lang w:val="ro-RO"/>
        </w:rPr>
        <w:t>,</w:t>
      </w:r>
      <w:r w:rsidRPr="00E64505">
        <w:rPr>
          <w:lang w:val="ro-RO"/>
        </w:rPr>
        <w:t xml:space="preserve"> la sediul instituției, conform graficului de mai jos.</w:t>
      </w:r>
    </w:p>
    <w:p w14:paraId="3C432A20" w14:textId="77777777" w:rsidR="003820C8" w:rsidRPr="00E64505" w:rsidRDefault="003820C8">
      <w:pPr>
        <w:rPr>
          <w:lang w:val="ro-RO"/>
        </w:rPr>
      </w:pPr>
    </w:p>
    <w:p w14:paraId="77B3E18B" w14:textId="77777777" w:rsidR="003820C8" w:rsidRPr="00E64505" w:rsidRDefault="00FC22C1">
      <w:pPr>
        <w:pStyle w:val="SectionHeading"/>
        <w:rPr>
          <w:lang w:val="ro-RO"/>
        </w:rPr>
      </w:pPr>
      <w:r w:rsidRPr="00E64505">
        <w:rPr>
          <w:lang w:val="ro-RO"/>
        </w:rPr>
        <w:t>Condițiile generale prevăzute de art. 15 din H.G. nr. 1336/08.11.2022</w:t>
      </w:r>
    </w:p>
    <w:p w14:paraId="4AE07C1E" w14:textId="0208CD17" w:rsidR="003820C8" w:rsidRPr="00E64505" w:rsidRDefault="003B1CA4" w:rsidP="00CE29D6">
      <w:pPr>
        <w:ind w:firstLine="709"/>
        <w:jc w:val="both"/>
        <w:rPr>
          <w:lang w:val="ro-RO"/>
        </w:rPr>
      </w:pPr>
      <w:r w:rsidRPr="003B1CA4">
        <w:rPr>
          <w:lang w:val="ro-RO"/>
        </w:rPr>
        <w:t xml:space="preserve">Poate ocupa un post vacant sau temporar vacant persoana care îndeplineşte condiţiile prevăzute de Legea nr. </w:t>
      </w:r>
      <w:r w:rsidRPr="003B1CA4">
        <w:rPr>
          <w:b/>
          <w:bCs/>
          <w:lang w:val="ro-RO"/>
        </w:rPr>
        <w:t xml:space="preserve">53/2003 </w:t>
      </w:r>
      <w:r w:rsidRPr="003B1CA4">
        <w:rPr>
          <w:lang w:val="ro-RO"/>
        </w:rPr>
        <w:t xml:space="preserve">- </w:t>
      </w:r>
      <w:r w:rsidRPr="003B1CA4">
        <w:rPr>
          <w:b/>
          <w:bCs/>
          <w:lang w:val="ro-RO"/>
        </w:rPr>
        <w:t>Codul muncii</w:t>
      </w:r>
      <w:r w:rsidRPr="003B1CA4">
        <w:rPr>
          <w:lang w:val="ro-RO"/>
        </w:rPr>
        <w:t xml:space="preserve">, republicată, cu modificările şi completările ulterioare, şi cerinţele specifice prevăzute la art. 542 alin. (1) şi (2) din Ordonanţa de urgenţă a Guvernului nr. </w:t>
      </w:r>
      <w:r w:rsidRPr="003B1CA4">
        <w:rPr>
          <w:b/>
          <w:bCs/>
          <w:lang w:val="ro-RO"/>
        </w:rPr>
        <w:t xml:space="preserve">57/2019 </w:t>
      </w:r>
      <w:r w:rsidRPr="003B1CA4">
        <w:rPr>
          <w:lang w:val="ro-RO"/>
        </w:rPr>
        <w:t>privind Codul administrativ, cu modificările şi completările ulterioare:</w:t>
      </w:r>
    </w:p>
    <w:p w14:paraId="3E3CB20C" w14:textId="77777777" w:rsidR="0074415A" w:rsidRPr="0074415A" w:rsidRDefault="0074415A" w:rsidP="0074415A">
      <w:pPr>
        <w:ind w:firstLine="283"/>
        <w:jc w:val="both"/>
        <w:rPr>
          <w:lang w:val="ro-RO"/>
        </w:rPr>
      </w:pPr>
      <w:r w:rsidRPr="0074415A">
        <w:rPr>
          <w:b/>
          <w:bCs/>
          <w:lang w:val="ro-RO"/>
        </w:rPr>
        <w:t>a)</w:t>
      </w:r>
      <w:r w:rsidRPr="0074415A">
        <w:rPr>
          <w:lang w:val="ro-RO"/>
        </w:rPr>
        <w:t xml:space="preserve">are cetăţenia română sau cetăţenia unui alt stat membru al Uniunii Europene, a unui stat parte la Acordul privind Spaţiul Economic European (SEE) sau cetăţenia Confederaţiei Elveţiene; </w:t>
      </w:r>
    </w:p>
    <w:p w14:paraId="39874842" w14:textId="77777777" w:rsidR="0074415A" w:rsidRPr="0074415A" w:rsidRDefault="0074415A" w:rsidP="0074415A">
      <w:pPr>
        <w:ind w:firstLine="283"/>
        <w:jc w:val="both"/>
        <w:rPr>
          <w:lang w:val="ro-RO"/>
        </w:rPr>
      </w:pPr>
      <w:r w:rsidRPr="0074415A">
        <w:rPr>
          <w:b/>
          <w:bCs/>
          <w:lang w:val="ro-RO"/>
        </w:rPr>
        <w:t>b)</w:t>
      </w:r>
      <w:r w:rsidRPr="0074415A">
        <w:rPr>
          <w:lang w:val="ro-RO"/>
        </w:rPr>
        <w:t xml:space="preserve">cunoaşte limba română, scris şi vorbit; </w:t>
      </w:r>
    </w:p>
    <w:p w14:paraId="15EBD3E9" w14:textId="77777777" w:rsidR="0074415A" w:rsidRPr="0074415A" w:rsidRDefault="0074415A" w:rsidP="0074415A">
      <w:pPr>
        <w:ind w:firstLine="283"/>
        <w:jc w:val="both"/>
        <w:rPr>
          <w:lang w:val="ro-RO"/>
        </w:rPr>
      </w:pPr>
      <w:r w:rsidRPr="0074415A">
        <w:rPr>
          <w:b/>
          <w:bCs/>
          <w:lang w:val="ro-RO"/>
        </w:rPr>
        <w:t>c)</w:t>
      </w:r>
      <w:r w:rsidRPr="0074415A">
        <w:rPr>
          <w:lang w:val="ro-RO"/>
        </w:rPr>
        <w:t xml:space="preserve">are capacitate de muncă în conformitate cu prevederile Legii nr. </w:t>
      </w:r>
      <w:r w:rsidRPr="0074415A">
        <w:rPr>
          <w:b/>
          <w:bCs/>
          <w:lang w:val="ro-RO"/>
        </w:rPr>
        <w:t xml:space="preserve">53/2003 </w:t>
      </w:r>
      <w:r w:rsidRPr="0074415A">
        <w:rPr>
          <w:lang w:val="ro-RO"/>
        </w:rPr>
        <w:t xml:space="preserve">- </w:t>
      </w:r>
      <w:r w:rsidRPr="0074415A">
        <w:rPr>
          <w:b/>
          <w:bCs/>
          <w:lang w:val="ro-RO"/>
        </w:rPr>
        <w:t>Codul muncii</w:t>
      </w:r>
      <w:r w:rsidRPr="0074415A">
        <w:rPr>
          <w:lang w:val="ro-RO"/>
        </w:rPr>
        <w:t xml:space="preserve">, republicată, cu modificările şi completările ulterioare; </w:t>
      </w:r>
    </w:p>
    <w:p w14:paraId="132D5382" w14:textId="77777777" w:rsidR="0074415A" w:rsidRPr="0074415A" w:rsidRDefault="0074415A" w:rsidP="0074415A">
      <w:pPr>
        <w:ind w:firstLine="283"/>
        <w:jc w:val="both"/>
        <w:rPr>
          <w:lang w:val="ro-RO"/>
        </w:rPr>
      </w:pPr>
      <w:r w:rsidRPr="0074415A">
        <w:rPr>
          <w:b/>
          <w:bCs/>
          <w:lang w:val="ro-RO"/>
        </w:rPr>
        <w:t>d)</w:t>
      </w:r>
      <w:r w:rsidRPr="0074415A">
        <w:rPr>
          <w:lang w:val="ro-RO"/>
        </w:rPr>
        <w:t xml:space="preserve">are o stare de sănătate corespunzătoare postului pentru care candidează, atestată pe baza adeverinţei medicale eliberate de medicul de familie sau de unităţile sanitare abilitate; </w:t>
      </w:r>
    </w:p>
    <w:p w14:paraId="4CE96F1A" w14:textId="77777777" w:rsidR="0074415A" w:rsidRPr="0074415A" w:rsidRDefault="0074415A" w:rsidP="0074415A">
      <w:pPr>
        <w:ind w:firstLine="283"/>
        <w:jc w:val="both"/>
        <w:rPr>
          <w:lang w:val="ro-RO"/>
        </w:rPr>
      </w:pPr>
      <w:r w:rsidRPr="0074415A">
        <w:rPr>
          <w:b/>
          <w:bCs/>
          <w:lang w:val="ro-RO"/>
        </w:rPr>
        <w:t>e)</w:t>
      </w:r>
      <w:r w:rsidRPr="0074415A">
        <w:rPr>
          <w:lang w:val="ro-RO"/>
        </w:rPr>
        <w:t xml:space="preserve">îndeplineşte condiţiile de studii, de vechime în specialitate şi, după caz, alte condiţii specifice potrivit cerinţelor postului scos la concurs; </w:t>
      </w:r>
    </w:p>
    <w:p w14:paraId="32582039" w14:textId="77777777" w:rsidR="0074415A" w:rsidRPr="0074415A" w:rsidRDefault="0074415A" w:rsidP="0074415A">
      <w:pPr>
        <w:ind w:firstLine="283"/>
        <w:jc w:val="both"/>
        <w:rPr>
          <w:lang w:val="ro-RO"/>
        </w:rPr>
      </w:pPr>
      <w:r w:rsidRPr="0074415A">
        <w:rPr>
          <w:b/>
          <w:bCs/>
          <w:lang w:val="ro-RO"/>
        </w:rPr>
        <w:t>f)</w:t>
      </w:r>
      <w:r w:rsidRPr="0074415A">
        <w:rPr>
          <w:lang w:val="ro-RO"/>
        </w:rPr>
        <w:t xml:space="preserve">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14:paraId="79D8F422" w14:textId="77777777" w:rsidR="0074415A" w:rsidRPr="0074415A" w:rsidRDefault="0074415A" w:rsidP="0074415A">
      <w:pPr>
        <w:ind w:firstLine="283"/>
        <w:jc w:val="both"/>
        <w:rPr>
          <w:lang w:val="ro-RO"/>
        </w:rPr>
      </w:pPr>
      <w:r w:rsidRPr="0074415A">
        <w:rPr>
          <w:b/>
          <w:bCs/>
          <w:lang w:val="ro-RO"/>
        </w:rPr>
        <w:t>g)</w:t>
      </w:r>
      <w:r w:rsidRPr="0074415A">
        <w:rPr>
          <w:lang w:val="ro-RO"/>
        </w:rPr>
        <w:t xml:space="preserve">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14:paraId="3A700D72" w14:textId="131ABCDB" w:rsidR="003820C8" w:rsidRPr="00E64505" w:rsidRDefault="0074415A" w:rsidP="0074415A">
      <w:pPr>
        <w:ind w:firstLine="283"/>
        <w:jc w:val="both"/>
        <w:rPr>
          <w:lang w:val="ro-RO"/>
        </w:rPr>
      </w:pPr>
      <w:r w:rsidRPr="0074415A">
        <w:rPr>
          <w:b/>
          <w:bCs/>
          <w:lang w:val="ro-RO"/>
        </w:rPr>
        <w:t>h)</w:t>
      </w:r>
      <w:r w:rsidRPr="0074415A">
        <w:rPr>
          <w:lang w:val="ro-RO"/>
        </w:rPr>
        <w:t xml:space="preserve">nu a comis infracţiunile prevăzute la art. 1 alin. (2) din Legea nr. </w:t>
      </w:r>
      <w:r w:rsidRPr="0074415A">
        <w:rPr>
          <w:b/>
          <w:bCs/>
          <w:lang w:val="ro-RO"/>
        </w:rPr>
        <w:t xml:space="preserve">118/2019 </w:t>
      </w:r>
      <w:r w:rsidRPr="0074415A">
        <w:rPr>
          <w:lang w:val="ro-RO"/>
        </w:rPr>
        <w:t xml:space="preserve">privind Registrul naţional automatizat cu privire la persoanele care au comis infracţiuni sexuale, de exploatare a unor persoane sau asupra minorilor, precum şi pentru completarea Legii nr. </w:t>
      </w:r>
      <w:r w:rsidRPr="0074415A">
        <w:rPr>
          <w:b/>
          <w:bCs/>
          <w:lang w:val="ro-RO"/>
        </w:rPr>
        <w:t xml:space="preserve">76/2008 </w:t>
      </w:r>
      <w:r w:rsidRPr="0074415A">
        <w:rPr>
          <w:lang w:val="ro-RO"/>
        </w:rPr>
        <w:t>privind organizarea şi funcţionarea Sistemului Naţional de Date Genetice Judiciare, cu modificările ulterioare, pentru domeniile prevăzute la art. 35 alin. (1) lit. h).</w:t>
      </w:r>
    </w:p>
    <w:p w14:paraId="32EFCF36" w14:textId="77777777" w:rsidR="003820C8" w:rsidRPr="00E64505" w:rsidRDefault="00FC22C1">
      <w:pPr>
        <w:pStyle w:val="SectionHeading"/>
        <w:rPr>
          <w:lang w:val="ro-RO"/>
        </w:rPr>
      </w:pPr>
      <w:r w:rsidRPr="00E64505">
        <w:rPr>
          <w:lang w:val="ro-RO"/>
        </w:rPr>
        <w:t>Condiții specifice de participare la concurs:</w:t>
      </w:r>
    </w:p>
    <w:p w14:paraId="1F1D88D6" w14:textId="7070313F" w:rsidR="00D262E7" w:rsidRPr="00E64505" w:rsidRDefault="00D262E7" w:rsidP="00D262E7">
      <w:pPr>
        <w:rPr>
          <w:lang w:val="ro-RO"/>
        </w:rPr>
      </w:pPr>
      <w:r w:rsidRPr="00E64505">
        <w:rPr>
          <w:lang w:val="ro-RO"/>
        </w:rPr>
        <w:t>1. Studii de specialitate: minim studii medii</w:t>
      </w:r>
      <w:r w:rsidR="001241C6">
        <w:rPr>
          <w:lang w:val="ro-RO"/>
        </w:rPr>
        <w:t xml:space="preserve"> finalizate cu diplomă de bacalaureat.</w:t>
      </w:r>
    </w:p>
    <w:p w14:paraId="5661CA28" w14:textId="1EDA123D" w:rsidR="00D262E7" w:rsidRPr="00E64505" w:rsidRDefault="00D262E7" w:rsidP="00D262E7">
      <w:pPr>
        <w:rPr>
          <w:lang w:val="ro-RO"/>
        </w:rPr>
      </w:pPr>
      <w:r w:rsidRPr="00E64505">
        <w:rPr>
          <w:lang w:val="ro-RO"/>
        </w:rPr>
        <w:t xml:space="preserve">2. Vechime : </w:t>
      </w:r>
      <w:r w:rsidR="00405A11">
        <w:rPr>
          <w:lang w:val="ro-RO"/>
        </w:rPr>
        <w:t>5</w:t>
      </w:r>
      <w:r w:rsidRPr="00E64505">
        <w:rPr>
          <w:lang w:val="ro-RO"/>
        </w:rPr>
        <w:t xml:space="preserve"> an</w:t>
      </w:r>
      <w:r w:rsidR="00405A11">
        <w:rPr>
          <w:lang w:val="ro-RO"/>
        </w:rPr>
        <w:t>i</w:t>
      </w:r>
      <w:r w:rsidRPr="00E64505">
        <w:rPr>
          <w:lang w:val="ro-RO"/>
        </w:rPr>
        <w:t xml:space="preserve"> </w:t>
      </w:r>
      <w:r w:rsidR="00405A11">
        <w:rPr>
          <w:lang w:val="ro-RO"/>
        </w:rPr>
        <w:t>vechime în muncă</w:t>
      </w:r>
      <w:r w:rsidR="00F9137C">
        <w:rPr>
          <w:lang w:val="ro-RO"/>
        </w:rPr>
        <w:t>.</w:t>
      </w:r>
    </w:p>
    <w:p w14:paraId="41E3F7D2" w14:textId="682AC165" w:rsidR="00E64505" w:rsidRPr="00E64505" w:rsidRDefault="00D262E7" w:rsidP="00E64505">
      <w:pPr>
        <w:rPr>
          <w:lang w:val="ro-RO"/>
        </w:rPr>
      </w:pPr>
      <w:r w:rsidRPr="00E64505">
        <w:rPr>
          <w:lang w:val="ro-RO"/>
        </w:rPr>
        <w:t xml:space="preserve">3. </w:t>
      </w:r>
      <w:r w:rsidR="00E64505" w:rsidRPr="00E64505">
        <w:rPr>
          <w:lang w:val="ro-RO"/>
        </w:rPr>
        <w:t xml:space="preserve">Abilități avansate de operare Pc </w:t>
      </w:r>
      <w:r w:rsidR="007E30B1">
        <w:rPr>
          <w:lang w:val="ro-RO"/>
        </w:rPr>
        <w:t>în</w:t>
      </w:r>
      <w:r w:rsidR="00E64505" w:rsidRPr="00E64505">
        <w:rPr>
          <w:lang w:val="ro-RO"/>
        </w:rPr>
        <w:t xml:space="preserve"> </w:t>
      </w:r>
      <w:r w:rsidR="001C3098">
        <w:rPr>
          <w:lang w:val="ro-RO"/>
        </w:rPr>
        <w:t>W</w:t>
      </w:r>
      <w:r w:rsidR="00E64505" w:rsidRPr="00E64505">
        <w:rPr>
          <w:lang w:val="ro-RO"/>
        </w:rPr>
        <w:t>ord, Excel, Access</w:t>
      </w:r>
      <w:r w:rsidR="001C3098">
        <w:rPr>
          <w:lang w:val="ro-RO"/>
        </w:rPr>
        <w:t>, Power Point.</w:t>
      </w:r>
    </w:p>
    <w:p w14:paraId="70D84C76" w14:textId="2949A3F3" w:rsidR="00E64505" w:rsidRDefault="00E64505" w:rsidP="00E64505">
      <w:pPr>
        <w:jc w:val="both"/>
        <w:rPr>
          <w:lang w:val="ro-RO"/>
        </w:rPr>
      </w:pPr>
      <w:r w:rsidRPr="00E64505">
        <w:rPr>
          <w:lang w:val="ro-RO"/>
        </w:rPr>
        <w:t xml:space="preserve">4.Competențe în depanarea și întreținerea hardware și software a calculatorului și a      echipamentelor periferice. </w:t>
      </w:r>
    </w:p>
    <w:p w14:paraId="4EC3FF7D" w14:textId="092364B7" w:rsidR="00DA771B" w:rsidRDefault="00E64505" w:rsidP="00E64505">
      <w:pPr>
        <w:rPr>
          <w:lang w:val="ro-RO"/>
        </w:rPr>
      </w:pPr>
      <w:r>
        <w:rPr>
          <w:lang w:val="ro-RO"/>
        </w:rPr>
        <w:t xml:space="preserve">5. </w:t>
      </w:r>
      <w:r w:rsidRPr="00E64505">
        <w:rPr>
          <w:lang w:val="ro-RO"/>
        </w:rPr>
        <w:t xml:space="preserve">Competențe </w:t>
      </w:r>
      <w:r>
        <w:rPr>
          <w:lang w:val="ro-RO"/>
        </w:rPr>
        <w:t>î</w:t>
      </w:r>
      <w:r w:rsidRPr="00E64505">
        <w:rPr>
          <w:lang w:val="ro-RO"/>
        </w:rPr>
        <w:t xml:space="preserve">n administrarea </w:t>
      </w:r>
      <w:r w:rsidR="00DA771B" w:rsidRPr="00E64505">
        <w:rPr>
          <w:lang w:val="ro-RO"/>
        </w:rPr>
        <w:t>rețelelor</w:t>
      </w:r>
      <w:r w:rsidRPr="00E64505">
        <w:rPr>
          <w:lang w:val="ro-RO"/>
        </w:rPr>
        <w:t xml:space="preserve"> de calculatoare</w:t>
      </w:r>
      <w:r w:rsidR="00742DFC">
        <w:rPr>
          <w:lang w:val="ro-RO"/>
        </w:rPr>
        <w:t>.</w:t>
      </w:r>
      <w:r w:rsidRPr="00E64505">
        <w:rPr>
          <w:lang w:val="ro-RO"/>
        </w:rPr>
        <w:t xml:space="preserve"> </w:t>
      </w:r>
    </w:p>
    <w:p w14:paraId="25558E65" w14:textId="14C5FB65" w:rsidR="00DA771B" w:rsidRDefault="00DA771B" w:rsidP="00DA771B">
      <w:pPr>
        <w:jc w:val="both"/>
        <w:rPr>
          <w:lang w:val="ro-RO"/>
        </w:rPr>
      </w:pPr>
      <w:r>
        <w:rPr>
          <w:lang w:val="ro-RO"/>
        </w:rPr>
        <w:t xml:space="preserve">6. </w:t>
      </w:r>
      <w:r w:rsidR="00E64505" w:rsidRPr="00E64505">
        <w:rPr>
          <w:lang w:val="ro-RO"/>
        </w:rPr>
        <w:t xml:space="preserve">Competențe de </w:t>
      </w:r>
      <w:r w:rsidR="0066781E">
        <w:rPr>
          <w:lang w:val="ro-RO"/>
        </w:rPr>
        <w:t xml:space="preserve">introducere, validare și prelucrare </w:t>
      </w:r>
      <w:r w:rsidR="003500CA">
        <w:rPr>
          <w:lang w:val="ro-RO"/>
        </w:rPr>
        <w:t>date.</w:t>
      </w:r>
      <w:r w:rsidR="00E64505" w:rsidRPr="00E64505">
        <w:rPr>
          <w:lang w:val="ro-RO"/>
        </w:rPr>
        <w:t xml:space="preserve"> </w:t>
      </w:r>
    </w:p>
    <w:p w14:paraId="3AB6E6E5" w14:textId="0A4A04F2" w:rsidR="0066781E" w:rsidRDefault="0066781E" w:rsidP="00DA771B">
      <w:pPr>
        <w:jc w:val="both"/>
        <w:rPr>
          <w:lang w:val="ro-RO"/>
        </w:rPr>
      </w:pPr>
      <w:r>
        <w:rPr>
          <w:lang w:val="ro-RO"/>
        </w:rPr>
        <w:t>7. Competențe în securitatea cibernetică</w:t>
      </w:r>
      <w:r w:rsidR="003500CA">
        <w:rPr>
          <w:lang w:val="ro-RO"/>
        </w:rPr>
        <w:t>.</w:t>
      </w:r>
    </w:p>
    <w:p w14:paraId="559C7D97" w14:textId="54AC74AE" w:rsidR="0066781E" w:rsidRDefault="0066781E" w:rsidP="00DA771B">
      <w:pPr>
        <w:jc w:val="both"/>
        <w:rPr>
          <w:lang w:val="ro-RO"/>
        </w:rPr>
      </w:pPr>
      <w:r>
        <w:rPr>
          <w:lang w:val="ro-RO"/>
        </w:rPr>
        <w:t>8. Competențe în editarea pagini</w:t>
      </w:r>
      <w:r w:rsidR="001C3098">
        <w:rPr>
          <w:lang w:val="ro-RO"/>
        </w:rPr>
        <w:t>lor de website</w:t>
      </w:r>
      <w:r w:rsidR="003500CA">
        <w:rPr>
          <w:lang w:val="ro-RO"/>
        </w:rPr>
        <w:t>.</w:t>
      </w:r>
    </w:p>
    <w:p w14:paraId="511C8ECC" w14:textId="56254F38" w:rsidR="001C3098" w:rsidRDefault="001C3098" w:rsidP="00DA771B">
      <w:pPr>
        <w:jc w:val="both"/>
        <w:rPr>
          <w:lang w:val="ro-RO"/>
        </w:rPr>
      </w:pPr>
      <w:r>
        <w:rPr>
          <w:lang w:val="ro-RO"/>
        </w:rPr>
        <w:t>9. Competențe pedagogie digitală</w:t>
      </w:r>
      <w:r w:rsidR="00FC26D1">
        <w:rPr>
          <w:lang w:val="ro-RO"/>
        </w:rPr>
        <w:t>.</w:t>
      </w:r>
    </w:p>
    <w:p w14:paraId="2DC41D4B" w14:textId="419FA2DF" w:rsidR="00DA771B" w:rsidRDefault="00FC26D1" w:rsidP="003500CA">
      <w:pPr>
        <w:jc w:val="both"/>
        <w:rPr>
          <w:lang w:val="ro-RO"/>
        </w:rPr>
      </w:pPr>
      <w:r>
        <w:rPr>
          <w:lang w:val="ro-RO"/>
        </w:rPr>
        <w:t>10. Comp</w:t>
      </w:r>
      <w:r w:rsidR="005917AA">
        <w:rPr>
          <w:lang w:val="ro-RO"/>
        </w:rPr>
        <w:t xml:space="preserve">etențe în </w:t>
      </w:r>
      <w:r w:rsidR="003500CA">
        <w:rPr>
          <w:lang w:val="ro-RO"/>
        </w:rPr>
        <w:t xml:space="preserve">instrumente on-line. </w:t>
      </w:r>
      <w:r w:rsidR="00E64505" w:rsidRPr="00E64505">
        <w:rPr>
          <w:lang w:val="ro-RO"/>
        </w:rPr>
        <w:t xml:space="preserve"> </w:t>
      </w:r>
    </w:p>
    <w:p w14:paraId="1CFF15CF" w14:textId="123B5D36" w:rsidR="00DA771B" w:rsidRDefault="00405A11" w:rsidP="00E64505">
      <w:pPr>
        <w:rPr>
          <w:lang w:val="ro-RO"/>
        </w:rPr>
      </w:pPr>
      <w:r>
        <w:rPr>
          <w:lang w:val="ro-RO"/>
        </w:rPr>
        <w:t>11</w:t>
      </w:r>
      <w:r w:rsidR="00DA771B">
        <w:rPr>
          <w:lang w:val="ro-RO"/>
        </w:rPr>
        <w:t xml:space="preserve">. </w:t>
      </w:r>
      <w:r w:rsidR="00E64505" w:rsidRPr="00E64505">
        <w:rPr>
          <w:lang w:val="ro-RO"/>
        </w:rPr>
        <w:t xml:space="preserve">Cunoștințe de utilizare a softului specific activității </w:t>
      </w:r>
      <w:r w:rsidR="003500CA">
        <w:rPr>
          <w:lang w:val="ro-RO"/>
        </w:rPr>
        <w:t>î</w:t>
      </w:r>
      <w:r w:rsidR="00E64505" w:rsidRPr="00E64505">
        <w:rPr>
          <w:lang w:val="ro-RO"/>
        </w:rPr>
        <w:t xml:space="preserve">n școli: EDUDSAL, REVISAL, SIIIR,etc </w:t>
      </w:r>
    </w:p>
    <w:p w14:paraId="73B55F67" w14:textId="2EFA62FC" w:rsidR="00DA771B" w:rsidRDefault="00DA771B" w:rsidP="00E64505">
      <w:pPr>
        <w:rPr>
          <w:lang w:val="ro-RO"/>
        </w:rPr>
      </w:pPr>
      <w:r>
        <w:rPr>
          <w:lang w:val="ro-RO"/>
        </w:rPr>
        <w:t xml:space="preserve">10. </w:t>
      </w:r>
      <w:r w:rsidR="00E64505" w:rsidRPr="00E64505">
        <w:rPr>
          <w:lang w:val="ro-RO"/>
        </w:rPr>
        <w:t>Spirit organizatoric</w:t>
      </w:r>
      <w:r w:rsidR="00F9137C">
        <w:rPr>
          <w:lang w:val="ro-RO"/>
        </w:rPr>
        <w:t>.</w:t>
      </w:r>
      <w:r w:rsidR="00E64505" w:rsidRPr="00E64505">
        <w:rPr>
          <w:lang w:val="ro-RO"/>
        </w:rPr>
        <w:t xml:space="preserve"> </w:t>
      </w:r>
    </w:p>
    <w:p w14:paraId="5B801833" w14:textId="7D35BE69" w:rsidR="00DA771B" w:rsidRDefault="00DA771B" w:rsidP="00E64505">
      <w:pPr>
        <w:rPr>
          <w:lang w:val="ro-RO"/>
        </w:rPr>
      </w:pPr>
      <w:r>
        <w:rPr>
          <w:lang w:val="ro-RO"/>
        </w:rPr>
        <w:t xml:space="preserve">11. </w:t>
      </w:r>
      <w:r w:rsidRPr="00E64505">
        <w:rPr>
          <w:lang w:val="ro-RO"/>
        </w:rPr>
        <w:t>Abilități</w:t>
      </w:r>
      <w:r w:rsidR="00E64505" w:rsidRPr="00E64505">
        <w:rPr>
          <w:lang w:val="ro-RO"/>
        </w:rPr>
        <w:t xml:space="preserve"> de comunicare și relaționare</w:t>
      </w:r>
      <w:r w:rsidR="00F9137C">
        <w:rPr>
          <w:lang w:val="ro-RO"/>
        </w:rPr>
        <w:t>.</w:t>
      </w:r>
    </w:p>
    <w:p w14:paraId="2BA34F91" w14:textId="11D6C13A" w:rsidR="00DA771B" w:rsidRDefault="00DA771B" w:rsidP="00E64505">
      <w:pPr>
        <w:rPr>
          <w:lang w:val="ro-RO"/>
        </w:rPr>
      </w:pPr>
      <w:r>
        <w:rPr>
          <w:lang w:val="ro-RO"/>
        </w:rPr>
        <w:t xml:space="preserve">12. </w:t>
      </w:r>
      <w:r w:rsidR="00E64505" w:rsidRPr="00E64505">
        <w:rPr>
          <w:lang w:val="ro-RO"/>
        </w:rPr>
        <w:t xml:space="preserve">Disponibilitate la </w:t>
      </w:r>
      <w:r w:rsidRPr="00E64505">
        <w:rPr>
          <w:lang w:val="ro-RO"/>
        </w:rPr>
        <w:t>sarcini</w:t>
      </w:r>
      <w:r w:rsidR="00E64505" w:rsidRPr="00E64505">
        <w:rPr>
          <w:lang w:val="ro-RO"/>
        </w:rPr>
        <w:t xml:space="preserve"> și timp de lucru prelungit</w:t>
      </w:r>
      <w:r w:rsidR="00F9137C">
        <w:rPr>
          <w:lang w:val="ro-RO"/>
        </w:rPr>
        <w:t>.</w:t>
      </w:r>
      <w:r w:rsidR="00E64505" w:rsidRPr="00E64505">
        <w:rPr>
          <w:lang w:val="ro-RO"/>
        </w:rPr>
        <w:t xml:space="preserve"> </w:t>
      </w:r>
    </w:p>
    <w:p w14:paraId="32CA1981" w14:textId="0513E991" w:rsidR="00DA771B" w:rsidRDefault="00DA771B" w:rsidP="00E64505">
      <w:pPr>
        <w:rPr>
          <w:lang w:val="ro-RO"/>
        </w:rPr>
      </w:pPr>
      <w:r>
        <w:rPr>
          <w:lang w:val="ro-RO"/>
        </w:rPr>
        <w:lastRenderedPageBreak/>
        <w:t>13.</w:t>
      </w:r>
      <w:r w:rsidR="00E64505" w:rsidRPr="00E64505">
        <w:rPr>
          <w:lang w:val="ro-RO"/>
        </w:rPr>
        <w:t xml:space="preserve"> Capacitate de gestionare a timpului și priorități</w:t>
      </w:r>
      <w:r w:rsidR="00F9137C">
        <w:rPr>
          <w:lang w:val="ro-RO"/>
        </w:rPr>
        <w:t>.</w:t>
      </w:r>
    </w:p>
    <w:p w14:paraId="2566EE72" w14:textId="0830494F" w:rsidR="002B7E85" w:rsidRDefault="002B7E85" w:rsidP="00E64505">
      <w:pPr>
        <w:rPr>
          <w:lang w:val="ro-RO"/>
        </w:rPr>
      </w:pPr>
      <w:r>
        <w:rPr>
          <w:lang w:val="ro-RO"/>
        </w:rPr>
        <w:t>14. Atestat de competență lingvistică</w:t>
      </w:r>
      <w:r w:rsidR="00717269">
        <w:rPr>
          <w:lang w:val="ro-RO"/>
        </w:rPr>
        <w:t>- limba engleză</w:t>
      </w:r>
      <w:r w:rsidR="00AB138C">
        <w:rPr>
          <w:lang w:val="ro-RO"/>
        </w:rPr>
        <w:t xml:space="preserve">/ </w:t>
      </w:r>
      <w:r w:rsidR="00717269">
        <w:rPr>
          <w:lang w:val="ro-RO"/>
        </w:rPr>
        <w:t>IELTS/ CAMBRIGE)</w:t>
      </w:r>
    </w:p>
    <w:p w14:paraId="30BF4164" w14:textId="0E413817" w:rsidR="003820C8" w:rsidRPr="00E64505" w:rsidRDefault="00FC22C1" w:rsidP="00E64505">
      <w:pPr>
        <w:rPr>
          <w:lang w:val="ro-RO"/>
        </w:rPr>
      </w:pPr>
      <w:r w:rsidRPr="00E64505">
        <w:rPr>
          <w:lang w:val="ro-RO"/>
        </w:rPr>
        <w:t>Tematica pentru postul de informatician:</w:t>
      </w:r>
    </w:p>
    <w:p w14:paraId="23C36D82" w14:textId="77777777" w:rsidR="00A6756E" w:rsidRPr="00A6756E" w:rsidRDefault="00A6756E" w:rsidP="00A6756E">
      <w:pPr>
        <w:rPr>
          <w:lang w:val="ro-RO"/>
        </w:rPr>
      </w:pPr>
      <w:r w:rsidRPr="00A6756E">
        <w:rPr>
          <w:lang w:val="ro-RO"/>
        </w:rPr>
        <w:t>1. Rețele de calculatoare</w:t>
      </w:r>
    </w:p>
    <w:p w14:paraId="1B4CEBBF" w14:textId="75A60D7A" w:rsidR="00A6756E" w:rsidRPr="00A6756E" w:rsidRDefault="00A6756E" w:rsidP="00A6756E">
      <w:pPr>
        <w:rPr>
          <w:lang w:val="ro-RO"/>
        </w:rPr>
      </w:pPr>
      <w:r w:rsidRPr="00A6756E">
        <w:rPr>
          <w:lang w:val="ro-RO"/>
        </w:rPr>
        <w:t>Conținut: Modele OSI &amp; TCP/IP, Adresare IP (IPv4, IPv6), subnetting, protocoale (TCP,</w:t>
      </w:r>
    </w:p>
    <w:p w14:paraId="70FCB7DB" w14:textId="77777777" w:rsidR="00A6756E" w:rsidRPr="00A6756E" w:rsidRDefault="00A6756E" w:rsidP="00A6756E">
      <w:pPr>
        <w:rPr>
          <w:lang w:val="ro-RO"/>
        </w:rPr>
      </w:pPr>
      <w:r w:rsidRPr="00A6756E">
        <w:rPr>
          <w:lang w:val="ro-RO"/>
        </w:rPr>
        <w:t>UDP, HTTP, FTP, DNS, DHCP), echipamente (router, switch, AP), LAN/WAN/VLAN.</w:t>
      </w:r>
    </w:p>
    <w:p w14:paraId="2A26329D" w14:textId="34D89260" w:rsidR="00A6756E" w:rsidRPr="00A6756E" w:rsidRDefault="00A6756E" w:rsidP="00A6756E">
      <w:pPr>
        <w:rPr>
          <w:lang w:val="ro-RO"/>
        </w:rPr>
      </w:pPr>
      <w:r w:rsidRPr="00A6756E">
        <w:rPr>
          <w:lang w:val="ro-RO"/>
        </w:rPr>
        <w:t>Competențe: Configurarea rețelelor locale; Depanare rapidă și diagnostic connectivity.</w:t>
      </w:r>
    </w:p>
    <w:p w14:paraId="167073CD" w14:textId="77777777" w:rsidR="00A6756E" w:rsidRPr="00A6756E" w:rsidRDefault="00A6756E" w:rsidP="00A6756E">
      <w:pPr>
        <w:rPr>
          <w:lang w:val="ro-RO"/>
        </w:rPr>
      </w:pPr>
      <w:r w:rsidRPr="00A6756E">
        <w:rPr>
          <w:lang w:val="ro-RO"/>
        </w:rPr>
        <w:t>• 2. Sisteme de operare – MS Windows</w:t>
      </w:r>
    </w:p>
    <w:p w14:paraId="73172CE0" w14:textId="42E1F8BC" w:rsidR="00A6756E" w:rsidRPr="00A6756E" w:rsidRDefault="00A6756E" w:rsidP="00A6756E">
      <w:pPr>
        <w:rPr>
          <w:lang w:val="ro-RO"/>
        </w:rPr>
      </w:pPr>
      <w:r w:rsidRPr="00A6756E">
        <w:rPr>
          <w:lang w:val="ro-RO"/>
        </w:rPr>
        <w:t>Conținut: Fundamente SO, instalare și configurare, administrare utilizatori și permisiuni,</w:t>
      </w:r>
    </w:p>
    <w:p w14:paraId="5B21906C" w14:textId="77777777" w:rsidR="00A6756E" w:rsidRPr="00A6756E" w:rsidRDefault="00A6756E" w:rsidP="00A6756E">
      <w:pPr>
        <w:rPr>
          <w:lang w:val="ro-RO"/>
        </w:rPr>
      </w:pPr>
      <w:r w:rsidRPr="00A6756E">
        <w:rPr>
          <w:lang w:val="ro-RO"/>
        </w:rPr>
        <w:t>NTFS, procese și servicii.</w:t>
      </w:r>
    </w:p>
    <w:p w14:paraId="31AE7399" w14:textId="721011B2" w:rsidR="00A6756E" w:rsidRPr="00A6756E" w:rsidRDefault="00A6756E" w:rsidP="00A6756E">
      <w:pPr>
        <w:rPr>
          <w:lang w:val="ro-RO"/>
        </w:rPr>
      </w:pPr>
      <w:r w:rsidRPr="00A6756E">
        <w:rPr>
          <w:lang w:val="ro-RO"/>
        </w:rPr>
        <w:t>Competențe: Instalare SO și configurare inițială; Administrare de bază a securității.</w:t>
      </w:r>
    </w:p>
    <w:p w14:paraId="0C9591CC" w14:textId="77777777" w:rsidR="00A6756E" w:rsidRPr="00A6756E" w:rsidRDefault="00A6756E" w:rsidP="00A6756E">
      <w:pPr>
        <w:rPr>
          <w:lang w:val="ro-RO"/>
        </w:rPr>
      </w:pPr>
      <w:r w:rsidRPr="00A6756E">
        <w:rPr>
          <w:lang w:val="ro-RO"/>
        </w:rPr>
        <w:t>• 3. Administrare Windows Server</w:t>
      </w:r>
    </w:p>
    <w:p w14:paraId="6106F116" w14:textId="3FD7297B" w:rsidR="00A6756E" w:rsidRPr="00A6756E" w:rsidRDefault="00A6756E" w:rsidP="00A6756E">
      <w:pPr>
        <w:rPr>
          <w:lang w:val="ro-RO"/>
        </w:rPr>
      </w:pPr>
      <w:r w:rsidRPr="00A6756E">
        <w:rPr>
          <w:lang w:val="ro-RO"/>
        </w:rPr>
        <w:t>Conținut: Instalare</w:t>
      </w:r>
      <w:r w:rsidR="00C36AB8">
        <w:rPr>
          <w:lang w:val="ro-RO"/>
        </w:rPr>
        <w:t>,</w:t>
      </w:r>
      <w:r w:rsidRPr="00A6756E">
        <w:rPr>
          <w:lang w:val="ro-RO"/>
        </w:rPr>
        <w:t xml:space="preserve"> configurare server, Active Directory (AD DS), GPO, DNS, DHCP, File</w:t>
      </w:r>
    </w:p>
    <w:p w14:paraId="625BB8C0" w14:textId="77777777" w:rsidR="00A6756E" w:rsidRPr="00A6756E" w:rsidRDefault="00A6756E" w:rsidP="00A6756E">
      <w:pPr>
        <w:rPr>
          <w:lang w:val="ro-RO"/>
        </w:rPr>
      </w:pPr>
      <w:r w:rsidRPr="00A6756E">
        <w:rPr>
          <w:lang w:val="ro-RO"/>
        </w:rPr>
        <w:t>Server, management domenii.</w:t>
      </w:r>
    </w:p>
    <w:p w14:paraId="73CB7CD5" w14:textId="3C5F1BD7" w:rsidR="00A6756E" w:rsidRPr="00A6756E" w:rsidRDefault="00A6756E" w:rsidP="00A6756E">
      <w:pPr>
        <w:rPr>
          <w:lang w:val="ro-RO"/>
        </w:rPr>
      </w:pPr>
      <w:r w:rsidRPr="00A6756E">
        <w:rPr>
          <w:lang w:val="ro-RO"/>
        </w:rPr>
        <w:t>Competențe: Crearea și administrarea unui domeniu; Aplicarea politicilor de securitate.</w:t>
      </w:r>
    </w:p>
    <w:p w14:paraId="6080E479" w14:textId="77777777" w:rsidR="00A6756E" w:rsidRPr="00A6756E" w:rsidRDefault="00A6756E" w:rsidP="00A6756E">
      <w:pPr>
        <w:rPr>
          <w:lang w:val="ro-RO"/>
        </w:rPr>
      </w:pPr>
      <w:r w:rsidRPr="00A6756E">
        <w:rPr>
          <w:lang w:val="ro-RO"/>
        </w:rPr>
        <w:t>• 4. Securitate informatică &amp;amp; CCTV</w:t>
      </w:r>
    </w:p>
    <w:p w14:paraId="4BC9E1C7" w14:textId="42D2A364" w:rsidR="00A6756E" w:rsidRPr="00A6756E" w:rsidRDefault="00A6756E" w:rsidP="00A6756E">
      <w:pPr>
        <w:rPr>
          <w:lang w:val="ro-RO"/>
        </w:rPr>
      </w:pPr>
      <w:r w:rsidRPr="00A6756E">
        <w:rPr>
          <w:lang w:val="ro-RO"/>
        </w:rPr>
        <w:t>Conținut: Principii CIA (Confidențialitate, Integritate, Disponibilitate), malware, phishing,</w:t>
      </w:r>
    </w:p>
    <w:p w14:paraId="1AE777BF" w14:textId="77777777" w:rsidR="00A6756E" w:rsidRPr="00A6756E" w:rsidRDefault="00A6756E" w:rsidP="00A6756E">
      <w:pPr>
        <w:rPr>
          <w:lang w:val="ro-RO"/>
        </w:rPr>
      </w:pPr>
      <w:r w:rsidRPr="00A6756E">
        <w:rPr>
          <w:lang w:val="ro-RO"/>
        </w:rPr>
        <w:t>firewall, antiviruși, sisteme CCTV, stocare video.</w:t>
      </w:r>
    </w:p>
    <w:p w14:paraId="3CE995CE" w14:textId="25D31D81" w:rsidR="00A6756E" w:rsidRPr="00A6756E" w:rsidRDefault="00A6756E" w:rsidP="00A6756E">
      <w:pPr>
        <w:rPr>
          <w:lang w:val="ro-RO"/>
        </w:rPr>
      </w:pPr>
      <w:r w:rsidRPr="00A6756E">
        <w:rPr>
          <w:lang w:val="ro-RO"/>
        </w:rPr>
        <w:t>Competențe: Implementarea și configurarea măsurilor de securitate standard; Operare</w:t>
      </w:r>
    </w:p>
    <w:p w14:paraId="6824DB3F" w14:textId="77777777" w:rsidR="00A6756E" w:rsidRPr="00A6756E" w:rsidRDefault="00A6756E" w:rsidP="00A6756E">
      <w:pPr>
        <w:rPr>
          <w:lang w:val="ro-RO"/>
        </w:rPr>
      </w:pPr>
      <w:r w:rsidRPr="00A6756E">
        <w:rPr>
          <w:lang w:val="ro-RO"/>
        </w:rPr>
        <w:t>sistem CCTV.</w:t>
      </w:r>
    </w:p>
    <w:p w14:paraId="68FBF0CD" w14:textId="77777777" w:rsidR="00A6756E" w:rsidRPr="00A6756E" w:rsidRDefault="00A6756E" w:rsidP="00A6756E">
      <w:pPr>
        <w:rPr>
          <w:lang w:val="ro-RO"/>
        </w:rPr>
      </w:pPr>
      <w:r w:rsidRPr="00A6756E">
        <w:rPr>
          <w:lang w:val="ro-RO"/>
        </w:rPr>
        <w:t>• 5. Sisteme informatice educaționale (SIIIR)</w:t>
      </w:r>
    </w:p>
    <w:p w14:paraId="2451DE69" w14:textId="2F1FA01A" w:rsidR="00A6756E" w:rsidRPr="00A6756E" w:rsidRDefault="00A6756E" w:rsidP="00A6756E">
      <w:pPr>
        <w:rPr>
          <w:lang w:val="ro-RO"/>
        </w:rPr>
      </w:pPr>
      <w:r w:rsidRPr="00A6756E">
        <w:rPr>
          <w:lang w:val="ro-RO"/>
        </w:rPr>
        <w:t>Conținut: Rolul SIIIR în școli, funcționalități, introducere/gestionare date, securitatea datelor</w:t>
      </w:r>
    </w:p>
    <w:p w14:paraId="73CE383C" w14:textId="77777777" w:rsidR="00A6756E" w:rsidRPr="00A6756E" w:rsidRDefault="00A6756E" w:rsidP="00A6756E">
      <w:pPr>
        <w:rPr>
          <w:lang w:val="ro-RO"/>
        </w:rPr>
      </w:pPr>
      <w:r w:rsidRPr="00A6756E">
        <w:rPr>
          <w:lang w:val="ro-RO"/>
        </w:rPr>
        <w:t>educaționale.</w:t>
      </w:r>
    </w:p>
    <w:p w14:paraId="49504AAF" w14:textId="6B4DCECC" w:rsidR="00A6756E" w:rsidRPr="00A6756E" w:rsidRDefault="00A6756E" w:rsidP="00A6756E">
      <w:pPr>
        <w:rPr>
          <w:lang w:val="ro-RO"/>
        </w:rPr>
      </w:pPr>
      <w:r w:rsidRPr="00A6756E">
        <w:rPr>
          <w:lang w:val="ro-RO"/>
        </w:rPr>
        <w:t>Competențe: Operare rapidă, asigurarea corectitudinii datelor și generarea de rapoarte</w:t>
      </w:r>
    </w:p>
    <w:p w14:paraId="284E0334" w14:textId="77777777" w:rsidR="00A6756E" w:rsidRPr="00A6756E" w:rsidRDefault="00A6756E" w:rsidP="00A6756E">
      <w:pPr>
        <w:rPr>
          <w:lang w:val="ro-RO"/>
        </w:rPr>
      </w:pPr>
      <w:r w:rsidRPr="00A6756E">
        <w:rPr>
          <w:lang w:val="ro-RO"/>
        </w:rPr>
        <w:t>specifice.</w:t>
      </w:r>
    </w:p>
    <w:p w14:paraId="53DD9D62" w14:textId="10564021" w:rsidR="00A6756E" w:rsidRPr="00A6756E" w:rsidRDefault="00A6756E" w:rsidP="00A6756E">
      <w:pPr>
        <w:rPr>
          <w:lang w:val="ro-RO"/>
        </w:rPr>
      </w:pPr>
      <w:r w:rsidRPr="00A6756E">
        <w:rPr>
          <w:lang w:val="ro-RO"/>
        </w:rPr>
        <w:t>• 6. Aplicații Office &amp; Colaborare</w:t>
      </w:r>
    </w:p>
    <w:p w14:paraId="77EB9AFB" w14:textId="57E6E204" w:rsidR="00A6756E" w:rsidRPr="00A6756E" w:rsidRDefault="00A6756E" w:rsidP="00A6756E">
      <w:pPr>
        <w:rPr>
          <w:lang w:val="ro-RO"/>
        </w:rPr>
      </w:pPr>
      <w:r w:rsidRPr="00A6756E">
        <w:rPr>
          <w:lang w:val="ro-RO"/>
        </w:rPr>
        <w:t>Conținut: Formatare avansată Word, formule, funcții și grafice Excel, prezentări PowerPoint,</w:t>
      </w:r>
    </w:p>
    <w:p w14:paraId="24A57BFB" w14:textId="77777777" w:rsidR="00A6756E" w:rsidRPr="00A6756E" w:rsidRDefault="00A6756E" w:rsidP="00A6756E">
      <w:pPr>
        <w:rPr>
          <w:lang w:val="ro-RO"/>
        </w:rPr>
      </w:pPr>
      <w:r w:rsidRPr="00A6756E">
        <w:rPr>
          <w:lang w:val="ro-RO"/>
        </w:rPr>
        <w:t>Google Workspace.</w:t>
      </w:r>
    </w:p>
    <w:p w14:paraId="7B921C21" w14:textId="4F799DDA" w:rsidR="00A6756E" w:rsidRPr="00A6756E" w:rsidRDefault="00A6756E" w:rsidP="00A6756E">
      <w:pPr>
        <w:rPr>
          <w:lang w:val="ro-RO"/>
        </w:rPr>
      </w:pPr>
      <w:r w:rsidRPr="00A6756E">
        <w:rPr>
          <w:lang w:val="ro-RO"/>
        </w:rPr>
        <w:t>Competențe: Crearea de documente administrative/didactice; Colaborare online eficientă.</w:t>
      </w:r>
    </w:p>
    <w:p w14:paraId="2F4E16ED" w14:textId="77777777" w:rsidR="00A6756E" w:rsidRPr="00A6756E" w:rsidRDefault="00A6756E" w:rsidP="00A6756E">
      <w:pPr>
        <w:rPr>
          <w:lang w:val="ro-RO"/>
        </w:rPr>
      </w:pPr>
      <w:r w:rsidRPr="00A6756E">
        <w:rPr>
          <w:lang w:val="ro-RO"/>
        </w:rPr>
        <w:t>• 7. Administrare Website-uri</w:t>
      </w:r>
    </w:p>
    <w:p w14:paraId="61D23C2A" w14:textId="07A98B57" w:rsidR="00A6756E" w:rsidRPr="00A6756E" w:rsidRDefault="00A6756E" w:rsidP="00A6756E">
      <w:pPr>
        <w:rPr>
          <w:lang w:val="ro-RO"/>
        </w:rPr>
      </w:pPr>
      <w:r w:rsidRPr="00A6756E">
        <w:rPr>
          <w:lang w:val="ro-RO"/>
        </w:rPr>
        <w:t>Conținut: Noțiuni elementare HTML, CSS, administrare CMS (WordPress), hosting,</w:t>
      </w:r>
    </w:p>
    <w:p w14:paraId="595B0EB1" w14:textId="77777777" w:rsidR="00A6756E" w:rsidRPr="00A6756E" w:rsidRDefault="00A6756E" w:rsidP="00A6756E">
      <w:pPr>
        <w:rPr>
          <w:lang w:val="ro-RO"/>
        </w:rPr>
      </w:pPr>
      <w:r w:rsidRPr="00A6756E">
        <w:rPr>
          <w:lang w:val="ro-RO"/>
        </w:rPr>
        <w:t>domenii, securitate web de bază.</w:t>
      </w:r>
    </w:p>
    <w:p w14:paraId="530ECCCA" w14:textId="0E53459A" w:rsidR="003820C8" w:rsidRPr="00E64505" w:rsidRDefault="00A6756E" w:rsidP="00A6756E">
      <w:pPr>
        <w:rPr>
          <w:lang w:val="ro-RO"/>
        </w:rPr>
      </w:pPr>
      <w:r w:rsidRPr="00A6756E">
        <w:rPr>
          <w:lang w:val="ro-RO"/>
        </w:rPr>
        <w:t>Competențe: Administrarea și actualizarea periodică a website-ului instituției școlare.</w:t>
      </w:r>
    </w:p>
    <w:p w14:paraId="79D33586" w14:textId="77777777" w:rsidR="003820C8" w:rsidRPr="00E64505" w:rsidRDefault="00FC22C1">
      <w:pPr>
        <w:pStyle w:val="SectionHeading"/>
        <w:rPr>
          <w:lang w:val="ro-RO"/>
        </w:rPr>
      </w:pPr>
      <w:r w:rsidRPr="00E64505">
        <w:rPr>
          <w:lang w:val="ro-RO"/>
        </w:rPr>
        <w:t>BIBLIOGRAFIE</w:t>
      </w:r>
    </w:p>
    <w:p w14:paraId="36B95535" w14:textId="77777777" w:rsidR="003820C8" w:rsidRPr="00E64505" w:rsidRDefault="00FC22C1">
      <w:pPr>
        <w:ind w:firstLine="283"/>
        <w:rPr>
          <w:lang w:val="ro-RO"/>
        </w:rPr>
      </w:pPr>
      <w:r w:rsidRPr="00E64505">
        <w:rPr>
          <w:lang w:val="ro-RO"/>
        </w:rPr>
        <w:t>• LEGEA nr. 198/2023 a Educației Naționale;</w:t>
      </w:r>
    </w:p>
    <w:p w14:paraId="7F06B215" w14:textId="77777777" w:rsidR="003820C8" w:rsidRPr="00E64505" w:rsidRDefault="00FC22C1">
      <w:pPr>
        <w:ind w:firstLine="283"/>
        <w:rPr>
          <w:lang w:val="ro-RO"/>
        </w:rPr>
      </w:pPr>
      <w:r w:rsidRPr="00E64505">
        <w:rPr>
          <w:lang w:val="ro-RO"/>
        </w:rPr>
        <w:t>• Regulamentul de organizare și funcționarea unităților de învățământ preuniversitar cu modificările și completările ulterioare, aprobat prin ORDINUL nr. 4183/2022;</w:t>
      </w:r>
    </w:p>
    <w:p w14:paraId="3EEADC0C" w14:textId="77777777" w:rsidR="003820C8" w:rsidRPr="00E64505" w:rsidRDefault="00FC22C1">
      <w:pPr>
        <w:ind w:firstLine="283"/>
        <w:rPr>
          <w:lang w:val="ro-RO"/>
        </w:rPr>
      </w:pPr>
      <w:r w:rsidRPr="00E64505">
        <w:rPr>
          <w:lang w:val="ro-RO"/>
        </w:rPr>
        <w:t>• BURAGA Sabin - 2005 Proiectarea siturilor Web - design și funcționalitate, Iași, Polirom;</w:t>
      </w:r>
    </w:p>
    <w:p w14:paraId="53087B1F" w14:textId="77777777" w:rsidR="003820C8" w:rsidRPr="00E64505" w:rsidRDefault="00FC22C1">
      <w:pPr>
        <w:ind w:firstLine="283"/>
        <w:rPr>
          <w:lang w:val="ro-RO"/>
        </w:rPr>
      </w:pPr>
      <w:r w:rsidRPr="00E64505">
        <w:rPr>
          <w:lang w:val="ro-RO"/>
        </w:rPr>
        <w:t>• CERCHEZ Emanuela - Internet. Utilizarea rețelei Internet;</w:t>
      </w:r>
    </w:p>
    <w:p w14:paraId="07682809" w14:textId="77777777" w:rsidR="003820C8" w:rsidRPr="00E64505" w:rsidRDefault="00FC22C1">
      <w:pPr>
        <w:ind w:firstLine="283"/>
        <w:rPr>
          <w:lang w:val="ro-RO"/>
        </w:rPr>
      </w:pPr>
      <w:r w:rsidRPr="00E64505">
        <w:rPr>
          <w:lang w:val="ro-RO"/>
        </w:rPr>
        <w:t>• Luke Welling, Laura Thomson - Dezvoltarea aplicațiilor WEB cu PHP și MySQL, Ed. Teora;</w:t>
      </w:r>
    </w:p>
    <w:p w14:paraId="41D49798" w14:textId="77777777" w:rsidR="003820C8" w:rsidRPr="00E64505" w:rsidRDefault="00FC22C1">
      <w:pPr>
        <w:ind w:firstLine="283"/>
        <w:rPr>
          <w:lang w:val="ro-RO"/>
        </w:rPr>
      </w:pPr>
      <w:r w:rsidRPr="00E64505">
        <w:rPr>
          <w:lang w:val="ro-RO"/>
        </w:rPr>
        <w:t>• Dima Gabriel - Visual FoxPro 7.0, Ed. TEORA;</w:t>
      </w:r>
    </w:p>
    <w:p w14:paraId="13C87026" w14:textId="77777777" w:rsidR="003820C8" w:rsidRPr="00E64505" w:rsidRDefault="00FC22C1">
      <w:pPr>
        <w:ind w:firstLine="283"/>
        <w:rPr>
          <w:lang w:val="ro-RO"/>
        </w:rPr>
      </w:pPr>
      <w:r w:rsidRPr="00E64505">
        <w:rPr>
          <w:lang w:val="ro-RO"/>
        </w:rPr>
        <w:t>• Steve Bain - Corel Draw 12. Ghidul oficial, Ed. ALL;</w:t>
      </w:r>
    </w:p>
    <w:p w14:paraId="0B8311B0" w14:textId="77777777" w:rsidR="003820C8" w:rsidRPr="00E64505" w:rsidRDefault="00FC22C1">
      <w:pPr>
        <w:ind w:firstLine="283"/>
        <w:rPr>
          <w:lang w:val="ro-RO"/>
        </w:rPr>
      </w:pPr>
      <w:r w:rsidRPr="00E64505">
        <w:rPr>
          <w:lang w:val="ro-RO"/>
        </w:rPr>
        <w:t>• Utilizarea computerului - Windows 7, Editura Euroaptitudini S.A. București;</w:t>
      </w:r>
    </w:p>
    <w:p w14:paraId="3E4A4309" w14:textId="77777777" w:rsidR="003820C8" w:rsidRPr="00E64505" w:rsidRDefault="00FC22C1">
      <w:pPr>
        <w:ind w:firstLine="283"/>
        <w:rPr>
          <w:lang w:val="ro-RO"/>
        </w:rPr>
      </w:pPr>
      <w:r w:rsidRPr="00E64505">
        <w:rPr>
          <w:lang w:val="ro-RO"/>
        </w:rPr>
        <w:t>• Utilizarea computerului - Windows 8, Editura Euroaptitudini S.A. București;</w:t>
      </w:r>
    </w:p>
    <w:p w14:paraId="41FA8FA7" w14:textId="77777777" w:rsidR="003820C8" w:rsidRPr="00E64505" w:rsidRDefault="00FC22C1">
      <w:pPr>
        <w:ind w:firstLine="283"/>
        <w:rPr>
          <w:lang w:val="ro-RO"/>
        </w:rPr>
      </w:pPr>
      <w:r w:rsidRPr="00E64505">
        <w:rPr>
          <w:lang w:val="ro-RO"/>
        </w:rPr>
        <w:t>• Editare de text - Microsoft Word 2013, Editura Euroaptitudini S.A. București;</w:t>
      </w:r>
    </w:p>
    <w:p w14:paraId="4465DC46" w14:textId="77777777" w:rsidR="003820C8" w:rsidRPr="00E64505" w:rsidRDefault="00FC22C1">
      <w:pPr>
        <w:ind w:firstLine="283"/>
        <w:rPr>
          <w:lang w:val="ro-RO"/>
        </w:rPr>
      </w:pPr>
      <w:r w:rsidRPr="00E64505">
        <w:rPr>
          <w:lang w:val="ro-RO"/>
        </w:rPr>
        <w:t>• Calcul tabelar - Microsoft Excel 2013, Editura Euroaptitudini S.A. București;</w:t>
      </w:r>
    </w:p>
    <w:p w14:paraId="12C044C5" w14:textId="65D505DD" w:rsidR="003820C8" w:rsidRDefault="00FC22C1">
      <w:pPr>
        <w:ind w:firstLine="283"/>
        <w:rPr>
          <w:lang w:val="ro-RO"/>
        </w:rPr>
      </w:pPr>
      <w:r w:rsidRPr="00E64505">
        <w:rPr>
          <w:lang w:val="ro-RO"/>
        </w:rPr>
        <w:lastRenderedPageBreak/>
        <w:t xml:space="preserve">• Utilizare SIIIR - </w:t>
      </w:r>
      <w:hyperlink r:id="rId8" w:history="1">
        <w:r w:rsidR="006C12F8" w:rsidRPr="00B1292C">
          <w:rPr>
            <w:rStyle w:val="Hyperlink"/>
            <w:lang w:val="ro-RO"/>
          </w:rPr>
          <w:t>http://siiir.edu.ro/manuale-si-ghiduri</w:t>
        </w:r>
      </w:hyperlink>
      <w:r w:rsidRPr="00E64505">
        <w:rPr>
          <w:lang w:val="ro-RO"/>
        </w:rPr>
        <w:t>;</w:t>
      </w:r>
    </w:p>
    <w:p w14:paraId="5CEA6727" w14:textId="12F55DAA" w:rsidR="00291DCD" w:rsidRPr="00291DCD" w:rsidRDefault="00291DCD" w:rsidP="00291DCD">
      <w:pPr>
        <w:ind w:firstLine="283"/>
        <w:rPr>
          <w:lang w:val="ro-RO"/>
        </w:rPr>
      </w:pPr>
      <w:r w:rsidRPr="00291DCD">
        <w:rPr>
          <w:lang w:val="ro-RO"/>
        </w:rPr>
        <w:t>Rețele de calculatoare</w:t>
      </w:r>
    </w:p>
    <w:p w14:paraId="278437AF" w14:textId="77777777" w:rsidR="00291DCD" w:rsidRPr="00291DCD" w:rsidRDefault="00291DCD" w:rsidP="00291DCD">
      <w:pPr>
        <w:ind w:firstLine="283"/>
        <w:rPr>
          <w:lang w:val="ro-RO"/>
        </w:rPr>
      </w:pPr>
      <w:r w:rsidRPr="00291DCD">
        <w:rPr>
          <w:lang w:val="ro-RO"/>
        </w:rPr>
        <w:t> Rețele de calculatoare – Sursă: Editura Byblos / Pearson</w:t>
      </w:r>
    </w:p>
    <w:p w14:paraId="1658F95C" w14:textId="77777777" w:rsidR="00291DCD" w:rsidRPr="00291DCD" w:rsidRDefault="00291DCD" w:rsidP="00291DCD">
      <w:pPr>
        <w:ind w:firstLine="283"/>
        <w:rPr>
          <w:lang w:val="ro-RO"/>
        </w:rPr>
      </w:pPr>
      <w:r w:rsidRPr="00291DCD">
        <w:rPr>
          <w:lang w:val="ro-RO"/>
        </w:rPr>
        <w:t> Rețele de calculatoare. Abordare de sus în jos – Sursă: Editura ALL / Pearson Education</w:t>
      </w:r>
    </w:p>
    <w:p w14:paraId="6E630E85" w14:textId="77777777" w:rsidR="00291DCD" w:rsidRPr="00291DCD" w:rsidRDefault="00291DCD" w:rsidP="00291DCD">
      <w:pPr>
        <w:ind w:firstLine="283"/>
        <w:rPr>
          <w:lang w:val="ro-RO"/>
        </w:rPr>
      </w:pPr>
      <w:r w:rsidRPr="00291DCD">
        <w:rPr>
          <w:lang w:val="ro-RO"/>
        </w:rPr>
        <w:t> Rețele locale de calculatoare – Sursă: Editura Politehnica / cursuri universitare (UPT, UTCN)</w:t>
      </w:r>
    </w:p>
    <w:p w14:paraId="6930E4D2" w14:textId="6A16F6E8" w:rsidR="00291DCD" w:rsidRPr="00291DCD" w:rsidRDefault="00291DCD" w:rsidP="00291DCD">
      <w:pPr>
        <w:ind w:firstLine="283"/>
        <w:rPr>
          <w:lang w:val="ro-RO"/>
        </w:rPr>
      </w:pPr>
      <w:r w:rsidRPr="00291DCD">
        <w:rPr>
          <w:lang w:val="ro-RO"/>
        </w:rPr>
        <w:t>Sisteme de operare și Microsoft Windows</w:t>
      </w:r>
    </w:p>
    <w:p w14:paraId="13C74AB2" w14:textId="77777777" w:rsidR="00291DCD" w:rsidRPr="00291DCD" w:rsidRDefault="00291DCD" w:rsidP="00291DCD">
      <w:pPr>
        <w:ind w:firstLine="283"/>
        <w:rPr>
          <w:lang w:val="ro-RO"/>
        </w:rPr>
      </w:pPr>
      <w:r w:rsidRPr="00291DCD">
        <w:rPr>
          <w:lang w:val="ro-RO"/>
        </w:rPr>
        <w:t> Sisteme de operare moderne – Sursă: Editura Byblos / Pearson</w:t>
      </w:r>
    </w:p>
    <w:p w14:paraId="5F89528C" w14:textId="77777777" w:rsidR="00291DCD" w:rsidRPr="00291DCD" w:rsidRDefault="00291DCD" w:rsidP="00291DCD">
      <w:pPr>
        <w:ind w:firstLine="283"/>
        <w:rPr>
          <w:lang w:val="ro-RO"/>
        </w:rPr>
      </w:pPr>
      <w:r w:rsidRPr="00291DCD">
        <w:rPr>
          <w:lang w:val="ro-RO"/>
        </w:rPr>
        <w:t> Windows 10. Ghid complet – Sursă: Editura Niculescu</w:t>
      </w:r>
    </w:p>
    <w:p w14:paraId="3230B46E" w14:textId="77777777" w:rsidR="00291DCD" w:rsidRPr="00291DCD" w:rsidRDefault="00291DCD" w:rsidP="00291DCD">
      <w:pPr>
        <w:ind w:firstLine="283"/>
        <w:rPr>
          <w:lang w:val="ro-RO"/>
        </w:rPr>
      </w:pPr>
      <w:r w:rsidRPr="00291DCD">
        <w:rPr>
          <w:lang w:val="ro-RO"/>
        </w:rPr>
        <w:t> Administrarea sistemelor Windows – Sursă: Editura Teora (colecții IT)</w:t>
      </w:r>
    </w:p>
    <w:p w14:paraId="1186A533" w14:textId="0E0B0C4F" w:rsidR="00291DCD" w:rsidRPr="00291DCD" w:rsidRDefault="00291DCD" w:rsidP="00291DCD">
      <w:pPr>
        <w:ind w:firstLine="283"/>
        <w:rPr>
          <w:lang w:val="ro-RO"/>
        </w:rPr>
      </w:pPr>
      <w:r w:rsidRPr="00291DCD">
        <w:rPr>
          <w:lang w:val="ro-RO"/>
        </w:rPr>
        <w:t>Windows Server &amp;amp; administrare rețele</w:t>
      </w:r>
    </w:p>
    <w:p w14:paraId="757C42B5" w14:textId="77777777" w:rsidR="00291DCD" w:rsidRPr="00291DCD" w:rsidRDefault="00291DCD" w:rsidP="00291DCD">
      <w:pPr>
        <w:ind w:firstLine="283"/>
        <w:rPr>
          <w:lang w:val="ro-RO"/>
        </w:rPr>
      </w:pPr>
      <w:r w:rsidRPr="00291DCD">
        <w:rPr>
          <w:lang w:val="ro-RO"/>
        </w:rPr>
        <w:t> Administrarea Windows Server – Sursă: Editura Teora / traduceri Microsoft Press</w:t>
      </w:r>
    </w:p>
    <w:p w14:paraId="3B1807E6" w14:textId="77777777" w:rsidR="00291DCD" w:rsidRPr="00291DCD" w:rsidRDefault="00291DCD" w:rsidP="00291DCD">
      <w:pPr>
        <w:ind w:firstLine="283"/>
        <w:rPr>
          <w:lang w:val="ro-RO"/>
        </w:rPr>
      </w:pPr>
      <w:r w:rsidRPr="00291DCD">
        <w:rPr>
          <w:lang w:val="ro-RO"/>
        </w:rPr>
        <w:t> Rețele de calculatoare. Probleme și soluții – Sursă: Edituri universitare (Politehnica, UTCN)</w:t>
      </w:r>
    </w:p>
    <w:p w14:paraId="23F3DCFF" w14:textId="58E3E6FF" w:rsidR="00291DCD" w:rsidRPr="00291DCD" w:rsidRDefault="00291DCD" w:rsidP="00291DCD">
      <w:pPr>
        <w:ind w:firstLine="283"/>
        <w:rPr>
          <w:lang w:val="ro-RO"/>
        </w:rPr>
      </w:pPr>
      <w:r w:rsidRPr="00291DCD">
        <w:rPr>
          <w:lang w:val="ro-RO"/>
        </w:rPr>
        <w:t>Sisteme de supraveghere video (CCTV) și securitate</w:t>
      </w:r>
    </w:p>
    <w:p w14:paraId="5D71DF54" w14:textId="77777777" w:rsidR="00291DCD" w:rsidRPr="00291DCD" w:rsidRDefault="00291DCD" w:rsidP="00291DCD">
      <w:pPr>
        <w:ind w:firstLine="283"/>
        <w:rPr>
          <w:lang w:val="ro-RO"/>
        </w:rPr>
      </w:pPr>
      <w:r w:rsidRPr="00291DCD">
        <w:rPr>
          <w:lang w:val="ro-RO"/>
        </w:rPr>
        <w:t> Sisteme de securitate și supraveghere video – Sursă: Editura Matrix Rom</w:t>
      </w:r>
    </w:p>
    <w:p w14:paraId="7491784C" w14:textId="77777777" w:rsidR="00291DCD" w:rsidRPr="00291DCD" w:rsidRDefault="00291DCD" w:rsidP="00291DCD">
      <w:pPr>
        <w:ind w:firstLine="283"/>
        <w:rPr>
          <w:lang w:val="ro-RO"/>
        </w:rPr>
      </w:pPr>
      <w:r w:rsidRPr="00291DCD">
        <w:rPr>
          <w:lang w:val="ro-RO"/>
        </w:rPr>
        <w:t> Securitatea rețelelor de calculatoare – Sursă: Editura Polirom / cursuri universitare</w:t>
      </w:r>
    </w:p>
    <w:p w14:paraId="0BC0F333" w14:textId="3A21BC99" w:rsidR="00291DCD" w:rsidRPr="00291DCD" w:rsidRDefault="00291DCD" w:rsidP="00291DCD">
      <w:pPr>
        <w:ind w:firstLine="283"/>
        <w:rPr>
          <w:lang w:val="ro-RO"/>
        </w:rPr>
      </w:pPr>
      <w:r w:rsidRPr="00291DCD">
        <w:rPr>
          <w:lang w:val="ro-RO"/>
        </w:rPr>
        <w:t>SIIIR și sisteme informatice educaționale</w:t>
      </w:r>
    </w:p>
    <w:p w14:paraId="043E9B1C" w14:textId="77777777" w:rsidR="00291DCD" w:rsidRPr="00291DCD" w:rsidRDefault="00291DCD" w:rsidP="00291DCD">
      <w:pPr>
        <w:ind w:firstLine="283"/>
        <w:rPr>
          <w:lang w:val="ro-RO"/>
        </w:rPr>
      </w:pPr>
      <w:r w:rsidRPr="00291DCD">
        <w:rPr>
          <w:lang w:val="ro-RO"/>
        </w:rPr>
        <w:t> Sisteme informatice în educație – Sursă: Editura Universitară / cursuri facultăți de profil</w:t>
      </w:r>
    </w:p>
    <w:p w14:paraId="70D141C2" w14:textId="77777777" w:rsidR="00291DCD" w:rsidRPr="00291DCD" w:rsidRDefault="00291DCD" w:rsidP="00291DCD">
      <w:pPr>
        <w:ind w:firstLine="283"/>
        <w:rPr>
          <w:lang w:val="ro-RO"/>
        </w:rPr>
      </w:pPr>
      <w:r w:rsidRPr="00291DCD">
        <w:rPr>
          <w:lang w:val="ro-RO"/>
        </w:rPr>
        <w:t> Ghiduri oficiale SIIIR – Sursă: Ministerul Educației (Platforma Ministerului)</w:t>
      </w:r>
    </w:p>
    <w:p w14:paraId="26D49F59" w14:textId="3B4D0C01" w:rsidR="00291DCD" w:rsidRPr="00291DCD" w:rsidRDefault="00291DCD" w:rsidP="00291DCD">
      <w:pPr>
        <w:ind w:firstLine="283"/>
        <w:rPr>
          <w:lang w:val="ro-RO"/>
        </w:rPr>
      </w:pPr>
      <w:r w:rsidRPr="00291DCD">
        <w:rPr>
          <w:lang w:val="ro-RO"/>
        </w:rPr>
        <w:t>Microsoft Office și productivitate</w:t>
      </w:r>
    </w:p>
    <w:p w14:paraId="45F1D427" w14:textId="77777777" w:rsidR="00291DCD" w:rsidRPr="00291DCD" w:rsidRDefault="00291DCD" w:rsidP="00291DCD">
      <w:pPr>
        <w:ind w:firstLine="283"/>
        <w:rPr>
          <w:lang w:val="ro-RO"/>
        </w:rPr>
      </w:pPr>
      <w:r w:rsidRPr="00291DCD">
        <w:rPr>
          <w:lang w:val="ro-RO"/>
        </w:rPr>
        <w:t> Microsoft Office. Ghid practic – Sursă: Editura Niculescu</w:t>
      </w:r>
    </w:p>
    <w:p w14:paraId="6964A632" w14:textId="77777777" w:rsidR="00291DCD" w:rsidRPr="00291DCD" w:rsidRDefault="00291DCD" w:rsidP="00291DCD">
      <w:pPr>
        <w:ind w:firstLine="283"/>
        <w:rPr>
          <w:lang w:val="ro-RO"/>
        </w:rPr>
      </w:pPr>
      <w:r w:rsidRPr="00291DCD">
        <w:rPr>
          <w:lang w:val="ro-RO"/>
        </w:rPr>
        <w:t> Excel pentru începători și avansați – Sursă: Editura Corint / Niculescu</w:t>
      </w:r>
    </w:p>
    <w:p w14:paraId="61BBA783" w14:textId="15D254B6" w:rsidR="00291DCD" w:rsidRPr="00291DCD" w:rsidRDefault="00291DCD" w:rsidP="00291DCD">
      <w:pPr>
        <w:ind w:firstLine="283"/>
        <w:rPr>
          <w:lang w:val="ro-RO"/>
        </w:rPr>
      </w:pPr>
      <w:r w:rsidRPr="00291DCD">
        <w:rPr>
          <w:lang w:val="ro-RO"/>
        </w:rPr>
        <w:t>Google Workspace (G Suite)</w:t>
      </w:r>
    </w:p>
    <w:p w14:paraId="77163EDA" w14:textId="77777777" w:rsidR="00291DCD" w:rsidRPr="00291DCD" w:rsidRDefault="00291DCD" w:rsidP="00291DCD">
      <w:pPr>
        <w:ind w:firstLine="283"/>
        <w:rPr>
          <w:lang w:val="ro-RO"/>
        </w:rPr>
      </w:pPr>
      <w:r w:rsidRPr="00291DCD">
        <w:rPr>
          <w:lang w:val="ro-RO"/>
        </w:rPr>
        <w:t> Instrumente Google pentru educație – Sursă: materiale educaționale + ghiduri adaptate</w:t>
      </w:r>
    </w:p>
    <w:p w14:paraId="2B763179" w14:textId="77777777" w:rsidR="00291DCD" w:rsidRPr="00291DCD" w:rsidRDefault="00291DCD" w:rsidP="00291DCD">
      <w:pPr>
        <w:ind w:firstLine="283"/>
        <w:rPr>
          <w:lang w:val="ro-RO"/>
        </w:rPr>
      </w:pPr>
      <w:r w:rsidRPr="00291DCD">
        <w:rPr>
          <w:lang w:val="ro-RO"/>
        </w:rPr>
        <w:t> Educația digitală – Sursă: Editura Polirom</w:t>
      </w:r>
    </w:p>
    <w:p w14:paraId="7054C798" w14:textId="4108957F" w:rsidR="00291DCD" w:rsidRPr="00291DCD" w:rsidRDefault="00291DCD" w:rsidP="00291DCD">
      <w:pPr>
        <w:ind w:firstLine="283"/>
        <w:rPr>
          <w:lang w:val="ro-RO"/>
        </w:rPr>
      </w:pPr>
      <w:r w:rsidRPr="00291DCD">
        <w:rPr>
          <w:lang w:val="ro-RO"/>
        </w:rPr>
        <w:t>Administrare website-uri</w:t>
      </w:r>
    </w:p>
    <w:p w14:paraId="7F7A0DD9" w14:textId="77777777" w:rsidR="00291DCD" w:rsidRPr="00291DCD" w:rsidRDefault="00291DCD" w:rsidP="00291DCD">
      <w:pPr>
        <w:ind w:firstLine="283"/>
        <w:rPr>
          <w:lang w:val="ro-RO"/>
        </w:rPr>
      </w:pPr>
      <w:r w:rsidRPr="00291DCD">
        <w:rPr>
          <w:lang w:val="ro-RO"/>
        </w:rPr>
        <w:t> HTML și CSS. Proiectare și dezvoltare web – Sursă: Editura Publica</w:t>
      </w:r>
    </w:p>
    <w:p w14:paraId="087232F3" w14:textId="77777777" w:rsidR="00291DCD" w:rsidRPr="00291DCD" w:rsidRDefault="00291DCD" w:rsidP="00291DCD">
      <w:pPr>
        <w:ind w:firstLine="283"/>
        <w:rPr>
          <w:lang w:val="ro-RO"/>
        </w:rPr>
      </w:pPr>
      <w:r w:rsidRPr="00291DCD">
        <w:rPr>
          <w:lang w:val="ro-RO"/>
        </w:rPr>
        <w:t> PHP și MySQL pentru începători – Sursă: Editura Teora</w:t>
      </w:r>
    </w:p>
    <w:p w14:paraId="4D63E945" w14:textId="20194429" w:rsidR="00291DCD" w:rsidRDefault="00291DCD" w:rsidP="00291DCD">
      <w:pPr>
        <w:ind w:firstLine="283"/>
        <w:rPr>
          <w:lang w:val="ro-RO"/>
        </w:rPr>
      </w:pPr>
      <w:r w:rsidRPr="00291DCD">
        <w:rPr>
          <w:lang w:val="ro-RO"/>
        </w:rPr>
        <w:t> WordPress. Ghid practic – Sursă: Editura Niculescu / resurse online oficiale WordPress</w:t>
      </w:r>
    </w:p>
    <w:p w14:paraId="7517B61A" w14:textId="77777777" w:rsidR="006C12F8" w:rsidRDefault="006C12F8">
      <w:pPr>
        <w:ind w:firstLine="283"/>
        <w:rPr>
          <w:lang w:val="ro-RO"/>
        </w:rPr>
      </w:pPr>
    </w:p>
    <w:p w14:paraId="7D3ACE87" w14:textId="77777777" w:rsidR="00004CE0" w:rsidRDefault="00004CE0">
      <w:pPr>
        <w:ind w:firstLine="283"/>
        <w:rPr>
          <w:lang w:val="ro-RO"/>
        </w:rPr>
      </w:pPr>
    </w:p>
    <w:p w14:paraId="50A8B830" w14:textId="77777777" w:rsidR="00004CE0" w:rsidRDefault="00004CE0">
      <w:pPr>
        <w:ind w:firstLine="283"/>
        <w:rPr>
          <w:lang w:val="ro-RO"/>
        </w:rPr>
      </w:pPr>
    </w:p>
    <w:p w14:paraId="172C8E26" w14:textId="77777777" w:rsidR="00004CE0" w:rsidRDefault="00004CE0">
      <w:pPr>
        <w:ind w:firstLine="283"/>
        <w:rPr>
          <w:lang w:val="ro-RO"/>
        </w:rPr>
      </w:pPr>
    </w:p>
    <w:p w14:paraId="36CEF139" w14:textId="77777777" w:rsidR="00004CE0" w:rsidRDefault="00004CE0">
      <w:pPr>
        <w:ind w:firstLine="283"/>
        <w:rPr>
          <w:lang w:val="ro-RO"/>
        </w:rPr>
      </w:pPr>
    </w:p>
    <w:p w14:paraId="3C896C28" w14:textId="77777777" w:rsidR="00004CE0" w:rsidRDefault="00004CE0">
      <w:pPr>
        <w:ind w:firstLine="283"/>
        <w:rPr>
          <w:lang w:val="ro-RO"/>
        </w:rPr>
      </w:pPr>
    </w:p>
    <w:p w14:paraId="4A863623" w14:textId="77777777" w:rsidR="00004CE0" w:rsidRDefault="00004CE0">
      <w:pPr>
        <w:ind w:firstLine="283"/>
        <w:rPr>
          <w:lang w:val="ro-RO"/>
        </w:rPr>
      </w:pPr>
    </w:p>
    <w:p w14:paraId="02A8C117" w14:textId="77777777" w:rsidR="00004CE0" w:rsidRDefault="00004CE0">
      <w:pPr>
        <w:ind w:firstLine="283"/>
        <w:rPr>
          <w:lang w:val="ro-RO"/>
        </w:rPr>
      </w:pPr>
    </w:p>
    <w:p w14:paraId="0264ECF8" w14:textId="77777777" w:rsidR="00004CE0" w:rsidRDefault="00004CE0">
      <w:pPr>
        <w:ind w:firstLine="283"/>
        <w:rPr>
          <w:lang w:val="ro-RO"/>
        </w:rPr>
      </w:pPr>
    </w:p>
    <w:p w14:paraId="5BBAD9E0" w14:textId="77777777" w:rsidR="00004CE0" w:rsidRDefault="00004CE0">
      <w:pPr>
        <w:ind w:firstLine="283"/>
        <w:rPr>
          <w:lang w:val="ro-RO"/>
        </w:rPr>
      </w:pPr>
    </w:p>
    <w:p w14:paraId="3E474972" w14:textId="77777777" w:rsidR="00004CE0" w:rsidRDefault="00004CE0">
      <w:pPr>
        <w:ind w:firstLine="283"/>
        <w:rPr>
          <w:lang w:val="ro-RO"/>
        </w:rPr>
      </w:pPr>
    </w:p>
    <w:p w14:paraId="63567E68" w14:textId="77777777" w:rsidR="00004CE0" w:rsidRDefault="00004CE0">
      <w:pPr>
        <w:ind w:firstLine="283"/>
        <w:rPr>
          <w:lang w:val="ro-RO"/>
        </w:rPr>
      </w:pPr>
    </w:p>
    <w:p w14:paraId="0A2F576F" w14:textId="77777777" w:rsidR="00004CE0" w:rsidRDefault="00004CE0">
      <w:pPr>
        <w:ind w:firstLine="283"/>
        <w:rPr>
          <w:lang w:val="ro-RO"/>
        </w:rPr>
      </w:pPr>
    </w:p>
    <w:p w14:paraId="2DDFD73A" w14:textId="77777777" w:rsidR="00004CE0" w:rsidRDefault="00004CE0">
      <w:pPr>
        <w:ind w:firstLine="283"/>
        <w:rPr>
          <w:lang w:val="ro-RO"/>
        </w:rPr>
      </w:pPr>
    </w:p>
    <w:p w14:paraId="53E2AE5A" w14:textId="77777777" w:rsidR="00004CE0" w:rsidRDefault="00004CE0">
      <w:pPr>
        <w:ind w:firstLine="283"/>
        <w:rPr>
          <w:lang w:val="ro-RO"/>
        </w:rPr>
      </w:pPr>
    </w:p>
    <w:p w14:paraId="650CBF45" w14:textId="77777777" w:rsidR="00004CE0" w:rsidRDefault="00004CE0">
      <w:pPr>
        <w:ind w:firstLine="283"/>
        <w:rPr>
          <w:lang w:val="ro-RO"/>
        </w:rPr>
      </w:pPr>
    </w:p>
    <w:p w14:paraId="25A132DE" w14:textId="77777777" w:rsidR="00004CE0" w:rsidRDefault="00004CE0">
      <w:pPr>
        <w:ind w:firstLine="283"/>
        <w:rPr>
          <w:lang w:val="ro-RO"/>
        </w:rPr>
      </w:pPr>
    </w:p>
    <w:p w14:paraId="2C8FCEF3" w14:textId="77777777" w:rsidR="00004CE0" w:rsidRDefault="00004CE0">
      <w:pPr>
        <w:ind w:firstLine="283"/>
        <w:rPr>
          <w:lang w:val="ro-RO"/>
        </w:rPr>
      </w:pPr>
    </w:p>
    <w:p w14:paraId="52EAFC5C" w14:textId="77777777" w:rsidR="006C12F8" w:rsidRDefault="006C12F8" w:rsidP="006C12F8">
      <w:pPr>
        <w:ind w:firstLine="720"/>
        <w:jc w:val="center"/>
        <w:rPr>
          <w:rFonts w:cs="Times New Roman"/>
          <w:b/>
          <w:szCs w:val="24"/>
          <w:lang w:val="ro-RO"/>
        </w:rPr>
      </w:pPr>
      <w:r w:rsidRPr="006C12F8">
        <w:rPr>
          <w:rFonts w:cs="Times New Roman"/>
          <w:b/>
          <w:szCs w:val="24"/>
          <w:lang w:val="ro-RO"/>
        </w:rPr>
        <w:lastRenderedPageBreak/>
        <w:t>Concursul se va organiza conform calendarului următor:</w:t>
      </w:r>
    </w:p>
    <w:p w14:paraId="41B035AC" w14:textId="77777777" w:rsidR="00924603" w:rsidRDefault="00924603" w:rsidP="006C12F8">
      <w:pPr>
        <w:ind w:firstLine="720"/>
        <w:jc w:val="center"/>
        <w:rPr>
          <w:rFonts w:cs="Times New Roman"/>
          <w:b/>
          <w:szCs w:val="24"/>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3060"/>
        <w:gridCol w:w="9"/>
        <w:gridCol w:w="5238"/>
      </w:tblGrid>
      <w:tr w:rsidR="00924603" w:rsidRPr="00924603" w14:paraId="1B9AD48F" w14:textId="77777777" w:rsidTr="00290FFD">
        <w:tc>
          <w:tcPr>
            <w:tcW w:w="1008" w:type="dxa"/>
            <w:tcBorders>
              <w:top w:val="single" w:sz="4" w:space="0" w:color="000000"/>
              <w:left w:val="single" w:sz="4" w:space="0" w:color="000000"/>
              <w:bottom w:val="single" w:sz="4" w:space="0" w:color="000000"/>
              <w:right w:val="single" w:sz="4" w:space="0" w:color="000000"/>
            </w:tcBorders>
            <w:hideMark/>
          </w:tcPr>
          <w:p w14:paraId="46CB0A0E" w14:textId="77777777" w:rsidR="00924603" w:rsidRPr="00924603" w:rsidRDefault="00924603" w:rsidP="00924603">
            <w:pPr>
              <w:jc w:val="both"/>
              <w:rPr>
                <w:rFonts w:cs="Times New Roman"/>
                <w:b/>
                <w:sz w:val="22"/>
                <w:lang w:val="ro-RO"/>
              </w:rPr>
            </w:pPr>
            <w:r w:rsidRPr="00924603">
              <w:rPr>
                <w:rFonts w:cs="Times New Roman"/>
                <w:b/>
                <w:sz w:val="22"/>
                <w:lang w:val="ro-RO"/>
              </w:rPr>
              <w:t>Nr. crt.</w:t>
            </w:r>
          </w:p>
        </w:tc>
        <w:tc>
          <w:tcPr>
            <w:tcW w:w="3060" w:type="dxa"/>
            <w:tcBorders>
              <w:top w:val="single" w:sz="4" w:space="0" w:color="000000"/>
              <w:left w:val="single" w:sz="4" w:space="0" w:color="000000"/>
              <w:bottom w:val="single" w:sz="4" w:space="0" w:color="000000"/>
              <w:right w:val="single" w:sz="4" w:space="0" w:color="000000"/>
            </w:tcBorders>
            <w:hideMark/>
          </w:tcPr>
          <w:p w14:paraId="764DA661" w14:textId="77777777" w:rsidR="00924603" w:rsidRPr="00924603" w:rsidRDefault="00924603" w:rsidP="00924603">
            <w:pPr>
              <w:jc w:val="both"/>
              <w:rPr>
                <w:rFonts w:cs="Times New Roman"/>
                <w:b/>
                <w:sz w:val="22"/>
                <w:lang w:val="ro-RO"/>
              </w:rPr>
            </w:pPr>
            <w:r w:rsidRPr="00924603">
              <w:rPr>
                <w:rFonts w:cs="Times New Roman"/>
                <w:b/>
                <w:sz w:val="22"/>
                <w:lang w:val="ro-RO"/>
              </w:rPr>
              <w:t>Data/Perioada desfășurării</w:t>
            </w:r>
          </w:p>
        </w:tc>
        <w:tc>
          <w:tcPr>
            <w:tcW w:w="5247" w:type="dxa"/>
            <w:gridSpan w:val="2"/>
            <w:tcBorders>
              <w:top w:val="single" w:sz="4" w:space="0" w:color="000000"/>
              <w:left w:val="single" w:sz="4" w:space="0" w:color="000000"/>
              <w:bottom w:val="single" w:sz="4" w:space="0" w:color="000000"/>
              <w:right w:val="single" w:sz="4" w:space="0" w:color="000000"/>
            </w:tcBorders>
            <w:hideMark/>
          </w:tcPr>
          <w:p w14:paraId="1BF4DBA4" w14:textId="77777777" w:rsidR="00924603" w:rsidRPr="00924603" w:rsidRDefault="00924603" w:rsidP="00924603">
            <w:pPr>
              <w:jc w:val="center"/>
              <w:rPr>
                <w:rFonts w:cs="Times New Roman"/>
                <w:b/>
                <w:sz w:val="22"/>
                <w:lang w:val="ro-RO"/>
              </w:rPr>
            </w:pPr>
            <w:r w:rsidRPr="00924603">
              <w:rPr>
                <w:rFonts w:cs="Times New Roman"/>
                <w:b/>
                <w:sz w:val="22"/>
                <w:lang w:val="ro-RO"/>
              </w:rPr>
              <w:t>Activitate</w:t>
            </w:r>
          </w:p>
        </w:tc>
      </w:tr>
      <w:tr w:rsidR="00924603" w:rsidRPr="00924603" w14:paraId="2B0215D2" w14:textId="77777777" w:rsidTr="00290FFD">
        <w:tc>
          <w:tcPr>
            <w:tcW w:w="1008" w:type="dxa"/>
            <w:tcBorders>
              <w:top w:val="single" w:sz="4" w:space="0" w:color="000000"/>
              <w:left w:val="single" w:sz="4" w:space="0" w:color="000000"/>
              <w:bottom w:val="single" w:sz="4" w:space="0" w:color="000000"/>
              <w:right w:val="single" w:sz="4" w:space="0" w:color="000000"/>
            </w:tcBorders>
          </w:tcPr>
          <w:p w14:paraId="1DD92B59" w14:textId="77777777" w:rsidR="00924603" w:rsidRPr="00924603" w:rsidRDefault="00924603" w:rsidP="00924603">
            <w:pPr>
              <w:jc w:val="both"/>
              <w:rPr>
                <w:rFonts w:cs="Times New Roman"/>
                <w:bCs/>
                <w:sz w:val="22"/>
                <w:lang w:val="ro-RO"/>
              </w:rPr>
            </w:pPr>
          </w:p>
        </w:tc>
        <w:tc>
          <w:tcPr>
            <w:tcW w:w="8307" w:type="dxa"/>
            <w:gridSpan w:val="3"/>
            <w:tcBorders>
              <w:top w:val="single" w:sz="4" w:space="0" w:color="000000"/>
              <w:left w:val="single" w:sz="4" w:space="0" w:color="000000"/>
              <w:bottom w:val="single" w:sz="4" w:space="0" w:color="000000"/>
              <w:right w:val="single" w:sz="4" w:space="0" w:color="000000"/>
            </w:tcBorders>
          </w:tcPr>
          <w:p w14:paraId="2F60AE0E" w14:textId="77777777" w:rsidR="00924603" w:rsidRPr="00924603" w:rsidRDefault="00924603" w:rsidP="00924603">
            <w:pPr>
              <w:jc w:val="center"/>
              <w:rPr>
                <w:rFonts w:cs="Times New Roman"/>
                <w:b/>
                <w:sz w:val="22"/>
                <w:lang w:val="ro-RO"/>
              </w:rPr>
            </w:pPr>
            <w:r w:rsidRPr="00924603">
              <w:rPr>
                <w:rFonts w:cs="Times New Roman"/>
                <w:sz w:val="22"/>
                <w:lang w:val="ro-RO"/>
              </w:rPr>
              <w:t xml:space="preserve">Afișarea anunțului la sediul unității și publicarea </w:t>
            </w:r>
            <w:hyperlink r:id="rId9" w:history="1">
              <w:r w:rsidRPr="00924603">
                <w:rPr>
                  <w:rFonts w:cs="Times New Roman"/>
                  <w:color w:val="0000FF"/>
                  <w:sz w:val="22"/>
                  <w:u w:val="single"/>
                  <w:lang w:val="ro-RO"/>
                </w:rPr>
                <w:t>https://posturi.gov.ro/</w:t>
              </w:r>
            </w:hyperlink>
            <w:r w:rsidRPr="00924603">
              <w:rPr>
                <w:rFonts w:cs="Times New Roman"/>
                <w:sz w:val="22"/>
                <w:lang w:val="ro-RO"/>
              </w:rPr>
              <w:t xml:space="preserve">  (cu cel puțin 15 zile lucrătoare înainte de data stabilită pentru prima probă a concursului pentru ocuparea postului contractual vacant)</w:t>
            </w:r>
          </w:p>
        </w:tc>
      </w:tr>
      <w:tr w:rsidR="00924603" w:rsidRPr="00924603" w14:paraId="24A33F46" w14:textId="77777777" w:rsidTr="00290FFD">
        <w:tc>
          <w:tcPr>
            <w:tcW w:w="1008" w:type="dxa"/>
            <w:tcBorders>
              <w:top w:val="single" w:sz="4" w:space="0" w:color="000000"/>
              <w:left w:val="single" w:sz="4" w:space="0" w:color="000000"/>
              <w:bottom w:val="single" w:sz="4" w:space="0" w:color="000000"/>
              <w:right w:val="single" w:sz="4" w:space="0" w:color="000000"/>
            </w:tcBorders>
            <w:hideMark/>
          </w:tcPr>
          <w:p w14:paraId="0A0BDEC0" w14:textId="77777777" w:rsidR="00924603" w:rsidRPr="00924603" w:rsidRDefault="00924603" w:rsidP="00924603">
            <w:pPr>
              <w:jc w:val="both"/>
              <w:rPr>
                <w:rFonts w:cs="Times New Roman"/>
                <w:bCs/>
                <w:sz w:val="22"/>
                <w:lang w:val="ro-RO"/>
              </w:rPr>
            </w:pPr>
            <w:r w:rsidRPr="00924603">
              <w:rPr>
                <w:rFonts w:cs="Times New Roman"/>
                <w:bCs/>
                <w:sz w:val="22"/>
                <w:lang w:val="ro-RO"/>
              </w:rPr>
              <w:t>1.</w:t>
            </w:r>
          </w:p>
        </w:tc>
        <w:tc>
          <w:tcPr>
            <w:tcW w:w="3060" w:type="dxa"/>
            <w:tcBorders>
              <w:top w:val="single" w:sz="4" w:space="0" w:color="000000"/>
              <w:left w:val="single" w:sz="4" w:space="0" w:color="000000"/>
              <w:bottom w:val="single" w:sz="4" w:space="0" w:color="000000"/>
              <w:right w:val="single" w:sz="4" w:space="0" w:color="000000"/>
            </w:tcBorders>
            <w:hideMark/>
          </w:tcPr>
          <w:p w14:paraId="046D2DD7" w14:textId="77777777" w:rsidR="00924603" w:rsidRPr="00924603" w:rsidRDefault="00924603" w:rsidP="00924603">
            <w:pPr>
              <w:rPr>
                <w:rFonts w:cs="Times New Roman"/>
                <w:b/>
                <w:sz w:val="22"/>
                <w:lang w:val="ro-RO"/>
              </w:rPr>
            </w:pPr>
            <w:r w:rsidRPr="00924603">
              <w:rPr>
                <w:rFonts w:cs="Times New Roman"/>
                <w:b/>
                <w:sz w:val="22"/>
                <w:lang w:val="ro-RO"/>
              </w:rPr>
              <w:t>20.07.2026</w:t>
            </w:r>
          </w:p>
        </w:tc>
        <w:tc>
          <w:tcPr>
            <w:tcW w:w="5247" w:type="dxa"/>
            <w:gridSpan w:val="2"/>
            <w:tcBorders>
              <w:top w:val="single" w:sz="4" w:space="0" w:color="000000"/>
              <w:left w:val="single" w:sz="4" w:space="0" w:color="000000"/>
              <w:bottom w:val="single" w:sz="4" w:space="0" w:color="000000"/>
              <w:right w:val="single" w:sz="4" w:space="0" w:color="000000"/>
            </w:tcBorders>
            <w:hideMark/>
          </w:tcPr>
          <w:p w14:paraId="6B844C85" w14:textId="77777777" w:rsidR="00924603" w:rsidRPr="00924603" w:rsidRDefault="00924603" w:rsidP="00924603">
            <w:pPr>
              <w:jc w:val="center"/>
              <w:rPr>
                <w:rFonts w:cs="Times New Roman"/>
                <w:b/>
                <w:sz w:val="22"/>
                <w:lang w:val="ro-RO"/>
              </w:rPr>
            </w:pPr>
            <w:r w:rsidRPr="00924603">
              <w:rPr>
                <w:rFonts w:cs="Times New Roman"/>
                <w:b/>
                <w:sz w:val="22"/>
                <w:lang w:val="ro-RO"/>
              </w:rPr>
              <w:t>Publicarea anunțului</w:t>
            </w:r>
          </w:p>
          <w:p w14:paraId="4D788C17" w14:textId="77777777" w:rsidR="00924603" w:rsidRPr="00924603" w:rsidRDefault="00924603" w:rsidP="00924603">
            <w:pPr>
              <w:rPr>
                <w:rFonts w:cs="Times New Roman"/>
                <w:b/>
                <w:sz w:val="22"/>
                <w:lang w:val="ro-RO"/>
              </w:rPr>
            </w:pPr>
            <w:r w:rsidRPr="00924603">
              <w:rPr>
                <w:rFonts w:cs="Times New Roman"/>
                <w:bCs/>
                <w:sz w:val="22"/>
                <w:lang w:val="ro-RO"/>
              </w:rPr>
              <w:t xml:space="preserve">Pe portalul posturi.gov.ro,  </w:t>
            </w:r>
            <w:r w:rsidRPr="00924603">
              <w:rPr>
                <w:rFonts w:cs="Times New Roman"/>
                <w:sz w:val="22"/>
              </w:rPr>
              <w:t>Liceul Tehnologic Pucioasa,  Strada C. Olănescu, nr. 19</w:t>
            </w:r>
            <w:r w:rsidRPr="00924603">
              <w:rPr>
                <w:rFonts w:cs="Times New Roman"/>
                <w:bCs/>
                <w:sz w:val="22"/>
                <w:lang w:val="ro-RO"/>
              </w:rPr>
              <w:t xml:space="preserve">, precum şi pe site-ul instituţiei </w:t>
            </w:r>
            <w:hyperlink r:id="rId10" w:history="1">
              <w:r w:rsidRPr="00924603">
                <w:rPr>
                  <w:rFonts w:cs="Times New Roman"/>
                  <w:bCs/>
                  <w:color w:val="0000FF"/>
                  <w:sz w:val="22"/>
                  <w:u w:val="single"/>
                  <w:lang w:val="ro-RO"/>
                </w:rPr>
                <w:t>www.l</w:t>
              </w:r>
              <w:r w:rsidRPr="00924603">
                <w:rPr>
                  <w:rFonts w:cs="Times New Roman"/>
                  <w:bCs/>
                  <w:color w:val="0000FF"/>
                  <w:sz w:val="22"/>
                  <w:u w:val="single"/>
                </w:rPr>
                <w:t>ictpucioasa</w:t>
              </w:r>
              <w:r w:rsidRPr="00924603">
                <w:rPr>
                  <w:rFonts w:cs="Times New Roman"/>
                  <w:bCs/>
                  <w:color w:val="0000FF"/>
                  <w:sz w:val="22"/>
                  <w:u w:val="single"/>
                  <w:lang w:val="ro-RO"/>
                </w:rPr>
                <w:t>.ro</w:t>
              </w:r>
            </w:hyperlink>
            <w:r w:rsidRPr="00924603">
              <w:rPr>
                <w:rFonts w:cs="Times New Roman"/>
                <w:bCs/>
                <w:sz w:val="22"/>
                <w:lang w:val="ro-RO"/>
              </w:rPr>
              <w:t xml:space="preserve">, </w:t>
            </w:r>
          </w:p>
        </w:tc>
      </w:tr>
      <w:tr w:rsidR="00924603" w:rsidRPr="00924603" w14:paraId="75CA9307" w14:textId="77777777" w:rsidTr="00290FFD">
        <w:tc>
          <w:tcPr>
            <w:tcW w:w="1008" w:type="dxa"/>
            <w:tcBorders>
              <w:top w:val="single" w:sz="4" w:space="0" w:color="000000"/>
              <w:left w:val="single" w:sz="4" w:space="0" w:color="000000"/>
              <w:bottom w:val="single" w:sz="4" w:space="0" w:color="000000"/>
              <w:right w:val="single" w:sz="4" w:space="0" w:color="000000"/>
            </w:tcBorders>
          </w:tcPr>
          <w:p w14:paraId="25BF3001" w14:textId="77777777" w:rsidR="00924603" w:rsidRPr="00924603" w:rsidRDefault="00924603" w:rsidP="00924603">
            <w:pPr>
              <w:jc w:val="both"/>
              <w:rPr>
                <w:rFonts w:cs="Times New Roman"/>
                <w:bCs/>
                <w:sz w:val="22"/>
                <w:lang w:val="ro-RO"/>
              </w:rPr>
            </w:pPr>
          </w:p>
        </w:tc>
        <w:tc>
          <w:tcPr>
            <w:tcW w:w="8307" w:type="dxa"/>
            <w:gridSpan w:val="3"/>
            <w:tcBorders>
              <w:top w:val="single" w:sz="4" w:space="0" w:color="000000"/>
              <w:left w:val="single" w:sz="4" w:space="0" w:color="000000"/>
              <w:bottom w:val="single" w:sz="4" w:space="0" w:color="000000"/>
              <w:right w:val="single" w:sz="4" w:space="0" w:color="000000"/>
            </w:tcBorders>
          </w:tcPr>
          <w:p w14:paraId="32A16C75" w14:textId="77777777" w:rsidR="00924603" w:rsidRPr="00924603" w:rsidRDefault="00924603" w:rsidP="00924603">
            <w:pPr>
              <w:jc w:val="center"/>
              <w:rPr>
                <w:rFonts w:cs="Times New Roman"/>
                <w:b/>
                <w:sz w:val="22"/>
                <w:lang w:val="ro-RO"/>
              </w:rPr>
            </w:pPr>
            <w:r w:rsidRPr="00924603">
              <w:rPr>
                <w:rFonts w:cs="Times New Roman"/>
                <w:sz w:val="22"/>
                <w:lang w:val="ro-RO"/>
              </w:rPr>
              <w:t>Depunerea dosarelor de înscriere la concurs (în termen de 10 zile lucrătoare de la data afișării anunțului pentru ocuparea postului contractual vacant)</w:t>
            </w:r>
          </w:p>
        </w:tc>
      </w:tr>
      <w:tr w:rsidR="00924603" w:rsidRPr="00924603" w14:paraId="6B4A6FB1" w14:textId="77777777" w:rsidTr="00290FFD">
        <w:trPr>
          <w:trHeight w:val="1109"/>
        </w:trPr>
        <w:tc>
          <w:tcPr>
            <w:tcW w:w="1008" w:type="dxa"/>
            <w:tcBorders>
              <w:top w:val="single" w:sz="4" w:space="0" w:color="000000"/>
              <w:left w:val="single" w:sz="4" w:space="0" w:color="000000"/>
              <w:bottom w:val="single" w:sz="4" w:space="0" w:color="000000"/>
              <w:right w:val="single" w:sz="4" w:space="0" w:color="000000"/>
            </w:tcBorders>
            <w:hideMark/>
          </w:tcPr>
          <w:p w14:paraId="77775B2A" w14:textId="77777777" w:rsidR="00924603" w:rsidRPr="00924603" w:rsidRDefault="00924603" w:rsidP="00924603">
            <w:pPr>
              <w:jc w:val="both"/>
              <w:rPr>
                <w:rFonts w:cs="Times New Roman"/>
                <w:bCs/>
                <w:sz w:val="22"/>
                <w:lang w:val="ro-RO"/>
              </w:rPr>
            </w:pPr>
            <w:r w:rsidRPr="00924603">
              <w:rPr>
                <w:rFonts w:cs="Times New Roman"/>
                <w:bCs/>
                <w:sz w:val="22"/>
                <w:lang w:val="ro-RO"/>
              </w:rPr>
              <w:t>2.</w:t>
            </w:r>
          </w:p>
        </w:tc>
        <w:tc>
          <w:tcPr>
            <w:tcW w:w="3060" w:type="dxa"/>
            <w:tcBorders>
              <w:top w:val="single" w:sz="4" w:space="0" w:color="000000"/>
              <w:left w:val="single" w:sz="4" w:space="0" w:color="000000"/>
              <w:bottom w:val="single" w:sz="4" w:space="0" w:color="000000"/>
              <w:right w:val="single" w:sz="4" w:space="0" w:color="000000"/>
            </w:tcBorders>
            <w:hideMark/>
          </w:tcPr>
          <w:p w14:paraId="38F1628E" w14:textId="2EF590CC" w:rsidR="00924603" w:rsidRPr="00924603" w:rsidRDefault="00924603" w:rsidP="00924603">
            <w:pPr>
              <w:jc w:val="both"/>
              <w:rPr>
                <w:rFonts w:cs="Times New Roman"/>
                <w:b/>
                <w:sz w:val="22"/>
                <w:lang w:val="ro-RO"/>
              </w:rPr>
            </w:pPr>
            <w:r w:rsidRPr="00924603">
              <w:rPr>
                <w:rFonts w:cs="Times New Roman"/>
                <w:b/>
                <w:sz w:val="22"/>
                <w:lang w:val="ro-RO"/>
              </w:rPr>
              <w:t>27.07.2026-31.0</w:t>
            </w:r>
            <w:r w:rsidR="00642614">
              <w:rPr>
                <w:rFonts w:cs="Times New Roman"/>
                <w:b/>
                <w:sz w:val="22"/>
                <w:lang w:val="ro-RO"/>
              </w:rPr>
              <w:t>7</w:t>
            </w:r>
            <w:r w:rsidRPr="00924603">
              <w:rPr>
                <w:rFonts w:cs="Times New Roman"/>
                <w:b/>
                <w:sz w:val="22"/>
                <w:lang w:val="ro-RO"/>
              </w:rPr>
              <w:t>.2026</w:t>
            </w:r>
          </w:p>
        </w:tc>
        <w:tc>
          <w:tcPr>
            <w:tcW w:w="5247" w:type="dxa"/>
            <w:gridSpan w:val="2"/>
            <w:tcBorders>
              <w:top w:val="single" w:sz="4" w:space="0" w:color="000000"/>
              <w:left w:val="single" w:sz="4" w:space="0" w:color="000000"/>
              <w:bottom w:val="single" w:sz="4" w:space="0" w:color="000000"/>
              <w:right w:val="single" w:sz="4" w:space="0" w:color="000000"/>
            </w:tcBorders>
            <w:hideMark/>
          </w:tcPr>
          <w:p w14:paraId="1F5EA4A6" w14:textId="77777777" w:rsidR="00924603" w:rsidRPr="00924603" w:rsidRDefault="00924603" w:rsidP="00924603">
            <w:pPr>
              <w:jc w:val="center"/>
              <w:rPr>
                <w:rFonts w:cs="Times New Roman"/>
                <w:b/>
                <w:sz w:val="22"/>
                <w:lang w:val="ro-RO"/>
              </w:rPr>
            </w:pPr>
            <w:r w:rsidRPr="00924603">
              <w:rPr>
                <w:rFonts w:cs="Times New Roman"/>
                <w:b/>
                <w:sz w:val="22"/>
                <w:lang w:val="ro-RO"/>
              </w:rPr>
              <w:t>Depunerea dosarelor de candidatură</w:t>
            </w:r>
          </w:p>
          <w:p w14:paraId="0CDF3D97" w14:textId="77777777" w:rsidR="00924603" w:rsidRPr="00924603" w:rsidRDefault="00924603" w:rsidP="00924603">
            <w:pPr>
              <w:jc w:val="both"/>
              <w:rPr>
                <w:rFonts w:cs="Times New Roman"/>
                <w:bCs/>
                <w:sz w:val="22"/>
                <w:lang w:val="ro-RO"/>
              </w:rPr>
            </w:pPr>
            <w:r w:rsidRPr="00924603">
              <w:rPr>
                <w:rFonts w:cs="Times New Roman"/>
                <w:bCs/>
                <w:sz w:val="22"/>
                <w:lang w:val="ro-RO"/>
              </w:rPr>
              <w:t>Perioada de înscriere la concurs:</w:t>
            </w:r>
            <w:r w:rsidRPr="00924603">
              <w:rPr>
                <w:rFonts w:cs="Times New Roman"/>
                <w:sz w:val="22"/>
              </w:rPr>
              <w:t xml:space="preserve"> de luni până joi în intervalul orar 08</w:t>
            </w:r>
            <w:r w:rsidRPr="00924603">
              <w:rPr>
                <w:rFonts w:cs="Times New Roman"/>
                <w:sz w:val="22"/>
                <w:vertAlign w:val="superscript"/>
              </w:rPr>
              <w:t>00</w:t>
            </w:r>
            <w:r w:rsidRPr="00924603">
              <w:rPr>
                <w:rFonts w:cs="Times New Roman"/>
                <w:sz w:val="22"/>
              </w:rPr>
              <w:t>-16</w:t>
            </w:r>
            <w:r w:rsidRPr="00924603">
              <w:rPr>
                <w:rFonts w:cs="Times New Roman"/>
                <w:sz w:val="22"/>
                <w:vertAlign w:val="superscript"/>
              </w:rPr>
              <w:t>00</w:t>
            </w:r>
            <w:r w:rsidRPr="00924603">
              <w:rPr>
                <w:rFonts w:cs="Times New Roman"/>
                <w:sz w:val="22"/>
              </w:rPr>
              <w:t>, iar vinerea în intervalul orar 08</w:t>
            </w:r>
            <w:r w:rsidRPr="00924603">
              <w:rPr>
                <w:rFonts w:cs="Times New Roman"/>
                <w:sz w:val="22"/>
                <w:vertAlign w:val="superscript"/>
              </w:rPr>
              <w:t>00</w:t>
            </w:r>
            <w:r w:rsidRPr="00924603">
              <w:rPr>
                <w:rFonts w:cs="Times New Roman"/>
                <w:sz w:val="22"/>
              </w:rPr>
              <w:t>-13</w:t>
            </w:r>
            <w:r w:rsidRPr="00924603">
              <w:rPr>
                <w:rFonts w:cs="Times New Roman"/>
                <w:sz w:val="22"/>
                <w:vertAlign w:val="superscript"/>
              </w:rPr>
              <w:t>00</w:t>
            </w:r>
            <w:r w:rsidRPr="00924603">
              <w:rPr>
                <w:rFonts w:cs="Times New Roman"/>
                <w:sz w:val="22"/>
              </w:rPr>
              <w:t>, la adresa Liceul Tehnologic Pucioasa,  Strada C. Olănescu, nr. 19</w:t>
            </w:r>
          </w:p>
        </w:tc>
      </w:tr>
      <w:tr w:rsidR="00924603" w:rsidRPr="00924603" w14:paraId="4758B6EF" w14:textId="77777777" w:rsidTr="00290FFD">
        <w:tc>
          <w:tcPr>
            <w:tcW w:w="1008" w:type="dxa"/>
            <w:tcBorders>
              <w:top w:val="single" w:sz="4" w:space="0" w:color="000000"/>
              <w:left w:val="single" w:sz="4" w:space="0" w:color="000000"/>
              <w:bottom w:val="single" w:sz="4" w:space="0" w:color="000000"/>
              <w:right w:val="single" w:sz="4" w:space="0" w:color="000000"/>
            </w:tcBorders>
            <w:hideMark/>
          </w:tcPr>
          <w:p w14:paraId="21ABCF17" w14:textId="77777777" w:rsidR="00924603" w:rsidRPr="00924603" w:rsidRDefault="00924603" w:rsidP="00924603">
            <w:pPr>
              <w:jc w:val="both"/>
              <w:rPr>
                <w:rFonts w:cs="Times New Roman"/>
                <w:bCs/>
                <w:sz w:val="22"/>
                <w:lang w:val="ro-RO"/>
              </w:rPr>
            </w:pPr>
            <w:r w:rsidRPr="00924603">
              <w:rPr>
                <w:rFonts w:cs="Times New Roman"/>
                <w:bCs/>
                <w:sz w:val="22"/>
                <w:lang w:val="ro-RO"/>
              </w:rPr>
              <w:t>3.</w:t>
            </w:r>
          </w:p>
        </w:tc>
        <w:tc>
          <w:tcPr>
            <w:tcW w:w="8307" w:type="dxa"/>
            <w:gridSpan w:val="3"/>
            <w:tcBorders>
              <w:top w:val="single" w:sz="4" w:space="0" w:color="000000"/>
              <w:left w:val="single" w:sz="4" w:space="0" w:color="000000"/>
              <w:bottom w:val="single" w:sz="4" w:space="0" w:color="000000"/>
              <w:right w:val="single" w:sz="4" w:space="0" w:color="000000"/>
            </w:tcBorders>
            <w:hideMark/>
          </w:tcPr>
          <w:p w14:paraId="57346D83" w14:textId="77777777" w:rsidR="00924603" w:rsidRPr="00924603" w:rsidRDefault="00924603" w:rsidP="00924603">
            <w:pPr>
              <w:jc w:val="center"/>
              <w:rPr>
                <w:rFonts w:cs="Times New Roman"/>
                <w:sz w:val="22"/>
                <w:lang w:val="ro-RO"/>
              </w:rPr>
            </w:pPr>
            <w:r w:rsidRPr="00924603">
              <w:rPr>
                <w:rFonts w:cs="Times New Roman"/>
                <w:sz w:val="22"/>
                <w:lang w:val="ro-RO"/>
              </w:rPr>
              <w:t>Selecția dosarelor de candidatură</w:t>
            </w:r>
          </w:p>
          <w:p w14:paraId="115A115C" w14:textId="77777777" w:rsidR="00924603" w:rsidRPr="00924603" w:rsidRDefault="00924603" w:rsidP="00924603">
            <w:pPr>
              <w:jc w:val="center"/>
              <w:rPr>
                <w:rFonts w:cs="Times New Roman"/>
                <w:sz w:val="22"/>
                <w:lang w:val="ro-RO"/>
              </w:rPr>
            </w:pPr>
            <w:r w:rsidRPr="00924603">
              <w:rPr>
                <w:rFonts w:cs="Times New Roman"/>
                <w:bCs/>
                <w:sz w:val="22"/>
                <w:lang w:val="ro-RO"/>
              </w:rPr>
              <w:t>(în termen de două zile lucrătoare de la data expirării termenului de depunere a dosarelor)</w:t>
            </w:r>
          </w:p>
        </w:tc>
      </w:tr>
      <w:tr w:rsidR="00BA3D7D" w:rsidRPr="00924603" w14:paraId="74E6A596" w14:textId="77777777" w:rsidTr="00290FFD">
        <w:tc>
          <w:tcPr>
            <w:tcW w:w="1008" w:type="dxa"/>
            <w:tcBorders>
              <w:top w:val="single" w:sz="4" w:space="0" w:color="000000"/>
              <w:left w:val="single" w:sz="4" w:space="0" w:color="000000"/>
              <w:bottom w:val="single" w:sz="4" w:space="0" w:color="000000"/>
              <w:right w:val="single" w:sz="4" w:space="0" w:color="000000"/>
            </w:tcBorders>
          </w:tcPr>
          <w:p w14:paraId="763326FE" w14:textId="5BBC8CEE" w:rsidR="00BA3D7D" w:rsidRPr="00924603" w:rsidRDefault="00BA3D7D" w:rsidP="00BA3D7D">
            <w:pPr>
              <w:jc w:val="both"/>
              <w:rPr>
                <w:rFonts w:cs="Times New Roman"/>
                <w:bCs/>
                <w:sz w:val="22"/>
                <w:lang w:val="ro-RO"/>
              </w:rPr>
            </w:pPr>
            <w:r w:rsidRPr="00924603">
              <w:rPr>
                <w:rFonts w:cs="Times New Roman"/>
                <w:bCs/>
                <w:sz w:val="22"/>
                <w:lang w:val="ro-RO"/>
              </w:rPr>
              <w:t>4.</w:t>
            </w:r>
          </w:p>
        </w:tc>
        <w:tc>
          <w:tcPr>
            <w:tcW w:w="3060" w:type="dxa"/>
            <w:tcBorders>
              <w:top w:val="single" w:sz="4" w:space="0" w:color="000000"/>
              <w:left w:val="single" w:sz="4" w:space="0" w:color="000000"/>
              <w:bottom w:val="single" w:sz="4" w:space="0" w:color="000000"/>
              <w:right w:val="single" w:sz="4" w:space="0" w:color="000000"/>
            </w:tcBorders>
          </w:tcPr>
          <w:p w14:paraId="236BD2CA" w14:textId="21B6D1C2" w:rsidR="00BA3D7D" w:rsidRPr="00924603" w:rsidRDefault="00BA3D7D" w:rsidP="00BA3D7D">
            <w:pPr>
              <w:jc w:val="both"/>
              <w:rPr>
                <w:rFonts w:cs="Times New Roman"/>
                <w:b/>
                <w:sz w:val="22"/>
                <w:lang w:val="ro-RO"/>
              </w:rPr>
            </w:pPr>
            <w:r w:rsidRPr="00924603">
              <w:rPr>
                <w:rFonts w:cs="Times New Roman"/>
                <w:b/>
                <w:sz w:val="22"/>
                <w:lang w:val="ro-RO"/>
              </w:rPr>
              <w:t xml:space="preserve">04.08.2026, </w:t>
            </w:r>
            <w:r w:rsidRPr="00924603">
              <w:rPr>
                <w:rFonts w:cs="Times New Roman"/>
                <w:b/>
                <w:bCs/>
                <w:sz w:val="22"/>
                <w:lang w:val="ro-RO"/>
              </w:rPr>
              <w:t>orele 10</w:t>
            </w:r>
            <w:r w:rsidRPr="00924603">
              <w:rPr>
                <w:rFonts w:cs="Times New Roman"/>
                <w:b/>
                <w:bCs/>
                <w:sz w:val="22"/>
                <w:vertAlign w:val="superscript"/>
                <w:lang w:val="ro-RO"/>
              </w:rPr>
              <w:t>00</w:t>
            </w:r>
            <w:r w:rsidRPr="00924603">
              <w:rPr>
                <w:rFonts w:cs="Times New Roman"/>
                <w:b/>
                <w:bCs/>
                <w:sz w:val="22"/>
                <w:lang w:val="ro-RO"/>
              </w:rPr>
              <w:t>-1</w:t>
            </w:r>
            <w:r>
              <w:rPr>
                <w:rFonts w:cs="Times New Roman"/>
                <w:b/>
                <w:bCs/>
                <w:sz w:val="22"/>
                <w:lang w:val="ro-RO"/>
              </w:rPr>
              <w:t>4</w:t>
            </w:r>
            <w:r w:rsidRPr="00924603">
              <w:rPr>
                <w:rFonts w:cs="Times New Roman"/>
                <w:b/>
                <w:bCs/>
                <w:sz w:val="22"/>
                <w:vertAlign w:val="superscript"/>
                <w:lang w:val="ro-RO"/>
              </w:rPr>
              <w:t>00</w:t>
            </w:r>
          </w:p>
        </w:tc>
        <w:tc>
          <w:tcPr>
            <w:tcW w:w="5247" w:type="dxa"/>
            <w:gridSpan w:val="2"/>
            <w:tcBorders>
              <w:top w:val="single" w:sz="4" w:space="0" w:color="000000"/>
              <w:left w:val="single" w:sz="4" w:space="0" w:color="000000"/>
              <w:bottom w:val="single" w:sz="4" w:space="0" w:color="000000"/>
              <w:right w:val="single" w:sz="4" w:space="0" w:color="000000"/>
            </w:tcBorders>
          </w:tcPr>
          <w:p w14:paraId="7A82543D" w14:textId="7CFBD0D3" w:rsidR="00BA3D7D" w:rsidRPr="00924603" w:rsidRDefault="00BA3D7D" w:rsidP="00BA3D7D">
            <w:pPr>
              <w:rPr>
                <w:rFonts w:cs="Times New Roman"/>
                <w:sz w:val="22"/>
                <w:lang w:val="ro-RO"/>
              </w:rPr>
            </w:pPr>
            <w:r>
              <w:rPr>
                <w:rFonts w:cs="Times New Roman"/>
                <w:sz w:val="22"/>
                <w:lang w:val="ro-RO"/>
              </w:rPr>
              <w:t>Selecția dosarelor de înscriere</w:t>
            </w:r>
          </w:p>
        </w:tc>
      </w:tr>
      <w:tr w:rsidR="00BA3D7D" w:rsidRPr="00924603" w14:paraId="4D24EFAD" w14:textId="77777777" w:rsidTr="00BA3D7D">
        <w:tc>
          <w:tcPr>
            <w:tcW w:w="1008" w:type="dxa"/>
            <w:tcBorders>
              <w:top w:val="single" w:sz="4" w:space="0" w:color="000000"/>
              <w:left w:val="single" w:sz="4" w:space="0" w:color="000000"/>
              <w:bottom w:val="single" w:sz="4" w:space="0" w:color="000000"/>
              <w:right w:val="single" w:sz="4" w:space="0" w:color="000000"/>
            </w:tcBorders>
          </w:tcPr>
          <w:p w14:paraId="316ED7BA" w14:textId="6B778011" w:rsidR="00BA3D7D" w:rsidRPr="00924603" w:rsidRDefault="00BA3D7D" w:rsidP="00BA3D7D">
            <w:pPr>
              <w:jc w:val="both"/>
              <w:rPr>
                <w:rFonts w:cs="Times New Roman"/>
                <w:bCs/>
                <w:sz w:val="22"/>
                <w:lang w:val="ro-RO"/>
              </w:rPr>
            </w:pPr>
            <w:r w:rsidRPr="00924603">
              <w:rPr>
                <w:rFonts w:cs="Times New Roman"/>
                <w:bCs/>
                <w:sz w:val="22"/>
                <w:lang w:val="ro-RO"/>
              </w:rPr>
              <w:t>5.</w:t>
            </w:r>
          </w:p>
        </w:tc>
        <w:tc>
          <w:tcPr>
            <w:tcW w:w="3060" w:type="dxa"/>
            <w:tcBorders>
              <w:top w:val="single" w:sz="4" w:space="0" w:color="000000"/>
              <w:left w:val="single" w:sz="4" w:space="0" w:color="000000"/>
              <w:bottom w:val="single" w:sz="4" w:space="0" w:color="000000"/>
              <w:right w:val="single" w:sz="4" w:space="0" w:color="000000"/>
            </w:tcBorders>
            <w:hideMark/>
          </w:tcPr>
          <w:p w14:paraId="0456B970" w14:textId="77777777" w:rsidR="00BA3D7D" w:rsidRPr="00924603" w:rsidRDefault="00BA3D7D" w:rsidP="00BA3D7D">
            <w:pPr>
              <w:jc w:val="both"/>
              <w:rPr>
                <w:rFonts w:cs="Times New Roman"/>
                <w:b/>
                <w:sz w:val="22"/>
                <w:lang w:val="ro-RO"/>
              </w:rPr>
            </w:pPr>
            <w:r w:rsidRPr="00924603">
              <w:rPr>
                <w:rFonts w:cs="Times New Roman"/>
                <w:b/>
                <w:sz w:val="22"/>
                <w:lang w:val="ro-RO"/>
              </w:rPr>
              <w:t>04.08.2026, ora 16</w:t>
            </w:r>
            <w:r w:rsidRPr="00924603">
              <w:rPr>
                <w:rFonts w:cs="Times New Roman"/>
                <w:b/>
                <w:sz w:val="22"/>
                <w:vertAlign w:val="superscript"/>
                <w:lang w:val="ro-RO"/>
              </w:rPr>
              <w:t>00</w:t>
            </w:r>
          </w:p>
        </w:tc>
        <w:tc>
          <w:tcPr>
            <w:tcW w:w="5247" w:type="dxa"/>
            <w:gridSpan w:val="2"/>
            <w:tcBorders>
              <w:top w:val="single" w:sz="4" w:space="0" w:color="000000"/>
              <w:left w:val="single" w:sz="4" w:space="0" w:color="000000"/>
              <w:bottom w:val="single" w:sz="4" w:space="0" w:color="000000"/>
              <w:right w:val="single" w:sz="4" w:space="0" w:color="000000"/>
            </w:tcBorders>
            <w:hideMark/>
          </w:tcPr>
          <w:p w14:paraId="0E14C061" w14:textId="77777777" w:rsidR="00BA3D7D" w:rsidRPr="00924603" w:rsidRDefault="00BA3D7D" w:rsidP="00BA3D7D">
            <w:pPr>
              <w:rPr>
                <w:rFonts w:cs="Times New Roman"/>
                <w:sz w:val="22"/>
                <w:lang w:val="ro-RO"/>
              </w:rPr>
            </w:pPr>
            <w:r w:rsidRPr="00924603">
              <w:rPr>
                <w:rFonts w:cs="Times New Roman"/>
                <w:sz w:val="22"/>
                <w:lang w:val="ro-RO"/>
              </w:rPr>
              <w:t xml:space="preserve">Afișarea rezultatelor selecției dosarelor </w:t>
            </w:r>
          </w:p>
        </w:tc>
      </w:tr>
      <w:tr w:rsidR="00BA3D7D" w:rsidRPr="00924603" w14:paraId="1641DEE6" w14:textId="77777777" w:rsidTr="00BA3D7D">
        <w:tc>
          <w:tcPr>
            <w:tcW w:w="1008" w:type="dxa"/>
            <w:tcBorders>
              <w:top w:val="single" w:sz="4" w:space="0" w:color="000000"/>
              <w:left w:val="single" w:sz="4" w:space="0" w:color="000000"/>
              <w:bottom w:val="single" w:sz="4" w:space="0" w:color="000000"/>
              <w:right w:val="single" w:sz="4" w:space="0" w:color="000000"/>
            </w:tcBorders>
          </w:tcPr>
          <w:p w14:paraId="1D0BA0A8" w14:textId="627904CF" w:rsidR="00BA3D7D" w:rsidRPr="00924603" w:rsidRDefault="00BA3D7D" w:rsidP="00BA3D7D">
            <w:pPr>
              <w:jc w:val="both"/>
              <w:rPr>
                <w:rFonts w:cs="Times New Roman"/>
                <w:bCs/>
                <w:sz w:val="22"/>
                <w:lang w:val="ro-RO"/>
              </w:rPr>
            </w:pPr>
            <w:r w:rsidRPr="00924603">
              <w:rPr>
                <w:rFonts w:cs="Times New Roman"/>
                <w:bCs/>
                <w:sz w:val="22"/>
                <w:lang w:val="ro-RO"/>
              </w:rPr>
              <w:t>6.</w:t>
            </w:r>
          </w:p>
        </w:tc>
        <w:tc>
          <w:tcPr>
            <w:tcW w:w="3060" w:type="dxa"/>
            <w:tcBorders>
              <w:top w:val="single" w:sz="4" w:space="0" w:color="000000"/>
              <w:left w:val="single" w:sz="4" w:space="0" w:color="000000"/>
              <w:bottom w:val="single" w:sz="4" w:space="0" w:color="000000"/>
              <w:right w:val="single" w:sz="4" w:space="0" w:color="000000"/>
            </w:tcBorders>
            <w:hideMark/>
          </w:tcPr>
          <w:p w14:paraId="621F1A95" w14:textId="77777777" w:rsidR="00BA3D7D" w:rsidRPr="00924603" w:rsidRDefault="00BA3D7D" w:rsidP="00BA3D7D">
            <w:pPr>
              <w:rPr>
                <w:rFonts w:cs="Times New Roman"/>
                <w:b/>
                <w:sz w:val="22"/>
                <w:lang w:val="ro-RO"/>
              </w:rPr>
            </w:pPr>
            <w:r w:rsidRPr="00924603">
              <w:rPr>
                <w:rFonts w:cs="Times New Roman"/>
                <w:b/>
                <w:sz w:val="22"/>
                <w:lang w:val="ro-RO"/>
              </w:rPr>
              <w:t>05.08.2026,orele 10</w:t>
            </w:r>
            <w:r w:rsidRPr="00924603">
              <w:rPr>
                <w:rFonts w:cs="Times New Roman"/>
                <w:b/>
                <w:sz w:val="22"/>
                <w:vertAlign w:val="superscript"/>
                <w:lang w:val="ro-RO"/>
              </w:rPr>
              <w:t>00</w:t>
            </w:r>
            <w:r w:rsidRPr="00924603">
              <w:rPr>
                <w:rFonts w:cs="Times New Roman"/>
                <w:b/>
                <w:sz w:val="22"/>
                <w:lang w:val="ro-RO"/>
              </w:rPr>
              <w:t>-12</w:t>
            </w:r>
            <w:r w:rsidRPr="00924603">
              <w:rPr>
                <w:rFonts w:cs="Times New Roman"/>
                <w:b/>
                <w:sz w:val="22"/>
                <w:vertAlign w:val="superscript"/>
                <w:lang w:val="ro-RO"/>
              </w:rPr>
              <w:t>00</w:t>
            </w:r>
          </w:p>
        </w:tc>
        <w:tc>
          <w:tcPr>
            <w:tcW w:w="5247" w:type="dxa"/>
            <w:gridSpan w:val="2"/>
            <w:tcBorders>
              <w:top w:val="single" w:sz="4" w:space="0" w:color="000000"/>
              <w:left w:val="single" w:sz="4" w:space="0" w:color="000000"/>
              <w:bottom w:val="single" w:sz="4" w:space="0" w:color="000000"/>
              <w:right w:val="single" w:sz="4" w:space="0" w:color="000000"/>
            </w:tcBorders>
            <w:hideMark/>
          </w:tcPr>
          <w:p w14:paraId="5E4B9FE4" w14:textId="77777777" w:rsidR="00BA3D7D" w:rsidRPr="00924603" w:rsidRDefault="00BA3D7D" w:rsidP="00BA3D7D">
            <w:pPr>
              <w:rPr>
                <w:rFonts w:cs="Times New Roman"/>
                <w:sz w:val="22"/>
                <w:lang w:val="ro-RO"/>
              </w:rPr>
            </w:pPr>
            <w:r w:rsidRPr="00924603">
              <w:rPr>
                <w:rFonts w:cs="Times New Roman"/>
                <w:sz w:val="22"/>
              </w:rPr>
              <w:t>Depunerea contestațiilor la </w:t>
            </w:r>
            <w:r w:rsidRPr="00924603">
              <w:rPr>
                <w:rFonts w:cs="Times New Roman"/>
                <w:sz w:val="22"/>
                <w:lang w:val="ro-RO"/>
              </w:rPr>
              <w:t>selecția dosarelor</w:t>
            </w:r>
          </w:p>
        </w:tc>
      </w:tr>
      <w:tr w:rsidR="00BA3D7D" w:rsidRPr="00924603" w14:paraId="1D05CA91" w14:textId="77777777" w:rsidTr="00BA3D7D">
        <w:tc>
          <w:tcPr>
            <w:tcW w:w="1008" w:type="dxa"/>
            <w:tcBorders>
              <w:top w:val="single" w:sz="4" w:space="0" w:color="000000"/>
              <w:left w:val="single" w:sz="4" w:space="0" w:color="000000"/>
              <w:bottom w:val="single" w:sz="4" w:space="0" w:color="000000"/>
              <w:right w:val="single" w:sz="4" w:space="0" w:color="000000"/>
            </w:tcBorders>
          </w:tcPr>
          <w:p w14:paraId="7810D4B3" w14:textId="57BA641F" w:rsidR="00BA3D7D" w:rsidRPr="00924603" w:rsidRDefault="00BA3D7D" w:rsidP="00BA3D7D">
            <w:pPr>
              <w:jc w:val="both"/>
              <w:rPr>
                <w:rFonts w:cs="Times New Roman"/>
                <w:bCs/>
                <w:sz w:val="22"/>
                <w:lang w:val="ro-RO"/>
              </w:rPr>
            </w:pPr>
            <w:r w:rsidRPr="00924603">
              <w:rPr>
                <w:rFonts w:cs="Times New Roman"/>
                <w:bCs/>
                <w:sz w:val="22"/>
                <w:lang w:val="ro-RO"/>
              </w:rPr>
              <w:t>7.</w:t>
            </w:r>
          </w:p>
        </w:tc>
        <w:tc>
          <w:tcPr>
            <w:tcW w:w="3060" w:type="dxa"/>
            <w:tcBorders>
              <w:top w:val="single" w:sz="4" w:space="0" w:color="000000"/>
              <w:left w:val="single" w:sz="4" w:space="0" w:color="000000"/>
              <w:bottom w:val="single" w:sz="4" w:space="0" w:color="000000"/>
              <w:right w:val="single" w:sz="4" w:space="0" w:color="000000"/>
            </w:tcBorders>
            <w:hideMark/>
          </w:tcPr>
          <w:p w14:paraId="38BCCB3E" w14:textId="77777777" w:rsidR="00BA3D7D" w:rsidRPr="00924603" w:rsidRDefault="00BA3D7D" w:rsidP="00BA3D7D">
            <w:pPr>
              <w:rPr>
                <w:rFonts w:cs="Times New Roman"/>
                <w:b/>
                <w:sz w:val="22"/>
                <w:lang w:val="ro-RO"/>
              </w:rPr>
            </w:pPr>
            <w:r w:rsidRPr="00924603">
              <w:rPr>
                <w:rFonts w:cs="Times New Roman"/>
                <w:b/>
                <w:sz w:val="22"/>
                <w:lang w:val="ro-RO"/>
              </w:rPr>
              <w:t>05.08.2026, ora 16</w:t>
            </w:r>
            <w:r w:rsidRPr="00924603">
              <w:rPr>
                <w:rFonts w:cs="Times New Roman"/>
                <w:b/>
                <w:sz w:val="22"/>
                <w:vertAlign w:val="superscript"/>
                <w:lang w:val="ro-RO"/>
              </w:rPr>
              <w:t>00</w:t>
            </w:r>
          </w:p>
        </w:tc>
        <w:tc>
          <w:tcPr>
            <w:tcW w:w="5247" w:type="dxa"/>
            <w:gridSpan w:val="2"/>
            <w:tcBorders>
              <w:top w:val="single" w:sz="4" w:space="0" w:color="000000"/>
              <w:left w:val="single" w:sz="4" w:space="0" w:color="000000"/>
              <w:bottom w:val="single" w:sz="4" w:space="0" w:color="000000"/>
              <w:right w:val="single" w:sz="4" w:space="0" w:color="000000"/>
            </w:tcBorders>
            <w:hideMark/>
          </w:tcPr>
          <w:p w14:paraId="3DCDD8DF" w14:textId="77777777" w:rsidR="00BA3D7D" w:rsidRPr="00924603" w:rsidRDefault="00BA3D7D" w:rsidP="00BA3D7D">
            <w:pPr>
              <w:rPr>
                <w:rFonts w:cs="Times New Roman"/>
                <w:bCs/>
                <w:sz w:val="22"/>
                <w:lang w:val="ro-RO"/>
              </w:rPr>
            </w:pPr>
            <w:r w:rsidRPr="00924603">
              <w:rPr>
                <w:rFonts w:cs="Times New Roman"/>
                <w:sz w:val="22"/>
                <w:lang w:val="ro-RO"/>
              </w:rPr>
              <w:t>Afișarea rezultatelor după contestații</w:t>
            </w:r>
          </w:p>
        </w:tc>
      </w:tr>
      <w:tr w:rsidR="00BA3D7D" w:rsidRPr="00924603" w14:paraId="3A5BF23C" w14:textId="77777777" w:rsidTr="00BA3D7D">
        <w:tc>
          <w:tcPr>
            <w:tcW w:w="1008" w:type="dxa"/>
            <w:tcBorders>
              <w:top w:val="single" w:sz="4" w:space="0" w:color="000000"/>
              <w:left w:val="single" w:sz="4" w:space="0" w:color="000000"/>
              <w:bottom w:val="single" w:sz="4" w:space="0" w:color="000000"/>
              <w:right w:val="single" w:sz="4" w:space="0" w:color="000000"/>
            </w:tcBorders>
          </w:tcPr>
          <w:p w14:paraId="0238D134" w14:textId="249FDAD2" w:rsidR="00BA3D7D" w:rsidRPr="00924603" w:rsidRDefault="00BA3D7D" w:rsidP="00BA3D7D">
            <w:pPr>
              <w:jc w:val="both"/>
              <w:rPr>
                <w:rFonts w:cs="Times New Roman"/>
                <w:bCs/>
                <w:sz w:val="22"/>
                <w:lang w:val="ro-RO"/>
              </w:rPr>
            </w:pPr>
            <w:r w:rsidRPr="00924603">
              <w:rPr>
                <w:rFonts w:cs="Times New Roman"/>
                <w:bCs/>
                <w:sz w:val="22"/>
                <w:lang w:val="ro-RO"/>
              </w:rPr>
              <w:t>8.</w:t>
            </w:r>
          </w:p>
        </w:tc>
        <w:tc>
          <w:tcPr>
            <w:tcW w:w="3060" w:type="dxa"/>
            <w:tcBorders>
              <w:top w:val="single" w:sz="4" w:space="0" w:color="000000"/>
              <w:left w:val="single" w:sz="4" w:space="0" w:color="000000"/>
              <w:bottom w:val="single" w:sz="4" w:space="0" w:color="000000"/>
              <w:right w:val="single" w:sz="4" w:space="0" w:color="auto"/>
            </w:tcBorders>
          </w:tcPr>
          <w:p w14:paraId="58BE7807" w14:textId="77777777" w:rsidR="00BA3D7D" w:rsidRPr="00924603" w:rsidRDefault="00BA3D7D" w:rsidP="00BA3D7D">
            <w:pPr>
              <w:rPr>
                <w:rFonts w:cs="Times New Roman"/>
                <w:bCs/>
                <w:sz w:val="22"/>
                <w:lang w:val="ro-RO"/>
              </w:rPr>
            </w:pPr>
          </w:p>
          <w:p w14:paraId="1E0F90F8" w14:textId="77777777" w:rsidR="00BA3D7D" w:rsidRPr="00924603" w:rsidRDefault="00BA3D7D" w:rsidP="00BA3D7D">
            <w:pPr>
              <w:rPr>
                <w:rFonts w:cs="Times New Roman"/>
                <w:b/>
                <w:sz w:val="22"/>
                <w:lang w:val="ro-RO"/>
              </w:rPr>
            </w:pPr>
            <w:r w:rsidRPr="00924603">
              <w:rPr>
                <w:rFonts w:cs="Times New Roman"/>
                <w:b/>
                <w:sz w:val="22"/>
                <w:lang w:val="ro-RO"/>
              </w:rPr>
              <w:t>10.08.2026, ora 10</w:t>
            </w:r>
            <w:r w:rsidRPr="00924603">
              <w:rPr>
                <w:rFonts w:cs="Times New Roman"/>
                <w:b/>
                <w:sz w:val="22"/>
                <w:vertAlign w:val="superscript"/>
                <w:lang w:val="ro-RO"/>
              </w:rPr>
              <w:t>00</w:t>
            </w:r>
          </w:p>
        </w:tc>
        <w:tc>
          <w:tcPr>
            <w:tcW w:w="5247" w:type="dxa"/>
            <w:gridSpan w:val="2"/>
            <w:tcBorders>
              <w:top w:val="single" w:sz="4" w:space="0" w:color="000000"/>
              <w:left w:val="single" w:sz="4" w:space="0" w:color="auto"/>
              <w:bottom w:val="single" w:sz="4" w:space="0" w:color="000000"/>
              <w:right w:val="single" w:sz="4" w:space="0" w:color="000000"/>
            </w:tcBorders>
            <w:hideMark/>
          </w:tcPr>
          <w:p w14:paraId="56393E34" w14:textId="77777777" w:rsidR="00BA3D7D" w:rsidRPr="00924603" w:rsidRDefault="00BA3D7D" w:rsidP="00BA3D7D">
            <w:pPr>
              <w:jc w:val="center"/>
              <w:rPr>
                <w:rFonts w:cs="Times New Roman"/>
                <w:b/>
                <w:sz w:val="22"/>
                <w:lang w:val="ro-RO"/>
              </w:rPr>
            </w:pPr>
            <w:r w:rsidRPr="00924603">
              <w:rPr>
                <w:rFonts w:cs="Times New Roman"/>
                <w:b/>
                <w:sz w:val="22"/>
                <w:lang w:val="ro-RO"/>
              </w:rPr>
              <w:t>Proba scrisă</w:t>
            </w:r>
          </w:p>
          <w:p w14:paraId="6D142F00" w14:textId="77777777" w:rsidR="00BA3D7D" w:rsidRPr="00924603" w:rsidRDefault="00BA3D7D" w:rsidP="00BA3D7D">
            <w:pPr>
              <w:rPr>
                <w:rFonts w:cs="Times New Roman"/>
                <w:bCs/>
                <w:sz w:val="22"/>
                <w:lang w:val="ro-RO"/>
              </w:rPr>
            </w:pPr>
            <w:r w:rsidRPr="00924603">
              <w:rPr>
                <w:rFonts w:cs="Times New Roman"/>
                <w:bCs/>
                <w:sz w:val="22"/>
                <w:lang w:val="ro-RO"/>
              </w:rPr>
              <w:t xml:space="preserve">Locul desfășurării: </w:t>
            </w:r>
            <w:r w:rsidRPr="00924603">
              <w:rPr>
                <w:rFonts w:cs="Times New Roman"/>
                <w:sz w:val="22"/>
              </w:rPr>
              <w:t>la sediul la adresa Liceul Tehnologic Pucioasa,  Strada C. Olănescu, nr. 19</w:t>
            </w:r>
          </w:p>
        </w:tc>
      </w:tr>
      <w:tr w:rsidR="00BA3D7D" w:rsidRPr="00924603" w14:paraId="37797868" w14:textId="77777777" w:rsidTr="00BA3D7D">
        <w:tc>
          <w:tcPr>
            <w:tcW w:w="1008" w:type="dxa"/>
            <w:tcBorders>
              <w:top w:val="single" w:sz="4" w:space="0" w:color="000000"/>
              <w:left w:val="single" w:sz="4" w:space="0" w:color="000000"/>
              <w:bottom w:val="single" w:sz="4" w:space="0" w:color="000000"/>
              <w:right w:val="single" w:sz="4" w:space="0" w:color="000000"/>
            </w:tcBorders>
          </w:tcPr>
          <w:p w14:paraId="7468BC8A" w14:textId="239A70CC" w:rsidR="00BA3D7D" w:rsidRPr="00924603" w:rsidRDefault="00BA3D7D" w:rsidP="00BA3D7D">
            <w:pPr>
              <w:jc w:val="both"/>
              <w:rPr>
                <w:rFonts w:cs="Times New Roman"/>
                <w:bCs/>
                <w:sz w:val="22"/>
                <w:lang w:val="ro-RO"/>
              </w:rPr>
            </w:pPr>
            <w:r w:rsidRPr="00924603">
              <w:rPr>
                <w:rFonts w:cs="Times New Roman"/>
                <w:bCs/>
                <w:sz w:val="22"/>
                <w:lang w:val="ro-RO"/>
              </w:rPr>
              <w:t>9.</w:t>
            </w:r>
          </w:p>
        </w:tc>
        <w:tc>
          <w:tcPr>
            <w:tcW w:w="3060" w:type="dxa"/>
            <w:tcBorders>
              <w:top w:val="single" w:sz="4" w:space="0" w:color="000000"/>
              <w:left w:val="single" w:sz="4" w:space="0" w:color="000000"/>
              <w:bottom w:val="single" w:sz="4" w:space="0" w:color="000000"/>
              <w:right w:val="single" w:sz="4" w:space="0" w:color="auto"/>
            </w:tcBorders>
          </w:tcPr>
          <w:p w14:paraId="7115E4AE" w14:textId="77777777" w:rsidR="00BA3D7D" w:rsidRPr="00924603" w:rsidRDefault="00BA3D7D" w:rsidP="00BA3D7D">
            <w:pPr>
              <w:rPr>
                <w:rFonts w:cs="Times New Roman"/>
                <w:b/>
                <w:sz w:val="22"/>
                <w:lang w:val="ro-RO"/>
              </w:rPr>
            </w:pPr>
          </w:p>
          <w:p w14:paraId="6FF2CC70" w14:textId="77777777" w:rsidR="00BA3D7D" w:rsidRPr="00924603" w:rsidRDefault="00BA3D7D" w:rsidP="00BA3D7D">
            <w:pPr>
              <w:rPr>
                <w:rFonts w:cs="Times New Roman"/>
                <w:b/>
                <w:sz w:val="22"/>
                <w:lang w:val="ro-RO"/>
              </w:rPr>
            </w:pPr>
            <w:r w:rsidRPr="00924603">
              <w:rPr>
                <w:rFonts w:cs="Times New Roman"/>
                <w:b/>
                <w:sz w:val="22"/>
                <w:lang w:val="ro-RO"/>
              </w:rPr>
              <w:t>10.08.2026, ora 16</w:t>
            </w:r>
            <w:r w:rsidRPr="00924603">
              <w:rPr>
                <w:rFonts w:cs="Times New Roman"/>
                <w:b/>
                <w:sz w:val="22"/>
                <w:vertAlign w:val="superscript"/>
                <w:lang w:val="ro-RO"/>
              </w:rPr>
              <w:t>00</w:t>
            </w:r>
          </w:p>
        </w:tc>
        <w:tc>
          <w:tcPr>
            <w:tcW w:w="5247" w:type="dxa"/>
            <w:gridSpan w:val="2"/>
            <w:tcBorders>
              <w:top w:val="single" w:sz="4" w:space="0" w:color="000000"/>
              <w:left w:val="single" w:sz="4" w:space="0" w:color="auto"/>
              <w:bottom w:val="single" w:sz="4" w:space="0" w:color="000000"/>
              <w:right w:val="single" w:sz="4" w:space="0" w:color="000000"/>
            </w:tcBorders>
            <w:hideMark/>
          </w:tcPr>
          <w:p w14:paraId="5099CDD0" w14:textId="77777777" w:rsidR="00BA3D7D" w:rsidRPr="00924603" w:rsidRDefault="00BA3D7D" w:rsidP="00BA3D7D">
            <w:pPr>
              <w:rPr>
                <w:rFonts w:cs="Times New Roman"/>
                <w:sz w:val="22"/>
                <w:lang w:val="ro-RO"/>
              </w:rPr>
            </w:pPr>
            <w:r w:rsidRPr="00924603">
              <w:rPr>
                <w:rFonts w:cs="Times New Roman"/>
                <w:sz w:val="22"/>
                <w:lang w:val="ro-RO"/>
              </w:rPr>
              <w:t xml:space="preserve">Afişarea rezultatelor probei scrise </w:t>
            </w:r>
          </w:p>
        </w:tc>
      </w:tr>
      <w:tr w:rsidR="00BA3D7D" w:rsidRPr="00924603" w14:paraId="627CA444" w14:textId="77777777" w:rsidTr="00BA3D7D">
        <w:tc>
          <w:tcPr>
            <w:tcW w:w="1008" w:type="dxa"/>
            <w:tcBorders>
              <w:top w:val="single" w:sz="4" w:space="0" w:color="000000"/>
              <w:left w:val="single" w:sz="4" w:space="0" w:color="000000"/>
              <w:bottom w:val="single" w:sz="4" w:space="0" w:color="000000"/>
              <w:right w:val="single" w:sz="4" w:space="0" w:color="000000"/>
            </w:tcBorders>
          </w:tcPr>
          <w:p w14:paraId="4A0D1170" w14:textId="76E61906" w:rsidR="00BA3D7D" w:rsidRPr="00924603" w:rsidRDefault="00BA3D7D" w:rsidP="00BA3D7D">
            <w:pPr>
              <w:jc w:val="both"/>
              <w:rPr>
                <w:rFonts w:cs="Times New Roman"/>
                <w:bCs/>
                <w:sz w:val="22"/>
                <w:lang w:val="ro-RO"/>
              </w:rPr>
            </w:pPr>
            <w:r w:rsidRPr="00924603">
              <w:rPr>
                <w:rFonts w:cs="Times New Roman"/>
                <w:bCs/>
                <w:sz w:val="22"/>
                <w:lang w:val="ro-RO"/>
              </w:rPr>
              <w:t>10.</w:t>
            </w:r>
          </w:p>
        </w:tc>
        <w:tc>
          <w:tcPr>
            <w:tcW w:w="3060" w:type="dxa"/>
            <w:tcBorders>
              <w:top w:val="single" w:sz="4" w:space="0" w:color="000000"/>
              <w:left w:val="single" w:sz="4" w:space="0" w:color="000000"/>
              <w:bottom w:val="single" w:sz="4" w:space="0" w:color="000000"/>
              <w:right w:val="single" w:sz="4" w:space="0" w:color="000000"/>
            </w:tcBorders>
            <w:hideMark/>
          </w:tcPr>
          <w:p w14:paraId="7262BF7D" w14:textId="77777777" w:rsidR="00BA3D7D" w:rsidRPr="00924603" w:rsidRDefault="00BA3D7D" w:rsidP="00BA3D7D">
            <w:pPr>
              <w:rPr>
                <w:rFonts w:cs="Times New Roman"/>
                <w:b/>
                <w:bCs/>
                <w:sz w:val="22"/>
                <w:lang w:val="ro-RO"/>
              </w:rPr>
            </w:pPr>
            <w:r w:rsidRPr="00924603">
              <w:rPr>
                <w:rFonts w:cs="Times New Roman"/>
                <w:b/>
                <w:sz w:val="22"/>
                <w:lang w:val="ro-RO"/>
              </w:rPr>
              <w:t>11.08.2026</w:t>
            </w:r>
            <w:r w:rsidRPr="00924603">
              <w:rPr>
                <w:rFonts w:cs="Times New Roman"/>
                <w:b/>
                <w:bCs/>
                <w:sz w:val="22"/>
                <w:lang w:val="ro-RO"/>
              </w:rPr>
              <w:t>,orele 10</w:t>
            </w:r>
            <w:r w:rsidRPr="00924603">
              <w:rPr>
                <w:rFonts w:cs="Times New Roman"/>
                <w:b/>
                <w:bCs/>
                <w:sz w:val="22"/>
                <w:vertAlign w:val="superscript"/>
                <w:lang w:val="ro-RO"/>
              </w:rPr>
              <w:t>00</w:t>
            </w:r>
            <w:r w:rsidRPr="00924603">
              <w:rPr>
                <w:rFonts w:cs="Times New Roman"/>
                <w:b/>
                <w:bCs/>
                <w:sz w:val="22"/>
                <w:lang w:val="ro-RO"/>
              </w:rPr>
              <w:t>-12</w:t>
            </w:r>
            <w:r w:rsidRPr="00924603">
              <w:rPr>
                <w:rFonts w:cs="Times New Roman"/>
                <w:b/>
                <w:bCs/>
                <w:sz w:val="22"/>
                <w:vertAlign w:val="superscript"/>
                <w:lang w:val="ro-RO"/>
              </w:rPr>
              <w:t>00</w:t>
            </w:r>
          </w:p>
        </w:tc>
        <w:tc>
          <w:tcPr>
            <w:tcW w:w="5247" w:type="dxa"/>
            <w:gridSpan w:val="2"/>
            <w:tcBorders>
              <w:top w:val="single" w:sz="4" w:space="0" w:color="000000"/>
              <w:left w:val="single" w:sz="4" w:space="0" w:color="000000"/>
              <w:bottom w:val="single" w:sz="4" w:space="0" w:color="000000"/>
              <w:right w:val="single" w:sz="4" w:space="0" w:color="000000"/>
            </w:tcBorders>
            <w:hideMark/>
          </w:tcPr>
          <w:p w14:paraId="51591B64" w14:textId="77777777" w:rsidR="00BA3D7D" w:rsidRPr="00924603" w:rsidRDefault="00BA3D7D" w:rsidP="00BA3D7D">
            <w:pPr>
              <w:rPr>
                <w:rFonts w:cs="Times New Roman"/>
                <w:sz w:val="22"/>
                <w:lang w:val="ro-RO"/>
              </w:rPr>
            </w:pPr>
            <w:r w:rsidRPr="00924603">
              <w:rPr>
                <w:rFonts w:cs="Times New Roman"/>
                <w:sz w:val="22"/>
              </w:rPr>
              <w:t>Depunerea contestațiilor la </w:t>
            </w:r>
            <w:r w:rsidRPr="00924603">
              <w:rPr>
                <w:rFonts w:cs="Times New Roman"/>
                <w:sz w:val="22"/>
                <w:lang w:val="ro-RO"/>
              </w:rPr>
              <w:t xml:space="preserve"> proba scrisă</w:t>
            </w:r>
          </w:p>
        </w:tc>
      </w:tr>
      <w:tr w:rsidR="00BA3D7D" w:rsidRPr="00924603" w14:paraId="21E15B61" w14:textId="77777777" w:rsidTr="00BA3D7D">
        <w:tc>
          <w:tcPr>
            <w:tcW w:w="1008" w:type="dxa"/>
            <w:tcBorders>
              <w:top w:val="single" w:sz="4" w:space="0" w:color="000000"/>
              <w:left w:val="single" w:sz="4" w:space="0" w:color="000000"/>
              <w:bottom w:val="single" w:sz="4" w:space="0" w:color="000000"/>
              <w:right w:val="single" w:sz="4" w:space="0" w:color="000000"/>
            </w:tcBorders>
          </w:tcPr>
          <w:p w14:paraId="62B6B5D8" w14:textId="745AEFFD" w:rsidR="00BA3D7D" w:rsidRPr="00924603" w:rsidRDefault="00BA3D7D" w:rsidP="00BA3D7D">
            <w:pPr>
              <w:jc w:val="both"/>
              <w:rPr>
                <w:rFonts w:cs="Times New Roman"/>
                <w:bCs/>
                <w:sz w:val="22"/>
                <w:lang w:val="ro-RO"/>
              </w:rPr>
            </w:pPr>
            <w:r w:rsidRPr="00924603">
              <w:rPr>
                <w:rFonts w:cs="Times New Roman"/>
                <w:bCs/>
                <w:sz w:val="22"/>
                <w:lang w:val="ro-RO"/>
              </w:rPr>
              <w:t>11.</w:t>
            </w:r>
          </w:p>
        </w:tc>
        <w:tc>
          <w:tcPr>
            <w:tcW w:w="3060" w:type="dxa"/>
            <w:tcBorders>
              <w:top w:val="single" w:sz="4" w:space="0" w:color="000000"/>
              <w:left w:val="single" w:sz="4" w:space="0" w:color="000000"/>
              <w:bottom w:val="single" w:sz="4" w:space="0" w:color="000000"/>
              <w:right w:val="single" w:sz="4" w:space="0" w:color="000000"/>
            </w:tcBorders>
            <w:hideMark/>
          </w:tcPr>
          <w:p w14:paraId="166B03F3" w14:textId="77777777" w:rsidR="00BA3D7D" w:rsidRPr="00924603" w:rsidRDefault="00BA3D7D" w:rsidP="00BA3D7D">
            <w:pPr>
              <w:rPr>
                <w:rFonts w:cs="Times New Roman"/>
                <w:sz w:val="22"/>
                <w:lang w:val="ro-RO"/>
              </w:rPr>
            </w:pPr>
            <w:r w:rsidRPr="00924603">
              <w:rPr>
                <w:rFonts w:cs="Times New Roman"/>
                <w:b/>
                <w:sz w:val="22"/>
                <w:lang w:val="ro-RO"/>
              </w:rPr>
              <w:t>11.08.2026, ora 16</w:t>
            </w:r>
            <w:r w:rsidRPr="00924603">
              <w:rPr>
                <w:rFonts w:cs="Times New Roman"/>
                <w:b/>
                <w:sz w:val="22"/>
                <w:vertAlign w:val="superscript"/>
                <w:lang w:val="ro-RO"/>
              </w:rPr>
              <w:t>00</w:t>
            </w:r>
          </w:p>
        </w:tc>
        <w:tc>
          <w:tcPr>
            <w:tcW w:w="5247" w:type="dxa"/>
            <w:gridSpan w:val="2"/>
            <w:tcBorders>
              <w:top w:val="single" w:sz="4" w:space="0" w:color="000000"/>
              <w:left w:val="single" w:sz="4" w:space="0" w:color="000000"/>
              <w:bottom w:val="single" w:sz="4" w:space="0" w:color="000000"/>
              <w:right w:val="single" w:sz="4" w:space="0" w:color="000000"/>
            </w:tcBorders>
            <w:hideMark/>
          </w:tcPr>
          <w:p w14:paraId="22834B02" w14:textId="77777777" w:rsidR="00BA3D7D" w:rsidRPr="00924603" w:rsidRDefault="00BA3D7D" w:rsidP="00BA3D7D">
            <w:pPr>
              <w:rPr>
                <w:rFonts w:cs="Times New Roman"/>
                <w:b/>
                <w:sz w:val="22"/>
                <w:lang w:val="ro-RO"/>
              </w:rPr>
            </w:pPr>
            <w:r w:rsidRPr="00924603">
              <w:rPr>
                <w:rFonts w:cs="Times New Roman"/>
                <w:sz w:val="22"/>
                <w:lang w:val="ro-RO"/>
              </w:rPr>
              <w:t>Afişarea rezultatelor după contestații</w:t>
            </w:r>
          </w:p>
        </w:tc>
      </w:tr>
      <w:tr w:rsidR="00BA3D7D" w:rsidRPr="00924603" w14:paraId="0AAAAE67" w14:textId="77777777" w:rsidTr="00290FFD">
        <w:tc>
          <w:tcPr>
            <w:tcW w:w="1008" w:type="dxa"/>
            <w:tcBorders>
              <w:top w:val="single" w:sz="4" w:space="0" w:color="000000"/>
              <w:left w:val="single" w:sz="4" w:space="0" w:color="000000"/>
              <w:bottom w:val="single" w:sz="4" w:space="0" w:color="000000"/>
              <w:right w:val="single" w:sz="4" w:space="0" w:color="000000"/>
            </w:tcBorders>
          </w:tcPr>
          <w:p w14:paraId="5D7B4EEF" w14:textId="5FB5C401" w:rsidR="00BA3D7D" w:rsidRPr="00924603" w:rsidRDefault="00BA3D7D" w:rsidP="00BA3D7D">
            <w:pPr>
              <w:jc w:val="both"/>
              <w:rPr>
                <w:rFonts w:cs="Times New Roman"/>
                <w:bCs/>
                <w:sz w:val="22"/>
                <w:lang w:val="ro-RO"/>
              </w:rPr>
            </w:pPr>
            <w:r w:rsidRPr="00924603">
              <w:rPr>
                <w:rFonts w:cs="Times New Roman"/>
                <w:bCs/>
                <w:sz w:val="22"/>
                <w:lang w:val="ro-RO"/>
              </w:rPr>
              <w:t>12.</w:t>
            </w:r>
          </w:p>
        </w:tc>
        <w:tc>
          <w:tcPr>
            <w:tcW w:w="3060" w:type="dxa"/>
            <w:tcBorders>
              <w:top w:val="single" w:sz="4" w:space="0" w:color="000000"/>
              <w:left w:val="single" w:sz="4" w:space="0" w:color="000000"/>
              <w:bottom w:val="single" w:sz="4" w:space="0" w:color="000000"/>
              <w:right w:val="single" w:sz="4" w:space="0" w:color="auto"/>
            </w:tcBorders>
          </w:tcPr>
          <w:p w14:paraId="5E901797" w14:textId="77777777" w:rsidR="00BA3D7D" w:rsidRPr="00924603" w:rsidRDefault="00BA3D7D" w:rsidP="00BA3D7D">
            <w:pPr>
              <w:rPr>
                <w:rFonts w:cs="Times New Roman"/>
                <w:bCs/>
                <w:sz w:val="22"/>
                <w:lang w:val="ro-RO"/>
              </w:rPr>
            </w:pPr>
          </w:p>
          <w:p w14:paraId="58E5E3DB" w14:textId="77777777" w:rsidR="00BA3D7D" w:rsidRPr="00924603" w:rsidRDefault="00BA3D7D" w:rsidP="00BA3D7D">
            <w:pPr>
              <w:rPr>
                <w:rFonts w:cs="Times New Roman"/>
                <w:b/>
                <w:sz w:val="22"/>
                <w:lang w:val="ro-RO"/>
              </w:rPr>
            </w:pPr>
            <w:r w:rsidRPr="00924603">
              <w:rPr>
                <w:rFonts w:cs="Times New Roman"/>
                <w:b/>
                <w:sz w:val="22"/>
                <w:lang w:val="ro-RO"/>
              </w:rPr>
              <w:t>12.08.2026, ora 10</w:t>
            </w:r>
            <w:r w:rsidRPr="00924603">
              <w:rPr>
                <w:rFonts w:cs="Times New Roman"/>
                <w:b/>
                <w:sz w:val="22"/>
                <w:vertAlign w:val="superscript"/>
                <w:lang w:val="ro-RO"/>
              </w:rPr>
              <w:t>00</w:t>
            </w:r>
          </w:p>
        </w:tc>
        <w:tc>
          <w:tcPr>
            <w:tcW w:w="5247" w:type="dxa"/>
            <w:gridSpan w:val="2"/>
            <w:tcBorders>
              <w:top w:val="single" w:sz="4" w:space="0" w:color="000000"/>
              <w:left w:val="single" w:sz="4" w:space="0" w:color="000000"/>
              <w:bottom w:val="single" w:sz="4" w:space="0" w:color="000000"/>
              <w:right w:val="single" w:sz="4" w:space="0" w:color="000000"/>
            </w:tcBorders>
          </w:tcPr>
          <w:p w14:paraId="066326E6" w14:textId="77777777" w:rsidR="00BA3D7D" w:rsidRPr="00924603" w:rsidRDefault="00BA3D7D" w:rsidP="00BA3D7D">
            <w:pPr>
              <w:jc w:val="center"/>
              <w:rPr>
                <w:rFonts w:cs="Times New Roman"/>
                <w:b/>
                <w:bCs/>
                <w:sz w:val="22"/>
                <w:lang w:val="ro-RO"/>
              </w:rPr>
            </w:pPr>
            <w:r w:rsidRPr="00924603">
              <w:rPr>
                <w:rFonts w:cs="Times New Roman"/>
                <w:b/>
                <w:bCs/>
                <w:sz w:val="22"/>
                <w:lang w:val="ro-RO"/>
              </w:rPr>
              <w:t>Proba practică</w:t>
            </w:r>
          </w:p>
          <w:p w14:paraId="24D7ECF8" w14:textId="77777777" w:rsidR="00BA3D7D" w:rsidRPr="00924603" w:rsidRDefault="00BA3D7D" w:rsidP="00BA3D7D">
            <w:pPr>
              <w:rPr>
                <w:rFonts w:cs="Times New Roman"/>
                <w:b/>
                <w:bCs/>
                <w:sz w:val="22"/>
                <w:lang w:val="ro-RO"/>
              </w:rPr>
            </w:pPr>
            <w:r w:rsidRPr="00924603">
              <w:rPr>
                <w:rFonts w:cs="Times New Roman"/>
                <w:bCs/>
                <w:sz w:val="22"/>
                <w:lang w:val="ro-RO"/>
              </w:rPr>
              <w:t xml:space="preserve">Locul desfășurării: </w:t>
            </w:r>
            <w:r w:rsidRPr="00924603">
              <w:rPr>
                <w:rFonts w:cs="Times New Roman"/>
                <w:sz w:val="22"/>
              </w:rPr>
              <w:t>la sediul la adresa Liceul Tehnologic Pucioasa,  Strada C. Olănescu, nr. 19</w:t>
            </w:r>
          </w:p>
        </w:tc>
      </w:tr>
      <w:tr w:rsidR="00BA3D7D" w:rsidRPr="00924603" w14:paraId="185C0129" w14:textId="77777777" w:rsidTr="00290FFD">
        <w:tc>
          <w:tcPr>
            <w:tcW w:w="1008" w:type="dxa"/>
            <w:tcBorders>
              <w:top w:val="single" w:sz="4" w:space="0" w:color="000000"/>
              <w:left w:val="single" w:sz="4" w:space="0" w:color="000000"/>
              <w:bottom w:val="single" w:sz="4" w:space="0" w:color="000000"/>
              <w:right w:val="single" w:sz="4" w:space="0" w:color="000000"/>
            </w:tcBorders>
          </w:tcPr>
          <w:p w14:paraId="50F163C2" w14:textId="5B2D4762" w:rsidR="00BA3D7D" w:rsidRPr="00924603" w:rsidRDefault="00BA3D7D" w:rsidP="00BA3D7D">
            <w:pPr>
              <w:jc w:val="both"/>
              <w:rPr>
                <w:rFonts w:cs="Times New Roman"/>
                <w:bCs/>
                <w:sz w:val="22"/>
                <w:lang w:val="ro-RO"/>
              </w:rPr>
            </w:pPr>
            <w:r w:rsidRPr="00924603">
              <w:rPr>
                <w:rFonts w:cs="Times New Roman"/>
                <w:bCs/>
                <w:sz w:val="22"/>
                <w:lang w:val="ro-RO"/>
              </w:rPr>
              <w:t>13.</w:t>
            </w:r>
          </w:p>
        </w:tc>
        <w:tc>
          <w:tcPr>
            <w:tcW w:w="3060" w:type="dxa"/>
            <w:tcBorders>
              <w:top w:val="single" w:sz="4" w:space="0" w:color="000000"/>
              <w:left w:val="single" w:sz="4" w:space="0" w:color="000000"/>
              <w:bottom w:val="single" w:sz="4" w:space="0" w:color="000000"/>
              <w:right w:val="single" w:sz="4" w:space="0" w:color="auto"/>
            </w:tcBorders>
          </w:tcPr>
          <w:p w14:paraId="578CE81C" w14:textId="77777777" w:rsidR="00BA3D7D" w:rsidRPr="00924603" w:rsidRDefault="00BA3D7D" w:rsidP="00BA3D7D">
            <w:pPr>
              <w:rPr>
                <w:rFonts w:cs="Times New Roman"/>
                <w:b/>
                <w:sz w:val="22"/>
                <w:lang w:val="ro-RO"/>
              </w:rPr>
            </w:pPr>
          </w:p>
          <w:p w14:paraId="53B163D2" w14:textId="77777777" w:rsidR="00BA3D7D" w:rsidRPr="00924603" w:rsidRDefault="00BA3D7D" w:rsidP="00BA3D7D">
            <w:pPr>
              <w:rPr>
                <w:rFonts w:cs="Times New Roman"/>
                <w:b/>
                <w:sz w:val="22"/>
                <w:lang w:val="ro-RO"/>
              </w:rPr>
            </w:pPr>
            <w:r w:rsidRPr="00924603">
              <w:rPr>
                <w:rFonts w:cs="Times New Roman"/>
                <w:b/>
                <w:sz w:val="22"/>
                <w:lang w:val="ro-RO"/>
              </w:rPr>
              <w:t>12.08.2026, ora 16</w:t>
            </w:r>
            <w:r w:rsidRPr="00924603">
              <w:rPr>
                <w:rFonts w:cs="Times New Roman"/>
                <w:b/>
                <w:sz w:val="22"/>
                <w:vertAlign w:val="superscript"/>
                <w:lang w:val="ro-RO"/>
              </w:rPr>
              <w:t>00</w:t>
            </w:r>
          </w:p>
        </w:tc>
        <w:tc>
          <w:tcPr>
            <w:tcW w:w="5247" w:type="dxa"/>
            <w:gridSpan w:val="2"/>
            <w:tcBorders>
              <w:top w:val="single" w:sz="4" w:space="0" w:color="000000"/>
              <w:left w:val="single" w:sz="4" w:space="0" w:color="auto"/>
              <w:bottom w:val="single" w:sz="4" w:space="0" w:color="000000"/>
              <w:right w:val="single" w:sz="4" w:space="0" w:color="000000"/>
            </w:tcBorders>
          </w:tcPr>
          <w:p w14:paraId="574F4D79" w14:textId="77777777" w:rsidR="00BA3D7D" w:rsidRPr="00924603" w:rsidRDefault="00BA3D7D" w:rsidP="00BA3D7D">
            <w:pPr>
              <w:rPr>
                <w:rFonts w:cs="Times New Roman"/>
                <w:sz w:val="22"/>
                <w:lang w:val="ro-RO"/>
              </w:rPr>
            </w:pPr>
            <w:r w:rsidRPr="00924603">
              <w:rPr>
                <w:rFonts w:cs="Times New Roman"/>
                <w:sz w:val="22"/>
                <w:lang w:val="ro-RO"/>
              </w:rPr>
              <w:t xml:space="preserve">Afişarea rezultatelor probei practice </w:t>
            </w:r>
          </w:p>
        </w:tc>
      </w:tr>
      <w:tr w:rsidR="00BA3D7D" w:rsidRPr="00924603" w14:paraId="68100D20" w14:textId="77777777" w:rsidTr="00290FFD">
        <w:tc>
          <w:tcPr>
            <w:tcW w:w="1008" w:type="dxa"/>
            <w:tcBorders>
              <w:top w:val="single" w:sz="4" w:space="0" w:color="000000"/>
              <w:left w:val="single" w:sz="4" w:space="0" w:color="000000"/>
              <w:bottom w:val="single" w:sz="4" w:space="0" w:color="000000"/>
              <w:right w:val="single" w:sz="4" w:space="0" w:color="000000"/>
            </w:tcBorders>
          </w:tcPr>
          <w:p w14:paraId="1CA55272" w14:textId="73185F74" w:rsidR="00BA3D7D" w:rsidRPr="00924603" w:rsidRDefault="00BA3D7D" w:rsidP="00BA3D7D">
            <w:pPr>
              <w:jc w:val="both"/>
              <w:rPr>
                <w:rFonts w:cs="Times New Roman"/>
                <w:bCs/>
                <w:sz w:val="22"/>
                <w:lang w:val="ro-RO"/>
              </w:rPr>
            </w:pPr>
            <w:r w:rsidRPr="00924603">
              <w:rPr>
                <w:rFonts w:cs="Times New Roman"/>
                <w:bCs/>
                <w:sz w:val="22"/>
                <w:lang w:val="ro-RO"/>
              </w:rPr>
              <w:t>14.</w:t>
            </w:r>
          </w:p>
        </w:tc>
        <w:tc>
          <w:tcPr>
            <w:tcW w:w="3060" w:type="dxa"/>
            <w:tcBorders>
              <w:top w:val="single" w:sz="4" w:space="0" w:color="000000"/>
              <w:left w:val="single" w:sz="4" w:space="0" w:color="000000"/>
              <w:bottom w:val="single" w:sz="4" w:space="0" w:color="000000"/>
              <w:right w:val="single" w:sz="4" w:space="0" w:color="000000"/>
            </w:tcBorders>
          </w:tcPr>
          <w:p w14:paraId="0D589D02" w14:textId="77777777" w:rsidR="00BA3D7D" w:rsidRPr="00924603" w:rsidRDefault="00BA3D7D" w:rsidP="00BA3D7D">
            <w:pPr>
              <w:rPr>
                <w:rFonts w:cs="Times New Roman"/>
                <w:b/>
                <w:sz w:val="22"/>
                <w:lang w:val="ro-RO"/>
              </w:rPr>
            </w:pPr>
            <w:r w:rsidRPr="00924603">
              <w:rPr>
                <w:rFonts w:cs="Times New Roman"/>
                <w:b/>
                <w:sz w:val="22"/>
                <w:lang w:val="ro-RO"/>
              </w:rPr>
              <w:t>13.08.2026</w:t>
            </w:r>
            <w:r w:rsidRPr="00924603">
              <w:rPr>
                <w:rFonts w:cs="Times New Roman"/>
                <w:b/>
                <w:bCs/>
                <w:sz w:val="22"/>
                <w:lang w:val="ro-RO"/>
              </w:rPr>
              <w:t>,orele 10</w:t>
            </w:r>
            <w:r w:rsidRPr="00924603">
              <w:rPr>
                <w:rFonts w:cs="Times New Roman"/>
                <w:b/>
                <w:bCs/>
                <w:sz w:val="22"/>
                <w:vertAlign w:val="superscript"/>
                <w:lang w:val="ro-RO"/>
              </w:rPr>
              <w:t>00</w:t>
            </w:r>
            <w:r w:rsidRPr="00924603">
              <w:rPr>
                <w:rFonts w:cs="Times New Roman"/>
                <w:b/>
                <w:bCs/>
                <w:sz w:val="22"/>
                <w:lang w:val="ro-RO"/>
              </w:rPr>
              <w:t>-12</w:t>
            </w:r>
            <w:r w:rsidRPr="00924603">
              <w:rPr>
                <w:rFonts w:cs="Times New Roman"/>
                <w:b/>
                <w:bCs/>
                <w:sz w:val="22"/>
                <w:vertAlign w:val="superscript"/>
                <w:lang w:val="ro-RO"/>
              </w:rPr>
              <w:t>00</w:t>
            </w:r>
          </w:p>
        </w:tc>
        <w:tc>
          <w:tcPr>
            <w:tcW w:w="5247" w:type="dxa"/>
            <w:gridSpan w:val="2"/>
            <w:tcBorders>
              <w:top w:val="single" w:sz="4" w:space="0" w:color="000000"/>
              <w:left w:val="single" w:sz="4" w:space="0" w:color="000000"/>
              <w:bottom w:val="single" w:sz="4" w:space="0" w:color="000000"/>
              <w:right w:val="single" w:sz="4" w:space="0" w:color="000000"/>
            </w:tcBorders>
          </w:tcPr>
          <w:p w14:paraId="1B8C150B" w14:textId="77777777" w:rsidR="00BA3D7D" w:rsidRPr="00924603" w:rsidRDefault="00BA3D7D" w:rsidP="00BA3D7D">
            <w:pPr>
              <w:rPr>
                <w:rFonts w:cs="Times New Roman"/>
                <w:sz w:val="22"/>
                <w:lang w:val="ro-RO"/>
              </w:rPr>
            </w:pPr>
            <w:r w:rsidRPr="00924603">
              <w:rPr>
                <w:rFonts w:cs="Times New Roman"/>
                <w:sz w:val="22"/>
              </w:rPr>
              <w:t>Depunerea contestațiilor la </w:t>
            </w:r>
            <w:r w:rsidRPr="00924603">
              <w:rPr>
                <w:rFonts w:cs="Times New Roman"/>
                <w:sz w:val="22"/>
                <w:lang w:val="ro-RO"/>
              </w:rPr>
              <w:t xml:space="preserve"> proba practică</w:t>
            </w:r>
          </w:p>
        </w:tc>
      </w:tr>
      <w:tr w:rsidR="00BA3D7D" w:rsidRPr="00924603" w14:paraId="5937F55D" w14:textId="77777777" w:rsidTr="00290FFD">
        <w:tc>
          <w:tcPr>
            <w:tcW w:w="1008" w:type="dxa"/>
            <w:tcBorders>
              <w:top w:val="single" w:sz="4" w:space="0" w:color="000000"/>
              <w:left w:val="single" w:sz="4" w:space="0" w:color="000000"/>
              <w:bottom w:val="single" w:sz="4" w:space="0" w:color="000000"/>
              <w:right w:val="single" w:sz="4" w:space="0" w:color="000000"/>
            </w:tcBorders>
          </w:tcPr>
          <w:p w14:paraId="4AD4856D" w14:textId="0912D1B7" w:rsidR="00BA3D7D" w:rsidRPr="00924603" w:rsidRDefault="00BA3D7D" w:rsidP="00BA3D7D">
            <w:pPr>
              <w:jc w:val="both"/>
              <w:rPr>
                <w:rFonts w:cs="Times New Roman"/>
                <w:bCs/>
                <w:sz w:val="22"/>
                <w:lang w:val="ro-RO"/>
              </w:rPr>
            </w:pPr>
            <w:r w:rsidRPr="00924603">
              <w:rPr>
                <w:rFonts w:cs="Times New Roman"/>
                <w:bCs/>
                <w:sz w:val="22"/>
                <w:lang w:val="ro-RO"/>
              </w:rPr>
              <w:t>15.</w:t>
            </w:r>
          </w:p>
        </w:tc>
        <w:tc>
          <w:tcPr>
            <w:tcW w:w="3060" w:type="dxa"/>
            <w:tcBorders>
              <w:top w:val="single" w:sz="4" w:space="0" w:color="000000"/>
              <w:left w:val="single" w:sz="4" w:space="0" w:color="000000"/>
              <w:bottom w:val="single" w:sz="4" w:space="0" w:color="000000"/>
              <w:right w:val="single" w:sz="4" w:space="0" w:color="000000"/>
            </w:tcBorders>
          </w:tcPr>
          <w:p w14:paraId="560F89A7" w14:textId="77777777" w:rsidR="00BA3D7D" w:rsidRPr="00924603" w:rsidRDefault="00BA3D7D" w:rsidP="00BA3D7D">
            <w:pPr>
              <w:rPr>
                <w:rFonts w:cs="Times New Roman"/>
                <w:b/>
                <w:sz w:val="22"/>
                <w:lang w:val="ro-RO"/>
              </w:rPr>
            </w:pPr>
            <w:r w:rsidRPr="00924603">
              <w:rPr>
                <w:rFonts w:cs="Times New Roman"/>
                <w:b/>
                <w:sz w:val="22"/>
                <w:lang w:val="ro-RO"/>
              </w:rPr>
              <w:t>13.08.2026, ora 16</w:t>
            </w:r>
            <w:r w:rsidRPr="00924603">
              <w:rPr>
                <w:rFonts w:cs="Times New Roman"/>
                <w:b/>
                <w:sz w:val="22"/>
                <w:vertAlign w:val="superscript"/>
                <w:lang w:val="ro-RO"/>
              </w:rPr>
              <w:t>00</w:t>
            </w:r>
          </w:p>
        </w:tc>
        <w:tc>
          <w:tcPr>
            <w:tcW w:w="5247" w:type="dxa"/>
            <w:gridSpan w:val="2"/>
            <w:tcBorders>
              <w:top w:val="single" w:sz="4" w:space="0" w:color="000000"/>
              <w:left w:val="single" w:sz="4" w:space="0" w:color="000000"/>
              <w:bottom w:val="single" w:sz="4" w:space="0" w:color="000000"/>
              <w:right w:val="single" w:sz="4" w:space="0" w:color="000000"/>
            </w:tcBorders>
          </w:tcPr>
          <w:p w14:paraId="2D20AA74" w14:textId="77777777" w:rsidR="00BA3D7D" w:rsidRPr="00924603" w:rsidRDefault="00BA3D7D" w:rsidP="00BA3D7D">
            <w:pPr>
              <w:rPr>
                <w:rFonts w:cs="Times New Roman"/>
                <w:sz w:val="22"/>
                <w:lang w:val="ro-RO"/>
              </w:rPr>
            </w:pPr>
            <w:r w:rsidRPr="00924603">
              <w:rPr>
                <w:rFonts w:cs="Times New Roman"/>
                <w:sz w:val="22"/>
                <w:lang w:val="ro-RO"/>
              </w:rPr>
              <w:t>Afişarea rezultatelor după contestații</w:t>
            </w:r>
          </w:p>
        </w:tc>
      </w:tr>
      <w:tr w:rsidR="00BA3D7D" w:rsidRPr="00924603" w14:paraId="0DBB7400" w14:textId="77777777" w:rsidTr="00290FFD">
        <w:tc>
          <w:tcPr>
            <w:tcW w:w="1008" w:type="dxa"/>
            <w:tcBorders>
              <w:top w:val="single" w:sz="4" w:space="0" w:color="000000"/>
              <w:left w:val="single" w:sz="4" w:space="0" w:color="000000"/>
              <w:bottom w:val="single" w:sz="4" w:space="0" w:color="000000"/>
              <w:right w:val="single" w:sz="4" w:space="0" w:color="000000"/>
            </w:tcBorders>
          </w:tcPr>
          <w:p w14:paraId="52CCC6BA" w14:textId="3204149A" w:rsidR="00BA3D7D" w:rsidRPr="00924603" w:rsidRDefault="00BA3D7D" w:rsidP="00BA3D7D">
            <w:pPr>
              <w:jc w:val="both"/>
              <w:rPr>
                <w:rFonts w:cs="Times New Roman"/>
                <w:bCs/>
                <w:sz w:val="22"/>
                <w:lang w:val="ro-RO"/>
              </w:rPr>
            </w:pPr>
            <w:r w:rsidRPr="00924603">
              <w:rPr>
                <w:rFonts w:cs="Times New Roman"/>
                <w:bCs/>
                <w:sz w:val="22"/>
                <w:lang w:val="ro-RO"/>
              </w:rPr>
              <w:t>16.</w:t>
            </w:r>
          </w:p>
        </w:tc>
        <w:tc>
          <w:tcPr>
            <w:tcW w:w="3060" w:type="dxa"/>
            <w:tcBorders>
              <w:top w:val="single" w:sz="4" w:space="0" w:color="000000"/>
              <w:left w:val="single" w:sz="4" w:space="0" w:color="000000"/>
              <w:bottom w:val="single" w:sz="4" w:space="0" w:color="000000"/>
              <w:right w:val="single" w:sz="4" w:space="0" w:color="auto"/>
            </w:tcBorders>
          </w:tcPr>
          <w:p w14:paraId="14F0B486" w14:textId="77777777" w:rsidR="00BA3D7D" w:rsidRPr="00924603" w:rsidRDefault="00BA3D7D" w:rsidP="00BA3D7D">
            <w:pPr>
              <w:rPr>
                <w:rFonts w:cs="Times New Roman"/>
                <w:bCs/>
                <w:sz w:val="22"/>
                <w:lang w:val="ro-RO"/>
              </w:rPr>
            </w:pPr>
          </w:p>
          <w:p w14:paraId="714A422F" w14:textId="77777777" w:rsidR="00BA3D7D" w:rsidRPr="00924603" w:rsidRDefault="00BA3D7D" w:rsidP="00BA3D7D">
            <w:pPr>
              <w:rPr>
                <w:rFonts w:cs="Times New Roman"/>
                <w:b/>
                <w:sz w:val="22"/>
                <w:lang w:val="ro-RO"/>
              </w:rPr>
            </w:pPr>
            <w:r w:rsidRPr="00924603">
              <w:rPr>
                <w:rFonts w:cs="Times New Roman"/>
                <w:b/>
                <w:sz w:val="22"/>
                <w:lang w:val="ro-RO"/>
              </w:rPr>
              <w:t>14.08.2026, ora 10</w:t>
            </w:r>
            <w:r w:rsidRPr="00924603">
              <w:rPr>
                <w:rFonts w:cs="Times New Roman"/>
                <w:b/>
                <w:sz w:val="22"/>
                <w:vertAlign w:val="superscript"/>
                <w:lang w:val="ro-RO"/>
              </w:rPr>
              <w:t>00</w:t>
            </w:r>
          </w:p>
        </w:tc>
        <w:tc>
          <w:tcPr>
            <w:tcW w:w="5247" w:type="dxa"/>
            <w:gridSpan w:val="2"/>
            <w:tcBorders>
              <w:top w:val="single" w:sz="4" w:space="0" w:color="000000"/>
              <w:left w:val="single" w:sz="4" w:space="0" w:color="auto"/>
              <w:bottom w:val="single" w:sz="4" w:space="0" w:color="000000"/>
              <w:right w:val="single" w:sz="4" w:space="0" w:color="000000"/>
            </w:tcBorders>
            <w:hideMark/>
          </w:tcPr>
          <w:p w14:paraId="48D9E62E" w14:textId="77777777" w:rsidR="00BA3D7D" w:rsidRPr="00924603" w:rsidRDefault="00BA3D7D" w:rsidP="00BA3D7D">
            <w:pPr>
              <w:jc w:val="center"/>
              <w:rPr>
                <w:rFonts w:cs="Times New Roman"/>
                <w:b/>
                <w:sz w:val="22"/>
                <w:lang w:val="ro-RO"/>
              </w:rPr>
            </w:pPr>
            <w:r w:rsidRPr="00924603">
              <w:rPr>
                <w:rFonts w:cs="Times New Roman"/>
                <w:b/>
                <w:sz w:val="22"/>
                <w:lang w:val="ro-RO"/>
              </w:rPr>
              <w:t>Interviu</w:t>
            </w:r>
          </w:p>
          <w:p w14:paraId="6A605C22" w14:textId="77777777" w:rsidR="00BA3D7D" w:rsidRPr="00924603" w:rsidRDefault="00BA3D7D" w:rsidP="00BA3D7D">
            <w:pPr>
              <w:rPr>
                <w:rFonts w:cs="Times New Roman"/>
                <w:bCs/>
                <w:sz w:val="22"/>
                <w:lang w:val="ro-RO"/>
              </w:rPr>
            </w:pPr>
            <w:r w:rsidRPr="00924603">
              <w:rPr>
                <w:rFonts w:cs="Times New Roman"/>
                <w:bCs/>
                <w:sz w:val="22"/>
                <w:lang w:val="ro-RO"/>
              </w:rPr>
              <w:t xml:space="preserve">Locul desfășurării: </w:t>
            </w:r>
            <w:r w:rsidRPr="00924603">
              <w:rPr>
                <w:rFonts w:cs="Times New Roman"/>
                <w:sz w:val="22"/>
              </w:rPr>
              <w:t>Liceul Tehnologic Pucioasa,  Strada C. Olănescu, nr. 19</w:t>
            </w:r>
          </w:p>
        </w:tc>
      </w:tr>
      <w:tr w:rsidR="00BA3D7D" w:rsidRPr="00924603" w14:paraId="38A6BC15" w14:textId="77777777" w:rsidTr="00290FFD">
        <w:tc>
          <w:tcPr>
            <w:tcW w:w="1008" w:type="dxa"/>
            <w:tcBorders>
              <w:top w:val="single" w:sz="4" w:space="0" w:color="000000"/>
              <w:left w:val="single" w:sz="4" w:space="0" w:color="000000"/>
              <w:bottom w:val="single" w:sz="4" w:space="0" w:color="000000"/>
              <w:right w:val="single" w:sz="4" w:space="0" w:color="000000"/>
            </w:tcBorders>
          </w:tcPr>
          <w:p w14:paraId="6B5DC9D6" w14:textId="6197177C" w:rsidR="00BA3D7D" w:rsidRPr="00924603" w:rsidRDefault="00BA3D7D" w:rsidP="00BA3D7D">
            <w:pPr>
              <w:jc w:val="both"/>
              <w:rPr>
                <w:rFonts w:cs="Times New Roman"/>
                <w:bCs/>
                <w:sz w:val="22"/>
                <w:lang w:val="ro-RO"/>
              </w:rPr>
            </w:pPr>
            <w:r w:rsidRPr="00924603">
              <w:rPr>
                <w:rFonts w:cs="Times New Roman"/>
                <w:bCs/>
                <w:sz w:val="22"/>
                <w:lang w:val="ro-RO"/>
              </w:rPr>
              <w:t>17.</w:t>
            </w:r>
          </w:p>
        </w:tc>
        <w:tc>
          <w:tcPr>
            <w:tcW w:w="3060" w:type="dxa"/>
            <w:tcBorders>
              <w:top w:val="single" w:sz="4" w:space="0" w:color="000000"/>
              <w:left w:val="single" w:sz="4" w:space="0" w:color="000000"/>
              <w:bottom w:val="single" w:sz="4" w:space="0" w:color="000000"/>
              <w:right w:val="single" w:sz="4" w:space="0" w:color="auto"/>
            </w:tcBorders>
            <w:hideMark/>
          </w:tcPr>
          <w:p w14:paraId="08150C88" w14:textId="77777777" w:rsidR="00BA3D7D" w:rsidRPr="00924603" w:rsidRDefault="00BA3D7D" w:rsidP="00BA3D7D">
            <w:pPr>
              <w:rPr>
                <w:rFonts w:cs="Times New Roman"/>
                <w:bCs/>
                <w:sz w:val="22"/>
                <w:lang w:val="ro-RO"/>
              </w:rPr>
            </w:pPr>
            <w:r w:rsidRPr="00924603">
              <w:rPr>
                <w:rFonts w:cs="Times New Roman"/>
                <w:b/>
                <w:sz w:val="22"/>
                <w:lang w:val="ro-RO"/>
              </w:rPr>
              <w:t>14.08.2026, ora 16</w:t>
            </w:r>
            <w:r w:rsidRPr="00924603">
              <w:rPr>
                <w:rFonts w:cs="Times New Roman"/>
                <w:b/>
                <w:sz w:val="22"/>
                <w:vertAlign w:val="superscript"/>
                <w:lang w:val="ro-RO"/>
              </w:rPr>
              <w:t>00</w:t>
            </w:r>
          </w:p>
        </w:tc>
        <w:tc>
          <w:tcPr>
            <w:tcW w:w="5247" w:type="dxa"/>
            <w:gridSpan w:val="2"/>
            <w:tcBorders>
              <w:top w:val="single" w:sz="4" w:space="0" w:color="000000"/>
              <w:left w:val="single" w:sz="4" w:space="0" w:color="auto"/>
              <w:bottom w:val="single" w:sz="4" w:space="0" w:color="000000"/>
              <w:right w:val="single" w:sz="4" w:space="0" w:color="000000"/>
            </w:tcBorders>
            <w:hideMark/>
          </w:tcPr>
          <w:p w14:paraId="2A8E8590" w14:textId="77777777" w:rsidR="00BA3D7D" w:rsidRPr="00924603" w:rsidRDefault="00BA3D7D" w:rsidP="00BA3D7D">
            <w:pPr>
              <w:rPr>
                <w:rFonts w:cs="Times New Roman"/>
                <w:sz w:val="22"/>
                <w:lang w:val="ro-RO"/>
              </w:rPr>
            </w:pPr>
            <w:r w:rsidRPr="00924603">
              <w:rPr>
                <w:rFonts w:cs="Times New Roman"/>
                <w:sz w:val="22"/>
                <w:lang w:val="ro-RO"/>
              </w:rPr>
              <w:t xml:space="preserve">Afişarea rezultatelor probei interviu </w:t>
            </w:r>
          </w:p>
        </w:tc>
      </w:tr>
      <w:tr w:rsidR="00BA3D7D" w:rsidRPr="00924603" w14:paraId="07FC906A" w14:textId="77777777" w:rsidTr="00290FFD">
        <w:tc>
          <w:tcPr>
            <w:tcW w:w="1008" w:type="dxa"/>
            <w:tcBorders>
              <w:top w:val="single" w:sz="4" w:space="0" w:color="000000"/>
              <w:left w:val="single" w:sz="4" w:space="0" w:color="000000"/>
              <w:bottom w:val="single" w:sz="4" w:space="0" w:color="000000"/>
              <w:right w:val="single" w:sz="4" w:space="0" w:color="000000"/>
            </w:tcBorders>
          </w:tcPr>
          <w:p w14:paraId="6F8A3224" w14:textId="7C6CCB15" w:rsidR="00BA3D7D" w:rsidRPr="00924603" w:rsidRDefault="00BA3D7D" w:rsidP="00BA3D7D">
            <w:pPr>
              <w:jc w:val="both"/>
              <w:rPr>
                <w:rFonts w:cs="Times New Roman"/>
                <w:bCs/>
                <w:sz w:val="22"/>
                <w:lang w:val="ro-RO"/>
              </w:rPr>
            </w:pPr>
            <w:r w:rsidRPr="00924603">
              <w:rPr>
                <w:rFonts w:cs="Times New Roman"/>
                <w:bCs/>
                <w:sz w:val="22"/>
                <w:lang w:val="ro-RO"/>
              </w:rPr>
              <w:t>18.</w:t>
            </w:r>
          </w:p>
        </w:tc>
        <w:tc>
          <w:tcPr>
            <w:tcW w:w="3069" w:type="dxa"/>
            <w:gridSpan w:val="2"/>
            <w:tcBorders>
              <w:top w:val="single" w:sz="4" w:space="0" w:color="000000"/>
              <w:left w:val="single" w:sz="4" w:space="0" w:color="000000"/>
              <w:bottom w:val="single" w:sz="4" w:space="0" w:color="000000"/>
              <w:right w:val="single" w:sz="4" w:space="0" w:color="000000"/>
            </w:tcBorders>
            <w:hideMark/>
          </w:tcPr>
          <w:p w14:paraId="23B277FB" w14:textId="4D1445C9" w:rsidR="00BA3D7D" w:rsidRPr="00924603" w:rsidRDefault="00BA3D7D" w:rsidP="00BA3D7D">
            <w:pPr>
              <w:rPr>
                <w:rFonts w:cs="Times New Roman"/>
                <w:sz w:val="22"/>
                <w:lang w:val="ro-RO"/>
              </w:rPr>
            </w:pPr>
            <w:r w:rsidRPr="00924603">
              <w:rPr>
                <w:rFonts w:cs="Times New Roman"/>
                <w:b/>
                <w:sz w:val="22"/>
                <w:lang w:val="ro-RO"/>
              </w:rPr>
              <w:t>1</w:t>
            </w:r>
            <w:r w:rsidR="000C053E">
              <w:rPr>
                <w:rFonts w:cs="Times New Roman"/>
                <w:b/>
                <w:sz w:val="22"/>
                <w:lang w:val="ro-RO"/>
              </w:rPr>
              <w:t>7</w:t>
            </w:r>
            <w:r w:rsidRPr="00924603">
              <w:rPr>
                <w:rFonts w:cs="Times New Roman"/>
                <w:b/>
                <w:sz w:val="22"/>
                <w:lang w:val="ro-RO"/>
              </w:rPr>
              <w:t>.08.2026</w:t>
            </w:r>
            <w:r w:rsidRPr="00924603">
              <w:rPr>
                <w:rFonts w:cs="Times New Roman"/>
                <w:b/>
                <w:bCs/>
                <w:sz w:val="22"/>
                <w:lang w:val="ro-RO"/>
              </w:rPr>
              <w:t>,orele 10</w:t>
            </w:r>
            <w:r w:rsidRPr="00924603">
              <w:rPr>
                <w:rFonts w:cs="Times New Roman"/>
                <w:b/>
                <w:bCs/>
                <w:sz w:val="22"/>
                <w:vertAlign w:val="superscript"/>
                <w:lang w:val="ro-RO"/>
              </w:rPr>
              <w:t>00</w:t>
            </w:r>
            <w:r w:rsidRPr="00924603">
              <w:rPr>
                <w:rFonts w:cs="Times New Roman"/>
                <w:b/>
                <w:bCs/>
                <w:sz w:val="22"/>
                <w:lang w:val="ro-RO"/>
              </w:rPr>
              <w:t>-12</w:t>
            </w:r>
            <w:r w:rsidRPr="00924603">
              <w:rPr>
                <w:rFonts w:cs="Times New Roman"/>
                <w:b/>
                <w:bCs/>
                <w:sz w:val="22"/>
                <w:vertAlign w:val="superscript"/>
                <w:lang w:val="ro-RO"/>
              </w:rPr>
              <w:t>00</w:t>
            </w:r>
          </w:p>
        </w:tc>
        <w:tc>
          <w:tcPr>
            <w:tcW w:w="5238" w:type="dxa"/>
            <w:tcBorders>
              <w:top w:val="single" w:sz="4" w:space="0" w:color="000000"/>
              <w:left w:val="single" w:sz="4" w:space="0" w:color="000000"/>
              <w:bottom w:val="single" w:sz="4" w:space="0" w:color="000000"/>
              <w:right w:val="single" w:sz="4" w:space="0" w:color="000000"/>
            </w:tcBorders>
            <w:hideMark/>
          </w:tcPr>
          <w:p w14:paraId="10B1970D" w14:textId="77777777" w:rsidR="00BA3D7D" w:rsidRPr="00924603" w:rsidRDefault="00BA3D7D" w:rsidP="00BA3D7D">
            <w:pPr>
              <w:rPr>
                <w:rFonts w:cs="Times New Roman"/>
                <w:sz w:val="22"/>
                <w:lang w:val="ro-RO"/>
              </w:rPr>
            </w:pPr>
            <w:r w:rsidRPr="00924603">
              <w:rPr>
                <w:rFonts w:cs="Times New Roman"/>
                <w:sz w:val="22"/>
              </w:rPr>
              <w:t>Depunerea contestațiilor la </w:t>
            </w:r>
            <w:r w:rsidRPr="00924603">
              <w:rPr>
                <w:rFonts w:cs="Times New Roman"/>
                <w:sz w:val="22"/>
                <w:lang w:val="ro-RO"/>
              </w:rPr>
              <w:t xml:space="preserve"> proba interviu</w:t>
            </w:r>
          </w:p>
        </w:tc>
      </w:tr>
      <w:tr w:rsidR="00BA3D7D" w:rsidRPr="00924603" w14:paraId="5DC2133A" w14:textId="77777777" w:rsidTr="00290FFD">
        <w:tc>
          <w:tcPr>
            <w:tcW w:w="1008" w:type="dxa"/>
            <w:tcBorders>
              <w:top w:val="single" w:sz="4" w:space="0" w:color="000000"/>
              <w:left w:val="single" w:sz="4" w:space="0" w:color="000000"/>
              <w:bottom w:val="single" w:sz="4" w:space="0" w:color="000000"/>
              <w:right w:val="single" w:sz="4" w:space="0" w:color="000000"/>
            </w:tcBorders>
          </w:tcPr>
          <w:p w14:paraId="7F3CD8F1" w14:textId="74B7D911" w:rsidR="00BA3D7D" w:rsidRPr="00924603" w:rsidRDefault="00BA3D7D" w:rsidP="00BA3D7D">
            <w:pPr>
              <w:jc w:val="both"/>
              <w:rPr>
                <w:rFonts w:cs="Times New Roman"/>
                <w:bCs/>
                <w:sz w:val="22"/>
                <w:lang w:val="ro-RO"/>
              </w:rPr>
            </w:pPr>
            <w:r w:rsidRPr="00924603">
              <w:rPr>
                <w:rFonts w:cs="Times New Roman"/>
                <w:bCs/>
                <w:sz w:val="22"/>
                <w:lang w:val="ro-RO"/>
              </w:rPr>
              <w:t>19.</w:t>
            </w:r>
          </w:p>
        </w:tc>
        <w:tc>
          <w:tcPr>
            <w:tcW w:w="3069" w:type="dxa"/>
            <w:gridSpan w:val="2"/>
            <w:tcBorders>
              <w:top w:val="single" w:sz="4" w:space="0" w:color="000000"/>
              <w:left w:val="single" w:sz="4" w:space="0" w:color="000000"/>
              <w:bottom w:val="single" w:sz="4" w:space="0" w:color="000000"/>
              <w:right w:val="single" w:sz="4" w:space="0" w:color="000000"/>
            </w:tcBorders>
            <w:hideMark/>
          </w:tcPr>
          <w:p w14:paraId="5C5B9CB8" w14:textId="53F611C1" w:rsidR="00BA3D7D" w:rsidRPr="00924603" w:rsidRDefault="00BA3D7D" w:rsidP="00BA3D7D">
            <w:pPr>
              <w:rPr>
                <w:rFonts w:cs="Times New Roman"/>
                <w:sz w:val="22"/>
                <w:lang w:val="ro-RO"/>
              </w:rPr>
            </w:pPr>
            <w:r w:rsidRPr="00924603">
              <w:rPr>
                <w:rFonts w:cs="Times New Roman"/>
                <w:b/>
                <w:sz w:val="22"/>
                <w:lang w:val="ro-RO"/>
              </w:rPr>
              <w:t>1</w:t>
            </w:r>
            <w:r w:rsidR="000C053E">
              <w:rPr>
                <w:rFonts w:cs="Times New Roman"/>
                <w:b/>
                <w:sz w:val="22"/>
                <w:lang w:val="ro-RO"/>
              </w:rPr>
              <w:t>7</w:t>
            </w:r>
            <w:r w:rsidRPr="00924603">
              <w:rPr>
                <w:rFonts w:cs="Times New Roman"/>
                <w:b/>
                <w:sz w:val="22"/>
                <w:lang w:val="ro-RO"/>
              </w:rPr>
              <w:t>.08.2026, ora 16</w:t>
            </w:r>
            <w:r w:rsidRPr="00924603">
              <w:rPr>
                <w:rFonts w:cs="Times New Roman"/>
                <w:b/>
                <w:sz w:val="22"/>
                <w:vertAlign w:val="superscript"/>
                <w:lang w:val="ro-RO"/>
              </w:rPr>
              <w:t>00</w:t>
            </w:r>
          </w:p>
        </w:tc>
        <w:tc>
          <w:tcPr>
            <w:tcW w:w="5238" w:type="dxa"/>
            <w:tcBorders>
              <w:top w:val="single" w:sz="4" w:space="0" w:color="000000"/>
              <w:left w:val="single" w:sz="4" w:space="0" w:color="000000"/>
              <w:bottom w:val="single" w:sz="4" w:space="0" w:color="000000"/>
              <w:right w:val="single" w:sz="4" w:space="0" w:color="000000"/>
            </w:tcBorders>
            <w:hideMark/>
          </w:tcPr>
          <w:p w14:paraId="419832C2" w14:textId="77777777" w:rsidR="00BA3D7D" w:rsidRPr="00924603" w:rsidRDefault="00BA3D7D" w:rsidP="00BA3D7D">
            <w:pPr>
              <w:rPr>
                <w:rFonts w:cs="Times New Roman"/>
                <w:sz w:val="22"/>
                <w:lang w:val="ro-RO"/>
              </w:rPr>
            </w:pPr>
            <w:r w:rsidRPr="00924603">
              <w:rPr>
                <w:rFonts w:cs="Times New Roman"/>
                <w:sz w:val="22"/>
                <w:lang w:val="ro-RO"/>
              </w:rPr>
              <w:t>Afișarea rezultatelor după contestații.</w:t>
            </w:r>
          </w:p>
          <w:p w14:paraId="06E0163F" w14:textId="77777777" w:rsidR="00BA3D7D" w:rsidRPr="00924603" w:rsidRDefault="00BA3D7D" w:rsidP="00BA3D7D">
            <w:pPr>
              <w:rPr>
                <w:rFonts w:cs="Times New Roman"/>
                <w:b/>
                <w:bCs/>
                <w:sz w:val="22"/>
                <w:lang w:val="ro-RO"/>
              </w:rPr>
            </w:pPr>
            <w:r w:rsidRPr="00924603">
              <w:rPr>
                <w:rFonts w:cs="Times New Roman"/>
                <w:sz w:val="22"/>
                <w:lang w:val="ro-RO"/>
              </w:rPr>
              <w:t xml:space="preserve"> </w:t>
            </w:r>
            <w:r w:rsidRPr="00924603">
              <w:rPr>
                <w:rFonts w:cs="Times New Roman"/>
                <w:b/>
                <w:bCs/>
                <w:sz w:val="22"/>
                <w:lang w:val="ro-RO"/>
              </w:rPr>
              <w:t>Afișarea rezultatelor finale</w:t>
            </w:r>
          </w:p>
        </w:tc>
      </w:tr>
      <w:tr w:rsidR="00BA3D7D" w:rsidRPr="00924603" w14:paraId="3EDEB6F5" w14:textId="77777777" w:rsidTr="00290FFD">
        <w:tc>
          <w:tcPr>
            <w:tcW w:w="1008" w:type="dxa"/>
            <w:tcBorders>
              <w:top w:val="single" w:sz="4" w:space="0" w:color="000000"/>
              <w:left w:val="single" w:sz="4" w:space="0" w:color="000000"/>
              <w:bottom w:val="single" w:sz="4" w:space="0" w:color="000000"/>
              <w:right w:val="single" w:sz="4" w:space="0" w:color="000000"/>
            </w:tcBorders>
          </w:tcPr>
          <w:p w14:paraId="79687594" w14:textId="73CAE74C" w:rsidR="00BA3D7D" w:rsidRPr="00924603" w:rsidRDefault="00BA3D7D" w:rsidP="00BA3D7D">
            <w:pPr>
              <w:jc w:val="both"/>
              <w:rPr>
                <w:rFonts w:cs="Times New Roman"/>
                <w:bCs/>
                <w:sz w:val="22"/>
                <w:lang w:val="ro-RO"/>
              </w:rPr>
            </w:pPr>
            <w:r>
              <w:rPr>
                <w:rFonts w:cs="Times New Roman"/>
                <w:bCs/>
                <w:sz w:val="22"/>
                <w:lang w:val="ro-RO"/>
              </w:rPr>
              <w:t>20.</w:t>
            </w:r>
          </w:p>
        </w:tc>
        <w:tc>
          <w:tcPr>
            <w:tcW w:w="8307" w:type="dxa"/>
            <w:gridSpan w:val="3"/>
            <w:tcBorders>
              <w:top w:val="single" w:sz="4" w:space="0" w:color="000000"/>
              <w:left w:val="single" w:sz="4" w:space="0" w:color="000000"/>
              <w:bottom w:val="single" w:sz="4" w:space="0" w:color="000000"/>
              <w:right w:val="single" w:sz="4" w:space="0" w:color="000000"/>
            </w:tcBorders>
            <w:hideMark/>
          </w:tcPr>
          <w:p w14:paraId="3773A2FB" w14:textId="77777777" w:rsidR="00BA3D7D" w:rsidRPr="00924603" w:rsidRDefault="00BA3D7D" w:rsidP="00BA3D7D">
            <w:pPr>
              <w:jc w:val="center"/>
              <w:rPr>
                <w:rFonts w:cs="Times New Roman"/>
                <w:bCs/>
                <w:sz w:val="22"/>
                <w:lang w:val="ro-RO"/>
              </w:rPr>
            </w:pPr>
            <w:r w:rsidRPr="00924603">
              <w:rPr>
                <w:rFonts w:cs="Times New Roman"/>
                <w:b/>
                <w:bCs/>
                <w:sz w:val="22"/>
                <w:lang w:val="ro-RO"/>
              </w:rPr>
              <w:t>Afișare rezultate finale</w:t>
            </w:r>
          </w:p>
          <w:p w14:paraId="6A404688" w14:textId="77777777" w:rsidR="00BA3D7D" w:rsidRPr="00924603" w:rsidRDefault="00BA3D7D" w:rsidP="00BA3D7D">
            <w:pPr>
              <w:rPr>
                <w:rFonts w:cs="Times New Roman"/>
                <w:bCs/>
                <w:sz w:val="22"/>
                <w:lang w:val="ro-RO"/>
              </w:rPr>
            </w:pPr>
            <w:r w:rsidRPr="00924603">
              <w:rPr>
                <w:rFonts w:cs="Times New Roman"/>
                <w:bCs/>
                <w:sz w:val="22"/>
                <w:lang w:val="ro-RO"/>
              </w:rPr>
              <w:t xml:space="preserve">Pe </w:t>
            </w:r>
            <w:hyperlink r:id="rId11" w:history="1">
              <w:r w:rsidRPr="00924603">
                <w:rPr>
                  <w:rFonts w:cs="Times New Roman"/>
                  <w:bCs/>
                  <w:color w:val="0000FF"/>
                  <w:sz w:val="22"/>
                  <w:u w:val="single"/>
                  <w:lang w:val="ro-RO"/>
                </w:rPr>
                <w:t>www.l</w:t>
              </w:r>
              <w:r w:rsidRPr="00924603">
                <w:rPr>
                  <w:rFonts w:cs="Times New Roman"/>
                  <w:bCs/>
                  <w:color w:val="0000FF"/>
                  <w:sz w:val="22"/>
                  <w:u w:val="single"/>
                </w:rPr>
                <w:t>ictpucioasa</w:t>
              </w:r>
              <w:r w:rsidRPr="00924603">
                <w:rPr>
                  <w:rFonts w:cs="Times New Roman"/>
                  <w:bCs/>
                  <w:color w:val="0000FF"/>
                  <w:sz w:val="22"/>
                  <w:u w:val="single"/>
                  <w:lang w:val="ro-RO"/>
                </w:rPr>
                <w:t>.ro</w:t>
              </w:r>
            </w:hyperlink>
            <w:r w:rsidRPr="00924603">
              <w:rPr>
                <w:rFonts w:cs="Times New Roman"/>
                <w:bCs/>
                <w:sz w:val="22"/>
                <w:lang w:val="ro-RO"/>
              </w:rPr>
              <w:t xml:space="preserve"> și </w:t>
            </w:r>
            <w:r w:rsidRPr="00924603">
              <w:rPr>
                <w:rFonts w:cs="Times New Roman"/>
                <w:sz w:val="22"/>
              </w:rPr>
              <w:t>Liceul Tehnologic Pucioasa,  Strada C. Olănescu, nr. 19</w:t>
            </w:r>
          </w:p>
        </w:tc>
      </w:tr>
    </w:tbl>
    <w:p w14:paraId="1BE0339C" w14:textId="77777777" w:rsidR="006C12F8" w:rsidRPr="006C12F8" w:rsidRDefault="006C12F8" w:rsidP="006C12F8">
      <w:pPr>
        <w:ind w:firstLine="720"/>
        <w:jc w:val="both"/>
        <w:rPr>
          <w:rFonts w:cs="Times New Roman"/>
          <w:bCs/>
          <w:szCs w:val="24"/>
          <w:lang w:val="ro-RO"/>
        </w:rPr>
      </w:pPr>
    </w:p>
    <w:p w14:paraId="647EBCDE" w14:textId="77777777" w:rsidR="006C12F8" w:rsidRPr="006C12F8" w:rsidRDefault="006C12F8" w:rsidP="006C12F8">
      <w:pPr>
        <w:spacing w:after="160" w:line="256" w:lineRule="auto"/>
        <w:jc w:val="center"/>
        <w:rPr>
          <w:rFonts w:eastAsia="Calibri" w:cs="Times New Roman"/>
          <w:kern w:val="2"/>
          <w:szCs w:val="24"/>
          <w:lang w:val="ro-RO"/>
          <w14:ligatures w14:val="standardContextual"/>
        </w:rPr>
      </w:pPr>
      <w:r w:rsidRPr="006C12F8">
        <w:rPr>
          <w:rFonts w:eastAsia="Calibri" w:cs="Times New Roman"/>
          <w:kern w:val="2"/>
          <w:szCs w:val="24"/>
          <w:lang w:val="ro-RO"/>
          <w14:ligatures w14:val="standardContextual"/>
        </w:rPr>
        <w:t>DIRECTOR,</w:t>
      </w:r>
    </w:p>
    <w:p w14:paraId="751AFD26" w14:textId="15D08F8F" w:rsidR="003820C8" w:rsidRPr="00E64505" w:rsidRDefault="006C12F8" w:rsidP="003528DA">
      <w:pPr>
        <w:spacing w:after="160" w:line="256" w:lineRule="auto"/>
        <w:jc w:val="center"/>
        <w:rPr>
          <w:lang w:val="ro-RO"/>
        </w:rPr>
      </w:pPr>
      <w:r w:rsidRPr="006C12F8">
        <w:rPr>
          <w:rFonts w:eastAsia="Calibri" w:cs="Times New Roman"/>
          <w:kern w:val="2"/>
          <w:szCs w:val="24"/>
          <w:lang w:val="ro-RO"/>
          <w14:ligatures w14:val="standardContextual"/>
        </w:rPr>
        <w:t>Prof. Mihailovici Bianca- Valeria</w:t>
      </w:r>
    </w:p>
    <w:sectPr w:rsidR="003820C8" w:rsidRPr="00E64505" w:rsidSect="00034616">
      <w:footerReference w:type="default" r:id="rId12"/>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FC6B1" w14:textId="77777777" w:rsidR="006941E1" w:rsidRDefault="006941E1">
      <w:r>
        <w:separator/>
      </w:r>
    </w:p>
  </w:endnote>
  <w:endnote w:type="continuationSeparator" w:id="0">
    <w:p w14:paraId="019A05EB" w14:textId="77777777" w:rsidR="006941E1" w:rsidRDefault="00694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0110F" w14:textId="77777777" w:rsidR="003820C8" w:rsidRDefault="00FC22C1">
    <w:pPr>
      <w:pStyle w:val="Subsol"/>
      <w:jc w:val="center"/>
    </w:pPr>
    <w:r>
      <w:rPr>
        <w:sz w:val="20"/>
      </w:rPr>
      <w:fldChar w:fldCharType="begin"/>
    </w:r>
    <w:r>
      <w:rPr>
        <w:sz w:val="20"/>
      </w:rPr>
      <w:instrText>PAGE</w:instrText>
    </w:r>
    <w:r>
      <w:rPr>
        <w:sz w:val="20"/>
      </w:rPr>
      <w:fldChar w:fldCharType="separate"/>
    </w:r>
    <w:r w:rsidR="00AF1962">
      <w:rPr>
        <w:noProof/>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12B5E" w14:textId="77777777" w:rsidR="006941E1" w:rsidRDefault="006941E1">
      <w:r>
        <w:separator/>
      </w:r>
    </w:p>
  </w:footnote>
  <w:footnote w:type="continuationSeparator" w:id="0">
    <w:p w14:paraId="2A49683B" w14:textId="77777777" w:rsidR="006941E1" w:rsidRDefault="006941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num w:numId="1" w16cid:durableId="638340776">
    <w:abstractNumId w:val="8"/>
  </w:num>
  <w:num w:numId="2" w16cid:durableId="2072265941">
    <w:abstractNumId w:val="6"/>
  </w:num>
  <w:num w:numId="3" w16cid:durableId="1842305888">
    <w:abstractNumId w:val="5"/>
  </w:num>
  <w:num w:numId="4" w16cid:durableId="1414743749">
    <w:abstractNumId w:val="4"/>
  </w:num>
  <w:num w:numId="5" w16cid:durableId="39520928">
    <w:abstractNumId w:val="7"/>
  </w:num>
  <w:num w:numId="6" w16cid:durableId="1326199945">
    <w:abstractNumId w:val="3"/>
  </w:num>
  <w:num w:numId="7" w16cid:durableId="2054496779">
    <w:abstractNumId w:val="2"/>
  </w:num>
  <w:num w:numId="8" w16cid:durableId="1271358956">
    <w:abstractNumId w:val="1"/>
  </w:num>
  <w:num w:numId="9" w16cid:durableId="1010446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CE0"/>
    <w:rsid w:val="00030C42"/>
    <w:rsid w:val="00034616"/>
    <w:rsid w:val="00045C86"/>
    <w:rsid w:val="0006063C"/>
    <w:rsid w:val="0009264D"/>
    <w:rsid w:val="000C053E"/>
    <w:rsid w:val="000C1EB9"/>
    <w:rsid w:val="000F0E9C"/>
    <w:rsid w:val="00107111"/>
    <w:rsid w:val="00117E45"/>
    <w:rsid w:val="001241C6"/>
    <w:rsid w:val="00134562"/>
    <w:rsid w:val="0015074B"/>
    <w:rsid w:val="0015643B"/>
    <w:rsid w:val="0018374A"/>
    <w:rsid w:val="001C25A6"/>
    <w:rsid w:val="001C3098"/>
    <w:rsid w:val="001C674A"/>
    <w:rsid w:val="001E1442"/>
    <w:rsid w:val="001F68A4"/>
    <w:rsid w:val="00205548"/>
    <w:rsid w:val="00210792"/>
    <w:rsid w:val="002168D7"/>
    <w:rsid w:val="002210B9"/>
    <w:rsid w:val="00271359"/>
    <w:rsid w:val="00291DCD"/>
    <w:rsid w:val="0029639D"/>
    <w:rsid w:val="002B7E85"/>
    <w:rsid w:val="002C2239"/>
    <w:rsid w:val="00326F90"/>
    <w:rsid w:val="0033327A"/>
    <w:rsid w:val="00334D08"/>
    <w:rsid w:val="003500CA"/>
    <w:rsid w:val="003528DA"/>
    <w:rsid w:val="0035370B"/>
    <w:rsid w:val="00353C53"/>
    <w:rsid w:val="00365D30"/>
    <w:rsid w:val="00366D1B"/>
    <w:rsid w:val="003820C8"/>
    <w:rsid w:val="003B1CA4"/>
    <w:rsid w:val="003F27B7"/>
    <w:rsid w:val="00405A11"/>
    <w:rsid w:val="00416B7B"/>
    <w:rsid w:val="00436986"/>
    <w:rsid w:val="00456C9A"/>
    <w:rsid w:val="004B219F"/>
    <w:rsid w:val="00542780"/>
    <w:rsid w:val="00544DE8"/>
    <w:rsid w:val="00563062"/>
    <w:rsid w:val="00583769"/>
    <w:rsid w:val="005917AA"/>
    <w:rsid w:val="006028D7"/>
    <w:rsid w:val="00630533"/>
    <w:rsid w:val="00642614"/>
    <w:rsid w:val="00653DC5"/>
    <w:rsid w:val="0066781E"/>
    <w:rsid w:val="006941E1"/>
    <w:rsid w:val="006C12F8"/>
    <w:rsid w:val="006D6821"/>
    <w:rsid w:val="006F5506"/>
    <w:rsid w:val="00717269"/>
    <w:rsid w:val="0073539F"/>
    <w:rsid w:val="00742DFC"/>
    <w:rsid w:val="0074415A"/>
    <w:rsid w:val="00744DEF"/>
    <w:rsid w:val="00774067"/>
    <w:rsid w:val="007E30B1"/>
    <w:rsid w:val="0085678D"/>
    <w:rsid w:val="00892C24"/>
    <w:rsid w:val="00924603"/>
    <w:rsid w:val="009729F9"/>
    <w:rsid w:val="009924AE"/>
    <w:rsid w:val="009A1BFA"/>
    <w:rsid w:val="009F27C7"/>
    <w:rsid w:val="00A51EFE"/>
    <w:rsid w:val="00A6756E"/>
    <w:rsid w:val="00AA1D8D"/>
    <w:rsid w:val="00AB138C"/>
    <w:rsid w:val="00AB1E15"/>
    <w:rsid w:val="00AF1962"/>
    <w:rsid w:val="00B44B24"/>
    <w:rsid w:val="00B47730"/>
    <w:rsid w:val="00BA3D7D"/>
    <w:rsid w:val="00BF105F"/>
    <w:rsid w:val="00BF6B62"/>
    <w:rsid w:val="00C1729D"/>
    <w:rsid w:val="00C2235E"/>
    <w:rsid w:val="00C36950"/>
    <w:rsid w:val="00C36AB8"/>
    <w:rsid w:val="00C452B3"/>
    <w:rsid w:val="00C67E6C"/>
    <w:rsid w:val="00C84B0F"/>
    <w:rsid w:val="00C9422A"/>
    <w:rsid w:val="00CB0664"/>
    <w:rsid w:val="00CC442C"/>
    <w:rsid w:val="00CE29D6"/>
    <w:rsid w:val="00D261D3"/>
    <w:rsid w:val="00D262E7"/>
    <w:rsid w:val="00D42460"/>
    <w:rsid w:val="00D72C90"/>
    <w:rsid w:val="00DA771B"/>
    <w:rsid w:val="00DC532C"/>
    <w:rsid w:val="00DC67F7"/>
    <w:rsid w:val="00DE01F8"/>
    <w:rsid w:val="00DF2630"/>
    <w:rsid w:val="00E64505"/>
    <w:rsid w:val="00E71707"/>
    <w:rsid w:val="00E87C46"/>
    <w:rsid w:val="00EB0CF7"/>
    <w:rsid w:val="00EC063D"/>
    <w:rsid w:val="00EE44E5"/>
    <w:rsid w:val="00EE6A5C"/>
    <w:rsid w:val="00F162CA"/>
    <w:rsid w:val="00F250CA"/>
    <w:rsid w:val="00F4058F"/>
    <w:rsid w:val="00F71FE4"/>
    <w:rsid w:val="00F76C3C"/>
    <w:rsid w:val="00F9137C"/>
    <w:rsid w:val="00FC22C1"/>
    <w:rsid w:val="00FC26D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8999FA"/>
  <w14:defaultImageDpi w14:val="300"/>
  <w15:docId w15:val="{7A6E7DDB-229B-40AE-87F1-327D2203A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eastAsia="Times New Roman" w:hAnsi="Times New Roman"/>
      <w:sz w:val="24"/>
    </w:rPr>
  </w:style>
  <w:style w:type="paragraph" w:styleId="Titlu1">
    <w:name w:val="heading 1"/>
    <w:basedOn w:val="Normal"/>
    <w:next w:val="Normal"/>
    <w:link w:val="Titlu1Caracte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enterInstitution">
    <w:name w:val="CenterInstitution"/>
    <w:basedOn w:val="Normal"/>
    <w:pPr>
      <w:jc w:val="center"/>
    </w:pPr>
    <w:rPr>
      <w:b/>
    </w:rPr>
  </w:style>
  <w:style w:type="paragraph" w:customStyle="1" w:styleId="CenterTitle">
    <w:name w:val="CenterTitle"/>
    <w:basedOn w:val="Normal"/>
    <w:pPr>
      <w:jc w:val="center"/>
    </w:pPr>
    <w:rPr>
      <w:b/>
      <w:sz w:val="28"/>
    </w:rPr>
  </w:style>
  <w:style w:type="paragraph" w:customStyle="1" w:styleId="SectionHeading">
    <w:name w:val="SectionHeading"/>
    <w:basedOn w:val="Normal"/>
    <w:rPr>
      <w:b/>
    </w:rPr>
  </w:style>
  <w:style w:type="paragraph" w:customStyle="1" w:styleId="TableText">
    <w:name w:val="TableText"/>
    <w:basedOn w:val="Normal"/>
    <w:rPr>
      <w:sz w:val="20"/>
    </w:rPr>
  </w:style>
  <w:style w:type="character" w:styleId="Hyperlink">
    <w:name w:val="Hyperlink"/>
    <w:basedOn w:val="Fontdeparagrafimplicit"/>
    <w:uiPriority w:val="99"/>
    <w:unhideWhenUsed/>
    <w:rsid w:val="006C12F8"/>
    <w:rPr>
      <w:color w:val="0000FF" w:themeColor="hyperlink"/>
      <w:u w:val="single"/>
    </w:rPr>
  </w:style>
  <w:style w:type="character" w:styleId="MeniuneNerezolvat">
    <w:name w:val="Unresolved Mention"/>
    <w:basedOn w:val="Fontdeparagrafimplicit"/>
    <w:uiPriority w:val="99"/>
    <w:semiHidden/>
    <w:unhideWhenUsed/>
    <w:rsid w:val="006C12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iiir.edu.ro/manuale-si-ghidur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tpucioasa.ro" TargetMode="External"/><Relationship Id="rId5" Type="http://schemas.openxmlformats.org/officeDocument/2006/relationships/webSettings" Target="webSettings.xml"/><Relationship Id="rId10" Type="http://schemas.openxmlformats.org/officeDocument/2006/relationships/hyperlink" Target="http://www.lictpucioasa.ro" TargetMode="External"/><Relationship Id="rId4" Type="http://schemas.openxmlformats.org/officeDocument/2006/relationships/settings" Target="settings.xml"/><Relationship Id="rId9" Type="http://schemas.openxmlformats.org/officeDocument/2006/relationships/hyperlink" Target="https://posturi.gov.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1785</Words>
  <Characters>11658</Characters>
  <Application>Microsoft Office Word</Application>
  <DocSecurity>0</DocSecurity>
  <Lines>291</Lines>
  <Paragraphs>227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13216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Mihailovici Bianca</cp:lastModifiedBy>
  <cp:revision>35</cp:revision>
  <dcterms:created xsi:type="dcterms:W3CDTF">2026-07-14T09:28:00Z</dcterms:created>
  <dcterms:modified xsi:type="dcterms:W3CDTF">2026-07-22T08:19:00Z</dcterms:modified>
  <cp:category/>
</cp:coreProperties>
</file>