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635C" w14:textId="0D3D1AAB" w:rsidR="00907530" w:rsidRDefault="00000000">
      <w:pPr>
        <w:spacing w:after="40"/>
        <w:jc w:val="center"/>
      </w:pPr>
      <w:r>
        <w:rPr>
          <w:b/>
          <w:sz w:val="24"/>
        </w:rPr>
        <w:t>ROMANIA</w:t>
      </w:r>
      <w:r>
        <w:rPr>
          <w:b/>
          <w:sz w:val="24"/>
        </w:rPr>
        <w:br/>
        <w:t xml:space="preserve">COMUNA </w:t>
      </w:r>
      <w:r w:rsidR="00B26405">
        <w:rPr>
          <w:b/>
          <w:sz w:val="24"/>
        </w:rPr>
        <w:t>BRĂDEANU</w:t>
      </w:r>
      <w:r>
        <w:rPr>
          <w:b/>
          <w:sz w:val="24"/>
        </w:rPr>
        <w:br/>
        <w:t>JUDETUL BUZAU</w:t>
      </w:r>
    </w:p>
    <w:p w14:paraId="5C4F8787" w14:textId="4A55AD5C" w:rsidR="00907530" w:rsidRPr="00322E5F" w:rsidRDefault="00000000">
      <w:pPr>
        <w:spacing w:after="360"/>
        <w:jc w:val="center"/>
        <w:rPr>
          <w:rFonts w:ascii="Times New Roman" w:hAnsi="Times New Roman" w:cs="Times New Roman"/>
          <w:sz w:val="28"/>
          <w:szCs w:val="28"/>
        </w:rPr>
      </w:pPr>
      <w:r w:rsidRPr="00322E5F">
        <w:rPr>
          <w:rFonts w:ascii="Times New Roman" w:hAnsi="Times New Roman" w:cs="Times New Roman"/>
          <w:i/>
          <w:sz w:val="28"/>
          <w:szCs w:val="28"/>
        </w:rPr>
        <w:t>TEL: 0238/</w:t>
      </w:r>
      <w:r w:rsidR="00B26405" w:rsidRPr="00322E5F">
        <w:rPr>
          <w:rFonts w:ascii="Times New Roman" w:hAnsi="Times New Roman" w:cs="Times New Roman"/>
          <w:i/>
          <w:sz w:val="28"/>
          <w:szCs w:val="28"/>
        </w:rPr>
        <w:t>535057</w:t>
      </w:r>
      <w:r w:rsidRPr="00322E5F">
        <w:rPr>
          <w:rFonts w:ascii="Times New Roman" w:hAnsi="Times New Roman" w:cs="Times New Roman"/>
          <w:i/>
          <w:sz w:val="28"/>
          <w:szCs w:val="28"/>
        </w:rPr>
        <w:t xml:space="preserve">; </w:t>
      </w:r>
      <w:r w:rsidRPr="00322E5F">
        <w:rPr>
          <w:rFonts w:ascii="Times New Roman" w:hAnsi="Times New Roman" w:cs="Times New Roman"/>
          <w:i/>
          <w:sz w:val="28"/>
          <w:szCs w:val="28"/>
        </w:rPr>
        <w:br/>
        <w:t xml:space="preserve">E-MAIL: </w:t>
      </w:r>
      <w:r w:rsidR="00B26405" w:rsidRPr="00322E5F">
        <w:rPr>
          <w:rFonts w:ascii="Times New Roman" w:hAnsi="Times New Roman" w:cs="Times New Roman"/>
          <w:i/>
          <w:sz w:val="28"/>
          <w:szCs w:val="28"/>
        </w:rPr>
        <w:t>primaria.bradeanu@gmail.com</w:t>
      </w:r>
    </w:p>
    <w:p w14:paraId="720F2E57" w14:textId="3FA8752D" w:rsidR="00907530" w:rsidRDefault="00907530" w:rsidP="007F08E0">
      <w:pPr>
        <w:spacing w:after="360"/>
        <w:jc w:val="center"/>
      </w:pPr>
    </w:p>
    <w:p w14:paraId="4B71B9D0" w14:textId="77777777" w:rsidR="00907530" w:rsidRPr="007F08E0" w:rsidRDefault="00000000" w:rsidP="007F08E0">
      <w:pPr>
        <w:spacing w:after="360"/>
        <w:jc w:val="center"/>
        <w:rPr>
          <w:rFonts w:ascii="Times New Roman" w:hAnsi="Times New Roman" w:cs="Times New Roman"/>
          <w:sz w:val="28"/>
          <w:szCs w:val="28"/>
        </w:rPr>
      </w:pPr>
      <w:r w:rsidRPr="007F08E0">
        <w:rPr>
          <w:rFonts w:ascii="Times New Roman" w:hAnsi="Times New Roman" w:cs="Times New Roman"/>
          <w:b/>
          <w:sz w:val="28"/>
          <w:szCs w:val="28"/>
        </w:rPr>
        <w:t>ANUNŢ</w:t>
      </w:r>
    </w:p>
    <w:p w14:paraId="64F2444A" w14:textId="129D7F4A" w:rsidR="00907530" w:rsidRPr="007F08E0" w:rsidRDefault="00000000" w:rsidP="007F08E0">
      <w:pPr>
        <w:spacing w:after="240"/>
        <w:ind w:firstLine="720"/>
        <w:jc w:val="both"/>
        <w:rPr>
          <w:rFonts w:ascii="Times New Roman" w:hAnsi="Times New Roman" w:cs="Times New Roman"/>
          <w:sz w:val="28"/>
          <w:szCs w:val="28"/>
        </w:rPr>
      </w:pPr>
      <w:proofErr w:type="spellStart"/>
      <w:r w:rsidRPr="007F08E0">
        <w:rPr>
          <w:rFonts w:ascii="Times New Roman" w:hAnsi="Times New Roman" w:cs="Times New Roman"/>
          <w:sz w:val="28"/>
          <w:szCs w:val="28"/>
        </w:rPr>
        <w:t>Primăria</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Comunei</w:t>
      </w:r>
      <w:proofErr w:type="spellEnd"/>
      <w:r w:rsidRPr="007F08E0">
        <w:rPr>
          <w:rFonts w:ascii="Times New Roman" w:hAnsi="Times New Roman" w:cs="Times New Roman"/>
          <w:sz w:val="28"/>
          <w:szCs w:val="28"/>
        </w:rPr>
        <w:t xml:space="preserve"> </w:t>
      </w:r>
      <w:proofErr w:type="spellStart"/>
      <w:r w:rsidR="00B26405" w:rsidRPr="007F08E0">
        <w:rPr>
          <w:rFonts w:ascii="Times New Roman" w:hAnsi="Times New Roman" w:cs="Times New Roman"/>
          <w:sz w:val="28"/>
          <w:szCs w:val="28"/>
        </w:rPr>
        <w:t>Brădeanu</w:t>
      </w:r>
      <w:proofErr w:type="spellEnd"/>
      <w:r w:rsidRPr="007F08E0">
        <w:rPr>
          <w:rFonts w:ascii="Times New Roman" w:hAnsi="Times New Roman" w:cs="Times New Roman"/>
          <w:sz w:val="28"/>
          <w:szCs w:val="28"/>
        </w:rPr>
        <w:t xml:space="preserve">, cu </w:t>
      </w:r>
      <w:proofErr w:type="spellStart"/>
      <w:r w:rsidRPr="007F08E0">
        <w:rPr>
          <w:rFonts w:ascii="Times New Roman" w:hAnsi="Times New Roman" w:cs="Times New Roman"/>
          <w:sz w:val="28"/>
          <w:szCs w:val="28"/>
        </w:rPr>
        <w:t>sediul</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în</w:t>
      </w:r>
      <w:proofErr w:type="spellEnd"/>
      <w:r w:rsidRPr="007F08E0">
        <w:rPr>
          <w:rFonts w:ascii="Times New Roman" w:hAnsi="Times New Roman" w:cs="Times New Roman"/>
          <w:sz w:val="28"/>
          <w:szCs w:val="28"/>
        </w:rPr>
        <w:t xml:space="preserve"> sat </w:t>
      </w:r>
      <w:proofErr w:type="spellStart"/>
      <w:r w:rsidR="00B26405" w:rsidRPr="007F08E0">
        <w:rPr>
          <w:rFonts w:ascii="Times New Roman" w:hAnsi="Times New Roman" w:cs="Times New Roman"/>
          <w:sz w:val="28"/>
          <w:szCs w:val="28"/>
        </w:rPr>
        <w:t>Brădeanu</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comuna</w:t>
      </w:r>
      <w:proofErr w:type="spellEnd"/>
      <w:r w:rsidRPr="007F08E0">
        <w:rPr>
          <w:rFonts w:ascii="Times New Roman" w:hAnsi="Times New Roman" w:cs="Times New Roman"/>
          <w:sz w:val="28"/>
          <w:szCs w:val="28"/>
        </w:rPr>
        <w:t xml:space="preserve"> </w:t>
      </w:r>
      <w:proofErr w:type="spellStart"/>
      <w:r w:rsidR="00B26405" w:rsidRPr="007F08E0">
        <w:rPr>
          <w:rFonts w:ascii="Times New Roman" w:hAnsi="Times New Roman" w:cs="Times New Roman"/>
          <w:sz w:val="28"/>
          <w:szCs w:val="28"/>
        </w:rPr>
        <w:t>Brădeanu</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strada</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P</w:t>
      </w:r>
      <w:r w:rsidR="00B26405" w:rsidRPr="007F08E0">
        <w:rPr>
          <w:rFonts w:ascii="Times New Roman" w:hAnsi="Times New Roman" w:cs="Times New Roman"/>
          <w:sz w:val="28"/>
          <w:szCs w:val="28"/>
        </w:rPr>
        <w:t>atriei</w:t>
      </w:r>
      <w:proofErr w:type="spellEnd"/>
      <w:r w:rsidRPr="007F08E0">
        <w:rPr>
          <w:rFonts w:ascii="Times New Roman" w:hAnsi="Times New Roman" w:cs="Times New Roman"/>
          <w:sz w:val="28"/>
          <w:szCs w:val="28"/>
        </w:rPr>
        <w:t xml:space="preserve"> nr. </w:t>
      </w:r>
      <w:r w:rsidR="00B26405" w:rsidRPr="007F08E0">
        <w:rPr>
          <w:rFonts w:ascii="Times New Roman" w:hAnsi="Times New Roman" w:cs="Times New Roman"/>
          <w:sz w:val="28"/>
          <w:szCs w:val="28"/>
        </w:rPr>
        <w:t>50</w:t>
      </w:r>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județul</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Buzău</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organizeaza</w:t>
      </w:r>
      <w:proofErr w:type="spellEnd"/>
      <w:r w:rsidRPr="007F08E0">
        <w:rPr>
          <w:rFonts w:ascii="Times New Roman" w:hAnsi="Times New Roman" w:cs="Times New Roman"/>
          <w:sz w:val="28"/>
          <w:szCs w:val="28"/>
        </w:rPr>
        <w:t xml:space="preserve"> concurs pentru ocuparea unei functii contractual vacante la Serviciul Social Unitate de Ingrijire la Domiciliu, in conformitate cu prevederile H.G. nr. 1336/ 28.10.2022, respectând prevederile OUG 156/2024, după cum urmează:</w:t>
      </w:r>
    </w:p>
    <w:p w14:paraId="3D32C205" w14:textId="77777777" w:rsidR="00907530" w:rsidRPr="007F08E0" w:rsidRDefault="00000000" w:rsidP="007F08E0">
      <w:pPr>
        <w:spacing w:after="80"/>
        <w:jc w:val="both"/>
        <w:rPr>
          <w:rFonts w:ascii="Times New Roman" w:hAnsi="Times New Roman" w:cs="Times New Roman"/>
          <w:sz w:val="28"/>
          <w:szCs w:val="28"/>
        </w:rPr>
      </w:pPr>
      <w:r w:rsidRPr="007F08E0">
        <w:rPr>
          <w:rFonts w:ascii="Times New Roman" w:hAnsi="Times New Roman" w:cs="Times New Roman"/>
          <w:b/>
          <w:sz w:val="28"/>
          <w:szCs w:val="28"/>
        </w:rPr>
        <w:t>DENUMIREA POSTULUI:</w:t>
      </w:r>
      <w:r w:rsidRPr="007F08E0">
        <w:rPr>
          <w:rFonts w:ascii="Times New Roman" w:hAnsi="Times New Roman" w:cs="Times New Roman"/>
          <w:sz w:val="28"/>
          <w:szCs w:val="28"/>
        </w:rPr>
        <w:t xml:space="preserve"> ingrijitor la domiciliu</w:t>
      </w:r>
    </w:p>
    <w:p w14:paraId="5F4A0C50" w14:textId="77777777" w:rsidR="00907530" w:rsidRPr="007F08E0" w:rsidRDefault="00000000" w:rsidP="007F08E0">
      <w:pPr>
        <w:spacing w:after="80"/>
        <w:jc w:val="both"/>
        <w:rPr>
          <w:rFonts w:ascii="Times New Roman" w:hAnsi="Times New Roman" w:cs="Times New Roman"/>
          <w:sz w:val="28"/>
          <w:szCs w:val="28"/>
        </w:rPr>
      </w:pPr>
      <w:r w:rsidRPr="007F08E0">
        <w:rPr>
          <w:rFonts w:ascii="Times New Roman" w:hAnsi="Times New Roman" w:cs="Times New Roman"/>
          <w:b/>
          <w:sz w:val="28"/>
          <w:szCs w:val="28"/>
        </w:rPr>
        <w:t>NUMĂRUL POSTURILOR:</w:t>
      </w:r>
      <w:r w:rsidRPr="007F08E0">
        <w:rPr>
          <w:rFonts w:ascii="Times New Roman" w:hAnsi="Times New Roman" w:cs="Times New Roman"/>
          <w:sz w:val="28"/>
          <w:szCs w:val="28"/>
        </w:rPr>
        <w:t xml:space="preserve"> 1 post vacant</w:t>
      </w:r>
    </w:p>
    <w:p w14:paraId="36C73261" w14:textId="77777777" w:rsidR="00907530" w:rsidRPr="007F08E0" w:rsidRDefault="00000000" w:rsidP="007F08E0">
      <w:pPr>
        <w:spacing w:after="80"/>
        <w:jc w:val="both"/>
        <w:rPr>
          <w:rFonts w:ascii="Times New Roman" w:hAnsi="Times New Roman" w:cs="Times New Roman"/>
          <w:sz w:val="28"/>
          <w:szCs w:val="28"/>
        </w:rPr>
      </w:pPr>
      <w:r w:rsidRPr="007F08E0">
        <w:rPr>
          <w:rFonts w:ascii="Times New Roman" w:hAnsi="Times New Roman" w:cs="Times New Roman"/>
          <w:b/>
          <w:sz w:val="28"/>
          <w:szCs w:val="28"/>
        </w:rPr>
        <w:t>NIVELUL POSTULUI:</w:t>
      </w:r>
      <w:r w:rsidRPr="007F08E0">
        <w:rPr>
          <w:rFonts w:ascii="Times New Roman" w:hAnsi="Times New Roman" w:cs="Times New Roman"/>
          <w:sz w:val="28"/>
          <w:szCs w:val="28"/>
        </w:rPr>
        <w:t xml:space="preserve"> funcție de execuție</w:t>
      </w:r>
    </w:p>
    <w:p w14:paraId="12E47A80" w14:textId="77777777" w:rsidR="00907530" w:rsidRPr="007F08E0" w:rsidRDefault="00000000" w:rsidP="007F08E0">
      <w:pPr>
        <w:spacing w:after="80"/>
        <w:jc w:val="both"/>
        <w:rPr>
          <w:rFonts w:ascii="Times New Roman" w:hAnsi="Times New Roman" w:cs="Times New Roman"/>
          <w:sz w:val="28"/>
          <w:szCs w:val="28"/>
        </w:rPr>
      </w:pPr>
      <w:r w:rsidRPr="007F08E0">
        <w:rPr>
          <w:rFonts w:ascii="Times New Roman" w:hAnsi="Times New Roman" w:cs="Times New Roman"/>
          <w:b/>
          <w:sz w:val="28"/>
          <w:szCs w:val="28"/>
        </w:rPr>
        <w:t>COMPARTIMENT/STRUCTURĂ:</w:t>
      </w:r>
      <w:r w:rsidRPr="007F08E0">
        <w:rPr>
          <w:rFonts w:ascii="Times New Roman" w:hAnsi="Times New Roman" w:cs="Times New Roman"/>
          <w:sz w:val="28"/>
          <w:szCs w:val="28"/>
        </w:rPr>
        <w:t xml:space="preserve"> Unitate de Ingrijire la Domiciliu</w:t>
      </w:r>
    </w:p>
    <w:p w14:paraId="623C2A02" w14:textId="004D8FF3" w:rsidR="00907530" w:rsidRPr="007F08E0" w:rsidRDefault="00000000" w:rsidP="007F08E0">
      <w:pPr>
        <w:spacing w:after="80"/>
        <w:jc w:val="both"/>
        <w:rPr>
          <w:rFonts w:ascii="Times New Roman" w:hAnsi="Times New Roman" w:cs="Times New Roman"/>
          <w:sz w:val="28"/>
          <w:szCs w:val="28"/>
        </w:rPr>
      </w:pPr>
      <w:r w:rsidRPr="007F08E0">
        <w:rPr>
          <w:rFonts w:ascii="Times New Roman" w:hAnsi="Times New Roman" w:cs="Times New Roman"/>
          <w:b/>
          <w:sz w:val="28"/>
          <w:szCs w:val="28"/>
        </w:rPr>
        <w:t>DURATA TIMPULUI DE LUCRU:</w:t>
      </w:r>
      <w:r w:rsidRPr="007F08E0">
        <w:rPr>
          <w:rFonts w:ascii="Times New Roman" w:hAnsi="Times New Roman" w:cs="Times New Roman"/>
          <w:sz w:val="28"/>
          <w:szCs w:val="28"/>
        </w:rPr>
        <w:t xml:space="preserve"> </w:t>
      </w:r>
      <w:r w:rsidR="007F08E0">
        <w:rPr>
          <w:rFonts w:ascii="Times New Roman" w:hAnsi="Times New Roman" w:cs="Times New Roman"/>
          <w:sz w:val="28"/>
          <w:szCs w:val="28"/>
        </w:rPr>
        <w:t>4</w:t>
      </w:r>
      <w:r w:rsidRPr="007F08E0">
        <w:rPr>
          <w:rFonts w:ascii="Times New Roman" w:hAnsi="Times New Roman" w:cs="Times New Roman"/>
          <w:sz w:val="28"/>
          <w:szCs w:val="28"/>
        </w:rPr>
        <w:t xml:space="preserve"> ore pe zi; </w:t>
      </w:r>
      <w:r w:rsidR="007F08E0">
        <w:rPr>
          <w:rFonts w:ascii="Times New Roman" w:hAnsi="Times New Roman" w:cs="Times New Roman"/>
          <w:sz w:val="28"/>
          <w:szCs w:val="28"/>
        </w:rPr>
        <w:t>2</w:t>
      </w:r>
      <w:r w:rsidRPr="007F08E0">
        <w:rPr>
          <w:rFonts w:ascii="Times New Roman" w:hAnsi="Times New Roman" w:cs="Times New Roman"/>
          <w:sz w:val="28"/>
          <w:szCs w:val="28"/>
        </w:rPr>
        <w:t>0 de ore pe săptămână</w:t>
      </w:r>
    </w:p>
    <w:p w14:paraId="392480B1" w14:textId="77777777" w:rsidR="00907530" w:rsidRPr="007F08E0" w:rsidRDefault="00000000" w:rsidP="007F08E0">
      <w:pPr>
        <w:spacing w:after="80"/>
        <w:jc w:val="both"/>
        <w:rPr>
          <w:rFonts w:ascii="Times New Roman" w:hAnsi="Times New Roman" w:cs="Times New Roman"/>
          <w:sz w:val="28"/>
          <w:szCs w:val="28"/>
        </w:rPr>
      </w:pPr>
      <w:r w:rsidRPr="007F08E0">
        <w:rPr>
          <w:rFonts w:ascii="Times New Roman" w:hAnsi="Times New Roman" w:cs="Times New Roman"/>
          <w:b/>
          <w:sz w:val="28"/>
          <w:szCs w:val="28"/>
        </w:rPr>
        <w:t>PERIOADA:</w:t>
      </w:r>
      <w:r w:rsidRPr="007F08E0">
        <w:rPr>
          <w:rFonts w:ascii="Times New Roman" w:hAnsi="Times New Roman" w:cs="Times New Roman"/>
          <w:sz w:val="28"/>
          <w:szCs w:val="28"/>
        </w:rPr>
        <w:t xml:space="preserve"> nedeterminată</w:t>
      </w:r>
    </w:p>
    <w:p w14:paraId="4869EAB4" w14:textId="77777777" w:rsidR="00907530" w:rsidRPr="007F08E0" w:rsidRDefault="00907530" w:rsidP="007F08E0">
      <w:pPr>
        <w:spacing w:after="240"/>
        <w:jc w:val="both"/>
        <w:rPr>
          <w:rFonts w:ascii="Times New Roman" w:hAnsi="Times New Roman" w:cs="Times New Roman"/>
          <w:sz w:val="28"/>
          <w:szCs w:val="28"/>
        </w:rPr>
      </w:pPr>
    </w:p>
    <w:p w14:paraId="225DE484" w14:textId="77777777" w:rsidR="00907530" w:rsidRPr="007F08E0" w:rsidRDefault="00000000" w:rsidP="007F08E0">
      <w:pPr>
        <w:spacing w:after="120"/>
        <w:ind w:firstLine="720"/>
        <w:jc w:val="both"/>
        <w:rPr>
          <w:rFonts w:ascii="Times New Roman" w:hAnsi="Times New Roman" w:cs="Times New Roman"/>
          <w:sz w:val="28"/>
          <w:szCs w:val="28"/>
        </w:rPr>
      </w:pPr>
      <w:r w:rsidRPr="007F08E0">
        <w:rPr>
          <w:rFonts w:ascii="Times New Roman" w:hAnsi="Times New Roman" w:cs="Times New Roman"/>
          <w:sz w:val="28"/>
          <w:szCs w:val="28"/>
        </w:rPr>
        <w:t>Condițiile generale de participare sunt cele prevăzute de art. 15 la H.G. nr. 1336/28.10.2022 pentru aprobarea Regulamentului-cadru privind organizarea şi dezvoltarea carierei personalului contractual din sectorul bugetar plătit din fonduri publice.</w:t>
      </w:r>
    </w:p>
    <w:p w14:paraId="07146FBA" w14:textId="77777777" w:rsidR="00907530" w:rsidRPr="007F08E0" w:rsidRDefault="00000000" w:rsidP="007F08E0">
      <w:pPr>
        <w:spacing w:after="120"/>
        <w:ind w:firstLine="360"/>
        <w:jc w:val="both"/>
        <w:rPr>
          <w:rFonts w:ascii="Times New Roman" w:hAnsi="Times New Roman" w:cs="Times New Roman"/>
          <w:sz w:val="28"/>
          <w:szCs w:val="28"/>
        </w:rPr>
      </w:pPr>
      <w:r w:rsidRPr="007F08E0">
        <w:rPr>
          <w:rFonts w:ascii="Times New Roman" w:hAnsi="Times New Roman" w:cs="Times New Roman"/>
          <w:sz w:val="28"/>
          <w:szCs w:val="28"/>
        </w:rPr>
        <w:t>Pentru a ocupa un post contractual, candidații trebuie să îndeplinească următoarele condiţii generale, conform art. 15 al Regulamentului-cadru aprobat prin Hotărârea Guvernului nr. 1336/28.10.2022:</w:t>
      </w:r>
    </w:p>
    <w:p w14:paraId="360EE8E5"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a) are cetățenia română sau cetățenia unui alt stat membru al Uniunii Europene, a unui stat parte la Acordul privind Spațiul Economic European (SEE) sau cetățenia Confederației Elvețiene;</w:t>
      </w:r>
    </w:p>
    <w:p w14:paraId="7509671D"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lastRenderedPageBreak/>
        <w:t>b) cunoaşte limba română, scris şi vorbit;</w:t>
      </w:r>
    </w:p>
    <w:p w14:paraId="04C5C025"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c) are capacitate de muncă în conformitate cu prevederile Legii nr. 53/2003 Codul muncii, republicată, cu modificările şi completările ulterioare;</w:t>
      </w:r>
    </w:p>
    <w:p w14:paraId="3169019E"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d) are o stare de sănătate corespunzătoare postului pentru care candidează, atestată pe baza adeverinței medicale eliberate de medicul de familie sau de unitățile sanitare abilitate;</w:t>
      </w:r>
    </w:p>
    <w:p w14:paraId="246FCA64"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e) îndeplineşte condițiile de studii, de vechime în specialitate și, după caz, alte condiții specifice potrivit cerințelor postului scos la concurs;</w:t>
      </w:r>
    </w:p>
    <w:p w14:paraId="6FB41672"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 xml:space="preserve">f) nu a fost condamnată definitiv pentru săvârşirea unei infracțiuni contra securității naționale, contra autorității, contra umanității, infracțiuni de corupție sau de serviciu, infracțiuni de fals ori contra înfăptuirii justiției, infracțiuni săvârşite cu intenție care ar face o persoană candidată la post incompatibilă cu exercitarea funcției contractuale pentru care candidează, cu excepția situației în care </w:t>
      </w:r>
      <w:proofErr w:type="gramStart"/>
      <w:r w:rsidRPr="007F08E0">
        <w:rPr>
          <w:rFonts w:ascii="Times New Roman" w:hAnsi="Times New Roman" w:cs="Times New Roman"/>
          <w:sz w:val="28"/>
          <w:szCs w:val="28"/>
        </w:rPr>
        <w:t>a</w:t>
      </w:r>
      <w:proofErr w:type="gramEnd"/>
      <w:r w:rsidRPr="007F08E0">
        <w:rPr>
          <w:rFonts w:ascii="Times New Roman" w:hAnsi="Times New Roman" w:cs="Times New Roman"/>
          <w:sz w:val="28"/>
          <w:szCs w:val="28"/>
        </w:rPr>
        <w:t xml:space="preserve"> intervenit reabilitarea;</w:t>
      </w:r>
    </w:p>
    <w:p w14:paraId="6ACE157D"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 xml:space="preserve">g) nu execută o pedeapsă complementară prin care i-a fost interzisă exercitarea dreptului de </w:t>
      </w:r>
      <w:proofErr w:type="gramStart"/>
      <w:r w:rsidRPr="007F08E0">
        <w:rPr>
          <w:rFonts w:ascii="Times New Roman" w:hAnsi="Times New Roman" w:cs="Times New Roman"/>
          <w:sz w:val="28"/>
          <w:szCs w:val="28"/>
        </w:rPr>
        <w:t>a</w:t>
      </w:r>
      <w:proofErr w:type="gramEnd"/>
      <w:r w:rsidRPr="007F08E0">
        <w:rPr>
          <w:rFonts w:ascii="Times New Roman" w:hAnsi="Times New Roman" w:cs="Times New Roman"/>
          <w:sz w:val="28"/>
          <w:szCs w:val="28"/>
        </w:rPr>
        <w:t xml:space="preserve"> ocupa funcția, de </w:t>
      </w:r>
      <w:proofErr w:type="gramStart"/>
      <w:r w:rsidRPr="007F08E0">
        <w:rPr>
          <w:rFonts w:ascii="Times New Roman" w:hAnsi="Times New Roman" w:cs="Times New Roman"/>
          <w:sz w:val="28"/>
          <w:szCs w:val="28"/>
        </w:rPr>
        <w:t>a</w:t>
      </w:r>
      <w:proofErr w:type="gramEnd"/>
      <w:r w:rsidRPr="007F08E0">
        <w:rPr>
          <w:rFonts w:ascii="Times New Roman" w:hAnsi="Times New Roman" w:cs="Times New Roman"/>
          <w:sz w:val="28"/>
          <w:szCs w:val="28"/>
        </w:rPr>
        <w:t xml:space="preserve"> exercita profesia sau meseria ori de a desfăşura activitatea de care s-a folosit pentru săvârşirea infracțiunii sau față de aceasta nu s-a luat măsura de siguranță </w:t>
      </w:r>
      <w:proofErr w:type="gramStart"/>
      <w:r w:rsidRPr="007F08E0">
        <w:rPr>
          <w:rFonts w:ascii="Times New Roman" w:hAnsi="Times New Roman" w:cs="Times New Roman"/>
          <w:sz w:val="28"/>
          <w:szCs w:val="28"/>
        </w:rPr>
        <w:t>a</w:t>
      </w:r>
      <w:proofErr w:type="gramEnd"/>
      <w:r w:rsidRPr="007F08E0">
        <w:rPr>
          <w:rFonts w:ascii="Times New Roman" w:hAnsi="Times New Roman" w:cs="Times New Roman"/>
          <w:sz w:val="28"/>
          <w:szCs w:val="28"/>
        </w:rPr>
        <w:t xml:space="preserve"> interzicerii ocupării unei funcții sau </w:t>
      </w:r>
      <w:proofErr w:type="gramStart"/>
      <w:r w:rsidRPr="007F08E0">
        <w:rPr>
          <w:rFonts w:ascii="Times New Roman" w:hAnsi="Times New Roman" w:cs="Times New Roman"/>
          <w:sz w:val="28"/>
          <w:szCs w:val="28"/>
        </w:rPr>
        <w:t>a</w:t>
      </w:r>
      <w:proofErr w:type="gramEnd"/>
      <w:r w:rsidRPr="007F08E0">
        <w:rPr>
          <w:rFonts w:ascii="Times New Roman" w:hAnsi="Times New Roman" w:cs="Times New Roman"/>
          <w:sz w:val="28"/>
          <w:szCs w:val="28"/>
        </w:rPr>
        <w:t xml:space="preserve"> exercitării unei profesii;</w:t>
      </w:r>
    </w:p>
    <w:p w14:paraId="7F1B42D5"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h) nu a comis infracțiunile prevăzute la art. 1 alin. (2) din Legea nr. 118/2019 privind Registrul național automatizat cu privire la persoanele care au comis infracțiuni sexuale, de exploatare a unor persoane sau asupra minorilor, precum şi pentru completarea Legii nr. 76/2008 privind organizarea și funcționarea Sistemului Național de Date Genetice Judiciare, cu modificările ulterioare, pentru domeniile prevăzute la art. 35 alin. (1) lit. h).</w:t>
      </w:r>
    </w:p>
    <w:p w14:paraId="53DFF145" w14:textId="77777777" w:rsidR="00907530" w:rsidRPr="007F08E0" w:rsidRDefault="00907530" w:rsidP="007F08E0">
      <w:pPr>
        <w:spacing w:after="240"/>
        <w:jc w:val="both"/>
        <w:rPr>
          <w:rFonts w:ascii="Times New Roman" w:hAnsi="Times New Roman" w:cs="Times New Roman"/>
          <w:sz w:val="28"/>
          <w:szCs w:val="28"/>
        </w:rPr>
      </w:pPr>
    </w:p>
    <w:p w14:paraId="5137C2B3" w14:textId="77777777" w:rsidR="00907530" w:rsidRPr="007F08E0" w:rsidRDefault="00000000" w:rsidP="007F08E0">
      <w:pPr>
        <w:spacing w:after="120"/>
        <w:jc w:val="both"/>
        <w:rPr>
          <w:rFonts w:ascii="Times New Roman" w:hAnsi="Times New Roman" w:cs="Times New Roman"/>
          <w:sz w:val="28"/>
          <w:szCs w:val="28"/>
        </w:rPr>
      </w:pPr>
      <w:r w:rsidRPr="007F08E0">
        <w:rPr>
          <w:rFonts w:ascii="Times New Roman" w:hAnsi="Times New Roman" w:cs="Times New Roman"/>
          <w:b/>
          <w:sz w:val="28"/>
          <w:szCs w:val="28"/>
        </w:rPr>
        <w:t xml:space="preserve">Condițiile specifice necesare în vederea participării la concurs şi </w:t>
      </w:r>
      <w:proofErr w:type="gramStart"/>
      <w:r w:rsidRPr="007F08E0">
        <w:rPr>
          <w:rFonts w:ascii="Times New Roman" w:hAnsi="Times New Roman" w:cs="Times New Roman"/>
          <w:b/>
          <w:sz w:val="28"/>
          <w:szCs w:val="28"/>
        </w:rPr>
        <w:t>a</w:t>
      </w:r>
      <w:proofErr w:type="gramEnd"/>
      <w:r w:rsidRPr="007F08E0">
        <w:rPr>
          <w:rFonts w:ascii="Times New Roman" w:hAnsi="Times New Roman" w:cs="Times New Roman"/>
          <w:b/>
          <w:sz w:val="28"/>
          <w:szCs w:val="28"/>
        </w:rPr>
        <w:t xml:space="preserve"> ocupării funcției contractuale stabilite pe baza atribuțiilor corespunzătoare postului sunt:</w:t>
      </w:r>
    </w:p>
    <w:p w14:paraId="633536AD" w14:textId="5F1C1872"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 xml:space="preserve">a) studii medii, dovedite </w:t>
      </w:r>
      <w:proofErr w:type="gramStart"/>
      <w:r w:rsidRPr="007F08E0">
        <w:rPr>
          <w:rFonts w:ascii="Times New Roman" w:hAnsi="Times New Roman" w:cs="Times New Roman"/>
          <w:sz w:val="28"/>
          <w:szCs w:val="28"/>
        </w:rPr>
        <w:t>cu  diploma</w:t>
      </w:r>
      <w:proofErr w:type="gramEnd"/>
      <w:r w:rsidRPr="007F08E0">
        <w:rPr>
          <w:rFonts w:ascii="Times New Roman" w:hAnsi="Times New Roman" w:cs="Times New Roman"/>
          <w:sz w:val="28"/>
          <w:szCs w:val="28"/>
        </w:rPr>
        <w:t xml:space="preserve"> de bacalaureat</w:t>
      </w:r>
    </w:p>
    <w:p w14:paraId="31ED3E1C" w14:textId="24C523CF" w:rsidR="00907530" w:rsidRPr="007F08E0" w:rsidRDefault="00B26405"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 xml:space="preserve">b) </w:t>
      </w:r>
      <w:proofErr w:type="spellStart"/>
      <w:r w:rsidRPr="007F08E0">
        <w:rPr>
          <w:rFonts w:ascii="Times New Roman" w:hAnsi="Times New Roman" w:cs="Times New Roman"/>
          <w:sz w:val="28"/>
          <w:szCs w:val="28"/>
        </w:rPr>
        <w:t>fără</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vechime</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în</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muncă</w:t>
      </w:r>
      <w:proofErr w:type="spellEnd"/>
    </w:p>
    <w:p w14:paraId="12ADDECD" w14:textId="77777777" w:rsidR="00907530" w:rsidRPr="007F08E0" w:rsidRDefault="00907530" w:rsidP="007F08E0">
      <w:pPr>
        <w:spacing w:after="240"/>
        <w:jc w:val="both"/>
        <w:rPr>
          <w:rFonts w:ascii="Times New Roman" w:hAnsi="Times New Roman" w:cs="Times New Roman"/>
          <w:sz w:val="28"/>
          <w:szCs w:val="28"/>
        </w:rPr>
      </w:pPr>
    </w:p>
    <w:p w14:paraId="33491DF0" w14:textId="77777777" w:rsidR="00907530" w:rsidRPr="007F08E0" w:rsidRDefault="00000000" w:rsidP="007F08E0">
      <w:pPr>
        <w:spacing w:after="120"/>
        <w:jc w:val="both"/>
        <w:rPr>
          <w:rFonts w:ascii="Times New Roman" w:hAnsi="Times New Roman" w:cs="Times New Roman"/>
          <w:sz w:val="28"/>
          <w:szCs w:val="28"/>
        </w:rPr>
      </w:pPr>
      <w:r w:rsidRPr="007F08E0">
        <w:rPr>
          <w:rFonts w:ascii="Times New Roman" w:hAnsi="Times New Roman" w:cs="Times New Roman"/>
          <w:b/>
          <w:sz w:val="28"/>
          <w:szCs w:val="28"/>
        </w:rPr>
        <w:lastRenderedPageBreak/>
        <w:t>Pentru înscrierea la concurs candidații vor depune un dosar care va conține următoarele documente:</w:t>
      </w:r>
    </w:p>
    <w:p w14:paraId="170E5443"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1) cerere de înscriere la concurs</w:t>
      </w:r>
    </w:p>
    <w:p w14:paraId="1BC33A2D"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2) copia şi originalul actului de identitate;</w:t>
      </w:r>
    </w:p>
    <w:p w14:paraId="2B9B8DCA"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3) copia şi originalul actului care atestă efectuarea specializării solicitate pentru ocuparea postului;</w:t>
      </w:r>
    </w:p>
    <w:p w14:paraId="099B5621"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4) copia carnetului de muncă, conformă cu originalul, sau, după caz, o adeverință care să ateste vechimea în muncă, în meserie şi/sau în specialitatea studiilor;</w:t>
      </w:r>
    </w:p>
    <w:p w14:paraId="2743D800"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5) cazierul judiciar sau o declarație pe propria răspundere că nu are antecedente penale care să-l facă incompatibil cu funcţia pentru care candidează;</w:t>
      </w:r>
    </w:p>
    <w:p w14:paraId="70C251B0"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6) certificat de integritate comportamentala</w:t>
      </w:r>
    </w:p>
    <w:p w14:paraId="69C4B709"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7) adeverinţă medicală care să ateste starea de sănătate corespunzătoare eliberată de către medicul de familie sau de către unitățile sanitare abilitate;</w:t>
      </w:r>
    </w:p>
    <w:p w14:paraId="3AAEB5E7"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8) curriculum vitae.</w:t>
      </w:r>
    </w:p>
    <w:p w14:paraId="5B852C64" w14:textId="77777777" w:rsidR="00907530" w:rsidRPr="007F08E0" w:rsidRDefault="00907530" w:rsidP="007F08E0">
      <w:pPr>
        <w:spacing w:after="240"/>
        <w:jc w:val="both"/>
        <w:rPr>
          <w:rFonts w:ascii="Times New Roman" w:hAnsi="Times New Roman" w:cs="Times New Roman"/>
          <w:sz w:val="28"/>
          <w:szCs w:val="28"/>
        </w:rPr>
      </w:pPr>
    </w:p>
    <w:p w14:paraId="1F04F17D" w14:textId="77777777" w:rsidR="00907530" w:rsidRPr="007F08E0" w:rsidRDefault="00000000" w:rsidP="007F08E0">
      <w:pPr>
        <w:spacing w:after="160"/>
        <w:ind w:firstLine="360"/>
        <w:jc w:val="both"/>
        <w:rPr>
          <w:rFonts w:ascii="Times New Roman" w:hAnsi="Times New Roman" w:cs="Times New Roman"/>
          <w:sz w:val="28"/>
          <w:szCs w:val="28"/>
        </w:rPr>
      </w:pPr>
      <w:proofErr w:type="spellStart"/>
      <w:r w:rsidRPr="007F08E0">
        <w:rPr>
          <w:rFonts w:ascii="Times New Roman" w:hAnsi="Times New Roman" w:cs="Times New Roman"/>
          <w:sz w:val="28"/>
          <w:szCs w:val="28"/>
        </w:rPr>
        <w:t>Candidatul</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declarat</w:t>
      </w:r>
      <w:proofErr w:type="spellEnd"/>
      <w:r w:rsidRPr="007F08E0">
        <w:rPr>
          <w:rFonts w:ascii="Times New Roman" w:hAnsi="Times New Roman" w:cs="Times New Roman"/>
          <w:sz w:val="28"/>
          <w:szCs w:val="28"/>
        </w:rPr>
        <w:t xml:space="preserve"> admis la selecţia </w:t>
      </w:r>
      <w:proofErr w:type="spellStart"/>
      <w:r w:rsidRPr="007F08E0">
        <w:rPr>
          <w:rFonts w:ascii="Times New Roman" w:hAnsi="Times New Roman" w:cs="Times New Roman"/>
          <w:sz w:val="28"/>
          <w:szCs w:val="28"/>
        </w:rPr>
        <w:t>dosarelor</w:t>
      </w:r>
      <w:proofErr w:type="spellEnd"/>
      <w:r w:rsidRPr="007F08E0">
        <w:rPr>
          <w:rFonts w:ascii="Times New Roman" w:hAnsi="Times New Roman" w:cs="Times New Roman"/>
          <w:sz w:val="28"/>
          <w:szCs w:val="28"/>
        </w:rPr>
        <w:t xml:space="preserve">, care a </w:t>
      </w:r>
      <w:proofErr w:type="spellStart"/>
      <w:r w:rsidRPr="007F08E0">
        <w:rPr>
          <w:rFonts w:ascii="Times New Roman" w:hAnsi="Times New Roman" w:cs="Times New Roman"/>
          <w:sz w:val="28"/>
          <w:szCs w:val="28"/>
        </w:rPr>
        <w:t>depus</w:t>
      </w:r>
      <w:proofErr w:type="spellEnd"/>
      <w:r w:rsidRPr="007F08E0">
        <w:rPr>
          <w:rFonts w:ascii="Times New Roman" w:hAnsi="Times New Roman" w:cs="Times New Roman"/>
          <w:sz w:val="28"/>
          <w:szCs w:val="28"/>
        </w:rPr>
        <w:t xml:space="preserve"> la </w:t>
      </w:r>
      <w:proofErr w:type="spellStart"/>
      <w:r w:rsidRPr="007F08E0">
        <w:rPr>
          <w:rFonts w:ascii="Times New Roman" w:hAnsi="Times New Roman" w:cs="Times New Roman"/>
          <w:sz w:val="28"/>
          <w:szCs w:val="28"/>
        </w:rPr>
        <w:t>înscriere</w:t>
      </w:r>
      <w:proofErr w:type="spellEnd"/>
      <w:r w:rsidRPr="007F08E0">
        <w:rPr>
          <w:rFonts w:ascii="Times New Roman" w:hAnsi="Times New Roman" w:cs="Times New Roman"/>
          <w:sz w:val="28"/>
          <w:szCs w:val="28"/>
        </w:rPr>
        <w:t xml:space="preserve"> o </w:t>
      </w:r>
      <w:proofErr w:type="spellStart"/>
      <w:r w:rsidRPr="007F08E0">
        <w:rPr>
          <w:rFonts w:ascii="Times New Roman" w:hAnsi="Times New Roman" w:cs="Times New Roman"/>
          <w:sz w:val="28"/>
          <w:szCs w:val="28"/>
        </w:rPr>
        <w:t>declarație</w:t>
      </w:r>
      <w:proofErr w:type="spellEnd"/>
      <w:r w:rsidRPr="007F08E0">
        <w:rPr>
          <w:rFonts w:ascii="Times New Roman" w:hAnsi="Times New Roman" w:cs="Times New Roman"/>
          <w:sz w:val="28"/>
          <w:szCs w:val="28"/>
        </w:rPr>
        <w:t xml:space="preserve"> pe propria </w:t>
      </w:r>
      <w:proofErr w:type="spellStart"/>
      <w:r w:rsidRPr="007F08E0">
        <w:rPr>
          <w:rFonts w:ascii="Times New Roman" w:hAnsi="Times New Roman" w:cs="Times New Roman"/>
          <w:sz w:val="28"/>
          <w:szCs w:val="28"/>
        </w:rPr>
        <w:t>răspundere</w:t>
      </w:r>
      <w:proofErr w:type="spellEnd"/>
      <w:r w:rsidRPr="007F08E0">
        <w:rPr>
          <w:rFonts w:ascii="Times New Roman" w:hAnsi="Times New Roman" w:cs="Times New Roman"/>
          <w:sz w:val="28"/>
          <w:szCs w:val="28"/>
        </w:rPr>
        <w:t xml:space="preserve"> că nu are antecedente penale, are obligația de a completa dosarul de concurs cu originalul cazierului judiciar, cel mai târziu până la data desfăşurării primei probe a concursului.</w:t>
      </w:r>
    </w:p>
    <w:p w14:paraId="1BB1173D" w14:textId="77777777" w:rsidR="00907530" w:rsidRPr="007F08E0" w:rsidRDefault="00000000" w:rsidP="007F08E0">
      <w:pPr>
        <w:spacing w:after="160"/>
        <w:ind w:firstLine="360"/>
        <w:jc w:val="both"/>
        <w:rPr>
          <w:rFonts w:ascii="Times New Roman" w:hAnsi="Times New Roman" w:cs="Times New Roman"/>
          <w:sz w:val="28"/>
          <w:szCs w:val="28"/>
        </w:rPr>
      </w:pPr>
      <w:r w:rsidRPr="007F08E0">
        <w:rPr>
          <w:rFonts w:ascii="Times New Roman" w:hAnsi="Times New Roman" w:cs="Times New Roman"/>
          <w:sz w:val="28"/>
          <w:szCs w:val="28"/>
        </w:rPr>
        <w:t>Copiile de pe actele prevăzute la alin. (1) lit. b)-e), precum şi copia certificatului de încadrare într-un grad de handicap prevăzut la alin. (3) se prezintă însoțite de documentele originale, care se certifică cu mențiunea „conform cu originalul" de către secretarul comisiei de concurs.</w:t>
      </w:r>
    </w:p>
    <w:p w14:paraId="73D535EE" w14:textId="77777777" w:rsidR="00907530" w:rsidRPr="007F08E0" w:rsidRDefault="00000000" w:rsidP="007F08E0">
      <w:pPr>
        <w:spacing w:after="160"/>
        <w:ind w:firstLine="360"/>
        <w:jc w:val="both"/>
        <w:rPr>
          <w:rFonts w:ascii="Times New Roman" w:hAnsi="Times New Roman" w:cs="Times New Roman"/>
          <w:sz w:val="28"/>
          <w:szCs w:val="28"/>
        </w:rPr>
      </w:pPr>
      <w:r w:rsidRPr="007F08E0">
        <w:rPr>
          <w:rFonts w:ascii="Times New Roman" w:hAnsi="Times New Roman" w:cs="Times New Roman"/>
          <w:sz w:val="28"/>
          <w:szCs w:val="28"/>
        </w:rPr>
        <w:t>Dosarele de concurs se depun la compartimentul resurse umane sau pot fi transmise de candidați prin Poşta Română, serviciul de curierat rapid, poşta electronică sau platformele informatice ale autorităților sau instituțiilor publice înăuntrul termenului prevăzut la art. 34.</w:t>
      </w:r>
    </w:p>
    <w:p w14:paraId="5582E332" w14:textId="77777777" w:rsidR="00907530" w:rsidRPr="007F08E0" w:rsidRDefault="00000000" w:rsidP="007F08E0">
      <w:pPr>
        <w:spacing w:after="160"/>
        <w:ind w:firstLine="360"/>
        <w:jc w:val="both"/>
        <w:rPr>
          <w:rFonts w:ascii="Times New Roman" w:hAnsi="Times New Roman" w:cs="Times New Roman"/>
          <w:sz w:val="28"/>
          <w:szCs w:val="28"/>
        </w:rPr>
      </w:pPr>
      <w:r w:rsidRPr="007F08E0">
        <w:rPr>
          <w:rFonts w:ascii="Times New Roman" w:hAnsi="Times New Roman" w:cs="Times New Roman"/>
          <w:sz w:val="28"/>
          <w:szCs w:val="28"/>
        </w:rPr>
        <w:t xml:space="preserve">În situația în care candidații transmit dosarele de concurs prin Poşta Română, serviciul de curierat rapid, poşta electronică sau platformele informatice ale instituțiilor sau autorităților publice, candidații primesc codul unic de identificare la o adresă de e-mail comunicată de către aceştia şi au obligația de a se prezenta la </w:t>
      </w:r>
      <w:r w:rsidRPr="007F08E0">
        <w:rPr>
          <w:rFonts w:ascii="Times New Roman" w:hAnsi="Times New Roman" w:cs="Times New Roman"/>
          <w:sz w:val="28"/>
          <w:szCs w:val="28"/>
        </w:rPr>
        <w:lastRenderedPageBreak/>
        <w:t>secretarul comisiei de concurs cu documentele prevăzute la alin. (1) lit. b)-e) în original, pentru certificarea acestora, pe tot parcursul desfăşurării concursului, dar nu mai târziu de data şi ora organizării probei scrise/practice, după caz, sub sancțiunea neemiterii actului administrativ de angajare.</w:t>
      </w:r>
    </w:p>
    <w:p w14:paraId="1952D932" w14:textId="77777777" w:rsidR="00907530" w:rsidRPr="007F08E0" w:rsidRDefault="00000000" w:rsidP="007F08E0">
      <w:pPr>
        <w:spacing w:after="160"/>
        <w:ind w:firstLine="360"/>
        <w:jc w:val="both"/>
        <w:rPr>
          <w:rFonts w:ascii="Times New Roman" w:hAnsi="Times New Roman" w:cs="Times New Roman"/>
          <w:sz w:val="28"/>
          <w:szCs w:val="28"/>
        </w:rPr>
      </w:pPr>
      <w:r w:rsidRPr="007F08E0">
        <w:rPr>
          <w:rFonts w:ascii="Times New Roman" w:hAnsi="Times New Roman" w:cs="Times New Roman"/>
          <w:sz w:val="28"/>
          <w:szCs w:val="28"/>
        </w:rPr>
        <w:t>Transmiterea documentelor prin poşta electronică sau prin platformele informatice ale autorităților sau instituțiilor publice se realizează în format .pdf cu volum maxim de 1 MB, documentele fiind acceptate doar în formă lizibilă.</w:t>
      </w:r>
    </w:p>
    <w:p w14:paraId="1A631973" w14:textId="77777777" w:rsidR="00907530" w:rsidRPr="007F08E0" w:rsidRDefault="00000000" w:rsidP="007F08E0">
      <w:pPr>
        <w:spacing w:after="160"/>
        <w:ind w:firstLine="360"/>
        <w:jc w:val="both"/>
        <w:rPr>
          <w:rFonts w:ascii="Times New Roman" w:hAnsi="Times New Roman" w:cs="Times New Roman"/>
          <w:sz w:val="28"/>
          <w:szCs w:val="28"/>
        </w:rPr>
      </w:pPr>
      <w:r w:rsidRPr="007F08E0">
        <w:rPr>
          <w:rFonts w:ascii="Times New Roman" w:hAnsi="Times New Roman" w:cs="Times New Roman"/>
          <w:sz w:val="28"/>
          <w:szCs w:val="28"/>
        </w:rPr>
        <w:t>Nerespectarea prevederilor alin. (7) şi (9), după caz, conduce la respingerea candidatului.</w:t>
      </w:r>
    </w:p>
    <w:p w14:paraId="66D412CA" w14:textId="77777777" w:rsidR="00907530" w:rsidRPr="007F08E0" w:rsidRDefault="00000000" w:rsidP="007F08E0">
      <w:pPr>
        <w:spacing w:after="160"/>
        <w:ind w:firstLine="360"/>
        <w:jc w:val="both"/>
        <w:rPr>
          <w:rFonts w:ascii="Times New Roman" w:hAnsi="Times New Roman" w:cs="Times New Roman"/>
          <w:sz w:val="28"/>
          <w:szCs w:val="28"/>
        </w:rPr>
      </w:pPr>
      <w:r w:rsidRPr="007F08E0">
        <w:rPr>
          <w:rFonts w:ascii="Times New Roman" w:hAnsi="Times New Roman" w:cs="Times New Roman"/>
          <w:sz w:val="28"/>
          <w:szCs w:val="28"/>
        </w:rPr>
        <w:t>Prin raportare la nevoile individualized, candidatul cu dizabilități poate înainta comisiei de concurs, în termenul prevăzut la art. 34, propunerea sa privind instrumentele necesare pentru asigurarea accesibilității probelor de concurs.</w:t>
      </w:r>
    </w:p>
    <w:p w14:paraId="70E1AA31" w14:textId="77777777" w:rsidR="00907530" w:rsidRPr="007F08E0" w:rsidRDefault="00907530" w:rsidP="007F08E0">
      <w:pPr>
        <w:spacing w:after="240"/>
        <w:jc w:val="both"/>
        <w:rPr>
          <w:rFonts w:ascii="Times New Roman" w:hAnsi="Times New Roman" w:cs="Times New Roman"/>
          <w:sz w:val="28"/>
          <w:szCs w:val="28"/>
        </w:rPr>
      </w:pPr>
    </w:p>
    <w:p w14:paraId="1C4B1FB3" w14:textId="77777777" w:rsidR="00907530" w:rsidRPr="007F08E0" w:rsidRDefault="00000000" w:rsidP="007F08E0">
      <w:pPr>
        <w:spacing w:after="160"/>
        <w:jc w:val="both"/>
        <w:rPr>
          <w:rFonts w:ascii="Times New Roman" w:hAnsi="Times New Roman" w:cs="Times New Roman"/>
          <w:sz w:val="28"/>
          <w:szCs w:val="28"/>
        </w:rPr>
      </w:pPr>
      <w:r w:rsidRPr="007F08E0">
        <w:rPr>
          <w:rFonts w:ascii="Times New Roman" w:hAnsi="Times New Roman" w:cs="Times New Roman"/>
          <w:b/>
          <w:sz w:val="28"/>
          <w:szCs w:val="28"/>
        </w:rPr>
        <w:t>CALENDARUL DE DESFĂŞURARE A CONCURSULUI CE VA FI ORGANIZAT LA SEDIUL INSTITUŢIEI:</w:t>
      </w:r>
    </w:p>
    <w:tbl>
      <w:tblPr>
        <w:tblStyle w:val="TableGrid"/>
        <w:tblW w:w="0" w:type="auto"/>
        <w:tblLook w:val="04A0" w:firstRow="1" w:lastRow="0" w:firstColumn="1" w:lastColumn="0" w:noHBand="0" w:noVBand="1"/>
      </w:tblPr>
      <w:tblGrid>
        <w:gridCol w:w="1007"/>
        <w:gridCol w:w="5465"/>
        <w:gridCol w:w="2878"/>
      </w:tblGrid>
      <w:tr w:rsidR="00907530" w:rsidRPr="007F08E0" w14:paraId="44C730C3" w14:textId="77777777">
        <w:tc>
          <w:tcPr>
            <w:tcW w:w="1008" w:type="dxa"/>
            <w:shd w:val="clear" w:color="auto" w:fill="E0E0E0"/>
          </w:tcPr>
          <w:p w14:paraId="090BE049"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b/>
                <w:sz w:val="28"/>
                <w:szCs w:val="28"/>
              </w:rPr>
              <w:t>Nr. crt.</w:t>
            </w:r>
          </w:p>
        </w:tc>
        <w:tc>
          <w:tcPr>
            <w:tcW w:w="5472" w:type="dxa"/>
            <w:shd w:val="clear" w:color="auto" w:fill="E0E0E0"/>
          </w:tcPr>
          <w:p w14:paraId="27A80439"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b/>
                <w:sz w:val="28"/>
                <w:szCs w:val="28"/>
              </w:rPr>
              <w:t>Activități</w:t>
            </w:r>
          </w:p>
        </w:tc>
        <w:tc>
          <w:tcPr>
            <w:tcW w:w="2880" w:type="dxa"/>
            <w:shd w:val="clear" w:color="auto" w:fill="E0E0E0"/>
          </w:tcPr>
          <w:p w14:paraId="73B6BEEB"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b/>
                <w:sz w:val="28"/>
                <w:szCs w:val="28"/>
              </w:rPr>
              <w:t>Data şi ora</w:t>
            </w:r>
          </w:p>
        </w:tc>
      </w:tr>
      <w:tr w:rsidR="00907530" w:rsidRPr="007F08E0" w14:paraId="4733DC9C" w14:textId="77777777">
        <w:tc>
          <w:tcPr>
            <w:tcW w:w="1008" w:type="dxa"/>
          </w:tcPr>
          <w:p w14:paraId="28A67831"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1.</w:t>
            </w:r>
          </w:p>
        </w:tc>
        <w:tc>
          <w:tcPr>
            <w:tcW w:w="5472" w:type="dxa"/>
          </w:tcPr>
          <w:p w14:paraId="155DB0FE"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Publicarea anunțului</w:t>
            </w:r>
          </w:p>
        </w:tc>
        <w:tc>
          <w:tcPr>
            <w:tcW w:w="2880" w:type="dxa"/>
          </w:tcPr>
          <w:p w14:paraId="465BB4CC" w14:textId="7781014C"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28.07.2026</w:t>
            </w:r>
          </w:p>
        </w:tc>
      </w:tr>
      <w:tr w:rsidR="00907530" w:rsidRPr="007F08E0" w14:paraId="3A5A0672" w14:textId="77777777">
        <w:tc>
          <w:tcPr>
            <w:tcW w:w="1008" w:type="dxa"/>
          </w:tcPr>
          <w:p w14:paraId="2BA33918"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2.</w:t>
            </w:r>
          </w:p>
        </w:tc>
        <w:tc>
          <w:tcPr>
            <w:tcW w:w="5472" w:type="dxa"/>
          </w:tcPr>
          <w:p w14:paraId="2FD22131" w14:textId="6F0BCE0E"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 xml:space="preserve">Depunerea dosarelor de participare la concurs la </w:t>
            </w:r>
            <w:proofErr w:type="spellStart"/>
            <w:r w:rsidRPr="007F08E0">
              <w:rPr>
                <w:rFonts w:ascii="Times New Roman" w:hAnsi="Times New Roman" w:cs="Times New Roman"/>
                <w:sz w:val="28"/>
                <w:szCs w:val="28"/>
              </w:rPr>
              <w:t>adresa</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Comuna</w:t>
            </w:r>
            <w:proofErr w:type="spellEnd"/>
            <w:r w:rsidRPr="007F08E0">
              <w:rPr>
                <w:rFonts w:ascii="Times New Roman" w:hAnsi="Times New Roman" w:cs="Times New Roman"/>
                <w:sz w:val="28"/>
                <w:szCs w:val="28"/>
              </w:rPr>
              <w:t xml:space="preserve"> </w:t>
            </w:r>
            <w:proofErr w:type="spellStart"/>
            <w:r w:rsidR="00882951" w:rsidRPr="007F08E0">
              <w:rPr>
                <w:rFonts w:ascii="Times New Roman" w:hAnsi="Times New Roman" w:cs="Times New Roman"/>
                <w:sz w:val="28"/>
                <w:szCs w:val="28"/>
              </w:rPr>
              <w:t>Brădeanu</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strada</w:t>
            </w:r>
            <w:proofErr w:type="spellEnd"/>
            <w:r w:rsidRPr="007F08E0">
              <w:rPr>
                <w:rFonts w:ascii="Times New Roman" w:hAnsi="Times New Roman" w:cs="Times New Roman"/>
                <w:sz w:val="28"/>
                <w:szCs w:val="28"/>
              </w:rPr>
              <w:t xml:space="preserve"> </w:t>
            </w:r>
            <w:proofErr w:type="spellStart"/>
            <w:r w:rsidR="00882951" w:rsidRPr="007F08E0">
              <w:rPr>
                <w:rFonts w:ascii="Times New Roman" w:hAnsi="Times New Roman" w:cs="Times New Roman"/>
                <w:sz w:val="28"/>
                <w:szCs w:val="28"/>
              </w:rPr>
              <w:t>Patriei</w:t>
            </w:r>
            <w:proofErr w:type="spellEnd"/>
            <w:r w:rsidRPr="007F08E0">
              <w:rPr>
                <w:rFonts w:ascii="Times New Roman" w:hAnsi="Times New Roman" w:cs="Times New Roman"/>
                <w:sz w:val="28"/>
                <w:szCs w:val="28"/>
              </w:rPr>
              <w:t>, nr.</w:t>
            </w:r>
            <w:r w:rsidR="00882951" w:rsidRPr="007F08E0">
              <w:rPr>
                <w:rFonts w:ascii="Times New Roman" w:hAnsi="Times New Roman" w:cs="Times New Roman"/>
                <w:sz w:val="28"/>
                <w:szCs w:val="28"/>
              </w:rPr>
              <w:t>520</w:t>
            </w:r>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jud</w:t>
            </w:r>
            <w:proofErr w:type="spellEnd"/>
            <w:r w:rsidRPr="007F08E0">
              <w:rPr>
                <w:rFonts w:ascii="Times New Roman" w:hAnsi="Times New Roman" w:cs="Times New Roman"/>
                <w:sz w:val="28"/>
                <w:szCs w:val="28"/>
              </w:rPr>
              <w:t>. Buzău</w:t>
            </w:r>
          </w:p>
        </w:tc>
        <w:tc>
          <w:tcPr>
            <w:tcW w:w="2880" w:type="dxa"/>
          </w:tcPr>
          <w:p w14:paraId="2B50159E" w14:textId="0300E99C"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11.08.2026</w:t>
            </w:r>
          </w:p>
        </w:tc>
      </w:tr>
      <w:tr w:rsidR="00907530" w:rsidRPr="007F08E0" w14:paraId="3AE44815" w14:textId="77777777">
        <w:tc>
          <w:tcPr>
            <w:tcW w:w="1008" w:type="dxa"/>
          </w:tcPr>
          <w:p w14:paraId="2AB61829"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3.</w:t>
            </w:r>
          </w:p>
        </w:tc>
        <w:tc>
          <w:tcPr>
            <w:tcW w:w="5472" w:type="dxa"/>
          </w:tcPr>
          <w:p w14:paraId="26C9A115"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Selecția dosarelor de către membrii comisiei de concurs</w:t>
            </w:r>
          </w:p>
        </w:tc>
        <w:tc>
          <w:tcPr>
            <w:tcW w:w="2880" w:type="dxa"/>
          </w:tcPr>
          <w:p w14:paraId="20356159" w14:textId="0C1C048D"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12.0</w:t>
            </w:r>
            <w:r w:rsidR="00882951" w:rsidRPr="007F08E0">
              <w:rPr>
                <w:rFonts w:ascii="Times New Roman" w:hAnsi="Times New Roman" w:cs="Times New Roman"/>
                <w:sz w:val="28"/>
                <w:szCs w:val="28"/>
              </w:rPr>
              <w:t>8</w:t>
            </w:r>
            <w:r w:rsidRPr="007F08E0">
              <w:rPr>
                <w:rFonts w:ascii="Times New Roman" w:hAnsi="Times New Roman" w:cs="Times New Roman"/>
                <w:sz w:val="28"/>
                <w:szCs w:val="28"/>
              </w:rPr>
              <w:t>.202</w:t>
            </w:r>
            <w:r w:rsidR="00882951" w:rsidRPr="007F08E0">
              <w:rPr>
                <w:rFonts w:ascii="Times New Roman" w:hAnsi="Times New Roman" w:cs="Times New Roman"/>
                <w:sz w:val="28"/>
                <w:szCs w:val="28"/>
              </w:rPr>
              <w:t>6</w:t>
            </w:r>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10.00</w:t>
            </w:r>
          </w:p>
        </w:tc>
      </w:tr>
      <w:tr w:rsidR="00907530" w:rsidRPr="007F08E0" w14:paraId="273DB3F8" w14:textId="77777777">
        <w:tc>
          <w:tcPr>
            <w:tcW w:w="1008" w:type="dxa"/>
          </w:tcPr>
          <w:p w14:paraId="62AE22AC"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4.</w:t>
            </w:r>
          </w:p>
        </w:tc>
        <w:tc>
          <w:tcPr>
            <w:tcW w:w="5472" w:type="dxa"/>
          </w:tcPr>
          <w:p w14:paraId="4D75008B"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Afişarea rezultatelor selecției dosarelor</w:t>
            </w:r>
          </w:p>
        </w:tc>
        <w:tc>
          <w:tcPr>
            <w:tcW w:w="2880" w:type="dxa"/>
          </w:tcPr>
          <w:p w14:paraId="1CA2A918" w14:textId="3603307B"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12.0</w:t>
            </w:r>
            <w:r w:rsidR="00882951" w:rsidRPr="007F08E0">
              <w:rPr>
                <w:rFonts w:ascii="Times New Roman" w:hAnsi="Times New Roman" w:cs="Times New Roman"/>
                <w:sz w:val="28"/>
                <w:szCs w:val="28"/>
              </w:rPr>
              <w:t>8</w:t>
            </w:r>
            <w:r w:rsidRPr="007F08E0">
              <w:rPr>
                <w:rFonts w:ascii="Times New Roman" w:hAnsi="Times New Roman" w:cs="Times New Roman"/>
                <w:sz w:val="28"/>
                <w:szCs w:val="28"/>
              </w:rPr>
              <w:t>.202</w:t>
            </w:r>
            <w:r w:rsidR="00882951" w:rsidRPr="007F08E0">
              <w:rPr>
                <w:rFonts w:ascii="Times New Roman" w:hAnsi="Times New Roman" w:cs="Times New Roman"/>
                <w:sz w:val="28"/>
                <w:szCs w:val="28"/>
              </w:rPr>
              <w:t>6</w:t>
            </w:r>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12.00</w:t>
            </w:r>
          </w:p>
        </w:tc>
      </w:tr>
      <w:tr w:rsidR="00907530" w:rsidRPr="007F08E0" w14:paraId="607C372B" w14:textId="77777777">
        <w:tc>
          <w:tcPr>
            <w:tcW w:w="1008" w:type="dxa"/>
          </w:tcPr>
          <w:p w14:paraId="052DF80E"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5.</w:t>
            </w:r>
          </w:p>
        </w:tc>
        <w:tc>
          <w:tcPr>
            <w:tcW w:w="5472" w:type="dxa"/>
          </w:tcPr>
          <w:p w14:paraId="4F91E516"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Depunerea contestaţiilor privind rezultatele selecției dosarelor</w:t>
            </w:r>
          </w:p>
        </w:tc>
        <w:tc>
          <w:tcPr>
            <w:tcW w:w="2880" w:type="dxa"/>
          </w:tcPr>
          <w:p w14:paraId="2B0E5915" w14:textId="679961B3"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12.0</w:t>
            </w:r>
            <w:r w:rsidR="00882951" w:rsidRPr="007F08E0">
              <w:rPr>
                <w:rFonts w:ascii="Times New Roman" w:hAnsi="Times New Roman" w:cs="Times New Roman"/>
                <w:sz w:val="28"/>
                <w:szCs w:val="28"/>
              </w:rPr>
              <w:t>8</w:t>
            </w:r>
            <w:r w:rsidRPr="007F08E0">
              <w:rPr>
                <w:rFonts w:ascii="Times New Roman" w:hAnsi="Times New Roman" w:cs="Times New Roman"/>
                <w:sz w:val="28"/>
                <w:szCs w:val="28"/>
              </w:rPr>
              <w:t>.202</w:t>
            </w:r>
            <w:r w:rsidR="00882951" w:rsidRPr="007F08E0">
              <w:rPr>
                <w:rFonts w:ascii="Times New Roman" w:hAnsi="Times New Roman" w:cs="Times New Roman"/>
                <w:sz w:val="28"/>
                <w:szCs w:val="28"/>
              </w:rPr>
              <w:t>6</w:t>
            </w:r>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14.00</w:t>
            </w:r>
          </w:p>
        </w:tc>
      </w:tr>
      <w:tr w:rsidR="00907530" w:rsidRPr="007F08E0" w14:paraId="335628F1" w14:textId="77777777">
        <w:tc>
          <w:tcPr>
            <w:tcW w:w="1008" w:type="dxa"/>
          </w:tcPr>
          <w:p w14:paraId="4BDE17AE" w14:textId="32578154"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6.</w:t>
            </w:r>
          </w:p>
        </w:tc>
        <w:tc>
          <w:tcPr>
            <w:tcW w:w="5472" w:type="dxa"/>
          </w:tcPr>
          <w:p w14:paraId="223F4B93"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Susținerea probei scrise</w:t>
            </w:r>
          </w:p>
        </w:tc>
        <w:tc>
          <w:tcPr>
            <w:tcW w:w="2880" w:type="dxa"/>
          </w:tcPr>
          <w:p w14:paraId="71430650" w14:textId="1F95FEC1"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 xml:space="preserve">20.08.2026,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10.00</w:t>
            </w:r>
          </w:p>
        </w:tc>
      </w:tr>
      <w:tr w:rsidR="00907530" w:rsidRPr="007F08E0" w14:paraId="521BE8C6" w14:textId="77777777">
        <w:tc>
          <w:tcPr>
            <w:tcW w:w="1008" w:type="dxa"/>
          </w:tcPr>
          <w:p w14:paraId="0B6D8563" w14:textId="1AD80300"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7.</w:t>
            </w:r>
          </w:p>
        </w:tc>
        <w:tc>
          <w:tcPr>
            <w:tcW w:w="5472" w:type="dxa"/>
          </w:tcPr>
          <w:p w14:paraId="03A2E6A8"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Afişarea rezultatului probei scrise</w:t>
            </w:r>
          </w:p>
        </w:tc>
        <w:tc>
          <w:tcPr>
            <w:tcW w:w="2880" w:type="dxa"/>
          </w:tcPr>
          <w:p w14:paraId="1B777DA5" w14:textId="10B98B56"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 xml:space="preserve">20.08.2026,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15.00</w:t>
            </w:r>
          </w:p>
        </w:tc>
      </w:tr>
      <w:tr w:rsidR="00907530" w:rsidRPr="007F08E0" w14:paraId="3F218688" w14:textId="77777777">
        <w:tc>
          <w:tcPr>
            <w:tcW w:w="1008" w:type="dxa"/>
          </w:tcPr>
          <w:p w14:paraId="13BDD8DC" w14:textId="1C89D736"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8.</w:t>
            </w:r>
          </w:p>
        </w:tc>
        <w:tc>
          <w:tcPr>
            <w:tcW w:w="5472" w:type="dxa"/>
          </w:tcPr>
          <w:p w14:paraId="75353D18"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Depunerea contestaţiilor privind rezultatele probei scrise</w:t>
            </w:r>
          </w:p>
        </w:tc>
        <w:tc>
          <w:tcPr>
            <w:tcW w:w="2880" w:type="dxa"/>
          </w:tcPr>
          <w:p w14:paraId="1675C55F" w14:textId="3105413F"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 xml:space="preserve">21.08.2026,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10.00</w:t>
            </w:r>
          </w:p>
        </w:tc>
      </w:tr>
      <w:tr w:rsidR="00907530" w:rsidRPr="007F08E0" w14:paraId="6632A98D" w14:textId="77777777">
        <w:tc>
          <w:tcPr>
            <w:tcW w:w="1008" w:type="dxa"/>
          </w:tcPr>
          <w:p w14:paraId="0432F204" w14:textId="57DD3CFE"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9.</w:t>
            </w:r>
          </w:p>
        </w:tc>
        <w:tc>
          <w:tcPr>
            <w:tcW w:w="5472" w:type="dxa"/>
          </w:tcPr>
          <w:p w14:paraId="317B386E"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Afişarea rezultatului soluţionării contestaţiilor</w:t>
            </w:r>
          </w:p>
        </w:tc>
        <w:tc>
          <w:tcPr>
            <w:tcW w:w="2880" w:type="dxa"/>
          </w:tcPr>
          <w:p w14:paraId="5F30978B" w14:textId="266F257D"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 xml:space="preserve">21.08.2026,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14.00</w:t>
            </w:r>
          </w:p>
        </w:tc>
      </w:tr>
      <w:tr w:rsidR="00907530" w:rsidRPr="007F08E0" w14:paraId="6CC1C893" w14:textId="77777777">
        <w:tc>
          <w:tcPr>
            <w:tcW w:w="1008" w:type="dxa"/>
          </w:tcPr>
          <w:p w14:paraId="409F824E" w14:textId="22185F0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1</w:t>
            </w:r>
            <w:r w:rsidR="00882951" w:rsidRPr="007F08E0">
              <w:rPr>
                <w:rFonts w:ascii="Times New Roman" w:hAnsi="Times New Roman" w:cs="Times New Roman"/>
                <w:sz w:val="28"/>
                <w:szCs w:val="28"/>
              </w:rPr>
              <w:t>0</w:t>
            </w:r>
            <w:r w:rsidRPr="007F08E0">
              <w:rPr>
                <w:rFonts w:ascii="Times New Roman" w:hAnsi="Times New Roman" w:cs="Times New Roman"/>
                <w:sz w:val="28"/>
                <w:szCs w:val="28"/>
              </w:rPr>
              <w:t>.</w:t>
            </w:r>
          </w:p>
        </w:tc>
        <w:tc>
          <w:tcPr>
            <w:tcW w:w="5472" w:type="dxa"/>
          </w:tcPr>
          <w:p w14:paraId="4256BC62"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Susținerea interviului</w:t>
            </w:r>
          </w:p>
        </w:tc>
        <w:tc>
          <w:tcPr>
            <w:tcW w:w="2880" w:type="dxa"/>
          </w:tcPr>
          <w:p w14:paraId="1485D179" w14:textId="0FECCC74"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 xml:space="preserve">24.08.2026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10.00</w:t>
            </w:r>
          </w:p>
        </w:tc>
      </w:tr>
      <w:tr w:rsidR="00907530" w:rsidRPr="007F08E0" w14:paraId="6CA3B093" w14:textId="77777777">
        <w:tc>
          <w:tcPr>
            <w:tcW w:w="1008" w:type="dxa"/>
          </w:tcPr>
          <w:p w14:paraId="6138A364" w14:textId="1FE5B091"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1</w:t>
            </w:r>
            <w:r w:rsidR="00882951" w:rsidRPr="007F08E0">
              <w:rPr>
                <w:rFonts w:ascii="Times New Roman" w:hAnsi="Times New Roman" w:cs="Times New Roman"/>
                <w:sz w:val="28"/>
                <w:szCs w:val="28"/>
              </w:rPr>
              <w:t>1</w:t>
            </w:r>
            <w:r w:rsidRPr="007F08E0">
              <w:rPr>
                <w:rFonts w:ascii="Times New Roman" w:hAnsi="Times New Roman" w:cs="Times New Roman"/>
                <w:sz w:val="28"/>
                <w:szCs w:val="28"/>
              </w:rPr>
              <w:t>.</w:t>
            </w:r>
          </w:p>
        </w:tc>
        <w:tc>
          <w:tcPr>
            <w:tcW w:w="5472" w:type="dxa"/>
          </w:tcPr>
          <w:p w14:paraId="54E1140F"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Comunicarea rezultatelor după susținerea interviului</w:t>
            </w:r>
          </w:p>
        </w:tc>
        <w:tc>
          <w:tcPr>
            <w:tcW w:w="2880" w:type="dxa"/>
          </w:tcPr>
          <w:p w14:paraId="59CB7065" w14:textId="4B70D902"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 xml:space="preserve">24.08.2026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15.00</w:t>
            </w:r>
          </w:p>
        </w:tc>
      </w:tr>
      <w:tr w:rsidR="00907530" w:rsidRPr="007F08E0" w14:paraId="274C4FA8" w14:textId="77777777">
        <w:tc>
          <w:tcPr>
            <w:tcW w:w="1008" w:type="dxa"/>
          </w:tcPr>
          <w:p w14:paraId="5EB9E818"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lastRenderedPageBreak/>
              <w:t>13.</w:t>
            </w:r>
          </w:p>
        </w:tc>
        <w:tc>
          <w:tcPr>
            <w:tcW w:w="5472" w:type="dxa"/>
          </w:tcPr>
          <w:p w14:paraId="1D09C1C1"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Depunerea contestaţiilor privind rezultatul interviului</w:t>
            </w:r>
          </w:p>
        </w:tc>
        <w:tc>
          <w:tcPr>
            <w:tcW w:w="2880" w:type="dxa"/>
          </w:tcPr>
          <w:p w14:paraId="1A5AC535" w14:textId="4F808E11"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25.08.2026, ora 10.00</w:t>
            </w:r>
          </w:p>
        </w:tc>
      </w:tr>
      <w:tr w:rsidR="00907530" w:rsidRPr="007F08E0" w14:paraId="716D7F09" w14:textId="77777777">
        <w:tc>
          <w:tcPr>
            <w:tcW w:w="1008" w:type="dxa"/>
          </w:tcPr>
          <w:p w14:paraId="3598ABDC"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14.</w:t>
            </w:r>
          </w:p>
        </w:tc>
        <w:tc>
          <w:tcPr>
            <w:tcW w:w="5472" w:type="dxa"/>
          </w:tcPr>
          <w:p w14:paraId="3D05E9DE"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Afişarea rezultatului soluționării contestaţiilor</w:t>
            </w:r>
          </w:p>
        </w:tc>
        <w:tc>
          <w:tcPr>
            <w:tcW w:w="2880" w:type="dxa"/>
          </w:tcPr>
          <w:p w14:paraId="26E9C669" w14:textId="7EB0AEB4"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 xml:space="preserve">26.08.2026,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10.00</w:t>
            </w:r>
          </w:p>
        </w:tc>
      </w:tr>
      <w:tr w:rsidR="00907530" w:rsidRPr="007F08E0" w14:paraId="32DFED14" w14:textId="77777777">
        <w:tc>
          <w:tcPr>
            <w:tcW w:w="1008" w:type="dxa"/>
          </w:tcPr>
          <w:p w14:paraId="10AF74C2"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15.</w:t>
            </w:r>
          </w:p>
        </w:tc>
        <w:tc>
          <w:tcPr>
            <w:tcW w:w="5472" w:type="dxa"/>
          </w:tcPr>
          <w:p w14:paraId="361EECF3" w14:textId="77777777" w:rsidR="00907530" w:rsidRPr="007F08E0" w:rsidRDefault="00000000" w:rsidP="007F08E0">
            <w:pPr>
              <w:jc w:val="both"/>
              <w:rPr>
                <w:rFonts w:ascii="Times New Roman" w:hAnsi="Times New Roman" w:cs="Times New Roman"/>
                <w:sz w:val="28"/>
                <w:szCs w:val="28"/>
              </w:rPr>
            </w:pPr>
            <w:r w:rsidRPr="007F08E0">
              <w:rPr>
                <w:rFonts w:ascii="Times New Roman" w:hAnsi="Times New Roman" w:cs="Times New Roman"/>
                <w:sz w:val="28"/>
                <w:szCs w:val="28"/>
              </w:rPr>
              <w:t>Afişarea rezultatului final al concursului</w:t>
            </w:r>
          </w:p>
        </w:tc>
        <w:tc>
          <w:tcPr>
            <w:tcW w:w="2880" w:type="dxa"/>
          </w:tcPr>
          <w:p w14:paraId="5B750223" w14:textId="01E9B298" w:rsidR="00907530" w:rsidRPr="007F08E0" w:rsidRDefault="00882951" w:rsidP="007F08E0">
            <w:pPr>
              <w:jc w:val="both"/>
              <w:rPr>
                <w:rFonts w:ascii="Times New Roman" w:hAnsi="Times New Roman" w:cs="Times New Roman"/>
                <w:sz w:val="28"/>
                <w:szCs w:val="28"/>
              </w:rPr>
            </w:pPr>
            <w:r w:rsidRPr="007F08E0">
              <w:rPr>
                <w:rFonts w:ascii="Times New Roman" w:hAnsi="Times New Roman" w:cs="Times New Roman"/>
                <w:sz w:val="28"/>
                <w:szCs w:val="28"/>
              </w:rPr>
              <w:t xml:space="preserve">27.08.2026 </w:t>
            </w:r>
            <w:proofErr w:type="spellStart"/>
            <w:r w:rsidRPr="007F08E0">
              <w:rPr>
                <w:rFonts w:ascii="Times New Roman" w:hAnsi="Times New Roman" w:cs="Times New Roman"/>
                <w:sz w:val="28"/>
                <w:szCs w:val="28"/>
              </w:rPr>
              <w:t>ora</w:t>
            </w:r>
            <w:proofErr w:type="spellEnd"/>
            <w:r w:rsidRPr="007F08E0">
              <w:rPr>
                <w:rFonts w:ascii="Times New Roman" w:hAnsi="Times New Roman" w:cs="Times New Roman"/>
                <w:sz w:val="28"/>
                <w:szCs w:val="28"/>
              </w:rPr>
              <w:t xml:space="preserve"> 10.00</w:t>
            </w:r>
          </w:p>
        </w:tc>
      </w:tr>
    </w:tbl>
    <w:p w14:paraId="5396F57A" w14:textId="77777777" w:rsidR="00907530" w:rsidRPr="007F08E0" w:rsidRDefault="00907530" w:rsidP="007F08E0">
      <w:pPr>
        <w:spacing w:before="240" w:after="120"/>
        <w:jc w:val="both"/>
        <w:rPr>
          <w:rFonts w:ascii="Times New Roman" w:hAnsi="Times New Roman" w:cs="Times New Roman"/>
          <w:sz w:val="28"/>
          <w:szCs w:val="28"/>
        </w:rPr>
      </w:pPr>
    </w:p>
    <w:p w14:paraId="615421A9" w14:textId="77777777" w:rsidR="00907530" w:rsidRPr="007F08E0" w:rsidRDefault="00000000" w:rsidP="007F08E0">
      <w:pPr>
        <w:spacing w:after="120"/>
        <w:jc w:val="both"/>
        <w:rPr>
          <w:rFonts w:ascii="Times New Roman" w:hAnsi="Times New Roman" w:cs="Times New Roman"/>
          <w:sz w:val="28"/>
          <w:szCs w:val="28"/>
        </w:rPr>
      </w:pPr>
      <w:r w:rsidRPr="007F08E0">
        <w:rPr>
          <w:rFonts w:ascii="Times New Roman" w:hAnsi="Times New Roman" w:cs="Times New Roman"/>
          <w:b/>
          <w:sz w:val="28"/>
          <w:szCs w:val="28"/>
        </w:rPr>
        <w:t>Bibliografia / Tematica</w:t>
      </w:r>
    </w:p>
    <w:p w14:paraId="739C3026"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1. Legea nr. 17/2000, privind asistența socială a persoanelor vârstnice; - tematica integral</w:t>
      </w:r>
    </w:p>
    <w:p w14:paraId="49F02740"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2. Ordonanța de urgență nr. 57/2019 privind Codul administrativ tematica Art.553-579 din Codul Administrativ.</w:t>
      </w:r>
    </w:p>
    <w:p w14:paraId="1D1EAF6C"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 xml:space="preserve">3. Legea nr.292/2011 </w:t>
      </w:r>
      <w:proofErr w:type="gramStart"/>
      <w:r w:rsidRPr="007F08E0">
        <w:rPr>
          <w:rFonts w:ascii="Times New Roman" w:hAnsi="Times New Roman" w:cs="Times New Roman"/>
          <w:sz w:val="28"/>
          <w:szCs w:val="28"/>
        </w:rPr>
        <w:t>a</w:t>
      </w:r>
      <w:proofErr w:type="gramEnd"/>
      <w:r w:rsidRPr="007F08E0">
        <w:rPr>
          <w:rFonts w:ascii="Times New Roman" w:hAnsi="Times New Roman" w:cs="Times New Roman"/>
          <w:sz w:val="28"/>
          <w:szCs w:val="28"/>
        </w:rPr>
        <w:t xml:space="preserve"> asistenței sociale, cu modificările şi completările ulterioare; Tematică: cap.III - sistemul de servicii sociale, secțiunea 4 - Procesul de acordare a serviciilor sociale art.44-52.</w:t>
      </w:r>
    </w:p>
    <w:p w14:paraId="3D3C8EA9"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 xml:space="preserve">4. Legea nr.53/2003 - Codul Muncii, republicată, cu modificările şi completările ulterioare; Tematică: </w:t>
      </w:r>
      <w:proofErr w:type="gramStart"/>
      <w:r w:rsidRPr="007F08E0">
        <w:rPr>
          <w:rFonts w:ascii="Times New Roman" w:hAnsi="Times New Roman" w:cs="Times New Roman"/>
          <w:sz w:val="28"/>
          <w:szCs w:val="28"/>
        </w:rPr>
        <w:t>cap.II</w:t>
      </w:r>
      <w:proofErr w:type="gramEnd"/>
      <w:r w:rsidRPr="007F08E0">
        <w:rPr>
          <w:rFonts w:ascii="Times New Roman" w:hAnsi="Times New Roman" w:cs="Times New Roman"/>
          <w:sz w:val="28"/>
          <w:szCs w:val="28"/>
        </w:rPr>
        <w:t xml:space="preserve"> - executarea contractului individual de muncă art.37-40.</w:t>
      </w:r>
    </w:p>
    <w:p w14:paraId="5739CDB9" w14:textId="77777777" w:rsidR="00907530" w:rsidRPr="007F08E0" w:rsidRDefault="00000000" w:rsidP="007F08E0">
      <w:pPr>
        <w:spacing w:after="80"/>
        <w:ind w:left="360"/>
        <w:jc w:val="both"/>
        <w:rPr>
          <w:rFonts w:ascii="Times New Roman" w:hAnsi="Times New Roman" w:cs="Times New Roman"/>
          <w:sz w:val="28"/>
          <w:szCs w:val="28"/>
        </w:rPr>
      </w:pPr>
      <w:r w:rsidRPr="007F08E0">
        <w:rPr>
          <w:rFonts w:ascii="Times New Roman" w:hAnsi="Times New Roman" w:cs="Times New Roman"/>
          <w:sz w:val="28"/>
          <w:szCs w:val="28"/>
        </w:rPr>
        <w:t>5. Anexa 8 la Ordinul nr.29/2019 - Standarde minime de calitate pentru serviciile de îngrijire la domiciliu pentru persoane vârstnice, cod 88101D-1.</w:t>
      </w:r>
    </w:p>
    <w:p w14:paraId="5F96145D" w14:textId="77777777" w:rsidR="00907530" w:rsidRPr="007F08E0" w:rsidRDefault="00907530" w:rsidP="007F08E0">
      <w:pPr>
        <w:spacing w:after="240"/>
        <w:jc w:val="both"/>
        <w:rPr>
          <w:rFonts w:ascii="Times New Roman" w:hAnsi="Times New Roman" w:cs="Times New Roman"/>
          <w:sz w:val="28"/>
          <w:szCs w:val="28"/>
        </w:rPr>
      </w:pPr>
    </w:p>
    <w:p w14:paraId="1B980BAE" w14:textId="152ACEB5" w:rsidR="00907530" w:rsidRPr="007F08E0" w:rsidRDefault="00000000" w:rsidP="007F08E0">
      <w:pPr>
        <w:spacing w:after="480"/>
        <w:ind w:firstLine="360"/>
        <w:jc w:val="both"/>
        <w:rPr>
          <w:rFonts w:ascii="Times New Roman" w:hAnsi="Times New Roman" w:cs="Times New Roman"/>
          <w:sz w:val="28"/>
          <w:szCs w:val="28"/>
        </w:rPr>
      </w:pPr>
      <w:r w:rsidRPr="007F08E0">
        <w:rPr>
          <w:rFonts w:ascii="Times New Roman" w:hAnsi="Times New Roman" w:cs="Times New Roman"/>
          <w:sz w:val="28"/>
          <w:szCs w:val="28"/>
        </w:rPr>
        <w:t xml:space="preserve">Informații suplimentare se pot obține de la </w:t>
      </w:r>
      <w:proofErr w:type="spellStart"/>
      <w:r w:rsidRPr="007F08E0">
        <w:rPr>
          <w:rFonts w:ascii="Times New Roman" w:hAnsi="Times New Roman" w:cs="Times New Roman"/>
          <w:sz w:val="28"/>
          <w:szCs w:val="28"/>
        </w:rPr>
        <w:t>sediul</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instituției</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persoană</w:t>
      </w:r>
      <w:proofErr w:type="spellEnd"/>
      <w:r w:rsidRPr="007F08E0">
        <w:rPr>
          <w:rFonts w:ascii="Times New Roman" w:hAnsi="Times New Roman" w:cs="Times New Roman"/>
          <w:sz w:val="28"/>
          <w:szCs w:val="28"/>
        </w:rPr>
        <w:t xml:space="preserve"> de contact</w:t>
      </w:r>
      <w:r w:rsidR="00882951" w:rsidRPr="007F08E0">
        <w:rPr>
          <w:rFonts w:ascii="Times New Roman" w:hAnsi="Times New Roman" w:cs="Times New Roman"/>
          <w:sz w:val="28"/>
          <w:szCs w:val="28"/>
        </w:rPr>
        <w:t xml:space="preserve"> SAVA AURELIA MARILENA</w:t>
      </w:r>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funcția</w:t>
      </w:r>
      <w:proofErr w:type="spellEnd"/>
      <w:r w:rsidRPr="007F08E0">
        <w:rPr>
          <w:rFonts w:ascii="Times New Roman" w:hAnsi="Times New Roman" w:cs="Times New Roman"/>
          <w:sz w:val="28"/>
          <w:szCs w:val="28"/>
        </w:rPr>
        <w:t xml:space="preserve"> </w:t>
      </w:r>
      <w:proofErr w:type="spellStart"/>
      <w:r w:rsidR="007F08E0" w:rsidRPr="007F08E0">
        <w:rPr>
          <w:rFonts w:ascii="Times New Roman" w:hAnsi="Times New Roman" w:cs="Times New Roman"/>
          <w:sz w:val="28"/>
          <w:szCs w:val="28"/>
        </w:rPr>
        <w:t>secreta</w:t>
      </w:r>
      <w:r w:rsidRPr="007F08E0">
        <w:rPr>
          <w:rFonts w:ascii="Times New Roman" w:hAnsi="Times New Roman" w:cs="Times New Roman"/>
          <w:sz w:val="28"/>
          <w:szCs w:val="28"/>
        </w:rPr>
        <w:t>r</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având</w:t>
      </w:r>
      <w:proofErr w:type="spellEnd"/>
      <w:r w:rsidRPr="007F08E0">
        <w:rPr>
          <w:rFonts w:ascii="Times New Roman" w:hAnsi="Times New Roman" w:cs="Times New Roman"/>
          <w:sz w:val="28"/>
          <w:szCs w:val="28"/>
        </w:rPr>
        <w:t xml:space="preserve"> </w:t>
      </w:r>
      <w:proofErr w:type="spellStart"/>
      <w:r w:rsidRPr="007F08E0">
        <w:rPr>
          <w:rFonts w:ascii="Times New Roman" w:hAnsi="Times New Roman" w:cs="Times New Roman"/>
          <w:sz w:val="28"/>
          <w:szCs w:val="28"/>
        </w:rPr>
        <w:t>numărul</w:t>
      </w:r>
      <w:proofErr w:type="spellEnd"/>
      <w:r w:rsidRPr="007F08E0">
        <w:rPr>
          <w:rFonts w:ascii="Times New Roman" w:hAnsi="Times New Roman" w:cs="Times New Roman"/>
          <w:sz w:val="28"/>
          <w:szCs w:val="28"/>
        </w:rPr>
        <w:t xml:space="preserve"> de </w:t>
      </w:r>
      <w:proofErr w:type="spellStart"/>
      <w:r w:rsidRPr="007F08E0">
        <w:rPr>
          <w:rFonts w:ascii="Times New Roman" w:hAnsi="Times New Roman" w:cs="Times New Roman"/>
          <w:sz w:val="28"/>
          <w:szCs w:val="28"/>
        </w:rPr>
        <w:t>telefon</w:t>
      </w:r>
      <w:proofErr w:type="spellEnd"/>
      <w:r w:rsidRPr="007F08E0">
        <w:rPr>
          <w:rFonts w:ascii="Times New Roman" w:hAnsi="Times New Roman" w:cs="Times New Roman"/>
          <w:sz w:val="28"/>
          <w:szCs w:val="28"/>
        </w:rPr>
        <w:t xml:space="preserve"> </w:t>
      </w:r>
      <w:r w:rsidRPr="007F08E0">
        <w:rPr>
          <w:rFonts w:ascii="Times New Roman" w:hAnsi="Times New Roman" w:cs="Times New Roman"/>
          <w:b/>
          <w:sz w:val="28"/>
          <w:szCs w:val="28"/>
        </w:rPr>
        <w:t>0238.</w:t>
      </w:r>
      <w:r w:rsidR="007F08E0" w:rsidRPr="007F08E0">
        <w:rPr>
          <w:rFonts w:ascii="Times New Roman" w:hAnsi="Times New Roman" w:cs="Times New Roman"/>
          <w:b/>
          <w:sz w:val="28"/>
          <w:szCs w:val="28"/>
        </w:rPr>
        <w:t>5350</w:t>
      </w:r>
      <w:r w:rsidR="007F08E0">
        <w:rPr>
          <w:rFonts w:ascii="Times New Roman" w:hAnsi="Times New Roman" w:cs="Times New Roman"/>
          <w:b/>
          <w:sz w:val="28"/>
          <w:szCs w:val="28"/>
        </w:rPr>
        <w:t>5</w:t>
      </w:r>
      <w:r w:rsidR="007F08E0" w:rsidRPr="007F08E0">
        <w:rPr>
          <w:rFonts w:ascii="Times New Roman" w:hAnsi="Times New Roman" w:cs="Times New Roman"/>
          <w:b/>
          <w:sz w:val="28"/>
          <w:szCs w:val="28"/>
        </w:rPr>
        <w:t>7</w:t>
      </w:r>
      <w:r w:rsidRPr="007F08E0">
        <w:rPr>
          <w:rFonts w:ascii="Times New Roman" w:hAnsi="Times New Roman" w:cs="Times New Roman"/>
          <w:sz w:val="28"/>
          <w:szCs w:val="28"/>
        </w:rPr>
        <w:t>.</w:t>
      </w:r>
    </w:p>
    <w:p w14:paraId="3304C829" w14:textId="678254AF" w:rsidR="00907530" w:rsidRDefault="007F08E0" w:rsidP="007F08E0">
      <w:pPr>
        <w:ind w:right="720"/>
        <w:jc w:val="center"/>
      </w:pPr>
      <w:r>
        <w:rPr>
          <w:b/>
        </w:rPr>
        <w:t>PRIMAR</w:t>
      </w:r>
      <w:r>
        <w:rPr>
          <w:b/>
        </w:rPr>
        <w:br/>
        <w:t>PREDA VIOLETA</w:t>
      </w:r>
    </w:p>
    <w:sectPr w:rsidR="00907530"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9863970">
    <w:abstractNumId w:val="8"/>
  </w:num>
  <w:num w:numId="2" w16cid:durableId="945311152">
    <w:abstractNumId w:val="6"/>
  </w:num>
  <w:num w:numId="3" w16cid:durableId="1210725138">
    <w:abstractNumId w:val="5"/>
  </w:num>
  <w:num w:numId="4" w16cid:durableId="391543342">
    <w:abstractNumId w:val="4"/>
  </w:num>
  <w:num w:numId="5" w16cid:durableId="1148286881">
    <w:abstractNumId w:val="7"/>
  </w:num>
  <w:num w:numId="6" w16cid:durableId="1566648729">
    <w:abstractNumId w:val="3"/>
  </w:num>
  <w:num w:numId="7" w16cid:durableId="1635403062">
    <w:abstractNumId w:val="2"/>
  </w:num>
  <w:num w:numId="8" w16cid:durableId="993678766">
    <w:abstractNumId w:val="1"/>
  </w:num>
  <w:num w:numId="9" w16cid:durableId="1078359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5916"/>
    <w:rsid w:val="0029639D"/>
    <w:rsid w:val="00322E5F"/>
    <w:rsid w:val="00326F90"/>
    <w:rsid w:val="007F08E0"/>
    <w:rsid w:val="00882951"/>
    <w:rsid w:val="00907530"/>
    <w:rsid w:val="00AA1D8D"/>
    <w:rsid w:val="00B26405"/>
    <w:rsid w:val="00B47730"/>
    <w:rsid w:val="00C3526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F4691"/>
  <w14:defaultImageDpi w14:val="300"/>
  <w15:docId w15:val="{1E9121DF-0BEB-43D1-9DC0-A166C846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cp:revision>
  <cp:lastPrinted>2026-07-28T09:06:00Z</cp:lastPrinted>
  <dcterms:created xsi:type="dcterms:W3CDTF">2026-07-28T08:10:00Z</dcterms:created>
  <dcterms:modified xsi:type="dcterms:W3CDTF">2026-07-28T09:06:00Z</dcterms:modified>
  <cp:category/>
</cp:coreProperties>
</file>